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люба Неллі</w:t>
      </w:r>
    </w:p>
    <w:p>
      <w:r>
        <w:br/>
        <w:t xml:space="preserve"> Любив я дівчину колись,&lt;br /&gt;</w:t>
        <w:br/>
        <w:t>Люблю її й тепер,&lt;br /&gt;</w:t>
        <w:br/>
        <w:t>Любитиму завжди і скрізь,&lt;br /&gt;</w:t>
        <w:br/>
        <w:t>Поки живу — не вмер.</w:t>
      </w:r>
    </w:p>
    <w:p>
      <w:r>
        <w:br/>
        <w:t>Багато знаю я дівчат&lt;br /&gt;</w:t>
        <w:br/>
        <w:t>Вродливих, як одна,&lt;br /&gt;</w:t>
        <w:br/>
        <w:t>Та не траплялося стрічать&lt;br /&gt;</w:t>
        <w:br/>
        <w:t>Такої, як вона.</w:t>
      </w:r>
    </w:p>
    <w:p>
      <w:r>
        <w:br/>
        <w:t>Дівоча знаджує краса&lt;br /&gt;</w:t>
        <w:br/>
        <w:t>Людей у всі часи,&lt;br /&gt;</w:t>
        <w:br/>
        <w:t>Але краса — то ще не все,&lt;br /&gt;</w:t>
        <w:br/>
        <w:t>Ще треба й до краси.</w:t>
      </w:r>
    </w:p>
    <w:p>
      <w:r>
        <w:br/>
        <w:t>Усе, що в дівчині ціню,&lt;br /&gt;</w:t>
        <w:br/>
        <w:t>В моєї Неллі есть:&lt;br /&gt;</w:t>
        <w:br/>
        <w:t>I врода, й серце, і душа,&lt;br /&gt;</w:t>
        <w:br/>
        <w:t>I добра слава, й честь.</w:t>
      </w:r>
    </w:p>
    <w:p>
      <w:r>
        <w:br/>
        <w:t>Немає в неї пишних шат&lt;br /&gt;</w:t>
        <w:br/>
        <w:t>I дорогих прикрас,&lt;br /&gt;</w:t>
        <w:br/>
        <w:t>Та краща всіх вона стократ,&lt;br /&gt;</w:t>
        <w:br/>
        <w:t>У що б не одяглась.</w:t>
      </w:r>
    </w:p>
    <w:p>
      <w:r>
        <w:br/>
        <w:t>Чарує око пишнота,&lt;br /&gt;</w:t>
        <w:br/>
        <w:t>Багатства щедрий дар,&lt;br /&gt;</w:t>
        <w:br/>
        <w:t>Але душевна чистота&lt;br /&gt;</w:t>
        <w:br/>
        <w:t>Сильніший має чар.</w:t>
      </w:r>
    </w:p>
    <w:p>
      <w:r>
        <w:br/>
        <w:t>За це я Неллі вподобав&lt;br /&gt;</w:t>
        <w:br/>
        <w:t>I щиро полюбив,&lt;br /&gt;</w:t>
        <w:br/>
        <w:t>За це я серце їй віддав&lt;br /&gt;</w:t>
        <w:br/>
        <w:t>Одній навік-віків.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люба Неллі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