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доля</w:t>
      </w:r>
    </w:p>
    <w:p>
      <w:r>
        <w:br/>
        <w:t xml:space="preserve"> Моя доле, важка доле,&lt;br /&gt;</w:t>
        <w:br/>
        <w:t>Щоб ти луснула була!&lt;br /&gt;</w:t>
        <w:br/>
        <w:t>Щоб од мене в чисте поле&lt;br /&gt;</w:t>
        <w:br/>
        <w:t>Ти назавжди утекла!&lt;br /&gt;</w:t>
        <w:br/>
        <w:t>Чом же ти, похмура й люта,&lt;br /&gt;</w:t>
        <w:br/>
        <w:t>Мені щастя не даєш?&lt;br /&gt;</w:t>
        <w:br/>
        <w:t>Чом, гірка, немов отрута,&lt;br /&gt;</w:t>
        <w:br/>
        <w:t>Мені смерті не пошлеш?&lt;br /&gt;</w:t>
        <w:br/>
        <w:t>Так мене постійно мучиш,&lt;br /&gt;</w:t>
        <w:br/>
        <w:t>Ніби душу в пеклі чорт;&lt;br /&gt;</w:t>
        <w:br/>
        <w:t>Так ти серце моє сушиш,&lt;br /&gt;</w:t>
        <w:br/>
        <w:t>Що вже висох я, мов хорт!&lt;br /&gt;</w:t>
        <w:br/>
        <w:t>Не даєш ти супокою&lt;br /&gt;</w:t>
        <w:br/>
        <w:t>Ні вночі, ні вдень мені.&lt;br /&gt;</w:t>
        <w:br/>
        <w:t>Тінь небіжчика! За мною&lt;br /&gt;</w:t>
        <w:br/>
        <w:t>Водиш помисли сумні.&lt;br /&gt;</w:t>
        <w:br/>
        <w:t>Де не вирвусь, не полину,&lt;br /&gt;</w:t>
        <w:br/>
        <w:t>Щоб хоч трохи ліпше жить,&lt;br /&gt;</w:t>
        <w:br/>
        <w:t>Позад себе оком кину —&lt;br /&gt;</w:t>
        <w:br/>
        <w:t>Моя доля вже біжить.&lt;br /&gt;</w:t>
        <w:br/>
        <w:t>Скрутить, збурить, скаламутить,&lt;br /&gt;</w:t>
        <w:br/>
        <w:t>Наче воду хто колом,&lt;br /&gt;</w:t>
        <w:br/>
        <w:t>І нашле біду, й засмутить&lt;br /&gt;</w:t>
        <w:br/>
        <w:t>Неочікуваним злом.&lt;br /&gt;</w:t>
        <w:br/>
        <w:t>І життя немилим стане —&lt;br /&gt;</w:t>
        <w:br/>
        <w:t>Згинути б мені ту ж мить!&lt;br /&gt;</w:t>
        <w:br/>
        <w:t>А на серці – рани, рани,&lt;br /&gt;</w:t>
        <w:br/>
        <w:t>Так болить воно, болить.&lt;br /&gt;</w:t>
        <w:br/>
        <w:t>І так хочеться упасти&lt;br /&gt;</w:t>
        <w:br/>
        <w:t>Десь у прірву, в тьму ночей,&lt;br /&gt;</w:t>
        <w:br/>
        <w:t>Щоб не бачити – пропасти —&lt;br /&gt;</w:t>
        <w:br/>
        <w:t>Ані сонця, ні людей!&lt;br /&gt;</w:t>
        <w:br/>
        <w:t>Ось так доля, моя доля,&lt;br /&gt;</w:t>
        <w:br/>
        <w:t>Щоб ти луснула була!&lt;br /&gt;</w:t>
        <w:br/>
        <w:t>Щоб од мене в чисте поле&lt;br /&gt;</w:t>
        <w:br/>
        <w:t>Ти назавжди утекла!</w:t>
      </w:r>
    </w:p>
    <w:p>
      <w:r>
        <w:br/>
        <w:t>15 липня 1904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доля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