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Могутній комар</w:t>
      </w:r>
    </w:p>
    <w:p>
      <w:r>
        <w:br/>
        <w:t xml:space="preserve"> Над ставком широководим,&lt;br /&gt;</w:t>
        <w:br/>
        <w:t>Посеред очеретів,&lt;br /&gt;</w:t>
        <w:br/>
        <w:t>Там комар, славетний лицар,&lt;br /&gt;</w:t>
        <w:br/>
        <w:t>Під листом зеленим жив.</w:t>
      </w:r>
    </w:p>
    <w:p>
      <w:r>
        <w:br/>
        <w:t>Грав у сурму голосную&lt;br /&gt;</w:t>
        <w:br/>
        <w:t>І до бою викликав,&lt;br /&gt;</w:t>
        <w:br/>
        <w:t>І в людей, і у звірини&lt;br /&gt;</w:t>
        <w:br/>
        <w:t>Крові безліч випивав.</w:t>
      </w:r>
    </w:p>
    <w:p>
      <w:r>
        <w:br/>
        <w:t>І його ніхто на світі&lt;br /&gt;</w:t>
        <w:br/>
        <w:t>Ще й разу не подолів:&lt;br /&gt;</w:t>
        <w:br/>
        <w:t>Наш комар уславивсь гучно&lt;br /&gt;</w:t>
        <w:br/>
        <w:t>Серед мух і комарів.</w:t>
      </w:r>
    </w:p>
    <w:p>
      <w:r>
        <w:br/>
        <w:t>Всі казали, що від нього&lt;br /&gt;</w:t>
        <w:br/>
        <w:t>Світ ще дужчого не знав,&lt;br /&gt;</w:t>
        <w:br/>
        <w:t>Сам комар тому повірив,&lt;br /&gt;</w:t>
        <w:br/>
        <w:t>Сам щодня про те казав.</w:t>
      </w:r>
    </w:p>
    <w:p>
      <w:r>
        <w:br/>
        <w:t>Довго б наш комар щасливо&lt;br /&gt;</w:t>
        <w:br/>
        <w:t>У великій славі жив,&lt;br /&gt;</w:t>
        <w:br/>
        <w:t>Якби він не чув про лева,&lt;br /&gt;</w:t>
        <w:br/>
        <w:t>Що царем був у звірів.</w:t>
      </w:r>
    </w:p>
    <w:p>
      <w:r>
        <w:br/>
        <w:t>Прилетіла муха жвава&lt;br /&gt;</w:t>
        <w:br/>
        <w:t>І казала, що вона&lt;br /&gt;</w:t>
        <w:br/>
        <w:t>Лева бачила і сили&lt;br /&gt;</w:t>
        <w:br/>
        <w:t>В світі більшої не зна.</w:t>
      </w:r>
    </w:p>
    <w:p>
      <w:r>
        <w:br/>
        <w:t>Запеклося коло серця,&lt;br /&gt;</w:t>
        <w:br/>
        <w:t>Защеміло в комара,&lt;br /&gt;</w:t>
        <w:br/>
        <w:t>І ніяк забуть не може&lt;br /&gt;</w:t>
        <w:br/>
        <w:t>Він звірячого царя.</w:t>
      </w:r>
    </w:p>
    <w:p>
      <w:r>
        <w:br/>
        <w:t>Мучить думка та проклята,&lt;br /&gt;</w:t>
        <w:br/>
        <w:t>Що від нього дужчий є,&lt;br /&gt;</w:t>
        <w:br/>
        <w:t>І у серці комаревім&lt;br /&gt;</w:t>
        <w:br/>
        <w:t>Гордість лютая встає.</w:t>
      </w:r>
    </w:p>
    <w:p>
      <w:r>
        <w:br/>
        <w:t>Ось випростує він крила,&lt;br /&gt;</w:t>
        <w:br/>
        <w:t>Знявсь і лісом вже летить,&lt;br /&gt;</w:t>
        <w:br/>
        <w:t>Аж туди, де лев могутній&lt;br /&gt;</w:t>
        <w:br/>
        <w:t>Пообідавши лежить.</w:t>
      </w:r>
    </w:p>
    <w:p>
      <w:r>
        <w:br/>
        <w:t>В сурму голосно ударив:&lt;br /&gt;</w:t>
        <w:br/>
        <w:t>"Гей ти, леве, уставай!&lt;br /&gt;</w:t>
        <w:br/>
        <w:t>Будем битися, аж поки&lt;br /&gt;</w:t>
        <w:br/>
        <w:t>З нас комусь та прийде край.</w:t>
      </w:r>
    </w:p>
    <w:p>
      <w:r>
        <w:br/>
        <w:t>Бо на цій землі широкій&lt;br /&gt;</w:t>
        <w:br/>
        <w:t>Місця двом немає нам —&lt;br /&gt;</w:t>
        <w:br/>
        <w:t>Хочу слави я придбати&lt;br /&gt;</w:t>
        <w:br/>
        <w:t>І собі, і комарам!"</w:t>
      </w:r>
    </w:p>
    <w:p>
      <w:r>
        <w:br/>
        <w:t>Ту ж хвилину вже кусає&lt;br /&gt;</w:t>
        <w:br/>
        <w:t>Лева в ніс швидкий комар,&lt;br /&gt;</w:t>
        <w:br/>
        <w:t>І відразу, ревонувши,&lt;br /&gt;</w:t>
        <w:br/>
        <w:t>Скочив тут звірячий цар.</w:t>
      </w:r>
    </w:p>
    <w:p>
      <w:r>
        <w:br/>
        <w:t>І запекла закипіла&lt;br /&gt;</w:t>
        <w:br/>
        <w:t>В них баталія в ту мить:&lt;br /&gt;</w:t>
        <w:br/>
        <w:t>В щоки, в ніс комар кусає,&lt;br /&gt;</w:t>
        <w:br/>
        <w:t>Налітає і дзижчить.</w:t>
      </w:r>
    </w:p>
    <w:p>
      <w:r>
        <w:br/>
        <w:t>Лев лютує! Ще ніколи&lt;br /&gt;</w:t>
        <w:br/>
        <w:t>Так ніхто не дошкуляв!&lt;br /&gt;</w:t>
        <w:br/>
        <w:t>Одбивавшися, всю морду&lt;br /&gt;</w:t>
        <w:br/>
        <w:t>Вже він кігтями подрав.</w:t>
      </w:r>
    </w:p>
    <w:p>
      <w:r>
        <w:br/>
        <w:t>Кров дзюрчить у лева з морди,&lt;br /&gt;</w:t>
        <w:br/>
        <w:t>Зовсім збувся сили він,&lt;br /&gt;</w:t>
        <w:br/>
        <w:t>Але поки ще держиться,&lt;br /&gt;</w:t>
        <w:br/>
        <w:t>Б'ється кільки ще хвилин.</w:t>
      </w:r>
    </w:p>
    <w:p>
      <w:r>
        <w:br/>
        <w:t>Та комар усе лютіше&lt;br /&gt;</w:t>
        <w:br/>
        <w:t>Налітає, не вгава,&lt;br /&gt;</w:t>
        <w:br/>
        <w:t>І царева похилилась&lt;br /&gt;</w:t>
        <w:br/>
        <w:t>На дернину голова.</w:t>
      </w:r>
    </w:p>
    <w:p>
      <w:r>
        <w:br/>
        <w:t>Закривавлений, безсилий&lt;br /&gt;</w:t>
        <w:br/>
        <w:t>Впав на землю дужий цар,&lt;br /&gt;</w:t>
        <w:br/>
        <w:t>І, зрадівши невимовно,&lt;br /&gt;</w:t>
        <w:br/>
        <w:t>Задзижчав тоді комар:</w:t>
      </w:r>
    </w:p>
    <w:p>
      <w:r>
        <w:br/>
        <w:t>"Той у світі є найдужчий,&lt;br /&gt;</w:t>
        <w:br/>
        <w:t>Хто найдужчого здолів,&lt;br /&gt;</w:t>
        <w:br/>
        <w:t>Світлом слави осіяний&lt;br /&gt;</w:t>
        <w:br/>
        <w:t>Я вернусь до комарів!"</w:t>
      </w:r>
    </w:p>
    <w:p>
      <w:r>
        <w:br/>
        <w:t>Він летить — великий лицар,&lt;br /&gt;</w:t>
        <w:br/>
        <w:t>Ліс потроху вже минав...&lt;br /&gt;</w:t>
        <w:br/>
        <w:t>А павук давно між листям&lt;br /&gt;</w:t>
        <w:br/>
        <w:t>Павутиння хитро ткав.</w:t>
      </w:r>
    </w:p>
    <w:p>
      <w:r>
        <w:br/>
        <w:t>І комар у хитрі сіті&lt;br /&gt;</w:t>
        <w:br/>
        <w:t>Там заплутавсь і повис,&lt;br /&gt;</w:t>
        <w:br/>
        <w:t>Скрики жалібні відразу&lt;br /&gt;</w:t>
        <w:br/>
        <w:t>Тут почув зелений ліс:</w:t>
      </w:r>
    </w:p>
    <w:p>
      <w:r>
        <w:br/>
        <w:t>"Так з великими буває!&lt;br /&gt;</w:t>
        <w:br/>
        <w:t>Нащо ж, доле, ти така?&lt;br /&gt;</w:t>
        <w:br/>
        <w:t>Подолати зміг я лева,&lt;br /&gt;</w:t>
        <w:br/>
        <w:t>Гину я од павука!"</w:t>
      </w:r>
    </w:p>
    <w:p>
      <w:r>
        <w:br/>
        <w:t>Так загинув лицар славний,&lt;br /&gt;</w:t>
        <w:br/>
        <w:t>І павук його ізз'їв,&lt;br /&gt;</w:t>
        <w:br/>
        <w:t>І про нього всі забули&lt;br /&gt;</w:t>
        <w:br/>
        <w:t>Серед мух і комарів.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Могутній комар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