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Модри Камень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Модри Камень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