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</w:t>
      </w:r>
    </w:p>
    <w:p>
      <w:r>
        <w:br/>
        <w:t xml:space="preserve"> Осте сте&lt;br /&gt;</w:t>
        <w:br/>
        <w:t>бі бо&lt;br /&gt;</w:t>
        <w:br/>
        <w:t>бу&lt;br /&gt;</w:t>
        <w:br/>
        <w:t>візники — люди&lt;br /&gt;</w:t>
        <w:br/>
        <w:t>трамваї — люди&lt;br /&gt;</w:t>
        <w:br/>
        <w:t>автомобілібілі&lt;br /&gt;</w:t>
        <w:br/>
        <w:t>бігорух рухобіги&lt;br /&gt;</w:t>
        <w:br/>
        <w:t>рухливобіги&lt;br /&gt;</w:t>
        <w:br/>
        <w:t>berceus* кару&lt;br /&gt;</w:t>
        <w:br/>
        <w:t>селі&lt;br /&gt;</w:t>
        <w:br/>
        <w:t>елі&lt;br /&gt;</w:t>
        <w:br/>
        <w:t>лілі&lt;br /&gt;</w:t>
        <w:br/>
        <w:t>пути велетні&lt;br /&gt;</w:t>
        <w:br/>
        <w:t>диму сталь&lt;br /&gt;</w:t>
        <w:br/>
        <w:t>палять&lt;br /&gt;</w:t>
        <w:br/>
        <w:t>пах&lt;br /&gt;</w:t>
        <w:br/>
        <w:t>пахка&lt;br /&gt;</w:t>
        <w:br/>
        <w:t>пахітоска&lt;br /&gt;</w:t>
        <w:br/>
        <w:t>дим синій&lt;br /&gt;</w:t>
        <w:br/>
        <w:t>чорний ди&lt;br /&gt;</w:t>
        <w:br/>
        <w:t>м&lt;br /&gt;</w:t>
        <w:br/>
        <w:t>пускають&lt;br /&gt;</w:t>
        <w:br/>
        <w:t>бензин&lt;br /&gt;</w:t>
        <w:br/>
        <w:t>чаду благать&lt;br /&gt;</w:t>
        <w:br/>
        <w:t>кохать кахикать&lt;br /&gt;</w:t>
        <w:br/>
        <w:t>життєдать&lt;br /&gt;</w:t>
        <w:br/>
        <w:t>життєрух&lt;br /&gt;</w:t>
        <w:br/>
        <w:t>життєбе-&lt;br /&gt;</w:t>
        <w:br/>
        <w:t>нзин&lt;br /&gt;</w:t>
        <w:br/>
        <w:t>авто&lt;br /&gt;</w:t>
        <w:br/>
        <w:t>трам.</w:t>
      </w:r>
    </w:p>
    <w:p>
      <w:r>
        <w:br/>
        <w:t>23. V. 1914. Київ&lt;br /&gt;</w:t>
        <w:br/>
        <w:t>__________________________________&lt;br /&gt;</w:t>
        <w:br/>
        <w:t>* Berceus — колискова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