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Мисливці на снігу</w:t>
      </w:r>
    </w:p>
    <w:p>
      <w:r>
        <w:br/>
        <w:t xml:space="preserve"> &lt;blockquote&gt;Василеві Герасим'юку, побратимові&lt;/blockquote&gt;&lt;br /&gt;</w:t>
        <w:br/>
        <w:t>Музей не зачиняється о шостій, і тепер&lt;br /&gt;</w:t>
        <w:br/>
        <w:t>ми, безпритульні, бачимо наш грудень:&lt;br /&gt;</w:t>
        <w:br/>
        <w:t>Ворохту у снігах, чужих людей,&lt;br /&gt;</w:t>
        <w:br/>
        <w:t>які жестикулюють біля клубу, і виносять&lt;br /&gt;</w:t>
        <w:br/>
        <w:t>обладнання з автобусів, і камери, і світло&lt;br /&gt;</w:t>
        <w:br/>
        <w:t>зимове ущухає блискавично, а Карпати&lt;br /&gt;</w:t>
        <w:br/>
        <w:t>рушають поза мову, топчуть сніг —&lt;br /&gt;</w:t>
        <w:br/>
        <w:t>ружовий, присмерковий, смерековий.</w:t>
      </w:r>
    </w:p>
    <w:p>
      <w:r>
        <w:br/>
        <w:t>Антоніоні, Пазоліні і Фелліні&lt;br /&gt;</w:t>
        <w:br/>
        <w:t>сидять на сходах, палять сиґарети;&lt;br /&gt;</w:t>
        <w:br/>
        <w:t>чогось бракує, як завжди, але чого —&lt;br /&gt;</w:t>
        <w:br/>
        <w:t>не встановити, і замучені до решти асистенти&lt;br /&gt;</w:t>
        <w:br/>
        <w:t>показують, що треба почекати,&lt;br /&gt;</w:t>
        <w:br/>
        <w:t>перш ніж закінчувати; жмакаєш свій факс,&lt;br /&gt;</w:t>
        <w:br/>
        <w:t>ідеш до мікрофона, купа дротів,&lt;br /&gt;</w:t>
        <w:br/>
        <w:t>малі гуцули зі свічками зупиняють,&lt;br /&gt;</w:t>
        <w:br/>
        <w:t>питаючи, як довго буде смерть.&lt;br /&gt;</w:t>
        <w:br/>
        <w:t>Як довго буде смерть… … … …&lt;br /&gt;</w:t>
        <w:br/>
        <w:t>Хіба я знаю?&lt;br /&gt;</w:t>
        <w:br/>
        <w:t>Криваві фляки замерзають у пітьмі,&lt;br /&gt;</w:t>
        <w:br/>
        <w:t>і гори у безмову западають,&lt;br /&gt;</w:t>
        <w:br/>
        <w:t>і западають стежки сніжком у зимі, —</w:t>
      </w:r>
    </w:p>
    <w:p>
      <w:r>
        <w:br/>
        <w:t>а в ній уже ні Марти, ні Марії,&lt;br /&gt;</w:t>
        <w:br/>
        <w:t>лиш морок, вирій лиликів, цей стан&lt;br /&gt;</w:t>
        <w:br/>
        <w:t>невідворотної Ворохти, іцо застав&lt;br /&gt;</w:t>
        <w:br/>
        <w:t>бездомних псів у горах Гуцулії.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Мисливці на снігу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