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Минула ніч тривожно і безславно...</w:t>
      </w:r>
    </w:p>
    <w:p>
      <w:r>
        <w:br/>
        <w:t xml:space="preserve"> Минула ніч тривожно і безславно.&lt;br /&gt;</w:t>
        <w:br/>
        <w:t>І скрізь степи, і всюди вороги.&lt;br /&gt;</w:t>
        <w:br/>
        <w:t>Коли ж ти вийдеш, ніжна Ярославно,&lt;br /&gt;</w:t>
        <w:br/>
        <w:t>На темний вал одчаю і жаги?</w:t>
      </w:r>
    </w:p>
    <w:p>
      <w:r>
        <w:br/>
        <w:t>Невпинний вітер мече гострі стріли,&lt;br /&gt;</w:t>
        <w:br/>
        <w:t>Високе сонце п'яну спеку ллє.&lt;br /&gt;</w:t>
        <w:br/>
        <w:t>А я не бачу, де ті руки милі,&lt;br /&gt;</w:t>
        <w:br/>
        <w:t>Що захистить могли б життя моє.</w:t>
      </w:r>
    </w:p>
    <w:p>
      <w:r>
        <w:br/>
        <w:t>Лише Кончак дочку свою вродливу&lt;br /&gt;</w:t>
        <w:br/>
        <w:t>Причарувати бранця намовля,&lt;br /&gt;</w:t>
        <w:br/>
        <w:t>І чорну пристрасть, вільну і зрадливу,&lt;br /&gt;</w:t>
        <w:br/>
        <w:t>В чужих піснях вже почуваю я.</w:t>
      </w:r>
    </w:p>
    <w:p>
      <w:r>
        <w:br/>
        <w:t>1922. 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Минула ніч тривожно і безславно...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