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Минають дні, іде по літі осінь...</w:t>
      </w:r>
    </w:p>
    <w:p>
      <w:r>
        <w:br/>
        <w:t xml:space="preserve"> &lt;blockquote&gt;Є. Плужникові&lt;/blockquote&gt;&lt;br /&gt;</w:t>
        <w:br/>
        <w:t>Минають дні, іде по літі осінь,&lt;br /&gt;</w:t>
        <w:br/>
        <w:t>В прозорім сумі ніжна й золота.&lt;br /&gt;</w:t>
        <w:br/>
        <w:t>Жаркі стрічки впліта в зелені коси —&lt;br /&gt;</w:t>
        <w:br/>
        <w:t>Слова прощання на мої уста.</w:t>
      </w:r>
    </w:p>
    <w:p>
      <w:r>
        <w:br/>
        <w:t>Я знов один, чужий собі й нелюбий,&lt;br /&gt;</w:t>
        <w:br/>
        <w:t>З піснями синіми по синій далині…&lt;br /&gt;</w:t>
        <w:br/>
        <w:t>І хтось поклав слова на почорнілі губи —&lt;br /&gt;</w:t>
        <w:br/>
        <w:t>Такі ласкаві, ніжні і сумні.</w:t>
      </w:r>
    </w:p>
    <w:p>
      <w:r>
        <w:br/>
        <w:t>Який я став? Яка тому причина?&lt;br /&gt;</w:t>
        <w:br/>
        <w:t>Вже кинув бокс і курс вечірніх вправ…&lt;br /&gt;</w:t>
        <w:br/>
        <w:t>Мале хлоп’я тепер мені за сина,&lt;br /&gt;</w:t>
        <w:br/>
        <w:t>А чи ж давно я з ним у цурки грав?</w:t>
      </w:r>
    </w:p>
    <w:p>
      <w:r>
        <w:br/>
        <w:t>Біжать автобуси так само вчора й нині,&lt;br /&gt;</w:t>
        <w:br/>
        <w:t>А день – такий же синій, синій день…&lt;br /&gt;</w:t>
        <w:br/>
        <w:t>Скажи, чому в дочасну домовину&lt;br /&gt;</w:t>
        <w:br/>
        <w:t>Нас путь одна сухоткою веде…</w:t>
      </w:r>
    </w:p>
    <w:p>
      <w:r>
        <w:br/>
        <w:t>Скажи, чому бушую і гуляю,&lt;br /&gt;</w:t>
        <w:br/>
        <w:t>А в серці сум і сонце і весна,&lt;br /&gt;</w:t>
        <w:br/>
        <w:t>І дух терпкий степового розмаю&lt;br /&gt;</w:t>
        <w:br/>
        <w:t>І золота весна…</w:t>
      </w:r>
    </w:p>
    <w:p>
      <w:r>
        <w:br/>
        <w:t>О не сумуй, що не такі, а інші&lt;br /&gt;</w:t>
        <w:br/>
        <w:t>Прийшли ми в цей зелений, милий світ.&lt;br /&gt;</w:t>
        <w:br/>
        <w:t>Там у степах забрунькувала вишня,&lt;br /&gt;</w:t>
        <w:br/>
        <w:t>І на Дніпрі сльозою вкрився лід.</w:t>
      </w:r>
    </w:p>
    <w:p>
      <w:r>
        <w:br/>
        <w:t>Там по степах… та ти не розумієш,&lt;br /&gt;</w:t>
        <w:br/>
        <w:t>Тобі рідніші брук і димарі…&lt;br /&gt;</w:t>
        <w:br/>
        <w:t>У сивім ковилі ховає сонце вії&lt;br /&gt;</w:t>
        <w:br/>
        <w:t>І в позолоті очерет горить.</w:t>
      </w:r>
    </w:p>
    <w:p>
      <w:r>
        <w:br/>
        <w:t>І кличе владно знову повернути&lt;br /&gt;</w:t>
        <w:br/>
        <w:t>Далекий голос юність золоту,&lt;br /&gt;</w:t>
        <w:br/>
        <w:t>А за вікном голодний вітер, лютий&lt;br /&gt;</w:t>
        <w:br/>
        <w:t>І в ніч дерева зігнуті ростуть.</w:t>
      </w:r>
    </w:p>
    <w:p>
      <w:r>
        <w:br/>
        <w:t>Ах думи, думи… До блідого ранку&lt;br /&gt;</w:t>
        <w:br/>
        <w:t>Вузька канапа не дає заснуть: —&lt;br /&gt;</w:t>
        <w:br/>
        <w:t>Я завтра знов лічити буду гранки&lt;br /&gt;</w:t>
        <w:br/>
        <w:t>І у портфелі тамувать весну…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Минають дні, іде по літі осінь...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