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Микольцеві пригоди</w:t>
      </w:r>
    </w:p>
    <w:p>
      <w:r>
        <w:br/>
        <w:t xml:space="preserve"> I&lt;br /&gt;</w:t>
        <w:br/>
        <w:t>Чей то буде радість всім&lt;br /&gt;</w:t>
        <w:br/>
        <w:t>І не вийде се на шкоду,&lt;br /&gt;</w:t>
        <w:br/>
        <w:t>Як вам, дітки, оповім&lt;br /&gt;</w:t>
        <w:br/>
        <w:t>Микольцеву пригоду.&lt;br /&gt;</w:t>
        <w:br/>
        <w:t>Наш Микольцьо звісний тим,&lt;br /&gt;</w:t>
        <w:br/>
        <w:t>Що страху не знав нітрішки;&lt;br /&gt;</w:t>
        <w:br/>
        <w:t>На пригоди йде, як в дим,&lt;br /&gt;</w:t>
        <w:br/>
        <w:t>А на бої — то і ...пішки.&lt;br /&gt;</w:t>
        <w:br/>
        <w:t>Раз він вибрався у ліс&lt;br /&gt;</w:t>
        <w:br/>
        <w:t>Чи на вовка, чи лисичку,&lt;br /&gt;</w:t>
        <w:br/>
        <w:t>Дерев'яний в нього кріс*,&lt;br /&gt;</w:t>
        <w:br/>
        <w:t>А за спис він має...тичку.&lt;br /&gt;</w:t>
        <w:br/>
        <w:t>Нараз чує, щось шелесть,&lt;br /&gt;</w:t>
        <w:br/>
        <w:t>Над потічком між травою...&lt;br /&gt;</w:t>
        <w:br/>
        <w:t>Страшний ворог вже і єсть:&lt;br /&gt;</w:t>
        <w:br/>
        <w:t>Б'є серденько з непокою.&lt;br /&gt;</w:t>
        <w:br/>
        <w:t>А може їх п'ять чи сім,&lt;br /&gt;</w:t>
        <w:br/>
        <w:t>А може їх двісті-триста...&lt;br /&gt;</w:t>
        <w:br/>
        <w:t>Може помагає їм&lt;br /&gt;</w:t>
        <w:br/>
        <w:t>З пекла сила та нечиста.&lt;br /&gt;</w:t>
        <w:br/>
        <w:t>Кігті певно є у них...&lt;br /&gt;</w:t>
        <w:br/>
        <w:t>Може й кливаки та роги...&lt;br /&gt;</w:t>
        <w:br/>
        <w:t>Від думок отих страшних&lt;br /&gt;</w:t>
        <w:br/>
        <w:t>Аж самі трясуться ноги.&lt;br /&gt;</w:t>
        <w:br/>
        <w:t>Та Микольцьо хлопчик зух,&lt;br /&gt;</w:t>
        <w:br/>
        <w:t>Наготовив гостру зброю:&lt;br /&gt;</w:t>
        <w:br/>
        <w:t>— Хто там є? Розіб'ю в пух!&lt;br /&gt;</w:t>
        <w:br/>
        <w:t>Виходи скоріш до бою!&lt;br /&gt;</w:t>
        <w:br/>
        <w:t>І нахмурив грізно зір,&lt;br /&gt;</w:t>
        <w:br/>
        <w:t>Швидко ним довкола водить...&lt;br /&gt;</w:t>
        <w:br/>
        <w:t>Незабаром дикий звір&lt;br /&gt;</w:t>
        <w:br/>
        <w:t>З-поміж листячка виходить.&lt;br /&gt;</w:t>
        <w:br/>
        <w:t>Вперед мордочка мала,&lt;br /&gt;</w:t>
        <w:br/>
        <w:t>Та й одна і друга лапка,&lt;br /&gt;</w:t>
        <w:br/>
        <w:t>А вкінці вже і ціла&lt;br /&gt;</w:t>
        <w:br/>
        <w:t>Показалась з листя... жабка.</w:t>
      </w:r>
    </w:p>
    <w:p>
      <w:r>
        <w:br/>
        <w:t>II&lt;br /&gt;</w:t>
        <w:br/>
        <w:t>Чи то казка є така,&lt;br /&gt;</w:t>
        <w:br/>
        <w:t>Чи то сон приснився,&lt;br /&gt;</w:t>
        <w:br/>
        <w:t>Та про того козака,&lt;br /&gt;</w:t>
        <w:br/>
        <w:t>Що з жабкою бився.&lt;br /&gt;</w:t>
        <w:br/>
        <w:t>Та не думайте ви так,&lt;br /&gt;</w:t>
        <w:br/>
        <w:t>Що то тільки смішки:&lt;br /&gt;</w:t>
        <w:br/>
        <w:t>Микольцуньо наш, козак,&lt;br /&gt;</w:t>
        <w:br/>
        <w:t>Не боїться й мишки.&lt;br /&gt;</w:t>
        <w:br/>
        <w:t>Раз в комору він зайшов,&lt;br /&gt;</w:t>
        <w:br/>
        <w:t>Заглянув у діжку,&lt;br /&gt;</w:t>
        <w:br/>
        <w:t>Та й сирі там знайшов&lt;br /&gt;</w:t>
        <w:br/>
        <w:t>Довгохвосту мишку.&lt;br /&gt;</w:t>
        <w:br/>
        <w:t>Думаєте, що кричав&lt;br /&gt;</w:t>
        <w:br/>
        <w:t>Або біг до мами?&lt;br /&gt;</w:t>
        <w:br/>
        <w:t>Ні, він мишку в полон взяв&lt;br /&gt;</w:t>
        <w:br/>
        <w:t>Власними руками.&lt;br /&gt;</w:t>
        <w:br/>
        <w:t>Але й мишка не така.&lt;br /&gt;</w:t>
        <w:br/>
        <w:t>За сира кавальчик&lt;br /&gt;</w:t>
        <w:br/>
        <w:t>Укусила козака&lt;br /&gt;</w:t>
        <w:br/>
        <w:t>В сам мізинний пальчик.&lt;br /&gt;</w:t>
        <w:br/>
        <w:t>А тепер вже упав страх&lt;br /&gt;</w:t>
        <w:br/>
        <w:t>На серце козаче —&lt;br /&gt;</w:t>
        <w:br/>
        <w:t>Він об землю мишку бах,&lt;br /&gt;</w:t>
        <w:br/>
        <w:t>Та й нищечком плаче.&lt;br /&gt;</w:t>
        <w:br/>
        <w:t>Був би сором скінчивсь&lt;br /&gt;</w:t>
        <w:br/>
        <w:t>Отсей бій тяженький,&lt;br /&gt;</w:t>
        <w:br/>
        <w:t>Коли б був не пригодивсь&lt;br /&gt;</w:t>
        <w:br/>
        <w:t>Товариш вірненький.&lt;br /&gt;</w:t>
        <w:br/>
        <w:t>Котик Мурочко прибіг&lt;br /&gt;</w:t>
        <w:br/>
        <w:t>Пімстити обіду —&lt;br /&gt;</w:t>
        <w:br/>
        <w:t>Зловив миш погану вмить,&lt;br /&gt;</w:t>
        <w:br/>
        <w:t>Щоб не було встиду.&lt;br /&gt;</w:t>
        <w:br/>
        <w:t>По обіді разом йдуть&lt;br /&gt;</w:t>
        <w:br/>
        <w:t>Гордо до кімнати,&lt;br /&gt;</w:t>
        <w:br/>
        <w:t>Щоб за подвиг свій і труд&lt;br /&gt;</w:t>
        <w:br/>
        <w:t>Похвалу дістати.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Микольцеві пригоди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