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Микола зеров. 1937</w:t>
      </w:r>
    </w:p>
    <w:p>
      <w:r>
        <w:br/>
        <w:t xml:space="preserve"> ці надужито кволі небеса –</w:t>
      </w:r>
    </w:p>
    <w:p>
      <w:r>
        <w:br/>
        <w:t>їх сонна міць навздогадки бісила.</w:t>
      </w:r>
    </w:p>
    <w:p>
      <w:r>
        <w:br/>
        <w:t>яка зима! яка душа красива</w:t>
      </w:r>
    </w:p>
    <w:p>
      <w:r>
        <w:br/>
        <w:t>мій наголос від голосу спаса…</w:t>
      </w:r>
    </w:p>
    <w:p>
      <w:r>
        <w:br/>
        <w:t>&lt;br /&gt;</w:t>
        <w:br/>
        <w:t>ще б слово причаїлось під настилом,</w:t>
      </w:r>
    </w:p>
    <w:p>
      <w:r>
        <w:br/>
        <w:t>аби його не схибив навіть сам:</w:t>
      </w:r>
    </w:p>
    <w:p>
      <w:r>
        <w:br/>
        <w:t>невже б допантрав споконвічний злам</w:t>
      </w:r>
    </w:p>
    <w:p>
      <w:r>
        <w:br/>
        <w:t>тонку природу людського безсилля.</w:t>
      </w:r>
    </w:p>
    <w:p>
      <w:r>
        <w:br/>
        <w:t>&lt;br /&gt;</w:t>
        <w:br/>
        <w:t>невже б не спокусився на обряд</w:t>
      </w:r>
    </w:p>
    <w:p>
      <w:r>
        <w:br/>
        <w:t>приниження, що рясами нічними</w:t>
      </w:r>
    </w:p>
    <w:p>
      <w:r>
        <w:br/>
        <w:t>їх попіл відокремить від наяд?</w:t>
      </w:r>
    </w:p>
    <w:p>
      <w:r>
        <w:br/>
        <w:t>&lt;br /&gt;</w:t>
        <w:br/>
        <w:t>якби я був – невже я був би з ними</w:t>
      </w:r>
    </w:p>
    <w:p>
      <w:r>
        <w:br/>
        <w:t>і строфи шикував би горлом в ряд</w:t>
      </w:r>
    </w:p>
    <w:p>
      <w:r>
        <w:br/>
        <w:t>відторґнуті – читай неопалимі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Микола зеров. 1937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