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Гамлет</w:t>
      </w:r>
    </w:p>
    <w:p>
      <w:r>
        <w:br/>
        <w:t xml:space="preserve"> Я розповім не все, лише дещицю,&lt;br /&gt;</w:t>
        <w:br/>
        <w:t>На все й про все часу в мене не буде...&lt;br /&gt;</w:t>
        <w:br/>
        <w:t>Я був зачатий в грісі, як годиться, —&lt;br /&gt;</w:t>
        <w:br/>
        <w:t>В поту і нервах ночі після шлюбу.</w:t>
      </w:r>
    </w:p>
    <w:p>
      <w:r>
        <w:br/>
        <w:t>Я знав, що, віддалившись від Землі,&lt;br /&gt;</w:t>
        <w:br/>
        <w:t>Чи вище, ми — жорстокі та суворі.&lt;br /&gt;</w:t>
        <w:br/>
        <w:t>Я йшов спокійно прямо в королі,&lt;br /&gt;</w:t>
        <w:br/>
        <w:t>Бо знав себе спадковим принцем крові.</w:t>
      </w:r>
    </w:p>
    <w:p>
      <w:r>
        <w:br/>
        <w:t>Я знав — все буде так, як хочу я,&lt;br /&gt;</w:t>
        <w:br/>
        <w:t>Бо не бував у скрути у полоні.&lt;br /&gt;</w:t>
        <w:br/>
        <w:t>Мої по школі друзі та мечах&lt;br /&gt;</w:t>
        <w:br/>
        <w:t>Мені служили, як батьки — короні.</w:t>
      </w:r>
    </w:p>
    <w:p>
      <w:r>
        <w:br/>
        <w:t>Не думав теж над тим, що я скажу,&lt;br /&gt;</w:t>
        <w:br/>
        <w:t>Кидав гіркі слова щораз на вітер.&lt;br /&gt;</w:t>
        <w:br/>
        <w:t>Та вірили мені, як ватажку&lt;br /&gt;</w:t>
        <w:br/>
        <w:t>Високопоставлені всі діти.</w:t>
      </w:r>
    </w:p>
    <w:p>
      <w:r>
        <w:br/>
        <w:t>Лякалась часто нас нічна сторожа,&lt;br /&gt;</w:t>
        <w:br/>
        <w:t>Як віспою часи хворіли нами.&lt;br /&gt;</w:t>
        <w:br/>
        <w:t>Я м'ясо їв з ножа, спав на кожах,&lt;br /&gt;</w:t>
        <w:br/>
        <w:t>І вчив коня свойого стременами.</w:t>
      </w:r>
    </w:p>
    <w:p>
      <w:r>
        <w:br/>
        <w:t>Я знав, що мені скажуть: "Йди, царюй!"&lt;br /&gt;</w:t>
        <w:br/>
        <w:t>І підлабузників почую спів,&lt;br /&gt;</w:t>
        <w:br/>
        <w:t>І я п'янів від золочених збруй,&lt;br /&gt;</w:t>
        <w:br/>
        <w:t>Терплячий до насильства книг та слів.</w:t>
      </w:r>
    </w:p>
    <w:p>
      <w:r>
        <w:br/>
        <w:t>Я посміхатись вмів лише губами,&lt;br /&gt;</w:t>
        <w:br/>
        <w:t>А таємний погляд, злий від горя,&lt;br /&gt;</w:t>
        <w:br/>
        <w:t>Щораз вдягав холодними словами&lt;br /&gt;</w:t>
        <w:br/>
        <w:t>Мойого блазня: "Амінь, мій Йорик!"</w:t>
      </w:r>
    </w:p>
    <w:p>
      <w:r>
        <w:br/>
        <w:t>Відкинув я до полювань азарт,&lt;br /&gt;</w:t>
        <w:br/>
        <w:t>І зненавидів теж хортів та гончих.&lt;br /&gt;</w:t>
        <w:br/>
        <w:t>Я від підранка гнав коня назад,&lt;br /&gt;</w:t>
        <w:br/>
        <w:t>Бив пугою загоничів та ловчих.</w:t>
      </w:r>
    </w:p>
    <w:p>
      <w:r>
        <w:br/>
        <w:t>Я бачив — наші ігри з кожним днем&lt;br /&gt;</w:t>
        <w:br/>
        <w:t>Походили все більше на безчинство.&lt;br /&gt;</w:t>
        <w:br/>
        <w:t>Його ночами спалював вогнем&lt;br /&gt;</w:t>
        <w:br/>
        <w:t>І відмивався від денного свинства.</w:t>
      </w:r>
    </w:p>
    <w:p>
      <w:r>
        <w:br/>
        <w:t>Я прозрівав щоденно і у всьому,&lt;br /&gt;</w:t>
        <w:br/>
        <w:t>Та проґавив підступні інтриги.&lt;br /&gt;</w:t>
        <w:br/>
        <w:t>Зненавидів цей світ, людей у ньому —&lt;br /&gt;</w:t>
        <w:br/>
        <w:t>Теж. І я занурився у книги.</w:t>
      </w:r>
    </w:p>
    <w:p>
      <w:r>
        <w:br/>
        <w:t>До знань мій мозок жадний, мов павук,&lt;br /&gt;</w:t>
        <w:br/>
        <w:t>Все осягав: рух, спокій і причини,&lt;br /&gt;</w:t>
        <w:br/>
        <w:t>Та нема сенсу в думці чи наук,&lt;br /&gt;</w:t>
        <w:br/>
        <w:t>Як не цінуються вони в Вітчизні.</w:t>
      </w:r>
    </w:p>
    <w:p>
      <w:r>
        <w:br/>
        <w:t>Дитинства друзів більше не почути,&lt;br /&gt;</w:t>
        <w:br/>
        <w:t>Нитка Аріадни стала схемою.&lt;br /&gt;</w:t>
        <w:br/>
        <w:t>Для мене думка "Бути чи не бути",&lt;br /&gt;</w:t>
        <w:br/>
        <w:t>Була нерозв'язною дилемою.</w:t>
      </w:r>
    </w:p>
    <w:p>
      <w:r>
        <w:br/>
        <w:t>Однак хлюпоче вічне море бід.&lt;br /&gt;</w:t>
        <w:br/>
        <w:t>А палець знайде в небо попадання,&lt;br /&gt;</w:t>
        <w:br/>
        <w:t>Відсіявши оманливий одвіт&lt;br /&gt;</w:t>
        <w:br/>
        <w:t>Від казуїстичного питання.</w:t>
      </w:r>
    </w:p>
    <w:p>
      <w:r>
        <w:br/>
        <w:t>Чув поклик предків через тихий гул,&lt;br /&gt;</w:t>
        <w:br/>
        <w:t>Пішов на нього — сумніви із тилу.&lt;br /&gt;</w:t>
        <w:br/>
        <w:t>Та роздумів тягар наверх тягнув,&lt;br /&gt;</w:t>
        <w:br/>
        <w:t>А крила плоті, навпаки, в могилу.</w:t>
      </w:r>
    </w:p>
    <w:p>
      <w:r>
        <w:br/>
        <w:t>У сплав крихкий спаяли мене дні&lt;br /&gt;</w:t>
        <w:br/>
        <w:t>Розчарувань, вагань, підозри, злості.&lt;br /&gt;</w:t>
        <w:br/>
        <w:t>Я кров пролив, як всі, і як вони,&lt;br /&gt;</w:t>
        <w:br/>
        <w:t>Та не зумів відмовитись від помсти.</w:t>
      </w:r>
    </w:p>
    <w:p>
      <w:r>
        <w:br/>
        <w:t>Мій спалах перед смертю — це провал.&lt;br /&gt;</w:t>
        <w:br/>
        <w:t>Офеліє! Я тліну не приймаю.&lt;br /&gt;</w:t>
        <w:br/>
        <w:t>Та вбивством я уже себе зрівняв&lt;br /&gt;</w:t>
        <w:br/>
        <w:t>Із тим, з ким разом в землю я лягаю.</w:t>
      </w:r>
    </w:p>
    <w:p>
      <w:r>
        <w:br/>
        <w:t>Я, Гамлет, я насильство зневажав,&lt;br /&gt;</w:t>
        <w:br/>
        <w:t>Але на Датську наплював корону,&lt;br /&gt;</w:t>
        <w:br/>
        <w:t>Та в їх очах — за трон горлянку рвав&lt;br /&gt;</w:t>
        <w:br/>
        <w:t>І убивав суперника по трону.</w:t>
      </w:r>
    </w:p>
    <w:p>
      <w:r>
        <w:br/>
        <w:t>А геніальний сплеск — то море бід,&lt;br /&gt;</w:t>
        <w:br/>
        <w:t>І смерть в народженні живе чеканням.&lt;br /&gt;</w:t>
        <w:br/>
        <w:t>А ми шукаєм каверзний одвіт,&lt;br /&gt;</w:t>
        <w:br/>
        <w:t>Не знаючи потрібного питання.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