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день</w:t>
      </w:r>
    </w:p>
    <w:p>
      <w:r>
        <w:br/>
        <w:t xml:space="preserve"> зранку біжу до суду&lt;br /&gt;</w:t>
        <w:br/>
        <w:t>найперше пропоную свої послуги&lt;br /&gt;</w:t>
        <w:br/>
        <w:t>череваням та їхнім коштовним самицям&lt;br /&gt;</w:t>
        <w:br/>
        <w:t>обсмикую піджачок і підлещуюся&lt;br /&gt;</w:t>
        <w:br/>
        <w:t>лжесвідка не потребуєте&lt;br /&gt;</w:t>
        <w:br/>
        <w:t>потім власники нерухомості&lt;br /&gt;</w:t>
        <w:br/>
        <w:t>вироджена фауна класу середняків&lt;br /&gt;</w:t>
        <w:br/>
        <w:t>легенько неначе кельнер&lt;br /&gt;</w:t>
        <w:br/>
        <w:t>торкаю їх за плече&lt;br /&gt;</w:t>
        <w:br/>
        <w:t>і шепчу на вухо&lt;br /&gt;</w:t>
        <w:br/>
        <w:t>лжесвідка не потребуєте&lt;br /&gt;</w:t>
        <w:br/>
        <w:t>гримають на мене з відразою&lt;br /&gt;</w:t>
        <w:br/>
        <w:t>осляче єство з них так і пре&lt;br /&gt;</w:t>
        <w:br/>
        <w:t>нарешті мужики&lt;br /&gt;</w:t>
        <w:br/>
        <w:t>хамло неотесане&lt;br /&gt;</w:t>
        <w:br/>
        <w:t>приперлися хтозна звідки&lt;br /&gt;</w:t>
        <w:br/>
        <w:t>судитися за ґрунт&lt;br /&gt;</w:t>
        <w:br/>
        <w:t>таких лапаю за поли й гукаю&lt;br /&gt;</w:t>
        <w:br/>
        <w:t>гей дядьку лжесвідка не потребуєте&lt;br /&gt;</w:t>
        <w:br/>
        <w:t>а якщо й вони відмовляються&lt;br /&gt;</w:t>
        <w:br/>
        <w:t>плетуся в кімнату чергового&lt;br /&gt;</w:t>
        <w:br/>
        <w:t>і до вечора ріжуся в карти&lt;br /&gt;</w:t>
        <w:br/>
        <w:t>зі знайомим поліціянтом&lt;br /&gt;</w:t>
        <w:br/>
        <w:t>завтра буде краще&lt;br /&gt;</w:t>
        <w:br/>
        <w:t>кажу собі</w:t>
      </w:r>
    </w:p>
    <w:p>
      <w:r>
        <w:br/>
        <w:t>так</w:t>
      </w:r>
    </w:p>
    <w:p>
      <w:r>
        <w:br/>
        <w:t>завтра буде краще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