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Міф</w:t>
      </w:r>
    </w:p>
    <w:p>
      <w:r>
        <w:br/>
        <w:t xml:space="preserve"> Василеві Корпанюку</w:t>
      </w:r>
    </w:p>
    <w:p>
      <w:r>
        <w:br/>
        <w:t>(Версія)</w:t>
      </w:r>
    </w:p>
    <w:p>
      <w:r>
        <w:br/>
        <w:t>Василеві Корпанюку</w:t>
      </w:r>
    </w:p>
    <w:p>
      <w:r>
        <w:br/>
        <w:t>Коли немолодий чоловік&lt;br /&gt;</w:t>
        <w:br/>
        <w:t>повертається додому,&lt;br /&gt;</w:t>
        <w:br/>
        <w:t>він іде зарінком, він іде лісом,&lt;br /&gt;</w:t>
        <w:br/>
        <w:t>він іде над потоком, він обминає скалу.</w:t>
      </w:r>
    </w:p>
    <w:p>
      <w:r>
        <w:br/>
        <w:t>Він у дорозі награфить&lt;br /&gt;</w:t>
        <w:br/>
        <w:t>на красивий камінь,&lt;br /&gt;</w:t>
        <w:br/>
        <w:t>він облюбує в дорозі&lt;br /&gt;</w:t>
        <w:br/>
        <w:t>плескату плиту,&lt;br /&gt;</w:t>
        <w:br/>
        <w:t>буває, що й картату.</w:t>
      </w:r>
    </w:p>
    <w:p>
      <w:r>
        <w:br/>
        <w:t>Він візьме каменину на руки&lt;br /&gt;</w:t>
        <w:br/>
        <w:t>і понесе її вгору,&lt;br /&gt;</w:t>
        <w:br/>
        <w:t>бо хата його на горі.&lt;br /&gt;</w:t>
        <w:br/>
        <w:t>І камінь не вирветься з його рук,&lt;br /&gt;</w:t>
        <w:br/>
        <w:t>він донесе&lt;br /&gt;</w:t>
        <w:br/>
        <w:t>і кине його під порогом.&lt;br /&gt;</w:t>
        <w:br/>
        <w:t>А потому поруч примостить другий,&lt;br /&gt;</w:t>
        <w:br/>
        <w:t>а далі – третій,&lt;br /&gt;</w:t>
        <w:br/>
        <w:t>і жодну каменюку не випустить з рук,&lt;br /&gt;</w:t>
        <w:br/>
        <w:t>хоч нести щоразу все важче.</w:t>
      </w:r>
    </w:p>
    <w:p>
      <w:r>
        <w:br/>
        <w:t>Він вимостить камінням дорогу&lt;br /&gt;</w:t>
        <w:br/>
        <w:t>і ходитиме тією дорогою від хати до стайні,&lt;br /&gt;</w:t>
        <w:br/>
        <w:t>і нам тією дорогою&lt;br /&gt;</w:t>
        <w:br/>
        <w:t>ще йти і 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