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М'яке і пухнасте</w:t>
      </w:r>
    </w:p>
    <w:p>
      <w:r>
        <w:br/>
        <w:t xml:space="preserve"> Iван Андрусяк</w:t>
      </w:r>
    </w:p>
    <w:p>
      <w:r>
        <w:br/>
        <w:t>ЗНАННЯ</w:t>
      </w:r>
    </w:p>
    <w:p>
      <w:r>
        <w:br/>
        <w:t>Нуль помножити на нуль,&lt;br /&gt;</w:t>
        <w:br/>
        <w:t>накрутити десять дуль,&lt;br /&gt;</w:t>
        <w:br/>
        <w:t>і додати два хвости,&lt;br /&gt;</w:t>
        <w:br/>
        <w:t>і в комору занести,</w:t>
      </w:r>
    </w:p>
    <w:p>
      <w:r>
        <w:br/>
        <w:t>а тоді додати знову&lt;br /&gt;</w:t>
        <w:br/>
        <w:t>хоч єдине тепле слово,&lt;br /&gt;</w:t>
        <w:br/>
        <w:t>помішати, посолити&lt;br /&gt;</w:t>
        <w:br/>
        <w:t>і підручником накрити…</w:t>
      </w:r>
    </w:p>
    <w:p>
      <w:r>
        <w:br/>
        <w:t>… Але зранку все так само –&lt;br /&gt;</w:t>
        <w:br/>
        <w:t>зранку доню знову мама&lt;br /&gt;</w:t>
        <w:br/>
        <w:t>з пункту "Д" до пункту "Ш"&lt;br /&gt;</w:t>
        <w:br/>
        <w:t>всю дорогу утіша.</w:t>
      </w:r>
    </w:p>
    <w:p>
      <w:r>
        <w:br/>
        <w:t>* * *</w:t>
      </w:r>
    </w:p>
    <w:p>
      <w:r>
        <w:br/>
        <w:t>НАКРИВСЯ</w:t>
      </w:r>
    </w:p>
    <w:p>
      <w:r>
        <w:br/>
        <w:t>За лісом синій дощ стелився.&lt;br /&gt;</w:t>
        <w:br/>
        <w:t>Ліс накривався – і накрився.</w:t>
      </w:r>
    </w:p>
    <w:p>
      <w:r>
        <w:br/>
        <w:t>* * *</w:t>
      </w:r>
    </w:p>
    <w:p>
      <w:r>
        <w:br/>
        <w:t>ДОДОМУ</w:t>
      </w:r>
    </w:p>
    <w:p>
      <w:r>
        <w:br/>
        <w:t>Качка качуру:&lt;br /&gt;</w:t>
        <w:br/>
        <w:t>– Не розкачуйся!</w:t>
      </w:r>
    </w:p>
    <w:p>
      <w:r>
        <w:br/>
        <w:t>Від річки доріжки –&lt;br /&gt;</w:t>
        <w:br/>
        <w:t>півсвіту пішки.</w:t>
      </w:r>
    </w:p>
    <w:p>
      <w:r>
        <w:br/>
        <w:t>Вернем затемна –&lt;br /&gt;</w:t>
        <w:br/>
        <w:t>ото й знатимеш!</w:t>
      </w:r>
    </w:p>
    <w:p>
      <w:r>
        <w:br/>
        <w:t>* * *</w:t>
      </w:r>
    </w:p>
    <w:p>
      <w:r>
        <w:br/>
        <w:t>ВЕЧІРНІЙ ЧАЙ</w:t>
      </w:r>
    </w:p>
    <w:p>
      <w:r>
        <w:br/>
        <w:t>На буфеті у пакеті&lt;br /&gt;</w:t>
        <w:br/>
        <w:t>проживає чай.&lt;br /&gt;</w:t>
        <w:br/>
        <w:t>Він до півнів аж до третіх&lt;br /&gt;</w:t>
        <w:br/>
        <w:t>булька, як ручай.</w:t>
      </w:r>
    </w:p>
    <w:p>
      <w:r>
        <w:br/>
        <w:t>І лепече, і лопоче,&lt;br /&gt;</w:t>
        <w:br/>
        <w:t>заваритись дуже хоче,&lt;br /&gt;</w:t>
        <w:br/>
        <w:t>і пахтить, як мед.&lt;br /&gt;</w:t>
        <w:br/>
        <w:t>А як півень відспіває,&lt;br /&gt;</w:t>
        <w:br/>
        <w:t>чай ображено зітхає&lt;br /&gt;</w:t>
        <w:br/>
        <w:t>і верта в пакет.</w:t>
      </w:r>
    </w:p>
    <w:p>
      <w:r>
        <w:br/>
        <w:t>…А на ранок він лукаво&lt;br /&gt;</w:t>
        <w:br/>
        <w:t>на усіх бурчав:&lt;br /&gt;</w:t>
        <w:br/>
        <w:t>– Пийте каву, пийте каву,&lt;br /&gt;</w:t>
        <w:br/>
        <w:t>я вечірній чай!</w:t>
      </w:r>
    </w:p>
    <w:p>
      <w:r>
        <w:br/>
        <w:t>* * *</w:t>
      </w:r>
    </w:p>
    <w:p>
      <w:r>
        <w:br/>
        <w:t>ЗОРІ Й МІСЯЦЬ</w:t>
      </w:r>
    </w:p>
    <w:p>
      <w:r>
        <w:br/>
        <w:t>Усі сови&lt;br /&gt;</w:t>
        <w:br/>
        <w:t>попросиналися,&lt;br /&gt;</w:t>
        <w:br/>
        <w:t>із небесних зворів&lt;br /&gt;</w:t>
        <w:br/>
        <w:t>очима світяться,</w:t>
      </w:r>
    </w:p>
    <w:p>
      <w:r>
        <w:br/>
        <w:t>лиш одна сова&lt;br /&gt;</w:t>
        <w:br/>
        <w:t>зо звору висовилася,&lt;br /&gt;</w:t>
        <w:br/>
        <w:t>над сонним ставом&lt;br /&gt;</w:t>
        <w:br/>
        <w:t>пір’я чистить.</w:t>
      </w:r>
    </w:p>
    <w:p>
      <w:r>
        <w:br/>
        <w:t>* * *</w:t>
      </w:r>
    </w:p>
    <w:p>
      <w:r>
        <w:br/>
        <w:t>КОЛИСКОВА</w:t>
      </w:r>
    </w:p>
    <w:p>
      <w:r>
        <w:br/>
        <w:t>Ой ходила лебедиха,&lt;br /&gt;</w:t>
        <w:br/>
        <w:t>та й у лузі, лу&lt;br /&gt;</w:t>
        <w:br/>
        <w:t>пригорнула тихо-тихо&lt;br /&gt;</w:t>
        <w:br/>
        <w:t>крильцем ковилу.</w:t>
      </w:r>
    </w:p>
    <w:p>
      <w:r>
        <w:br/>
        <w:t>Ой ходила лебедиха,&lt;br /&gt;</w:t>
        <w:br/>
        <w:t>та й у лісі, лі&lt;br /&gt;</w:t>
        <w:br/>
        <w:t>притулилась тихо-тихо&lt;br /&gt;</w:t>
        <w:br/>
        <w:t>крильцем до землі.</w:t>
      </w:r>
    </w:p>
    <w:p>
      <w:r>
        <w:br/>
        <w:t>Полетіла лебедиха&lt;br /&gt;</w:t>
        <w:br/>
        <w:t>понад озером,&lt;br /&gt;</w:t>
        <w:br/>
        <w:t>напувала сині очі&lt;br /&gt;</w:t>
        <w:br/>
        <w:t>синім прoзором.</w:t>
      </w:r>
    </w:p>
    <w:p>
      <w:r>
        <w:br/>
        <w:t>Золотила сиву душу&lt;br /&gt;</w:t>
        <w:br/>
        <w:t>сонцем росяним,&lt;br /&gt;</w:t>
        <w:br/>
        <w:t>жовтим колосом, дитинко,&lt;br /&gt;</w:t>
        <w:br/>
        <w:t>синім прoзором.</w:t>
      </w:r>
    </w:p>
    <w:p>
      <w:r>
        <w:br/>
        <w:t>Тихо-тихо лебедиха&lt;br /&gt;</w:t>
        <w:br/>
        <w:t>в небі танула&lt;br /&gt;</w:t>
        <w:br/>
        <w:t>над Вкраїною, дитинко,&lt;br /&gt;</w:t>
        <w:br/>
        <w:t>над коханою.</w:t>
      </w:r>
    </w:p>
    <w:p>
      <w:r>
        <w:br/>
        <w:t>* * *</w:t>
      </w:r>
    </w:p>
    <w:p>
      <w:r>
        <w:br/>
        <w:t>СМІХОТА</w:t>
      </w:r>
    </w:p>
    <w:p>
      <w:r>
        <w:br/>
        <w:t>Кіт коту котив м’яча –&lt;br /&gt;</w:t>
        <w:br/>
        <w:t>і нявчав.&lt;br /&gt;</w:t>
        <w:br/>
        <w:t>Кіт коту котив м’яча –&lt;br /&gt;</w:t>
        <w:br/>
        <w:t>і мовчав.</w:t>
      </w:r>
    </w:p>
    <w:p>
      <w:r>
        <w:br/>
        <w:t>Перестрілись два коти –&lt;br /&gt;</w:t>
        <w:br/>
        <w:t>кіт кота перекотив.&lt;br /&gt;</w:t>
        <w:br/>
        <w:t>М’яч спіткнувся об м’яча –&lt;br /&gt;</w:t>
        <w:br/>
        <w:t>і його перенявчав.</w:t>
      </w:r>
    </w:p>
    <w:p>
      <w:r>
        <w:br/>
        <w:t>Метушились, гнулись, пнулись,&lt;br /&gt;</w:t>
        <w:br/>
        <w:t>і, нарешті, розминулись.</w:t>
      </w:r>
    </w:p>
    <w:p>
      <w:r>
        <w:br/>
        <w:t>М’яч м’ячу котив м’яча –&lt;br /&gt;</w:t>
        <w:br/>
        <w:t>і нявчав.&lt;br /&gt;</w:t>
        <w:br/>
        <w:t>Кіт коту котив кота…&lt;br /&gt;</w:t>
        <w:br/>
        <w:t>Сміхота!</w:t>
      </w:r>
    </w:p>
    <w:p>
      <w:r>
        <w:br/>
        <w:t>* * *</w:t>
      </w:r>
    </w:p>
    <w:p>
      <w:r>
        <w:br/>
        <w:t>СУМЛІННА УЧЕНИЦЯ</w:t>
      </w:r>
    </w:p>
    <w:p>
      <w:r>
        <w:br/>
        <w:t>Школа теж була би – сила!&lt;br /&gt;</w:t>
        <w:br/>
        <w:t>Я б відвідувала й дві,&lt;br /&gt;</w:t>
        <w:br/>
        <w:t>якби там мене учили&lt;br /&gt;</w:t>
        <w:br/>
        <w:t>з хом’ячками в голові.</w:t>
      </w:r>
    </w:p>
    <w:p>
      <w:r>
        <w:br/>
        <w:t>А якби навчати вволю&lt;br /&gt;</w:t>
        <w:br/>
        <w:t>доручили псу й коту –&lt;br /&gt;</w:t>
        <w:br/>
        <w:t>я не те що вам у школу,&lt;br /&gt;</w:t>
        <w:br/>
        <w:t>я пішла б і в інститут.</w:t>
      </w:r>
    </w:p>
    <w:p>
      <w:r>
        <w:br/>
        <w:t>Ще якби нам на екзамен&lt;br /&gt;</w:t>
        <w:br/>
        <w:t>миша, дятел і павук –&lt;br /&gt;</w:t>
        <w:br/>
        <w:t>отоді втекла б і мама&lt;br /&gt;</w:t>
        <w:br/>
        <w:t>в академію наук...</w:t>
      </w:r>
    </w:p>
    <w:p>
      <w:r>
        <w:br/>
        <w:t>* * *</w:t>
      </w:r>
    </w:p>
    <w:p>
      <w:r>
        <w:br/>
        <w:t>ОТ!</w:t>
      </w:r>
    </w:p>
    <w:p>
      <w:r>
        <w:br/>
        <w:t>Ходить доня по городу,&lt;br /&gt;</w:t>
        <w:br/>
        <w:t>як… оса по бутерброду!</w:t>
      </w:r>
    </w:p>
    <w:p>
      <w:r>
        <w:br/>
        <w:t>Обережно, обере…&lt;br /&gt;</w:t>
        <w:br/>
        <w:t>ягідки усі збере.</w:t>
      </w:r>
    </w:p>
    <w:p>
      <w:r>
        <w:br/>
        <w:t>Не в горнятко – тільки в рот.&lt;br /&gt;</w:t>
        <w:br/>
        <w:t>От!</w:t>
      </w:r>
    </w:p>
    <w:p>
      <w:r>
        <w:br/>
        <w:t>* * *</w:t>
      </w:r>
    </w:p>
    <w:p>
      <w:r>
        <w:br/>
        <w:t>ПРИГОДА</w:t>
      </w:r>
    </w:p>
    <w:p>
      <w:r>
        <w:br/>
        <w:t>Киця Аліса&lt;br /&gt;</w:t>
        <w:br/>
        <w:t>на дуба залізла.&lt;br /&gt;</w:t>
        <w:br/>
        <w:t>Дуб: прусь!&lt;br /&gt;</w:t>
        <w:br/>
        <w:t>Гілка: хрусь!&lt;br /&gt;</w:t>
        <w:br/>
        <w:t>Киця Дуба ніжно: кусь!&lt;br /&gt;</w:t>
        <w:br/>
        <w:t>Ще й хвостом по дубі: лусь!</w:t>
      </w:r>
    </w:p>
    <w:p>
      <w:r>
        <w:br/>
        <w:t>… От марми-и-иза!</w:t>
      </w:r>
    </w:p>
    <w:p>
      <w:r>
        <w:br/>
        <w:t>* * *</w:t>
      </w:r>
    </w:p>
    <w:p>
      <w:r>
        <w:br/>
        <w:t>АЛІСА І КОМАР</w:t>
      </w:r>
    </w:p>
    <w:p>
      <w:r>
        <w:br/>
        <w:t>Той комар – така потвора!&lt;br /&gt;</w:t>
        <w:br/>
        <w:t>Так і шаста коло двору.&lt;br /&gt;</w:t>
        <w:br/>
        <w:t>А як тільки лиш дівчатка&lt;br /&gt;</w:t>
        <w:br/>
        <w:t>вийдуть з хатки погулятки,&lt;br /&gt;</w:t>
        <w:br/>
        <w:t>він одразу: кусь!</w:t>
      </w:r>
    </w:p>
    <w:p>
      <w:r>
        <w:br/>
        <w:t>Відганяти вийшов тато,&lt;br /&gt;</w:t>
        <w:br/>
        <w:t>вийшла мама відганяти,&lt;br /&gt;</w:t>
        <w:br/>
        <w:t>і одразу дві бабусі:&lt;br /&gt;</w:t>
        <w:br/>
        <w:t>– Не роби дівчаткам кусі! –&lt;br /&gt;</w:t>
        <w:br/>
        <w:t>А він далі: кусь!</w:t>
      </w:r>
    </w:p>
    <w:p>
      <w:r>
        <w:br/>
        <w:t>Вийшла квочка, вийшли кури,&lt;br /&gt;</w:t>
        <w:br/>
        <w:t>вийшов півнище похмурий,&lt;br /&gt;</w:t>
        <w:br/>
        <w:t>і качки прийшли, і гуси:&lt;br /&gt;</w:t>
        <w:br/>
        <w:t>– Не роби дівчаткам кусі! –&lt;br /&gt;</w:t>
        <w:br/>
        <w:t>А він знову: кусь!</w:t>
      </w:r>
    </w:p>
    <w:p>
      <w:r>
        <w:br/>
        <w:t>Тут прокинулась Аліса&lt;br /&gt;</w:t>
        <w:br/>
        <w:t>(киця спала на печі),&lt;br /&gt;</w:t>
        <w:br/>
        <w:t>позіхнула, з печі злізла&lt;br /&gt;</w:t>
        <w:br/>
        <w:t>і прибігла на плачі:&lt;br /&gt;</w:t>
        <w:br/>
        <w:t>– Хто тут діток ображає?&lt;br /&gt;</w:t>
        <w:br/>
        <w:t>Хапну! Дряпну!! Покусаю!!! –&lt;br /&gt;</w:t>
        <w:br/>
        <w:t>Комарисько тільки шасть –&lt;br /&gt;</w:t>
        <w:br/>
        <w:t>і минулася напасть.</w:t>
      </w:r>
    </w:p>
    <w:p>
      <w:r>
        <w:br/>
        <w:t>* * *</w:t>
      </w:r>
    </w:p>
    <w:p>
      <w:r>
        <w:br/>
        <w:t>ОСЛИК І ОСЛІНЧИК</w:t>
      </w:r>
    </w:p>
    <w:p>
      <w:r>
        <w:br/>
        <w:t>Всівся ослик на ослін,&lt;br /&gt;</w:t>
        <w:br/>
        <w:t>незгинаючиколін.&lt;br /&gt;</w:t>
        <w:br/>
        <w:t>Зліва хвостик, справа кінчик…&lt;br /&gt;</w:t>
        <w:br/>
        <w:t>Де тут ослик, де ослінчик?</w:t>
      </w:r>
    </w:p>
    <w:p>
      <w:r>
        <w:br/>
        <w:t>* * *</w:t>
      </w:r>
    </w:p>
    <w:p>
      <w:r>
        <w:br/>
        <w:t>ХТО ХОРОШИЙ</w:t>
      </w:r>
    </w:p>
    <w:p>
      <w:r>
        <w:br/>
        <w:t>Засинає бегемот,&lt;br /&gt;</w:t>
        <w:br/>
        <w:t>позіхнувши на весь рот.&lt;br /&gt;</w:t>
        <w:br/>
        <w:t>Біля нього моститься&lt;br /&gt;</w:t>
        <w:br/>
        <w:t>ніжна бегемотиця,&lt;br /&gt;</w:t>
        <w:br/>
        <w:t>й бегемотенята&lt;br /&gt;</w:t>
        <w:br/>
        <w:t>полягали спати.</w:t>
      </w:r>
    </w:p>
    <w:p>
      <w:r>
        <w:br/>
        <w:t>Лиш в сусідньому вольєрі&lt;br /&gt;</w:t>
        <w:br/>
        <w:t>хижі зайчики не сплять&lt;br /&gt;</w:t>
        <w:br/>
        <w:t>і зубаті пащі шкірять –&lt;br /&gt;</w:t>
        <w:br/>
        <w:t>бегемота покусать…</w:t>
      </w:r>
    </w:p>
    <w:p>
      <w:r>
        <w:br/>
        <w:t>Не повірили? Авжеж!&lt;br /&gt;</w:t>
        <w:br/>
        <w:t>Бегемот хороший теж.</w:t>
      </w:r>
    </w:p>
    <w:p>
      <w:r>
        <w:br/>
        <w:t>* * *</w:t>
      </w:r>
    </w:p>
    <w:p>
      <w:r>
        <w:br/>
        <w:t>КОЛЬОРОВІ ПРИКОЛИ</w:t>
      </w:r>
    </w:p>
    <w:p>
      <w:r>
        <w:br/>
        <w:t>Два зелених крокодили&lt;br /&gt;</w:t>
        <w:br/>
        <w:t>аж по дрова в ліс ходили,&lt;br /&gt;</w:t>
        <w:br/>
        <w:t>та у лісі, як на зло,&lt;br /&gt;</w:t>
        <w:br/>
        <w:t>дров зелених не було.</w:t>
      </w:r>
    </w:p>
    <w:p>
      <w:r>
        <w:br/>
        <w:t>Два слони сріблясто-сірі&lt;br /&gt;</w:t>
        <w:br/>
        <w:t>на сріблясту гору сіли.&lt;br /&gt;</w:t>
        <w:br/>
        <w:t>Хоч би що їм говорив,&lt;br /&gt;</w:t>
        <w:br/>
        <w:t>а зробилось дві гори.</w:t>
      </w:r>
    </w:p>
    <w:p>
      <w:r>
        <w:br/>
        <w:t>На червоній черепиці&lt;br /&gt;</w:t>
        <w:br/>
        <w:t>спали дві червоних птиці.&lt;br /&gt;</w:t>
        <w:br/>
        <w:t>Дивувались вранці-рано:&lt;br /&gt;</w:t>
        <w:br/>
        <w:t>– Я рожева, ти багряна.</w:t>
      </w:r>
    </w:p>
    <w:p>
      <w:r>
        <w:br/>
        <w:t>Дві коричневих мурахи&lt;br /&gt;</w:t>
        <w:br/>
        <w:t>повбирались у папахи&lt;br /&gt;</w:t>
        <w:br/>
        <w:t>і в коричневих дворах&lt;br /&gt;</w:t>
        <w:br/>
        <w:t>загубились між мурах.</w:t>
      </w:r>
    </w:p>
    <w:p>
      <w:r>
        <w:br/>
        <w:t>Раз на грушку теплу, спілу&lt;br /&gt;</w:t>
        <w:br/>
        <w:t>двійко приятельок сіло –&lt;br /&gt;</w:t>
        <w:br/>
        <w:t>жовті-жовті дві оси…&lt;br /&gt;</w:t>
        <w:br/>
        <w:t>Обережно! Не вкуси…</w:t>
      </w:r>
    </w:p>
    <w:p>
      <w:r>
        <w:br/>
        <w:t>Синій кит гука киту:&lt;br /&gt;</w:t>
        <w:br/>
        <w:t>– Я шукаю смакоту.&lt;br /&gt;</w:t>
        <w:br/>
        <w:t>Синій кит відповіда:&lt;br /&gt;</w:t>
        <w:br/>
        <w:t>– Ду-уже синя смакота.</w:t>
      </w:r>
    </w:p>
    <w:p>
      <w:r>
        <w:br/>
        <w:t>Біла киця кицю білу&lt;br /&gt;</w:t>
        <w:br/>
        <w:t>похвалила, як уміла:&lt;br /&gt;</w:t>
        <w:br/>
        <w:t>– Ти білесенька така.&lt;br /&gt;</w:t>
        <w:br/>
        <w:t>Напилася молока!</w:t>
      </w:r>
    </w:p>
    <w:p>
      <w:r>
        <w:br/>
        <w:t>Раз вужище чорно-чорний&lt;br /&gt;</w:t>
        <w:br/>
        <w:t>до чорнозему дочовгав.&lt;br /&gt;</w:t>
        <w:br/>
        <w:t>– От лиш вуха зачорню я,&lt;br /&gt;</w:t>
        <w:br/>
        <w:t>і безпечно заночую.</w:t>
      </w:r>
    </w:p>
    <w:p>
      <w:r>
        <w:br/>
        <w:t>* * *</w:t>
      </w:r>
    </w:p>
    <w:p>
      <w:r>
        <w:br/>
        <w:t>ЧАКАЛКА</w:t>
      </w:r>
    </w:p>
    <w:p>
      <w:r>
        <w:br/>
        <w:t>Хтось на кухні чавкає,&lt;br /&gt;</w:t>
        <w:br/>
        <w:t>чавкає –&lt;br /&gt;</w:t>
        <w:br/>
        <w:t>то, напевно, Чакалка,&lt;br /&gt;</w:t>
        <w:br/>
        <w:t>Чакалка.&lt;br /&gt;</w:t>
        <w:br/>
        <w:t>Баняком і чайником,&lt;br /&gt;</w:t>
        <w:br/>
        <w:t>тарілками й чарками –&lt;br /&gt;</w:t>
        <w:br/>
        <w:t>дзень!&lt;br /&gt;</w:t>
        <w:br/>
        <w:t>трісь!&lt;br /&gt;</w:t>
        <w:br/>
        <w:t>То напевно Чакалка,&lt;br /&gt;</w:t>
        <w:br/>
        <w:t>голоднезна Чакалка&lt;br /&gt;</w:t>
        <w:br/>
        <w:t>ВСЕ&lt;br /&gt;</w:t>
        <w:br/>
        <w:t>їсть!</w:t>
      </w:r>
    </w:p>
    <w:p>
      <w:r>
        <w:br/>
        <w:t>Що не здужає поїсти –&lt;br /&gt;</w:t>
        <w:br/>
        <w:t>понесе в мішку до міста,&lt;br /&gt;</w:t>
        <w:br/>
        <w:t>але й того, хто не спить,&lt;br /&gt;</w:t>
        <w:br/>
        <w:t>може також прихопить.&lt;br /&gt;</w:t>
        <w:br/>
        <w:t>Там, у темному мішку,&lt;br /&gt;</w:t>
        <w:br/>
        <w:t>буде каша у горшку,&lt;br /&gt;</w:t>
        <w:br/>
        <w:t>і повидло, і млинці,&lt;br /&gt;</w:t>
        <w:br/>
        <w:t>і куліш на молоці,&lt;br /&gt;</w:t>
        <w:br/>
        <w:t>і перепічка духмяна,&lt;br /&gt;</w:t>
        <w:br/>
        <w:t>і дитина неслухняна…</w:t>
      </w:r>
    </w:p>
    <w:p>
      <w:r>
        <w:br/>
        <w:t>Буде довго чапати,&lt;br /&gt;</w:t>
        <w:br/>
        <w:t>чапати&lt;br /&gt;</w:t>
        <w:br/>
        <w:t>десь по місту Чакалка,&lt;br /&gt;</w:t>
        <w:br/>
        <w:t>Чакалка.&lt;br /&gt;</w:t>
        <w:br/>
        <w:t>Зголодніє – і в мішку&lt;br /&gt;</w:t>
        <w:br/>
        <w:t>знайде кашу у горшку,&lt;br /&gt;</w:t>
        <w:br/>
        <w:t>і шматочок калача,&lt;br /&gt;</w:t>
        <w:br/>
        <w:t>і принишкле дитинча.&lt;br /&gt;</w:t>
        <w:br/>
        <w:t>Буде все це Чакалка,&lt;br /&gt;</w:t>
        <w:br/>
        <w:t>Чакалка&lt;br /&gt;</w:t>
        <w:br/>
        <w:t>поїдати-чавкати,&lt;br /&gt;</w:t>
        <w:br/>
        <w:t>чавкати…</w:t>
      </w:r>
    </w:p>
    <w:p>
      <w:r>
        <w:br/>
        <w:t>– Татку, а у тім мішку&lt;br /&gt;</w:t>
        <w:br/>
        <w:t>буде хрумиків дещиця?&lt;br /&gt;</w:t>
        <w:br/>
        <w:t>Бо насправді там, на кухні,&lt;br /&gt;</w:t>
        <w:br/>
        <w:t>порядкує наша киця.</w:t>
      </w:r>
    </w:p>
    <w:p>
      <w:r>
        <w:br/>
        <w:t>* * *</w:t>
      </w:r>
    </w:p>
    <w:p>
      <w:r>
        <w:br/>
        <w:t>РОДИНА БАБАЇВ</w:t>
      </w:r>
    </w:p>
    <w:p>
      <w:r>
        <w:br/>
        <w:t>Бабай грозиться бабаю:&lt;br /&gt;</w:t>
        <w:br/>
        <w:t>– Ото по попі надаю!</w:t>
      </w:r>
    </w:p>
    <w:p>
      <w:r>
        <w:br/>
        <w:t>Відповіда йому бабай:&lt;br /&gt;</w:t>
        <w:br/>
        <w:t>– Ти тільки спробуй надавай!</w:t>
      </w:r>
    </w:p>
    <w:p>
      <w:r>
        <w:br/>
        <w:t>А бабаїха: – От якби&lt;br /&gt;</w:t>
        <w:br/>
        <w:t>обом потріпати чуби!</w:t>
      </w:r>
    </w:p>
    <w:p>
      <w:r>
        <w:br/>
        <w:t>А бабаята, бабаята&lt;br /&gt;</w:t>
        <w:br/>
        <w:t>як узялися лупцювати –</w:t>
      </w:r>
    </w:p>
    <w:p>
      <w:r>
        <w:br/>
        <w:t>по чім попало, чим знайдуть&lt;br /&gt;</w:t>
        <w:br/>
        <w:t>тузають, буцають, деруть,</w:t>
      </w:r>
    </w:p>
    <w:p>
      <w:r>
        <w:br/>
        <w:t>гамселять, грьопають – ого! –&lt;br /&gt;</w:t>
        <w:br/>
        <w:t>по два, по три на одного!</w:t>
      </w:r>
    </w:p>
    <w:p>
      <w:r>
        <w:br/>
        <w:t>А бабаїха і бабай&lt;br /&gt;</w:t>
        <w:br/>
        <w:t>гукають їм: – Давай! Давай!</w:t>
      </w:r>
    </w:p>
    <w:p>
      <w:r>
        <w:br/>
        <w:t>Оце і я недавно стрів&lt;br /&gt;</w:t>
        <w:br/>
        <w:t>таку родину бабаїв,</w:t>
      </w:r>
    </w:p>
    <w:p>
      <w:r>
        <w:br/>
        <w:t>і дивувався – так і знай, –:&lt;br /&gt;</w:t>
        <w:br/>
        <w:t>чого їх не бере БАБАЙ?!</w:t>
      </w:r>
    </w:p>
    <w:p>
      <w:r>
        <w:br/>
        <w:t>* * *</w:t>
      </w:r>
    </w:p>
    <w:p>
      <w:r>
        <w:br/>
        <w:t>НА ЗУБ</w:t>
      </w:r>
    </w:p>
    <w:p>
      <w:r>
        <w:br/>
        <w:t>Пізнає Стефуся світ,&lt;br /&gt;</w:t>
        <w:br/>
        <w:t>як сніданок чи обід.</w:t>
      </w:r>
    </w:p>
    <w:p>
      <w:r>
        <w:br/>
        <w:t>Книжку, іграшку, листок,&lt;br /&gt;</w:t>
        <w:br/>
        <w:t>кицю, Лізин чобіток,&lt;br /&gt;</w:t>
        <w:br/>
        <w:t>ополоник, зерня маку,&lt;br /&gt;</w:t>
        <w:br/>
        <w:t>дідусевого собаку,&lt;br /&gt;</w:t>
        <w:br/>
        <w:t>татів ремінь, з вікон рами,&lt;br /&gt;</w:t>
        <w:br/>
        <w:t>дисертацію у мами,&lt;br /&gt;</w:t>
        <w:br/>
        <w:t>табуретку й просто луб –&lt;br /&gt;</w:t>
        <w:br/>
        <w:t>все попробує на зуб.</w:t>
      </w:r>
    </w:p>
    <w:p>
      <w:r>
        <w:br/>
        <w:t>* * *</w:t>
      </w:r>
    </w:p>
    <w:p>
      <w:r>
        <w:br/>
        <w:t>ХВОСТИКИ</w:t>
      </w:r>
    </w:p>
    <w:p>
      <w:r>
        <w:br/>
        <w:t>Хвостик хвостику привітно&lt;br /&gt;</w:t>
        <w:br/>
        <w:t>трі-по-тів,&lt;br /&gt;</w:t>
        <w:br/>
        <w:t>а від нього інший хвостик&lt;br /&gt;</w:t>
        <w:br/>
        <w:t>дрі-бо-тів,</w:t>
      </w:r>
    </w:p>
    <w:p>
      <w:r>
        <w:br/>
        <w:t>а Лізятко їх докупи&lt;br /&gt;</w:t>
        <w:br/>
        <w:t>гре-бін-цем,&lt;br /&gt;</w:t>
        <w:br/>
        <w:t>у кісочку посплітало –&lt;br /&gt;</w:t>
        <w:br/>
        <w:t>та й усе!</w:t>
      </w:r>
    </w:p>
    <w:p>
      <w:r>
        <w:br/>
        <w:t>* * *</w:t>
      </w:r>
    </w:p>
    <w:p>
      <w:r>
        <w:br/>
        <w:t>ПЕРШІ КРОКИ</w:t>
      </w:r>
    </w:p>
    <w:p>
      <w:r>
        <w:br/>
        <w:t>Є у Стефи топи-топи,&lt;br /&gt;</w:t>
        <w:br/>
        <w:t>в них Стефуся топа, топа,&lt;br /&gt;</w:t>
        <w:br/>
        <w:t>лиш сестричку за дві ручки&lt;br /&gt;</w:t>
        <w:br/>
        <w:t>хап!</w:t>
      </w:r>
    </w:p>
    <w:p>
      <w:r>
        <w:br/>
        <w:t>Ця земля така твердюча,&lt;br /&gt;</w:t>
        <w:br/>
        <w:t>як по ній топ-топати?&lt;br /&gt;</w:t>
        <w:br/>
        <w:t>Відпущу сестрички руці –&lt;br /&gt;</w:t>
        <w:br/>
        <w:t>упаду на попу.</w:t>
      </w:r>
    </w:p>
    <w:p>
      <w:r>
        <w:br/>
        <w:t>От я виросту ще трішки,&lt;br /&gt;</w:t>
        <w:br/>
        <w:t>попід стіл піду я пішки,&lt;br /&gt;</w:t>
        <w:br/>
        <w:t>і котище&lt;br /&gt;</w:t>
        <w:br/>
        <w:t>за хвостище&lt;br /&gt;</w:t>
        <w:br/>
        <w:t>хап!</w:t>
      </w:r>
    </w:p>
    <w:p>
      <w:r>
        <w:br/>
        <w:t>Принесу сестричці кицю,&lt;br /&gt;</w:t>
        <w:br/>
        <w:t>будем разом гладити.&lt;br /&gt;</w:t>
        <w:br/>
        <w:t>Лиш навчи мене сестричко,&lt;br /&gt;</w:t>
        <w:br/>
        <w:t>як іти й не падати.</w:t>
      </w:r>
    </w:p>
    <w:p>
      <w:r>
        <w:br/>
        <w:t>* * *</w:t>
      </w:r>
    </w:p>
    <w:p>
      <w:r>
        <w:br/>
        <w:t>МУХОМОРИ</w:t>
      </w:r>
    </w:p>
    <w:p>
      <w:r>
        <w:br/>
        <w:t>Аж на море, аж на море&lt;br /&gt;</w:t>
        <w:br/>
        <w:t>від’їжджають мухомори.</w:t>
      </w:r>
    </w:p>
    <w:p>
      <w:r>
        <w:br/>
        <w:t>Проводжати на перон вийшла вся околиця.&lt;br /&gt;</w:t>
        <w:br/>
        <w:t>Їде тато-мухомор, мама-мухомориця,&lt;br /&gt;</w:t>
        <w:br/>
        <w:t>а за ними дружно в ряд двісті мухоморенят –&lt;br /&gt;</w:t>
        <w:br/>
        <w:t>всі сміються, задаються, мухоморяться!</w:t>
      </w:r>
    </w:p>
    <w:p>
      <w:r>
        <w:br/>
        <w:t>Аж на море, аж на мо&lt;br /&gt;</w:t>
        <w:br/>
        <w:t>від’їжджають мухомо…</w:t>
      </w:r>
    </w:p>
    <w:p>
      <w:r>
        <w:br/>
        <w:t>У краплинку капелюхи – крап! крап! крап!&lt;br /&gt;</w:t>
        <w:br/>
        <w:t>Ну а мухи, справжні зухи – шасть! шасть! шасть!&lt;br /&gt;</w:t>
        <w:br/>
        <w:t>Їх усіх за капелюхи хап! хап! хап!&lt;br /&gt;</w:t>
        <w:br/>
        <w:t>Ой ці мухи! ох ці мухи! от напасть!</w:t>
      </w:r>
    </w:p>
    <w:p>
      <w:r>
        <w:br/>
        <w:t>Аж за море&lt;br /&gt;</w:t>
        <w:br/>
        <w:t>мухомори!</w:t>
      </w:r>
    </w:p>
    <w:p>
      <w:r>
        <w:br/>
        <w:t>* * *</w:t>
      </w:r>
    </w:p>
    <w:p>
      <w:r>
        <w:br/>
        <w:t>У ЛУЗІ</w:t>
      </w:r>
    </w:p>
    <w:p>
      <w:r>
        <w:br/>
        <w:t>Цілий день пасуться в лузі&lt;br /&gt;</w:t>
        <w:br/>
        <w:t>найулюбленіші друзі:</w:t>
      </w:r>
    </w:p>
    <w:p>
      <w:r>
        <w:br/>
        <w:t>і корова&lt;br /&gt;</w:t>
        <w:br/>
        <w:t>чорноброва,&lt;br /&gt;</w:t>
        <w:br/>
        <w:t>і телиця&lt;br /&gt;</w:t>
        <w:br/>
        <w:t>білолиця…</w:t>
      </w:r>
    </w:p>
    <w:p>
      <w:r>
        <w:br/>
        <w:t>А бичок,&lt;br /&gt;</w:t>
        <w:br/>
        <w:t>ко-ло-бо-чок,&lt;br /&gt;</w:t>
        <w:br/>
        <w:t>тихо вклався на бочок.&lt;br /&gt;</w:t>
        <w:br/>
        <w:t>Каже: – Я уже попас,&lt;br /&gt;</w:t>
        <w:br/>
        <w:t>а тепер поспати час.</w:t>
      </w:r>
    </w:p>
    <w:p>
      <w:r>
        <w:br/>
        <w:t>* * *</w:t>
      </w:r>
    </w:p>
    <w:p>
      <w:r>
        <w:br/>
        <w:t>ПІВГОРОШИНИ</w:t>
      </w:r>
    </w:p>
    <w:p>
      <w:r>
        <w:br/>
        <w:t>Плаксію, плаксію –&lt;br /&gt;</w:t>
        <w:br/>
        <w:t>горошини сію!&lt;br /&gt;</w:t>
        <w:br/>
        <w:t>Тобі, розбишако, –&lt;br /&gt;</w:t>
        <w:br/>
        <w:t>на шапку.&lt;br /&gt;</w:t>
        <w:br/>
        <w:t>Тобі, злюко, –&lt;br /&gt;</w:t>
        <w:br/>
        <w:t>на руку.&lt;br /&gt;</w:t>
        <w:br/>
        <w:t>Тобі, нечупаро, –&lt;br /&gt;</w:t>
        <w:br/>
        <w:t>на палець!&lt;br /&gt;</w:t>
        <w:br/>
        <w:t>Тобі, вередуле, –&lt;br /&gt;</w:t>
        <w:br/>
        <w:t>на личко.</w:t>
      </w:r>
    </w:p>
    <w:p>
      <w:r>
        <w:br/>
        <w:t>А в маленької доні&lt;br /&gt;</w:t>
        <w:br/>
        <w:t>одна на долоні,&lt;br /&gt;</w:t>
        <w:br/>
        <w:t>та й та непрошена –&lt;br /&gt;</w:t>
        <w:br/>
        <w:t>лиш так, півгорошини...</w:t>
      </w:r>
    </w:p>
    <w:p>
      <w:r>
        <w:br/>
        <w:t>* * *</w:t>
      </w:r>
    </w:p>
    <w:p>
      <w:r>
        <w:br/>
        <w:t>ТРИ ПЛАЧІ</w:t>
      </w:r>
    </w:p>
    <w:p>
      <w:r>
        <w:br/>
        <w:t>Доні снилися вночі&lt;br /&gt;</w:t>
        <w:br/>
        <w:t>три плачі.</w:t>
      </w:r>
    </w:p>
    <w:p>
      <w:r>
        <w:br/>
        <w:t>Перший плач&lt;br /&gt;</w:t>
        <w:br/>
        <w:t>жував калач,&lt;br /&gt;</w:t>
        <w:br/>
        <w:t>другий одягнувся в плащ,&lt;br /&gt;</w:t>
        <w:br/>
        <w:t>а у третього плачу&lt;br /&gt;</w:t>
        <w:br/>
        <w:t>парасолька від дощу.</w:t>
      </w:r>
    </w:p>
    <w:p>
      <w:r>
        <w:br/>
        <w:t>Перший доню пригощав,&lt;br /&gt;</w:t>
        <w:br/>
        <w:t>другий кицькою нявчав,&lt;br /&gt;</w:t>
        <w:br/>
        <w:t>третій, взявши на долоню,&lt;br /&gt;</w:t>
        <w:br/>
        <w:t>колихав маленьку доню&lt;br /&gt;</w:t>
        <w:br/>
        <w:t>і просив її іще&lt;br /&gt;</w:t>
        <w:br/>
        <w:t>погуляти під дощем.</w:t>
      </w:r>
    </w:p>
    <w:p>
      <w:r>
        <w:br/>
        <w:t>– Я із вами,&lt;br /&gt;</w:t>
        <w:br/>
        <w:t>плаксіями, –&lt;br /&gt;</w:t>
        <w:br/>
        <w:t>каже доня, – не піду,&lt;br /&gt;</w:t>
        <w:br/>
        <w:t>я покличу тата й маму,&lt;br /&gt;</w:t>
        <w:br/>
        <w:t>ще й сестричку приведу,&lt;br /&gt;</w:t>
        <w:br/>
        <w:t>і вони як засміються,&lt;br /&gt;</w:t>
        <w:br/>
        <w:t>як прокинуться усі –&lt;br /&gt;</w:t>
        <w:br/>
        <w:t>від плачів не стане й сліду.&lt;br /&gt;</w:t>
        <w:br/>
        <w:t>Може, тільки у росі...</w:t>
      </w:r>
    </w:p>
    <w:p>
      <w:r>
        <w:br/>
        <w:t>* * *</w:t>
      </w:r>
    </w:p>
    <w:p>
      <w:r>
        <w:br/>
        <w:t>СОБАЧЕ ЛИСТУВАННЯ</w:t>
      </w:r>
    </w:p>
    <w:p>
      <w:r>
        <w:br/>
        <w:t>Пес до пса&lt;br /&gt;</w:t>
        <w:br/>
        <w:t>написав:&lt;br /&gt;</w:t>
        <w:br/>
        <w:t>"У тебе, псе,&lt;br /&gt;</w:t>
        <w:br/>
        <w:t>добре все?&lt;br /&gt;</w:t>
        <w:br/>
        <w:t>Бо в мене в будці&lt;br /&gt;</w:t>
        <w:br/>
        <w:t>миші шкребуться".</w:t>
      </w:r>
    </w:p>
    <w:p>
      <w:r>
        <w:br/>
        <w:t>Відписав&lt;br /&gt;</w:t>
        <w:br/>
        <w:t>пес до пса:&lt;br /&gt;</w:t>
        <w:br/>
        <w:t>"У мене, псе,&lt;br /&gt;</w:t>
        <w:br/>
        <w:t>чудово все.&lt;br /&gt;</w:t>
        <w:br/>
        <w:t>Тобі ж, небоже,&lt;br /&gt;</w:t>
        <w:br/>
        <w:t>кіт допоможе".</w:t>
      </w:r>
    </w:p>
    <w:p>
      <w:r>
        <w:br/>
        <w:t>* * *</w:t>
      </w:r>
    </w:p>
    <w:p>
      <w:r>
        <w:br/>
        <w:t>НЕ КУСАЄТЬСЯ</w:t>
      </w:r>
    </w:p>
    <w:p>
      <w:r>
        <w:br/>
        <w:t>– Не дивись на мене, вуже –&lt;br /&gt;</w:t>
        <w:br/>
        <w:t>я тебе боюся дуже.&lt;br /&gt;</w:t>
        <w:br/>
        <w:t>Не підійду, й не проси –&lt;br /&gt;</w:t>
        <w:br/>
        <w:t>Бережусь, щоб не вкусив.</w:t>
      </w:r>
    </w:p>
    <w:p>
      <w:r>
        <w:br/>
        <w:t>Вуж образився: – Кусючка?!&lt;br /&gt;</w:t>
        <w:br/>
        <w:t>Та ніколи у житті!&lt;br /&gt;</w:t>
        <w:br/>
        <w:t>Стережу я нашу річку&lt;br /&gt;</w:t>
        <w:br/>
        <w:t>від кусючих хижаків.</w:t>
      </w:r>
    </w:p>
    <w:p>
      <w:r>
        <w:br/>
        <w:t>Хай лише яка гадюка&lt;br /&gt;</w:t>
        <w:br/>
        <w:t>підповзе до комишу,&lt;br /&gt;</w:t>
        <w:br/>
        <w:t>я таку одразу злюку&lt;br /&gt;</w:t>
        <w:br/>
        <w:t>упіймаю і… вкушу.</w:t>
      </w:r>
    </w:p>
    <w:p>
      <w:r>
        <w:br/>
        <w:t>* * *</w:t>
      </w:r>
    </w:p>
    <w:p>
      <w:r>
        <w:br/>
        <w:t>СПРАВЖНЯ СВИНЯ</w:t>
      </w:r>
    </w:p>
    <w:p>
      <w:r>
        <w:br/>
        <w:t>Вже сім’я поснула вся,&lt;br /&gt;</w:t>
        <w:br/>
        <w:t>лиш маленьке Порося&lt;br /&gt;</w:t>
        <w:br/>
        <w:t>все блукає по росі,&lt;br /&gt;</w:t>
        <w:br/>
        <w:t>щось шукає в спориші.&lt;br /&gt;</w:t>
        <w:br/>
        <w:t>Каже: десь побіг на луг&lt;br /&gt;</w:t>
        <w:br/>
        <w:t>мій найкращий в світі друг.&lt;br /&gt;</w:t>
        <w:br/>
        <w:t>Не вернувся він і досі,&lt;br /&gt;</w:t>
        <w:br/>
        <w:t>а у нього ж ніжки босі.</w:t>
      </w:r>
    </w:p>
    <w:p>
      <w:r>
        <w:br/>
        <w:t>Розбудилась мама Цьоня,&lt;br /&gt;</w:t>
        <w:br/>
        <w:t>кличе: йди до ліжка, доню.&lt;br /&gt;</w:t>
        <w:br/>
        <w:t>Порося ж уперлось: ні,&lt;br /&gt;</w:t>
        <w:br/>
        <w:t>не годиться так свині,&lt;br /&gt;</w:t>
        <w:br/>
        <w:t>хай година перша, друга –&lt;br /&gt;</w:t>
        <w:br/>
        <w:t>все одно діждуся друга…</w:t>
      </w:r>
    </w:p>
    <w:p>
      <w:r>
        <w:br/>
        <w:t>Хто той друг – не в тому річ.&lt;br /&gt;</w:t>
        <w:br/>
        <w:t>Прочека хоч цілу ніч,&lt;br /&gt;</w:t>
        <w:br/>
        <w:t>й з неї, впевнена рідня,&lt;br /&gt;</w:t>
        <w:br/>
        <w:t>справжня виросте свиня.</w:t>
      </w:r>
    </w:p>
    <w:p>
      <w:r>
        <w:br/>
        <w:t>* * *</w:t>
      </w:r>
    </w:p>
    <w:p>
      <w:r>
        <w:br/>
        <w:t>ВЕРЕДЛИВІ ХМАРИ</w:t>
      </w:r>
    </w:p>
    <w:p>
      <w:r>
        <w:br/>
        <w:t>В білій-білій білоті&lt;br /&gt;</w:t>
        <w:br/>
        <w:t>заметілить заметіль.&lt;br /&gt;</w:t>
        <w:br/>
        <w:t>Всі замети замете,&lt;br /&gt;</w:t>
        <w:br/>
        <w:t>а на ранок – щось не те!&lt;br /&gt;</w:t>
        <w:br/>
        <w:t>Де замети? Ой! Нема…&lt;br /&gt;</w:t>
        <w:br/>
        <w:t>Порозтанула зима,&lt;br /&gt;</w:t>
        <w:br/>
        <w:t>розтеклася між калюжі.</w:t>
      </w:r>
    </w:p>
    <w:p>
      <w:r>
        <w:br/>
        <w:t>Не хвилюйтесь, любі друзі.&lt;br /&gt;</w:t>
        <w:br/>
        <w:t>Хмарка ось і хмарка ген,&lt;br /&gt;</w:t>
        <w:br/>
        <w:t>є у них ще цілий день,&lt;br /&gt;</w:t>
        <w:br/>
        <w:t>снігу встигнуть натрусити.&lt;br /&gt;</w:t>
        <w:br/>
        <w:t>Тільки – треба попросити…</w:t>
      </w:r>
    </w:p>
    <w:p>
      <w:r>
        <w:br/>
        <w:t>* * *</w:t>
      </w:r>
    </w:p>
    <w:p>
      <w:r>
        <w:br/>
        <w:t>ЩОКАСТЕ ДИТИНЧА</w:t>
      </w:r>
    </w:p>
    <w:p>
      <w:r>
        <w:br/>
        <w:t>А щокасте дитинча&lt;br /&gt;</w:t>
        <w:br/>
        <w:t>грало з кицею в м’яча.&lt;br /&gt;</w:t>
        <w:br/>
        <w:t>М’яч до киці підкотило –&lt;br /&gt;</w:t>
        <w:br/>
        <w:t>киця хвостиком відбила.</w:t>
      </w:r>
    </w:p>
    <w:p>
      <w:r>
        <w:br/>
        <w:t>Дитинча щокасте,&lt;br /&gt;</w:t>
        <w:br/>
        <w:t>ще й бурундучасте!</w:t>
      </w:r>
    </w:p>
    <w:p>
      <w:r>
        <w:br/>
        <w:t>А щокасте дитинча&lt;br /&gt;</w:t>
        <w:br/>
        <w:t>танцювало ча-ча-ча…&lt;br /&gt;</w:t>
        <w:br/>
        <w:t>На животику у тата&lt;br /&gt;</w:t>
        <w:br/>
        <w:t>дуже м’яко пострибати.</w:t>
      </w:r>
    </w:p>
    <w:p>
      <w:r>
        <w:br/>
        <w:t>Дитинча щокасте,&lt;br /&gt;</w:t>
        <w:br/>
        <w:t>ще й бурундучасте!</w:t>
      </w:r>
    </w:p>
    <w:p>
      <w:r>
        <w:br/>
        <w:t>А щокасте дитинча&lt;br /&gt;</w:t>
        <w:br/>
        <w:t>на столі знайшло ключа.&lt;br /&gt;</w:t>
        <w:br/>
        <w:t>– Не дотягнусь ним до вічка.&lt;br /&gt;</w:t>
        <w:br/>
        <w:t>Домалюй ключа, сестричко.</w:t>
      </w:r>
    </w:p>
    <w:p>
      <w:r>
        <w:br/>
        <w:t>Дитинча щокасте,&lt;br /&gt;</w:t>
        <w:br/>
        <w:t>ще й бурундучасте!</w:t>
      </w:r>
    </w:p>
    <w:p>
      <w:r>
        <w:br/>
        <w:t>А щокасте дитинча&lt;br /&gt;</w:t>
        <w:br/>
        <w:t>готувало калача.&lt;br /&gt;</w:t>
        <w:br/>
        <w:t>– Буде мамі на обід,&lt;br /&gt;</w:t>
        <w:br/>
        <w:t>лиш піску додам, як слід.</w:t>
      </w:r>
    </w:p>
    <w:p>
      <w:r>
        <w:br/>
        <w:t>Дитинча щокасте,&lt;br /&gt;</w:t>
        <w:br/>
        <w:t>ще й бурундучасте!</w:t>
      </w:r>
    </w:p>
    <w:p>
      <w:r>
        <w:br/>
        <w:t>* * *</w:t>
      </w:r>
    </w:p>
    <w:p>
      <w:r>
        <w:br/>
        <w:t>НЕСПРАВЖНЄ СЕЛО</w:t>
      </w:r>
    </w:p>
    <w:p>
      <w:r>
        <w:br/>
        <w:t>Я цього метелика&lt;br /&gt;</w:t>
        <w:br/>
        <w:t>бачила по телику,&lt;br /&gt;</w:t>
        <w:br/>
        <w:t>зайчика-розвідника –&lt;br /&gt;</w:t>
        <w:br/>
        <w:t>в мультику по відику,&lt;br /&gt;</w:t>
        <w:br/>
        <w:t>а телятко – ось воно! –&lt;br /&gt;</w:t>
        <w:br/>
        <w:t>зустрічала у кіно.&lt;br /&gt;</w:t>
        <w:br/>
        <w:t>Також справжнього коня&lt;br /&gt;</w:t>
        <w:br/>
        <w:t>і маленьке слоненя.</w:t>
      </w:r>
    </w:p>
    <w:p>
      <w:r>
        <w:br/>
        <w:t>А в бабусі у селі&lt;br /&gt;</w:t>
        <w:br/>
        <w:t>слоненята є малі?&lt;br /&gt;</w:t>
        <w:br/>
        <w:t>Як, немає?! Й не було?&lt;br /&gt;</w:t>
        <w:br/>
        <w:t>Ну й неспра-а-авжнє тут село…</w:t>
      </w:r>
    </w:p>
    <w:p>
      <w:r>
        <w:br/>
        <w:t>* * *</w:t>
      </w:r>
    </w:p>
    <w:p>
      <w:r>
        <w:br/>
        <w:t>УРОКИ МОВИ</w:t>
      </w:r>
    </w:p>
    <w:p>
      <w:r>
        <w:br/>
        <w:t>Прийшла до нас якось бабуся Яга,&lt;br /&gt;</w:t>
        <w:br/>
        <w:t>яка не уміла казали "ага".&lt;br /&gt;</w:t>
        <w:br/>
        <w:t>Виходило в неї "аґа" та "аґа",&lt;br /&gt;</w:t>
        <w:br/>
        <w:t>як в гуски, яка розмовляє "ґа-ґа".</w:t>
      </w:r>
    </w:p>
    <w:p>
      <w:r>
        <w:br/>
        <w:t>А ще зустрічався нам дідо Ягун,&lt;br /&gt;</w:t>
        <w:br/>
        <w:t>він людської мови вчив бабу Ягу.&lt;br /&gt;</w:t>
        <w:br/>
        <w:t>Вона ж не хотіла, хоч плач, а хоч скач,&lt;br /&gt;</w:t>
        <w:br/>
        <w:t>і на паляницю казала "калач".</w:t>
      </w:r>
    </w:p>
    <w:p>
      <w:r>
        <w:br/>
        <w:t>Така ото, дітки, пригода була,&lt;br /&gt;</w:t>
        <w:br/>
        <w:t>допоки Яга в Кострому не втекла.&lt;br /&gt;</w:t>
        <w:br/>
        <w:t>Бо справді: не вмієш сказати "ого",&lt;br /&gt;</w:t>
        <w:br/>
        <w:t>То й нічого діток лякати, Яго.</w:t>
      </w:r>
    </w:p>
    <w:p>
      <w:r>
        <w:br/>
        <w:t>* * *</w:t>
      </w:r>
    </w:p>
    <w:p>
      <w:r>
        <w:br/>
        <w:t>СТРАШНА КАЗКА</w:t>
      </w:r>
    </w:p>
    <w:p>
      <w:r>
        <w:br/>
        <w:t>У темному-темному лісі&lt;br /&gt;</w:t>
        <w:br/>
        <w:t>жив темний-претемний ліс,&lt;br /&gt;</w:t>
        <w:br/>
        <w:t>а в темнім-претемнім лісі&lt;br /&gt;</w:t>
        <w:br/>
        <w:t>було дуже темно скрізь.</w:t>
      </w:r>
    </w:p>
    <w:p>
      <w:r>
        <w:br/>
        <w:t>Там бігали темні вовчиська&lt;br /&gt;</w:t>
        <w:br/>
        <w:t>і темних ловили зайців,&lt;br /&gt;</w:t>
        <w:br/>
        <w:t>і там, не далеко й не близько,&lt;br /&gt;</w:t>
        <w:br/>
        <w:t>жив дідько у чорнім яйці.</w:t>
      </w:r>
    </w:p>
    <w:p>
      <w:r>
        <w:br/>
        <w:t>Той дідько був темний-претемний&lt;br /&gt;</w:t>
        <w:br/>
        <w:t>і темні творив діла,&lt;br /&gt;</w:t>
        <w:br/>
        <w:t>а в ньому іще темніша&lt;br /&gt;</w:t>
        <w:br/>
        <w:t>чортяча душа жила.</w:t>
      </w:r>
    </w:p>
    <w:p>
      <w:r>
        <w:br/>
        <w:t>Вона цю страшнющу казку&lt;br /&gt;</w:t>
        <w:br/>
        <w:t>мотала собі на вус…&lt;br /&gt;</w:t>
        <w:br/>
        <w:t>Їй також повірити важко,&lt;br /&gt;</w:t>
        <w:br/>
        <w:t>що ти такий боягуз!</w:t>
      </w:r>
    </w:p>
    <w:p>
      <w:r>
        <w:br/>
        <w:t>* * *</w:t>
      </w:r>
    </w:p>
    <w:p>
      <w:r>
        <w:br/>
        <w:t>МАЙДАН І МАЙДАНЧИКИ</w:t>
      </w:r>
    </w:p>
    <w:p>
      <w:r>
        <w:br/>
        <w:t>– А чи є у Майдана майданчик? –&lt;br /&gt;</w:t>
        <w:br/>
        <w:t>запитався у Стефи Богданчик.</w:t>
      </w:r>
    </w:p>
    <w:p>
      <w:r>
        <w:br/>
        <w:t>Каже Стефа: – Їх сто або й двісті,&lt;br /&gt;</w:t>
        <w:br/>
        <w:t>вони в кожному, – каже, – місті,</w:t>
      </w:r>
    </w:p>
    <w:p>
      <w:r>
        <w:br/>
        <w:t>їх у нього дуже багато –&lt;br /&gt;</w:t>
        <w:br/>
        <w:t>він багатомайданний тато.</w:t>
      </w:r>
    </w:p>
    <w:p>
      <w:r>
        <w:br/>
        <w:t>* * *</w:t>
      </w:r>
    </w:p>
    <w:p>
      <w:r>
        <w:br/>
        <w:t>РОЗМОВА</w:t>
      </w:r>
    </w:p>
    <w:p>
      <w:r>
        <w:br/>
        <w:t>– Літак?&lt;br /&gt;</w:t>
        <w:br/>
        <w:t>– Так!&lt;br /&gt;</w:t>
        <w:br/>
        <w:t>– У вікні?&lt;br /&gt;</w:t>
        <w:br/>
        <w:t>– Ні,&lt;br /&gt;</w:t>
        <w:br/>
        <w:t>он там.&lt;br /&gt;</w:t>
        <w:br/>
        <w:t>– Сам?&lt;br /&gt;</w:t>
        <w:br/>
        <w:t>– Не сам,&lt;br /&gt;</w:t>
        <w:br/>
        <w:t>із хмариною&lt;br /&gt;</w:t>
        <w:br/>
        <w:t>темно-синьою.&lt;br /&gt;</w:t>
        <w:br/>
        <w:t>– Так то ж місяць&lt;br /&gt;</w:t>
        <w:br/>
        <w:t>небо місить,&lt;br /&gt;</w:t>
        <w:br/>
        <w:t>хлібчик сонця пече.&lt;br /&gt;</w:t>
        <w:br/>
        <w:t>– А хмара?&lt;br /&gt;</w:t>
        <w:br/>
        <w:t>– Гаряча пара&lt;br /&gt;</w:t>
        <w:br/>
        <w:t>від хлібця в небо тече.</w:t>
      </w:r>
    </w:p>
    <w:p>
      <w:r>
        <w:br/>
        <w:t>* * *</w:t>
      </w:r>
    </w:p>
    <w:p>
      <w:r>
        <w:br/>
        <w:t>БУЛЬ i НЯМ</w:t>
      </w:r>
    </w:p>
    <w:p>
      <w:r>
        <w:br/>
        <w:t>На річці діти буль-буль-буль,&lt;br /&gt;</w:t>
        <w:br/>
        <w:t>а бегемоти – ох.&lt;br /&gt;</w:t>
        <w:br/>
        <w:t>У річці бегемотів нуль,&lt;br /&gt;</w:t>
        <w:br/>
        <w:t>А діти буль за двох.</w:t>
      </w:r>
    </w:p>
    <w:p>
      <w:r>
        <w:br/>
        <w:t>Бурчав найстарший бегемот:&lt;br /&gt;</w:t>
        <w:br/>
        <w:t>– Цього не потерплю!&lt;br /&gt;</w:t>
        <w:br/>
        <w:t>Не хочу я на річці от –&lt;br /&gt;</w:t>
        <w:br/>
        <w:t>я буль-буль-буль люблю.</w:t>
      </w:r>
    </w:p>
    <w:p>
      <w:r>
        <w:br/>
        <w:t>Сказало бегемотеня:&lt;br /&gt;</w:t>
        <w:br/>
        <w:t>– Ви, дядечку, мовчіть.&lt;br /&gt;</w:t>
        <w:br/>
        <w:t>Удень ми будем ням-ням-ням,&lt;br /&gt;</w:t>
        <w:br/>
        <w:t>а буль-буль-буль вночі.</w:t>
      </w:r>
    </w:p>
    <w:p>
      <w:r>
        <w:br/>
        <w:t>* * *</w:t>
      </w:r>
    </w:p>
    <w:p>
      <w:r>
        <w:br/>
        <w:t>ПРО КОРИСТЬ ЧИТАННЯ</w:t>
      </w:r>
    </w:p>
    <w:p>
      <w:r>
        <w:br/>
        <w:t>За сьогодні сіра мишка&lt;br /&gt;</w:t>
        <w:br/>
        <w:t>з’їла вже четверту книжку,&lt;br /&gt;</w:t>
        <w:br/>
        <w:t>а така ж мала –&lt;br /&gt;</w:t>
        <w:br/>
        <w:t>майже як була.</w:t>
      </w:r>
    </w:p>
    <w:p>
      <w:r>
        <w:br/>
        <w:t>Докоряє миша-мама:&lt;br /&gt;</w:t>
        <w:br/>
        <w:t>– Не читала ти їх, мабуть,&lt;br /&gt;</w:t>
        <w:br/>
        <w:t>а без цього ти&lt;br /&gt;</w:t>
        <w:br/>
        <w:t>не будеш рости.</w:t>
      </w:r>
    </w:p>
    <w:p>
      <w:r>
        <w:br/>
        <w:t>Це, дитинко, знають всі&lt;br /&gt;</w:t>
        <w:br/>
        <w:t>миші й навіть люди:&lt;br /&gt;</w:t>
        <w:br/>
        <w:t>не читаєш, а їси –&lt;br /&gt;</w:t>
        <w:br/>
        <w:t>користі не буде.</w:t>
      </w:r>
    </w:p>
    <w:p>
      <w:r>
        <w:br/>
        <w:t>* * *</w:t>
      </w:r>
    </w:p>
    <w:p>
      <w:r>
        <w:br/>
        <w:t>УЧНІВ НЕ ЇДЯТЬ</w:t>
      </w:r>
    </w:p>
    <w:p>
      <w:r>
        <w:br/>
        <w:t>Вивчив Павук&lt;br /&gt;</w:t>
        <w:br/>
        <w:t>основи наук,&lt;br /&gt;</w:t>
        <w:br/>
        <w:t>і вечорами Муха&lt;br /&gt;</w:t>
        <w:br/>
        <w:t>його уважно слуха.</w:t>
      </w:r>
    </w:p>
    <w:p>
      <w:r>
        <w:br/>
        <w:t>– Я, – каже, – Павуче,&lt;br /&gt;</w:t>
        <w:br/>
        <w:t>тепер твій учень.&lt;br /&gt;</w:t>
        <w:br/>
        <w:t>Став "двійку" чи "п’ять",&lt;br /&gt;</w:t>
        <w:br/>
        <w:t>Та учнів не їдять.</w:t>
      </w:r>
    </w:p>
    <w:p>
      <w:r>
        <w:br/>
        <w:t>* * *</w:t>
      </w:r>
    </w:p>
    <w:p>
      <w:r>
        <w:br/>
        <w:t>СКОРОМОВКА</w:t>
      </w:r>
    </w:p>
    <w:p>
      <w:r>
        <w:br/>
        <w:t>Їх покликали&lt;br /&gt;</w:t>
        <w:br/>
        <w:t>на Паликопи,&lt;br /&gt;</w:t>
        <w:br/>
        <w:t>а вони по конях&lt;br /&gt;</w:t>
        <w:br/>
        <w:t>на Пантелеймона! [1]</w:t>
      </w:r>
    </w:p>
    <w:p>
      <w:r>
        <w:br/>
        <w:t>[1] Святого Пантелеймона, знаменитого цілителя, українська церква вшановує 9 серпня. А в народі це свято називають іще Паликопи, – адже це час літніх гроз, коли блискавка легко може вцілити в копи щойно зібраного хліба, от наші предки й обрали цей день для молитов, які відвернули б таку загрозу. Так що герої цієї скоромовки не помилилися, а вирушили в дорогу саме тоді, коли їх і було покликано.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М'яке і пухнасте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