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Ми все залишили в могилах предків...</w:t>
      </w:r>
    </w:p>
    <w:p>
      <w:r>
        <w:br/>
        <w:t xml:space="preserve"> Ми все залишили в могилах предків&lt;br /&gt;</w:t>
        <w:br/>
        <w:t>і тепер&lt;br /&gt;</w:t>
        <w:br/>
        <w:t>хочемо обманути безумство і час.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 все залишили в могилах предків...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