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вкупочці колись росли...</w:t>
      </w:r>
    </w:p>
    <w:p>
      <w:r>
        <w:br/>
        <w:t xml:space="preserve"> Ми вкупочці колись росли,&lt;br /&gt;</w:t>
        <w:br/>
        <w:t>Маленькими собі любились.&lt;br /&gt;</w:t>
        <w:br/>
        <w:t>А матері на нас дивились&lt;br /&gt;</w:t>
        <w:br/>
        <w:t>Та говорили, що колись&lt;br /&gt;</w:t>
        <w:br/>
        <w:t>Одружимо їх. Не вгадали.&lt;br /&gt;</w:t>
        <w:br/>
        <w:t>Старі зараннє повмирали,&lt;br /&gt;</w:t>
        <w:br/>
        <w:t>А ми малими розійшлись —&lt;br /&gt;</w:t>
        <w:br/>
        <w:t>Та вже й не сходились ніколи.&lt;br /&gt;</w:t>
        <w:br/>
        <w:t>Мене по волі і неволі&lt;br /&gt;</w:t>
        <w:br/>
        <w:t>Носило всюди. Принесло&lt;br /&gt;</w:t>
        <w:br/>
        <w:t>На старість ледве і додому.&lt;br /&gt;</w:t>
        <w:br/>
        <w:t>Веселеє колись село&lt;br /&gt;</w:t>
        <w:br/>
        <w:t>Чомусь тепер мені, старому,&lt;br /&gt;</w:t>
        <w:br/>
        <w:t>Здавалось темним і німим,&lt;br /&gt;</w:t>
        <w:br/>
        <w:t>Таким, як я тепер, старим.&lt;br /&gt;</w:t>
        <w:br/>
        <w:t>І бачиться — в селі убогім&lt;br /&gt;</w:t>
        <w:br/>
        <w:t>(Мені так бачиться) нічого&lt;br /&gt;</w:t>
        <w:br/>
        <w:t>Не виросло і не згнило,&lt;br /&gt;</w:t>
        <w:br/>
        <w:t>Таке собі, як і було.&lt;br /&gt;</w:t>
        <w:br/>
        <w:t>І яр, і поле, і тополі,&lt;br /&gt;</w:t>
        <w:br/>
        <w:t>І над криницею верба&lt;br /&gt;</w:t>
        <w:br/>
        <w:t>Нагнулася, як та журба&lt;br /&gt;</w:t>
        <w:br/>
        <w:t>Далеко в самотній неволі.&lt;br /&gt;</w:t>
        <w:br/>
        <w:t>Ставок, гребелька, і вітряк&lt;br /&gt;</w:t>
        <w:br/>
        <w:t>З-за гаю крилами махає.&lt;br /&gt;</w:t>
        <w:br/>
        <w:t>І дуб зелений, мов козак&lt;br /&gt;</w:t>
        <w:br/>
        <w:t>Із гаю вийшов та й гуляє&lt;br /&gt;</w:t>
        <w:br/>
        <w:t>Попід горою; по горі&lt;br /&gt;</w:t>
        <w:br/>
        <w:t>Садочок темний, а в садочку&lt;br /&gt;</w:t>
        <w:br/>
        <w:t>Лежать собі у холодочку,&lt;br /&gt;</w:t>
        <w:br/>
        <w:t>Мов у раю, мої старі.&lt;br /&gt;</w:t>
        <w:br/>
        <w:t>Хрести дубові посхилялись,&lt;br /&gt;</w:t>
        <w:br/>
        <w:t>Слова дощем позамивались...&lt;br /&gt;</w:t>
        <w:br/>
        <w:t>І не дощем, і не слова&lt;br /&gt;</w:t>
        <w:br/>
        <w:t>Гладесенько Сатурн стирає...&lt;br /&gt;</w:t>
        <w:br/>
        <w:t>Нехай з святими спочивають&lt;br /&gt;</w:t>
        <w:br/>
        <w:t>Мої старії... — Чи жива&lt;br /&gt;</w:t>
        <w:br/>
        <w:t>Ота Оксаночка? — питаю&lt;br /&gt;</w:t>
        <w:br/>
        <w:t>У брата тихо я. — Яка?&lt;br /&gt;</w:t>
        <w:br/>
        <w:t>— Ота маленька кучерява,&lt;br /&gt;</w:t>
        <w:br/>
        <w:t>Що з нами гралася колись.&lt;br /&gt;</w:t>
        <w:br/>
        <w:t>Чого ж ти, брате, зажуривсь?&lt;br /&gt;</w:t>
        <w:br/>
        <w:t>— Я не журюсь. Помандрувала&lt;br /&gt;</w:t>
        <w:br/>
        <w:t>Ота Оксаночка в поход&lt;br /&gt;</w:t>
        <w:br/>
        <w:t>За москалями та й пропала.&lt;br /&gt;</w:t>
        <w:br/>
        <w:t>Вернулась, правда, через год,&lt;br /&gt;</w:t>
        <w:br/>
        <w:t>Та що з того? З байстрям вернулась,&lt;br /&gt;</w:t>
        <w:br/>
        <w:t>Острижена. Було, вночі&lt;br /&gt;</w:t>
        <w:br/>
        <w:t>Сидить під тином, мов зозуля,&lt;br /&gt;</w:t>
        <w:br/>
        <w:t>Та кукає; або кричить,&lt;br /&gt;</w:t>
        <w:br/>
        <w:t>Або тихесенько співає&lt;br /&gt;</w:t>
        <w:br/>
        <w:t>Та ніби коси розплітає.&lt;br /&gt;</w:t>
        <w:br/>
        <w:t>А потім знов кудись пішла,&lt;br /&gt;</w:t>
        <w:br/>
        <w:t>Ніхто не знає, де поділась,&lt;br /&gt;</w:t>
        <w:br/>
        <w:t>Занапастилась, одуріла.&lt;br /&gt;</w:t>
        <w:br/>
        <w:t>А що за дівчина була,&lt;br /&gt;</w:t>
        <w:br/>
        <w:t>Так так що краля! І не вбога,-&lt;br /&gt;</w:t>
        <w:br/>
        <w:t>Та талану господь не дав...&lt;br /&gt;</w:t>
        <w:br/>
        <w:t>А може й дав, та хтось украв&lt;br /&gt;</w:t>
        <w:br/>
        <w:t>І одурив святого бога.</w:t>
      </w:r>
    </w:p>
    <w:p>
      <w:r>
        <w:br/>
        <w:t>[Кос-Арал 1849]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вкупочці колись росли...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