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сьогодні — снігопади...</w:t>
      </w:r>
    </w:p>
    <w:p>
      <w:r>
        <w:br/>
        <w:t xml:space="preserve"> Ми сьогодні — снігопади&lt;br /&gt;</w:t>
        <w:br/>
        <w:t>У снігу – дахи і сходи.&lt;br /&gt;</w:t>
        <w:br/>
        <w:t>Небо – дзвінкомолоде.&lt;br /&gt;</w:t>
        <w:br/>
        <w:t>Ми сьогодні – снігоходи:&lt;br /&gt;</w:t>
        <w:br/>
        <w:t>Ті, хто вулицями йде.&lt;br /&gt;</w:t>
        <w:br/>
        <w:t>Славно Києвом гуляти –&lt;br /&gt;</w:t>
        <w:br/>
        <w:t>Навпрошки і по стежках.&lt;br /&gt;</w:t>
        <w:br/>
        <w:t>Ми сьогодні – снігокати:&lt;br /&gt;</w:t>
        <w:br/>
        <w:t>І на лижах, й на санках.&lt;br /&gt;</w:t>
        <w:br/>
        <w:t>Можна, посмішки заради,&lt;br /&gt;</w:t>
        <w:br/>
        <w:t>Збігти й задом наперед.&lt;br /&gt;</w:t>
        <w:br/>
        <w:t>Ми сьогодні – снігопади:&lt;br /&gt;</w:t>
        <w:br/>
        <w:t>Всі, хто падає в замет.&lt;br /&gt;</w:t>
        <w:br/>
        <w:t>Морозенко невеликий.&lt;br /&gt;</w:t>
        <w:br/>
        <w:t>Не хурделить, не мете.&lt;br /&gt;</w:t>
        <w:br/>
        <w:t>Крізь заплющені повіки:&lt;br /&gt;</w:t>
        <w:br/>
        <w:t>Сонце – теплозолоте.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сьогодні — снігопади...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