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на камінь поклали мечі...</w:t>
      </w:r>
    </w:p>
    <w:p>
      <w:r>
        <w:br/>
        <w:t xml:space="preserve"> Ми на камінь поклали мечі&lt;br /&gt;</w:t>
        <w:br/>
        <w:t>і в ріці наших коней купали,&lt;br /&gt;</w:t>
        <w:br/>
        <w:t>а чужинці прийшли уночі&lt;br /&gt;</w:t>
        <w:br/>
        <w:t>і на березі табором стали.</w:t>
      </w:r>
    </w:p>
    <w:p>
      <w:r>
        <w:br/>
        <w:t>Ми ховались у хвилях сумних,&lt;br /&gt;</w:t>
        <w:br/>
        <w:t>перша сотня голодного війська.&lt;br /&gt;</w:t>
        <w:br/>
        <w:t>Ми шукали старий оберіг,&lt;br /&gt;</w:t>
        <w:br/>
        <w:t>нас шукала зневага чужинська.</w:t>
      </w:r>
    </w:p>
    <w:p>
      <w:r>
        <w:br/>
        <w:t>Виглядали дружину з імли,&lt;br /&gt;</w:t>
        <w:br/>
        <w:t>а діждали чужої навали.&lt;br /&gt;</w:t>
        <w:br/>
        <w:t>Ми не винні, що зайди прийшли&lt;br /&gt;</w:t>
        <w:br/>
        <w:t>і на березі табором стали.</w:t>
      </w:r>
    </w:p>
    <w:p>
      <w:r>
        <w:br/>
        <w:t>Ми не ждали хвали чи хули&lt;br /&gt;</w:t>
        <w:br/>
        <w:t>і погибелі злої сьогодні –&lt;br /&gt;</w:t>
        <w:br/>
        <w:t>не по славу чужинці прийшли,&lt;br /&gt;</w:t>
        <w:br/>
        <w:t>а по голови першої сотні.</w:t>
      </w:r>
    </w:p>
    <w:p>
      <w:r>
        <w:br/>
        <w:t>Ми на камінь поклали щити&lt;br /&gt;</w:t>
        <w:br/>
        <w:t>і в ріці своїх коней купали.&lt;br /&gt;</w:t>
        <w:br/>
        <w:t>Нам сьогодні отут полягти.&lt;br /&gt;</w:t>
        <w:br/>
        <w:t>Ми сьогодні чужинців не ждали.</w:t>
      </w:r>
    </w:p>
    <w:p>
      <w:r>
        <w:br/>
        <w:t>Притулилась до неба вода,&lt;br /&gt;</w:t>
        <w:br/>
        <w:t>в небесах наших коней гойдає...&lt;br /&gt;</w:t>
        <w:br/>
        <w:t>І з'явилась лисиця руда&lt;br /&gt;</w:t>
        <w:br/>
        <w:t>з-поміж хмар на північному краї.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на камінь поклали мечі...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