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йдем у бій</w:t>
      </w:r>
    </w:p>
    <w:p>
      <w:r>
        <w:br/>
        <w:t xml:space="preserve"> Ми йдем у бій за короля,&lt;br /&gt;</w:t>
        <w:br/>
        <w:t>Шотландіє, прощай!&lt;br /&gt;</w:t>
        <w:br/>
        <w:t>Ми йдем у бій за короля&lt;br /&gt;</w:t>
        <w:br/>
        <w:t>В чужий ірландський край,&lt;br /&gt;</w:t>
        <w:br/>
        <w:t>Серце,&lt;br /&gt;</w:t>
        <w:br/>
        <w:t>В чужий ірландський край.</w:t>
      </w:r>
    </w:p>
    <w:p>
      <w:r>
        <w:br/>
        <w:t>Ми все зробили, що змогли,&lt;br /&gt;</w:t>
        <w:br/>
        <w:t>Та все, усе дарма!&lt;br /&gt;</w:t>
        <w:br/>
        <w:t>Прощай, любов і рідний край,&lt;br /&gt;</w:t>
        <w:br/>
        <w:t>Вже дому в нас нема,&lt;br /&gt;</w:t>
        <w:br/>
        <w:t>Серце,&lt;br /&gt;</w:t>
        <w:br/>
        <w:t>Вже дому в нас нема.</w:t>
      </w:r>
    </w:p>
    <w:p>
      <w:r>
        <w:br/>
        <w:t>Він обернув свого коня,&lt;br /&gt;</w:t>
        <w:br/>
        <w:t>Сіпнув за поводи,&lt;br /&gt;</w:t>
        <w:br/>
        <w:t>Ніколи бідний мандрівець&lt;br /&gt;</w:t>
        <w:br/>
        <w:t>Не вернеться сюди,&lt;br /&gt;</w:t>
        <w:br/>
        <w:t>Серце,&lt;br /&gt;</w:t>
        <w:br/>
        <w:t>Не вернеться сюди.</w:t>
      </w:r>
    </w:p>
    <w:p>
      <w:r>
        <w:br/>
        <w:t>Приходить із морів моряк,&lt;br /&gt;</w:t>
        <w:br/>
        <w:t>А із війни солдат;&lt;br /&gt;</w:t>
        <w:br/>
        <w:t>Лиш я од милої пішов,&lt;br /&gt;</w:t>
        <w:br/>
        <w:t>Щоб не прийти назад,&lt;br /&gt;</w:t>
        <w:br/>
        <w:t>Серце,&lt;br /&gt;</w:t>
        <w:br/>
        <w:t>Щоб не прийти назад.</w:t>
      </w:r>
    </w:p>
    <w:p>
      <w:r>
        <w:br/>
        <w:t>Коли впаде на землю тьма&lt;br /&gt;</w:t>
        <w:br/>
        <w:t>I стихне людська річ,&lt;br /&gt;</w:t>
        <w:br/>
        <w:t>За тим, хто у чужих краях,&lt;br /&gt;</w:t>
        <w:br/>
        <w:t>Я плачу цілу ніч,&lt;br /&gt;</w:t>
        <w:br/>
        <w:t>Серце,&lt;br /&gt;</w:t>
        <w:br/>
        <w:t>Я плачу цілу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йдем у бій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