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Метелик</w:t>
      </w:r>
    </w:p>
    <w:p>
      <w:r>
        <w:br/>
        <w:t xml:space="preserve"> &lt;p&gt;На пасіці порався батько. Він обережно відгортав від вуликів сніг, перекидав його лопатою через частокіл у садок. А Зорянка патичком згортала торішнє листя на просохлій невеликій</w:t>
      </w:r>
    </w:p>
    <w:p>
      <w:r>
        <w:br/>
        <w:t>галявинці.</w:t>
      </w:r>
    </w:p>
    <w:p>
      <w:r>
        <w:br/>
        <w:t>— Татусю, а з-під листя вже виглядають підсніжники. Вони ще такі кволі…</w:t>
      </w:r>
    </w:p>
    <w:p>
      <w:r>
        <w:br/>
        <w:t>— Ти краще вступися звідти, бо ще потопчеш тюльпани, які теж висовують із землі свої списпки.</w:t>
      </w:r>
    </w:p>
    <w:p>
      <w:r>
        <w:br/>
        <w:t>— Я обережно, татусю.</w:t>
      </w:r>
    </w:p>
    <w:p>
      <w:r>
        <w:br/>
        <w:t>Дівчинка ворухнула патичком великий покручений кленовий листок, як з нього злетів червоний метелик.</w:t>
      </w:r>
    </w:p>
    <w:p>
      <w:r>
        <w:br/>
        <w:t>— Татусю! — зойкнула Зоряна. — Метелик! Метелик! Дивися, який гарний!</w:t>
      </w:r>
    </w:p>
    <w:p>
      <w:r>
        <w:br/>
        <w:t>Метелик витанцьовував у сонячному повітрі лише йому відомий весняний танок, то підіймаючись у синяву неба, то опускаючись ледь не до самісіньких снігових пагорбів.</w:t>
      </w:r>
    </w:p>
    <w:p>
      <w:r>
        <w:br/>
        <w:t>— Татусю, а де тут взявся метелик? — запитала дівчинка. — Були ж кучугури снігу.</w:t>
      </w:r>
    </w:p>
    <w:p>
      <w:r>
        <w:br/>
        <w:t>— У листі під снігом зимував, — пояснив батько. — Це кропив’янка. Бачиш, на крильцях є подовгасті білі і чорні плями, але переважає червоний колір.</w:t>
      </w:r>
    </w:p>
    <w:p>
      <w:r>
        <w:br/>
        <w:t>— А тепер метелик загине? Бо ж снігу он ще скільки.</w:t>
      </w:r>
    </w:p>
    <w:p>
      <w:r>
        <w:br/>
        <w:t>— Не думаю. Мабуть, скоріше засне і чекатиме, поки сонечко не прожене зовсім зиму з морозами і снігами.</w:t>
      </w:r>
    </w:p>
    <w:p>
      <w:r>
        <w:br/>
        <w:t>Поки батько розмовляв з дочкою, метелик піднявся високо у небо і подався у садок, де біля стовбурів яблунь були вже широкі проталини. Десь там і дочекається кропив’янка справжнього сонця і весни.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Метелик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