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Месть</w:t>
      </w:r>
    </w:p>
    <w:p>
      <w:r>
        <w:br/>
        <w:t xml:space="preserve"> &lt;p&gt;Гнідий лежав на мерві і дрімав. Снилися єму широкі луги і висока трава, молоді, безробітні літа. Єго товаришка Лялька переступала з ноги на ногу і з-поза драбин тягнула зубами соломку за соломкою; вибирала, котра солодша.</w:t>
      </w:r>
    </w:p>
    <w:p>
      <w:r>
        <w:br/>
        <w:t>В куті при дверях на постелі, зробленій зі старих саней, лежав Мартин і думав. Крізь маленьке вікно, що було прорубане в стіні над драбинкою, видів він, як меркли зорі на літній короткій ночі і як над садами лягала досвітня, срібна мряка.</w:t>
      </w:r>
    </w:p>
    <w:p>
      <w:r>
        <w:br/>
        <w:t>Не міг заснути.</w:t>
      </w:r>
    </w:p>
    <w:p>
      <w:r>
        <w:br/>
        <w:t>То, що сталося вчора, відбирало єму сон. То так, якби єго хто в неділю перед церквою в лице тріснув... Прийшов до неї, як звичайно, і хотів якийсь конець зробити. Таж то вже тяглеся від великого посту. Ціле село знає, що він ходить до Федькової Марини і перебалакує з нею, кілько душа збагне. А вона молода вдовиця! ... Приходить, — пораєся Марина коло вечері.</w:t>
      </w:r>
    </w:p>
    <w:p>
      <w:r>
        <w:br/>
        <w:t>— Як ся маєте, Марино! — каже.</w:t>
      </w:r>
    </w:p>
    <w:p>
      <w:r>
        <w:br/>
        <w:t>— Як ся маєш, Мартине! — відповідає та навіть в той бік не погляне. А перше то, як очима зиркала, як зуби сушила, як станом викручувала! Добре то люди кажуть: не вір жінці за макове зерно!</w:t>
      </w:r>
    </w:p>
    <w:p>
      <w:r>
        <w:br/>
        <w:t>— Якось ви нині, Марино, не говіркі, — каже.</w:t>
      </w:r>
    </w:p>
    <w:p>
      <w:r>
        <w:br/>
        <w:t>— Може, для кого і говірка, — відповідає Марина і дальше робить своє.</w:t>
      </w:r>
    </w:p>
    <w:p>
      <w:r>
        <w:br/>
        <w:t>— Чось ви мені гонорні стали, — почав наново.</w:t>
      </w:r>
    </w:p>
    <w:p>
      <w:r>
        <w:br/>
        <w:t>А вона, так якби не до него, лиш до образів говорила: "А бо ж я, — каже, — що злого чи поганого зробила, щоби мені гонорною не бути! Я собі прецінь ґаздиня, не яка-небудь наймичка або комірниця".</w:t>
      </w:r>
    </w:p>
    <w:p>
      <w:r>
        <w:br/>
        <w:t>Зрозумів Мартин, до кого се пито, і було єму дуже прикро. Таж він перший не починав, а вона зачала. Розумів прецінь, що Марина хоть вдова, а ґаздиня, і то не бідна, а він що? Але сама переймала єго і принаджувала до себе. А була там принада!</w:t>
      </w:r>
    </w:p>
    <w:p>
      <w:r>
        <w:br/>
        <w:t>Пригадував собі і сидів ні в сих ні в тих. Такий єго сором вхопив, якби єго в чужій коморі на крадежі зловили. Лавка пщ ним горіла, а всгага не міг. Щось єго з тої хата не пускало.</w:t>
      </w:r>
    </w:p>
    <w:p>
      <w:r>
        <w:br/>
        <w:t>А вона шастає собою з кута в кут, а все боком; видно, в лице єму глянути не сміє. Вину чує.</w:t>
      </w:r>
    </w:p>
    <w:p>
      <w:r>
        <w:br/>
        <w:t>Так минуло кілька отченашів, а може і вірую. Втім, зашипіла страва і почала збігати. Кинулася Марина та як не витне чолом до бовдура, то аж по хаті залунало.</w:t>
      </w:r>
    </w:p>
    <w:p>
      <w:r>
        <w:br/>
        <w:t>Заклята, приложила мокру шматину і дальше мовчить. Видно, щось в собі мне, а сказати не може... Зважилася.</w:t>
      </w:r>
    </w:p>
    <w:p>
      <w:r>
        <w:br/>
        <w:t>— Мартине, — каже, — там на тебе десь, певно, з вечерею чекають!</w:t>
      </w:r>
    </w:p>
    <w:p>
      <w:r>
        <w:br/>
        <w:t>Зірвався Мартин, і якби єго в хаті не було.</w:t>
      </w:r>
    </w:p>
    <w:p>
      <w:r>
        <w:br/>
        <w:t>В сінях мало не перевернув бабусі та не роздушив ста-рої, бо гонив, як буря. Бабуся вийшла за ним за ворога і розповіла, що Марину засватав якийсь багач з сусіднього ссла і що вже горівкою пропили.</w:t>
      </w:r>
    </w:p>
    <w:p>
      <w:r>
        <w:br/>
        <w:t>От яка то Марина! А диви, як єго принаджувала, як примилювалася!.. А бо ж то він не хлоп, а бо ж не робітний!..</w:t>
      </w:r>
    </w:p>
    <w:p>
      <w:r>
        <w:br/>
        <w:t>Плюнув би Мартин на Марину, так не годен. Що заплющить очі, то все єї бачить перед собою, як живу. Якби отут, коло него була, t Мартин піднісся на постелі і поглядів, чи єї справді нема... tri! Тьфу, якась омана! Цвяхом в голові сидить! Але виб'є він єї звідтам, ой виб'є! Таж то зневага, таж то чистий образ гонору. Ціле село знає, ціле село буде сміятися з Мартина, з него, що в війську вибув, а тепер на попівстві при "лугових" конях служить. Добре то в пісні співають, що вдова вчарувала мужа свого, вчарує тя молодого... А може, вона єму що справді завдала, що він еї не годен забути, може, Марина чарівниця?</w:t>
      </w:r>
    </w:p>
    <w:p>
      <w:r>
        <w:br/>
        <w:t>В голові Мартина прояснилося.</w:t>
      </w:r>
    </w:p>
    <w:p>
      <w:r>
        <w:br/>
        <w:t>Якби хто там запалену свічку всунув. Нараз покинув єго жаль до Марини, а прийшла радість, що чарівниця відчепилася від него. Але чи Марина справді чарівниця?..</w:t>
      </w:r>
    </w:p>
    <w:p>
      <w:r>
        <w:br/>
        <w:t>Втім, від коров'ячого хліва рипнули двері. Мартинові зробилося лячно. "Вчарувала мужа свого, вчарує тя молодого!" — бриніло єму в ушах.</w:t>
      </w:r>
    </w:p>
    <w:p>
      <w:r>
        <w:br/>
        <w:t>Чекав, що дальше буде. Довкола було тихо. Лялька заєдно хрупала солому, а в товарячій стайні румигали корови та так важко сопіли, якби їх хто млиновими каміня-ми попривалював. А більше нічого.</w:t>
      </w:r>
    </w:p>
    <w:p>
      <w:r>
        <w:br/>
        <w:t>Б! — то так причулося єму. Хто би там тепер відчиняв двері... t тії чарівниці, се також бабська вигадка, з великої злості...</w:t>
      </w:r>
    </w:p>
    <w:p>
      <w:r>
        <w:br/>
        <w:t>1 Мартин обернувся до стіни, виліпленої всілякими старими газетами і журналами. Він любувався деколи тими паннами, як чічками, і дашлячись на їх стан тоненький, казав до себе: "О, видиш, яка оса!" Але нині був би їх подер, таку злість мав до всіх жінок на світі.</w:t>
      </w:r>
    </w:p>
    <w:p>
      <w:r>
        <w:br/>
        <w:t>Зажмурив очі і рішився конечно заснути... Ого, де ж там... Якась біда чолопає по стайні... Таки ходить...</w:t>
      </w:r>
    </w:p>
    <w:p>
      <w:r>
        <w:br/>
        <w:t>Виразно чує, — ходить.</w:t>
      </w:r>
    </w:p>
    <w:p>
      <w:r>
        <w:br/>
        <w:t>1 зразу вхопив єго великий страх, так якби варту у війську заспав, а ту контроля прийшла. Волосся дубом стало, і мороз побіг по шкірі... Але се тривало лиш хвилю. Потім він перехрестився і зліз з ліжка.</w:t>
      </w:r>
    </w:p>
    <w:p>
      <w:r>
        <w:br/>
        <w:t>— Ой, є! Біг-ме є! Таке чорне, як баран. Присяйсто-боже, є! Почекай же, небого, будем ми тепер мали любую розмову. Бо мені тепер всьо одно, смерть або житє, як на війні!</w:t>
      </w:r>
    </w:p>
    <w:p>
      <w:r>
        <w:br/>
        <w:t>Замкнув одні двері, замкнув другі лопатою, заткав вікно старою опанчиною, намацав вила і гайда до роботи.</w:t>
      </w:r>
    </w:p>
    <w:p>
      <w:r>
        <w:br/>
        <w:t>— Ану, дівонько, будемо чарувати! — Замахнувся вилами, луснув, а воно лиш гайт, та й наліво; замахнувся вдруге, а воно шульк, та й направо; замахнувся втретє, а воно як не зверещить дивними голосами, вся товарина збудилась.</w:t>
      </w:r>
    </w:p>
    <w:p>
      <w:r>
        <w:br/>
        <w:t>Але Мартин не з тих! Він свого не дарує. Вмієш чарувати, вмій вилами брати! Замахнувсь наново і як довгий повалився на землю. А воно довкола него як у кирагі бігає та мемекає, ме та ме! Чисто як вівця. А вівці, як почули, як не підіймуть блей, а корови як не заревуть, а коні як не заіржуть! Пекло!</w:t>
      </w:r>
    </w:p>
    <w:p>
      <w:r>
        <w:br/>
        <w:t>Чекає Мартин, щоби когут запіяв, а когутові навіть і не сниться. Прочунявся Мартин, підноситься, кладе хрест святий на собі — та й до ліхтарки. Запалив, дивиться, а воно, як шалене, по стайні вганяє та заєдно мемекає. Чорне, кучеряве, з білою латкою на чолі, достоту як та ягниця, що недавно ягнята мала.</w:t>
      </w:r>
    </w:p>
    <w:p>
      <w:r>
        <w:br/>
        <w:t>Але Мартин не дурний. Він знає, що ягниця мала червону волічку на шиї, бо до череди ходила. Побачимо, чи є у тебе волічка.</w:t>
      </w:r>
    </w:p>
    <w:p>
      <w:r>
        <w:br/>
        <w:t>Підняв ліхтарку, хотів придивитись, але де там, не годен. Блеє, якби єї хто ножами різав. Пішов Мартин до голови по розум. Коли то ягниця, то не буде єї в стайні, а як ні, то він вже знає, що то за "інтерес". Пішов до стайні, заглянув до клітки; клітка відчинена а яшиці нема.</w:t>
      </w:r>
    </w:p>
    <w:p>
      <w:r>
        <w:br/>
        <w:t>Ов, шкода! Дурно гонив по стайні та оббив невинну вівцю. Добре їй так, няй не лазить до кінської стайні.</w:t>
      </w:r>
    </w:p>
    <w:p>
      <w:r>
        <w:br/>
        <w:t>Але все-таки не заснув, поки вівці не вигнав та не замкнув дверей.</w:t>
      </w:r>
    </w:p>
    <w:p>
      <w:r>
        <w:br/>
        <w:t>— Агов, Мартине, вставай! Ну, давіть люди, давіть, поки той парубій гадає спати!</w:t>
      </w:r>
    </w:p>
    <w:p>
      <w:r>
        <w:br/>
        <w:t>— Та чого верещиш? — відозвався Мартин з постелі, розпустила лотоки та й меле. Лучше стань посеред села,</w:t>
      </w:r>
    </w:p>
    <w:p>
      <w:r>
        <w:br/>
        <w:t>60 ТУ замало люди чують. Скаранє з дівкою, не дає по ночі спати!</w:t>
      </w:r>
    </w:p>
    <w:p>
      <w:r>
        <w:br/>
        <w:t>— Здурів хлоп! У нього тепер ніч. Та вийди з нори та подивися. В церкві вже служба Божа зачалась!</w:t>
      </w:r>
    </w:p>
    <w:p>
      <w:r>
        <w:br/>
        <w:t>Мартин підвівся з ліжка і відчинив двері. Надворі був справді білий день. Стовп яркого світла бухнув в стайню і осліпив єго на хвилю.</w:t>
      </w:r>
    </w:p>
    <w:p>
      <w:r>
        <w:br/>
        <w:t>— Заспав я трохи! — казав, протираючи очі.</w:t>
      </w:r>
    </w:p>
    <w:p>
      <w:r>
        <w:br/>
        <w:t>— Добре трохи, таке твоє трохи, — відповіла Маланка, підпинаючи нову запаску. — Ходи, бо обід стигне. Тягається по ночі Бог зна куди, а потім спить до полудня.</w:t>
      </w:r>
    </w:p>
    <w:p>
      <w:r>
        <w:br/>
        <w:t>— От, не говори, як не знаєш. Що я мав сеї ночі, то най ся преч каже.</w:t>
      </w:r>
    </w:p>
    <w:p>
      <w:r>
        <w:br/>
        <w:t>— Що таке, що? — питала цікаво дівка. Вона здавна малася до Мартина і, хоть він ходив до Марини, вона не тратила надії. — Кажи! Мартине, кажи!</w:t>
      </w:r>
    </w:p>
    <w:p>
      <w:r>
        <w:br/>
        <w:t>— Ет! Коли ти по селі пустиш.</w:t>
      </w:r>
    </w:p>
    <w:p>
      <w:r>
        <w:br/>
        <w:t>— Бігме Боже, що ні! — клялася Маланка.</w:t>
      </w:r>
    </w:p>
    <w:p>
      <w:r>
        <w:br/>
        <w:t>— Була у мене, знаєш? — почав Мартин шепотом.</w:t>
      </w:r>
    </w:p>
    <w:p>
      <w:r>
        <w:br/>
        <w:t>— Чому ж не знаю. Я сама виділа, як йшла, так у неї сорому нема, навіть тільки що за нігтем.</w:t>
      </w:r>
    </w:p>
    <w:p>
      <w:r>
        <w:br/>
        <w:t>Мартин оповів, як було. Казав, що Марина перекинулася в вівцю і прийшла до него. Що він зразу спудився, а потім замкнув двері та як не зачне прати...</w:t>
      </w:r>
    </w:p>
    <w:p>
      <w:r>
        <w:br/>
        <w:t>— Цуд, цуд, цуд! — лепетала Маланка. — Ото раз зіленько, ото раз жінка! Бий ї сила Божа!</w:t>
      </w:r>
    </w:p>
    <w:p>
      <w:r>
        <w:br/>
        <w:t>— Не треба Бога, як я єї вибив. Попам'ятає до смерті. За першим разом лиш вівкнула, за другим стогнала, аж як я єї по голові второщив, аж тоді промовила:</w:t>
      </w:r>
    </w:p>
    <w:p>
      <w:r>
        <w:br/>
        <w:t>— Ой, не бий, Мартиночку, Марганцю, Мартинцуню! Та то я, Федьова Марина, даруй житє!</w:t>
      </w:r>
    </w:p>
    <w:p>
      <w:r>
        <w:br/>
        <w:t>— 1 ти пустив?</w:t>
      </w:r>
    </w:p>
    <w:p>
      <w:r>
        <w:br/>
        <w:t>— Та пустив. Все-таки страшно душу на сумлінє брати. Побачиш, який басаман на чолі має.</w:t>
      </w:r>
    </w:p>
    <w:p>
      <w:r>
        <w:br/>
        <w:t>— Ото дурний бала! Та було єї на хамуз, най би ся ма-зею розляла чарівниця. Ой-ой-ой! Чому мене там не було, чому мене не було!</w:t>
      </w:r>
    </w:p>
    <w:p>
      <w:r>
        <w:br/>
        <w:t>— Маланю! — просив Мартин. — Але ти того нікому не скажеш? Бо я лиш тобі розповів, щоби-сь ти знала.</w:t>
      </w:r>
    </w:p>
    <w:p>
      <w:r>
        <w:br/>
        <w:t>Глянула на него допитливо і всміхнулася.</w:t>
      </w:r>
    </w:p>
    <w:p>
      <w:r>
        <w:br/>
        <w:t>— Якось то буде, — сказала, і пішли на обід.</w:t>
      </w:r>
    </w:p>
    <w:p>
      <w:r>
        <w:br/>
        <w:t>В хаті Марини скриня відчинена і підперта лопатою. Марина перебирає одежу і чогось шукає. Відчиняються двері, входить правобічна сусідка.</w:t>
      </w:r>
    </w:p>
    <w:p>
      <w:r>
        <w:br/>
        <w:t>— Ходіть, любко, до церкви, саме тепер дзвонять.</w:t>
      </w:r>
    </w:p>
    <w:p>
      <w:r>
        <w:br/>
        <w:t>— Голова мене болить. Най пан Біг дарує.</w:t>
      </w:r>
    </w:p>
    <w:p>
      <w:r>
        <w:br/>
        <w:t>— Бог милосердний не одно нам грішним дарує; а вам що в голову, любо?</w:t>
      </w:r>
    </w:p>
    <w:p>
      <w:r>
        <w:br/>
        <w:t>— Вдарилам-ся вчора до бовдура. Може, з того.</w:t>
      </w:r>
    </w:p>
    <w:p>
      <w:r>
        <w:br/>
        <w:t>— А ну, де, покажіть, кумо, де? — наставала сусідка. Марина показала синяк.</w:t>
      </w:r>
    </w:p>
    <w:p>
      <w:r>
        <w:br/>
        <w:t>На лиці сусіди виявилося здивування і переляк.</w:t>
      </w:r>
    </w:p>
    <w:p>
      <w:r>
        <w:br/>
        <w:t>—• Ага, до бовдура! Та то так, якби ціпивном спряг або вилцями. Ага, до бовдура, — повторяла, виходячи з хати. — Най Бог простить!.. До бовдура.</w:t>
      </w:r>
    </w:p>
    <w:p>
      <w:r>
        <w:br/>
        <w:t>"Що їй такого ? — міркувала Марина. — Жибонить, як несповна розуму".</w:t>
      </w:r>
    </w:p>
    <w:p>
      <w:r>
        <w:br/>
        <w:t>Зігнулася і шукала дальше.</w:t>
      </w:r>
    </w:p>
    <w:p>
      <w:r>
        <w:br/>
        <w:t>— Я по вас вступила, щоби-сьмо разом на вечірню йшли, — говорила сусідка з лівого боку.</w:t>
      </w:r>
    </w:p>
    <w:p>
      <w:r>
        <w:br/>
        <w:t>— Не піду! — відповіла Марина, — голова мене болить.</w:t>
      </w:r>
    </w:p>
    <w:p>
      <w:r>
        <w:br/>
        <w:t>— А з чого ж вас голова болить, кумо?</w:t>
      </w:r>
    </w:p>
    <w:p>
      <w:r>
        <w:br/>
        <w:t>— До бовдура вдарилася, — відповіла Марина, показуючи синяк.</w:t>
      </w:r>
    </w:p>
    <w:p>
      <w:r>
        <w:br/>
        <w:t>Кума глипнула, вибалушила очі і вибігла з хати.</w:t>
      </w:r>
    </w:p>
    <w:p>
      <w:r>
        <w:br/>
        <w:t>Нім сонце зійшло на небі, вже ціле село знало, що Марина підпирає лопатою скриню і робить чари.</w:t>
      </w:r>
    </w:p>
    <w:p>
      <w:r>
        <w:br/>
        <w:t>Колись ту перекинулася в вівцю і прийшла вночі до Мартина до стайні, а він єї голову розвалив вилцями.</w:t>
      </w:r>
    </w:p>
    <w:p>
      <w:r>
        <w:br/>
        <w:t>Марина чарівниця...</w:t>
      </w:r>
    </w:p>
    <w:p>
      <w:r>
        <w:br/>
        <w:t>Мартин помстився.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