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 журно, що осінь моя...</w:t>
      </w:r>
    </w:p>
    <w:p>
      <w:r>
        <w:br/>
        <w:t xml:space="preserve"> Мені журно, що осінь моя&lt;br /&gt;</w:t>
        <w:br/>
        <w:t>Виноградні листи розіслала, —&lt;br /&gt;</w:t>
        <w:br/>
        <w:t>Мускуляста рука ратая&lt;br /&gt;</w:t>
        <w:br/>
        <w:t>У чорноземлю врізала рало…</w:t>
      </w:r>
    </w:p>
    <w:p>
      <w:r>
        <w:br/>
        <w:t>Мені лячно стежками іти,&lt;br /&gt;</w:t>
        <w:br/>
        <w:t>Мені сумно співать колискову,&lt;br /&gt;</w:t>
        <w:br/>
        <w:t>Коли вірю, що осінь – то ти,&lt;br /&gt;</w:t>
        <w:br/>
        <w:t>Коли знаю – не зійдемось знову…</w:t>
      </w:r>
    </w:p>
    <w:p>
      <w:r>
        <w:br/>
        <w:t>Порожнеча така навісна,&lt;br /&gt;</w:t>
        <w:br/>
        <w:t>А тополі безмірно скорботні…&lt;br /&gt;</w:t>
        <w:br/>
        <w:t>Що мені, ніби буде весна,&lt;br /&gt;</w:t>
        <w:br/>
        <w:t>Що мені – коли осінь самотня!</w:t>
      </w:r>
    </w:p>
    <w:p>
      <w:r>
        <w:br/>
        <w:t>Гайвороння сплітає вінки,&lt;br /&gt;</w:t>
        <w:br/>
        <w:t>Крізь туман розлягаються дзвони —&lt;br /&gt;</w:t>
        <w:br/>
        <w:t>Таємничі, над край не тривкі —&lt;br /&gt;</w:t>
        <w:br/>
        <w:t>Лиш торкають розгублені гони…</w:t>
      </w:r>
    </w:p>
    <w:p>
      <w:r>
        <w:br/>
        <w:t>Гей, болотяна путь ти моя,&lt;br /&gt;</w:t>
        <w:br/>
        <w:t>Твою рану ніщо не загоїть!&lt;br /&gt;</w:t>
        <w:br/>
        <w:t>Мені журно, що осінь – то я…&lt;br /&gt;</w:t>
        <w:br/>
        <w:t>…Ми не стрінемось більше з тобою.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 журно, що осінь моя...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