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снилось, що яму копаю...</w:t>
      </w:r>
    </w:p>
    <w:p>
      <w:r>
        <w:br/>
        <w:t xml:space="preserve"> Мені снилось, що яму копаю,&lt;br /&gt;</w:t>
        <w:br/>
        <w:t>Звечоріло надворі давно;&lt;br /&gt;</w:t>
        <w:br/>
        <w:t>Я спішу доробитись до краю,&lt;br /&gt;</w:t>
        <w:br/>
        <w:t>Хоч не відаю, нащо воно.</w:t>
      </w:r>
    </w:p>
    <w:p>
      <w:r>
        <w:br/>
        <w:t>Я робив, мов робить було треба,&lt;br /&gt;</w:t>
        <w:br/>
        <w:t>Хоч і знав, що не скоро вмирать,&lt;br /&gt;</w:t>
        <w:br/>
        <w:t>Що усе, чого ждав я від неба,&lt;br /&gt;</w:t>
        <w:br/>
        <w:t>Все — моє, бо недовго пождать.</w:t>
      </w:r>
    </w:p>
    <w:p>
      <w:r>
        <w:br/>
        <w:t>Я скінчив, але витратив силу&lt;br /&gt;</w:t>
        <w:br/>
        <w:t>І нічого вже більш не бажав.&lt;br /&gt;</w:t>
        <w:br/>
        <w:t>Сам, упавши в порожню могилу,&lt;br /&gt;</w:t>
        <w:br/>
        <w:t>Наче труп захололий лежав.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снилось, що яму копаю...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