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під час травневих днів...</w:t>
      </w:r>
    </w:p>
    <w:p>
      <w:r>
        <w:br/>
        <w:t xml:space="preserve"> Мені під час травневих днів&lt;br /&gt;</w:t>
        <w:br/>
        <w:t>Приємний щебет віддалік,&lt;br /&gt;</w:t>
        <w:br/>
        <w:t>Зринає в пам'яті без слів&lt;br /&gt;</w:t>
        <w:br/>
        <w:t>Моє кохання віддалік.&lt;br /&gt;</w:t>
        <w:br/>
        <w:t>Навік я неспокійний став,&lt;br /&gt;</w:t>
        <w:br/>
        <w:t>І не ростуть квітки між трав,&lt;br /&gt;</w:t>
        <w:br/>
        <w:t>Як зимно у душі мені.</w:t>
      </w:r>
    </w:p>
    <w:p>
      <w:r>
        <w:br/>
        <w:t>Я щастя у житті зустрів&lt;br /&gt;</w:t>
        <w:br/>
        <w:t>В моїм коханні віддалік.&lt;br /&gt;</w:t>
        <w:br/>
        <w:t>Немає в світі кращих днів&lt;br /&gt;</w:t>
        <w:br/>
        <w:t>Ні поблизу, ні віддалік!&lt;br /&gt;</w:t>
        <w:br/>
        <w:t>Коли б я лиш надію мав,&lt;br /&gt;</w:t>
        <w:br/>
        <w:t>У царство б маврів я помчав,&lt;br /&gt;</w:t>
        <w:br/>
        <w:t>Обдертий весь, в самотині.</w:t>
      </w:r>
    </w:p>
    <w:p>
      <w:r>
        <w:br/>
        <w:t>Немає в світі кращих снів —&lt;br /&gt;</w:t>
        <w:br/>
        <w:t>Примчать до неї віддалік,&lt;br /&gt;</w:t>
        <w:br/>
        <w:t>І чуть слова її, мов спів,&lt;br /&gt;</w:t>
        <w:br/>
        <w:t>І розмовлять не віддалік,&lt;br /&gt;</w:t>
        <w:br/>
        <w:t>А віч-на-віч, щоб не шукав&lt;br /&gt;</w:t>
        <w:br/>
        <w:t>Я більш її, щоб не страждав,&lt;br /&gt;</w:t>
        <w:br/>
        <w:t>Щоб другом був її всі дні.</w:t>
      </w:r>
    </w:p>
    <w:p>
      <w:r>
        <w:br/>
        <w:t>Щоб я від горя не смутнів,&lt;br /&gt;</w:t>
        <w:br/>
        <w:t>Кохання тішить віддалік.&lt;br /&gt;</w:t>
        <w:br/>
        <w:t>Далеко до її країв.&lt;br /&gt;</w:t>
        <w:br/>
        <w:t>Даремно мріять віддалік.&lt;br /&gt;</w:t>
        <w:br/>
        <w:t>Хоч цілий вік я мандрував,&lt;br /&gt;</w:t>
        <w:br/>
        <w:t>Але я там ще не бував.&lt;br /&gt;</w:t>
        <w:br/>
        <w:t>Безжальні думи навісні!</w:t>
      </w:r>
    </w:p>
    <w:p>
      <w:r>
        <w:br/>
        <w:t>Господь не раз людей жалів.&lt;br /&gt;</w:t>
        <w:br/>
        <w:t>Святе кохання віддалік!&lt;br /&gt;</w:t>
        <w:br/>
        <w:t>Та поки що я весь змарнів,-&lt;br /&gt;</w:t>
        <w:br/>
        <w:t>Про неї мрію віддалік.&lt;br /&gt;</w:t>
        <w:br/>
        <w:t>О, до прочан би я пристав&lt;br /&gt;</w:t>
        <w:br/>
        <w:t>Та посох би з собою взяв,&lt;br /&gt;</w:t>
        <w:br/>
        <w:t>Щоб бачить очі неземні!</w:t>
      </w:r>
    </w:p>
    <w:p>
      <w:r>
        <w:br/>
        <w:t>Коли б Господь мене привів&lt;br /&gt;</w:t>
        <w:br/>
        <w:t>Скоріш до неї віддалік.&lt;br /&gt;</w:t>
        <w:br/>
        <w:t>Щоб я признатись їй посмів&lt;br /&gt;</w:t>
        <w:br/>
        <w:t>І більш не мучивсь віддалік,&lt;br /&gt;</w:t>
        <w:br/>
        <w:t>Щоб кожен кущ і кожен став&lt;br /&gt;</w:t>
        <w:br/>
        <w:t>Ще кращим біля неї став,</w:t>
      </w:r>
    </w:p>
    <w:p>
      <w:r>
        <w:br/>
        <w:t>Щоб стали обрії ясні!&lt;br /&gt;</w:t>
        <w:br/>
        <w:t>На мене жаль, на мене гнів,&lt;br /&gt;</w:t>
        <w:br/>
        <w:t>Що я кохаю віддалік.&lt;br /&gt;</w:t>
        <w:br/>
        <w:t>Я чистим принести зумів&lt;br /&gt;</w:t>
        <w:br/>
        <w:t>Своє кохання віддалік.&lt;br /&gt;</w:t>
        <w:br/>
        <w:t>Сумним я від кохання став.&lt;br /&gt;</w:t>
        <w:br/>
        <w:t>Невже святий мене скарав,&lt;br /&gt;</w:t>
        <w:br/>
        <w:t>Щоб мучивсь я в страшній борні?</w:t>
      </w:r>
    </w:p>
    <w:p>
      <w:r>
        <w:br/>
        <w:t>Сумним я від кохання став.&lt;br /&gt;</w:t>
        <w:br/>
        <w:t>Ганьба тому, хто покарав,&lt;br /&gt;</w:t>
        <w:br/>
        <w:t>Щоб мучивсь я в страшній борні!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під час травневих днів...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