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Мені хочеться так як дитиною...</w:t>
      </w:r>
    </w:p>
    <w:p>
      <w:r>
        <w:br/>
        <w:t xml:space="preserve"> Мені хочеться так як дитиною&lt;br /&gt;</w:t>
        <w:br/>
        <w:t>Загубитись в саду восени —&lt;br /&gt;</w:t>
        <w:br/>
        <w:t>Чарівничою снити хатиною,&lt;br /&gt;</w:t>
        <w:br/>
        <w:t>По яку мандрували сини.</w:t>
      </w:r>
    </w:p>
    <w:p>
      <w:r>
        <w:br/>
        <w:t>Багряніють берези на заході,&lt;br /&gt;</w:t>
        <w:br/>
        <w:t>Багряніє в борах сухолист…&lt;br /&gt;</w:t>
        <w:br/>
        <w:t>Шелестить сухолистом по ягоди&lt;br /&gt;</w:t>
        <w:br/>
        <w:t>Біла дівчина з сумом намист…</w:t>
      </w:r>
    </w:p>
    <w:p>
      <w:r>
        <w:br/>
        <w:t>Він простягся в майбутнє хвилинами —&lt;br /&gt;</w:t>
        <w:br/>
        <w:t>Твій підроблений, тьмяний корал,&lt;br /&gt;</w:t>
        <w:br/>
        <w:t>Ланцюгами солодкими, дивними&lt;br /&gt;</w:t>
        <w:br/>
        <w:t>Мені волю в борах одібрав!..</w:t>
      </w:r>
    </w:p>
    <w:p>
      <w:r>
        <w:br/>
        <w:t>Коли сонце розплавило обрії&lt;br /&gt;</w:t>
        <w:br/>
        <w:t>З-за берези я стежив стежки,&lt;br /&gt;</w:t>
        <w:br/>
        <w:t>Що їх пестили очи недобрії,&lt;br /&gt;</w:t>
        <w:br/>
        <w:t>Що встилали їх будні тяжкі…</w:t>
      </w:r>
    </w:p>
    <w:p>
      <w:r>
        <w:br/>
        <w:t>Багряними берези на заході&lt;br /&gt;</w:t>
        <w:br/>
        <w:t>Намітками з голів зап’ялись…&lt;br /&gt;</w:t>
        <w:br/>
        <w:t>Поминула й берези, і ягоди&lt;br /&gt;</w:t>
        <w:br/>
        <w:t>Біла дівчина з сумом намист…</w:t>
      </w:r>
    </w:p>
    <w:p>
      <w:r>
        <w:br/>
        <w:t>Не любитиму так як дитиною&lt;br /&gt;</w:t>
        <w:br/>
        <w:t>В чарівничім саду восени!..&lt;br /&gt;</w:t>
        <w:br/>
        <w:t>Бур’яни поросли за хатиною,&lt;br /&gt;</w:t>
        <w:br/>
        <w:t>З мандрівок не вернулись сини…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Мені хочеться так як дитиною...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