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Мег Мерріліз</w:t>
      </w:r>
    </w:p>
    <w:p>
      <w:r>
        <w:br/>
        <w:t xml:space="preserve"> 1</w:t>
      </w:r>
    </w:p>
    <w:p>
      <w:r>
        <w:br/>
        <w:t>Жила в кущах циганка Мег,&lt;br /&gt;</w:t>
        <w:br/>
        <w:t>Бездомна удова.&lt;br /&gt;</w:t>
        <w:br/>
        <w:t>Був луг для неї хатою,&lt;br /&gt;</w:t>
        <w:br/>
        <w:t>А постіллю — трава.</w:t>
      </w:r>
    </w:p>
    <w:p>
      <w:r>
        <w:br/>
        <w:t>2</w:t>
      </w:r>
    </w:p>
    <w:p>
      <w:r>
        <w:br/>
        <w:t>Був терен їй за яблука,&lt;br /&gt;</w:t>
        <w:br/>
        <w:t>За мед — роса з верби,&lt;br /&gt;</w:t>
        <w:br/>
        <w:t>Були їй замість Біблії&lt;br /&gt;</w:t>
        <w:br/>
        <w:t>На цвинтарі гроби.</w:t>
      </w:r>
    </w:p>
    <w:p>
      <w:r>
        <w:br/>
        <w:t>3</w:t>
      </w:r>
    </w:p>
    <w:p>
      <w:r>
        <w:br/>
        <w:t>Був бескид їй за брата,&lt;br /&gt;</w:t>
        <w:br/>
        <w:t>А за сестру — сосна.&lt;br /&gt;</w:t>
        <w:br/>
        <w:t>I в тій сім'ї великій Мег&lt;br /&gt;</w:t>
        <w:br/>
        <w:t>Жила сама-одна.</w:t>
      </w:r>
    </w:p>
    <w:p>
      <w:r>
        <w:br/>
        <w:t>4</w:t>
      </w:r>
    </w:p>
    <w:p>
      <w:r>
        <w:br/>
        <w:t>Ніхто не кликав снідати,&lt;br /&gt;</w:t>
        <w:br/>
        <w:t>Обідать не просив,&lt;br /&gt;</w:t>
        <w:br/>
        <w:t>Замість вечері місяць їй&lt;br /&gt;</w:t>
        <w:br/>
        <w:t>У пелену світив.</w:t>
      </w:r>
    </w:p>
    <w:p>
      <w:r>
        <w:br/>
        <w:t>5</w:t>
      </w:r>
    </w:p>
    <w:p>
      <w:r>
        <w:br/>
        <w:t>Зате із козячих квіток&lt;br /&gt;</w:t>
        <w:br/>
        <w:t>Вона вінки плела&lt;br /&gt;</w:t>
        <w:br/>
        <w:t>I, ліжко з тису мостячи,&lt;br /&gt;</w:t>
        <w:br/>
        <w:t>Співала, як могла.</w:t>
      </w:r>
    </w:p>
    <w:p>
      <w:r>
        <w:br/>
        <w:t>6</w:t>
      </w:r>
    </w:p>
    <w:p>
      <w:r>
        <w:br/>
        <w:t>Коричневими пальцями&lt;br /&gt;</w:t>
        <w:br/>
        <w:t>Із очерету мати&lt;br /&gt;</w:t>
        <w:br/>
        <w:t>Плела, щоб потім селюкам&lt;br /&gt;</w:t>
        <w:br/>
        <w:t>Без грошей віддавати.</w:t>
      </w:r>
    </w:p>
    <w:p>
      <w:r>
        <w:br/>
        <w:t>7</w:t>
      </w:r>
    </w:p>
    <w:p>
      <w:r>
        <w:br/>
        <w:t>Могла б носить корону Мег&lt;br /&gt;</w:t>
        <w:br/>
        <w:t>На гордому чолі.&lt;br /&gt;</w:t>
        <w:br/>
        <w:t>Ходила в драному плащі&lt;br /&gt;</w:t>
        <w:br/>
        <w:t>I в м'ятому брилі.&lt;br /&gt;</w:t>
        <w:br/>
        <w:t>Нехай стару покоїть Бог!&lt;br /&gt;</w:t>
        <w:br/>
        <w:t>Вона давно в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Мег Мерріліз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