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Медея</w:t>
      </w:r>
    </w:p>
    <w:p>
      <w:r>
        <w:br/>
        <w:t xml:space="preserve"> Медея&lt;br /&gt;</w:t>
        <w:br/>
        <w:t>Переклад Б.Тена&lt;br /&gt;</w:t>
        <w:br/>
        <w:t>ДІЙОВІ ОСОБИ&lt;br /&gt;</w:t>
        <w:br/>
        <w:t>НЯНЯ&lt;br /&gt;</w:t>
        <w:br/>
        <w:t>ВИХОВАТЕЛЬ&lt;br /&gt;</w:t>
        <w:br/>
        <w:t>МЕДЕЯ — ЯСОНОВА ДРУЖИНА&lt;br /&gt;</w:t>
        <w:br/>
        <w:t>ХОР КОРІНФСЬКИХ ЖІНОК&lt;br /&gt;</w:t>
        <w:br/>
        <w:t>КРЕОНТ — ЦАР КОРІНФУ&lt;br /&gt;</w:t>
        <w:br/>
        <w:t>ЯСОН— ПРОВІДНИК АРГОНАВТІВ&lt;br /&gt;</w:t>
        <w:br/>
        <w:t>ЕГЕЙ — ЦАР АФІНСЬКИЙ&lt;br /&gt;</w:t>
        <w:br/>
        <w:t>ВІСНИК&lt;br /&gt;</w:t>
        <w:br/>
        <w:t>ХЛОПЧИКИ — СИНИ ЯСОНА Й МЕДЕЇ&lt;br /&gt;</w:t>
        <w:br/>
        <w:t>Дія відбувається в Корінфі, перед домом Медеї.</w:t>
      </w:r>
    </w:p>
    <w:p>
      <w:r>
        <w:br/>
        <w:t>ПРОЛОГ&lt;br /&gt;</w:t>
        <w:br/>
        <w:t>НЯНЯ&lt;br /&gt;</w:t>
        <w:br/>
        <w:t>(виходить з дому Медеї)&lt;br /&gt;</w:t>
        <w:br/>
        <w:t>Бодай не пропливав би корабель "Арго"&lt;br /&gt;</w:t>
        <w:br/>
        <w:t>Між темних скель блуденних у колхідський край!&lt;br /&gt;</w:t>
        <w:br/>
        <w:t>І сосни, в хащах Пеліону зрубані,&lt;br /&gt;</w:t>
        <w:br/>
        <w:t>Хай весел не давали б тим мужам до рук,&lt;br /&gt;</w:t>
        <w:br/>
        <w:t>5] Що здобувать ходили золоте руно&lt;br /&gt;</w:t>
        <w:br/>
        <w:t>Для Пелія! Тоді ж моя володарка&lt;br /&gt;</w:t>
        <w:br/>
        <w:t>Медея мурів Йолку не доплинула б,&lt;br /&gt;</w:t>
        <w:br/>
        <w:t>Ясона покохавши до безпам'яті,&lt;br /&gt;</w:t>
        <w:br/>
        <w:t>Й, на батьковбивство Пеліад підбуривши,&lt;br /&gt;</w:t>
        <w:br/>
        <w:t>10] В Корінфі з мужем не жила б і з дітками.&lt;br /&gt;</w:t>
        <w:br/>
        <w:t>її, щоправда, дуже полюбили всі&lt;br /&gt;</w:t>
        <w:br/>
        <w:t>Місцеві люди, що до них втекла відтіль,&lt;br /&gt;</w:t>
        <w:br/>
        <w:t>І вміла догоджать вона Ясонові,&lt;br /&gt;</w:t>
        <w:br/>
        <w:t>А це ж найбільше щастя, як одружені&lt;br /&gt;</w:t>
        <w:br/>
        <w:t>15] Живуть із чоловіком жінка в злагоді.&lt;br /&gt;</w:t>
        <w:br/>
        <w:t>Та ось, дружину й діточок покинувши,&lt;br /&gt;</w:t>
        <w:br/>
        <w:t>Ясон до шлюбу царського ладнається —&lt;br /&gt;</w:t>
        <w:br/>
        <w:t>Дочку бере Креонта, владаря цих місць.&lt;br /&gt;</w:t>
        <w:br/>
        <w:t>20] Дарма Медея бідна, поневажена,&lt;br /&gt;</w:t>
        <w:br/>
        <w:t>Велику клятву й запоруку вірності&lt;br /&gt;</w:t>
        <w:br/>
        <w:t>Спогадує, безсмертних закликаючи&lt;br /&gt;</w:t>
        <w:br/>
        <w:t>За свідків бути, як Ясон віддячив їй.&lt;br /&gt;</w:t>
        <w:br/>
        <w:t>Віддавши мукам тіло, в самоті лежить,&lt;br /&gt;</w:t>
        <w:br/>
        <w:t>25] Не їсть, не п'є, сльозами обливається,&lt;br /&gt;</w:t>
        <w:br/>
        <w:t>Дізнавшися, як мужем її скривджено.&lt;br /&gt;</w:t>
        <w:br/>
        <w:t>Ані обличчя від землі, ні погляду&lt;br /&gt;</w:t>
        <w:br/>
        <w:t>Не підведе, мов скеля серед хвиль морських,&lt;br /&gt;</w:t>
        <w:br/>
        <w:t>Глуха до друзів, їх розради щирої.&lt;br /&gt;</w:t>
        <w:br/>
        <w:t>30] Лиш часом, шию повернувши білую,&lt;br /&gt;</w:t>
        <w:br/>
        <w:t>За любим щиро заридає батечком,&lt;br /&gt;</w:t>
        <w:br/>
        <w:t>За рідним краєм, що його покинула&lt;br /&gt;</w:t>
        <w:br/>
        <w:t>Для мужа, від якого терпить кривду цю.&lt;br /&gt;</w:t>
        <w:br/>
        <w:t>Гіркими нині навчена нещастями,&lt;br /&gt;</w:t>
        <w:br/>
        <w:t>35] Як втрачену вітчизну цінувати слід, [65]&lt;br /&gt;</w:t>
        <w:br/>
        <w:t>На діток і не гляне — їй ненависні&lt;br /&gt;</w:t>
        <w:br/>
        <w:t>Вони, — коли б чогось не заподіяла.&lt;br /&gt;</w:t>
        <w:br/>
        <w:t>Тяжка на вдачу, то й не може стерпіти&lt;br /&gt;</w:t>
        <w:br/>
        <w:t>Зневаги. Це я знаю, і боюсь того,&lt;br /&gt;</w:t>
        <w:br/>
        <w:t>40] І гострий в серце меч мені ввижається,&lt;br /&gt;</w:t>
        <w:br/>
        <w:t>Коли до спальні ввійде й, ложе стелючи,&lt;br /&gt;</w:t>
        <w:br/>
        <w:t>Уб'є свойого мужа і володаря,&lt;br /&gt;</w:t>
        <w:br/>
        <w:t>І потім лиха ще зазнає гіршого.&lt;br /&gt;</w:t>
        <w:br/>
        <w:t>Страшна вона, й нелегко б удалось тому,&lt;br /&gt;</w:t>
        <w:br/>
        <w:t>45] Хто заведеться з нею, подолать її.&lt;br /&gt;</w:t>
        <w:br/>
        <w:t>Та ось і діти — он ідуть, набігавшись,&lt;br /&gt;</w:t>
        <w:br/>
        <w:t>Нема про лихо материне й гадки в них,&lt;br /&gt;</w:t>
        <w:br/>
        <w:t>Малі, звичайно, ще журби не відають.&lt;br /&gt;</w:t>
        <w:br/>
        <w:t>Входить вихователь з двома хлопчиками Медеї.&lt;br /&gt;</w:t>
        <w:br/>
        <w:t>ВИХОВАТЕЛЬ&lt;br /&gt;</w:t>
        <w:br/>
        <w:t>Придбання давнє нашої господарки,&lt;br /&gt;</w:t>
        <w:br/>
        <w:t>50] Чого стоїш самотньо так? Чи журишся&lt;br /&gt;</w:t>
        <w:br/>
        <w:t>Недолею своєю? Чи Медеїне&lt;br /&gt;</w:t>
        <w:br/>
        <w:t>Бажання то — на самоті лишитися?&lt;br /&gt;</w:t>
        <w:br/>
        <w:t>НЯНЯ&lt;br /&gt;</w:t>
        <w:br/>
        <w:t>Старий дітей Ясонових доглядачу!&lt;br /&gt;</w:t>
        <w:br/>
        <w:t>Господарів турбота, як своя, болить&lt;br /&gt;</w:t>
        <w:br/>
        <w:t>55] Рабові вірному й душі торкається.&lt;br /&gt;</w:t>
        <w:br/>
        <w:t>Отож, чи віриш, я така зажурена,&lt;br /&gt;</w:t>
        <w:br/>
        <w:t>Що вийти захотілось — про Медеїну&lt;br /&gt;</w:t>
        <w:br/>
        <w:t>Біду землі і небу розповісти все.&lt;br /&gt;</w:t>
        <w:br/>
        <w:t>ВИХОВАТЕЛЬ&lt;br /&gt;</w:t>
        <w:br/>
        <w:t>Невже вона, нещасна, й досі плаче так?&lt;br /&gt;</w:t>
        <w:br/>
        <w:t>НЯНЯ&lt;br /&gt;</w:t>
        <w:br/>
        <w:t>60] Чудний ти! Лихо ж тільки починається.&lt;br /&gt;</w:t>
        <w:br/>
        <w:t>ВИХОВАТЕЛЬ&lt;br /&gt;</w:t>
        <w:br/>
        <w:t>Дурна вона, не про владик будь сказано, —&lt;br /&gt;</w:t>
        <w:br/>
        <w:t>Тож про нову біду вона й не знає ще.&lt;br /&gt;</w:t>
        <w:br/>
        <w:t>НЯНЯ&lt;br /&gt;</w:t>
        <w:br/>
        <w:t>Яку, дідуню? Говори, не муч мене.&lt;br /&gt;</w:t>
        <w:br/>
        <w:t>ВИХОВАТЕЛЬ&lt;br /&gt;</w:t>
        <w:br/>
        <w:t>Ніяку. Так, із язика зірвалося.&lt;br /&gt;</w:t>
        <w:br/>
        <w:t>НЯНЯ&lt;br /&gt;</w:t>
        <w:br/>
        <w:t>65] В честь бороди твоєї, — від товаришки&lt;br /&gt;</w:t>
        <w:br/>
        <w:t>Не крийся. А як треба, я мовчатиму.&lt;br /&gt;</w:t>
        <w:br/>
        <w:t>ВИХОВАТЕЛЬ&lt;br /&gt;</w:t>
        <w:br/>
        <w:t>Проходячи близь джерела Пейренського, [66]&lt;br /&gt;</w:t>
        <w:br/>
        <w:t>Де, в кості граючи, старі сидять,&lt;br /&gt;</w:t>
        <w:br/>
        <w:t>Я чув (хоч удавав, не чую нібито),&lt;br /&gt;</w:t>
        <w:br/>
        <w:t>70] Як говорив хтось, що дітей цих з матір'ю&lt;br /&gt;</w:t>
        <w:br/>
        <w:t>Задумав вигнать із землі Корінфської&lt;br /&gt;</w:t>
        <w:br/>
        <w:t>Креонт, володар краю. Чи це справді так —&lt;br /&gt;</w:t>
        <w:br/>
        <w:t>Не знаю, — коли б ні, то був би радий я.&lt;br /&gt;</w:t>
        <w:br/>
        <w:t>НЯНЯ&lt;br /&gt;</w:t>
        <w:br/>
        <w:t>І що ж, Ясон дітей допустить кривдити&lt;br /&gt;</w:t>
        <w:br/>
        <w:t>75] Лише тому, що посварився з матір'ю?&lt;br /&gt;</w:t>
        <w:br/>
        <w:t>ВИХОВАТЕЛЬ&lt;br /&gt;</w:t>
        <w:br/>
        <w:t>Нова сім'я миліша від колишньої —&lt;br /&gt;</w:t>
        <w:br/>
        <w:t>Ясон до цього дому неласкавий став.&lt;br /&gt;</w:t>
        <w:br/>
        <w:t>НЯНЯ&lt;br /&gt;</w:t>
        <w:br/>
        <w:t>Пропали ми! Старої ще не випили&lt;br /&gt;</w:t>
        <w:br/>
        <w:t>Біди, як і новітня насувається.&lt;br /&gt;</w:t>
        <w:br/>
        <w:t>ВИХОВАТЕЛЬ&lt;br /&gt;</w:t>
        <w:br/>
        <w:t>80] Не час ще господині нашій знать про це.&lt;br /&gt;</w:t>
        <w:br/>
        <w:t>Отож помовч, не говори нічого їй.&lt;br /&gt;</w:t>
        <w:br/>
        <w:t>НЯНЯ&lt;br /&gt;</w:t>
        <w:br/>
        <w:t>Ви чули, дітки, що вам зичить батько ваш?&lt;br /&gt;</w:t>
        <w:br/>
        <w:t>Щоб він пропав, та ні-бо, це ж господар мій.&lt;br /&gt;</w:t>
        <w:br/>
        <w:t>Але для рідних виявивсь він ворогом.&lt;br /&gt;</w:t>
        <w:br/>
        <w:t>ВИХОВАТЕЛЬ&lt;br /&gt;</w:t>
        <w:br/>
        <w:t>85] Чи він не з смертних? Аж тепер ти впевнилась,&lt;br /&gt;</w:t>
        <w:br/>
        <w:t>Що кожен любить більш себе, ніж іншого!&lt;br /&gt;</w:t>
        <w:br/>
        <w:t>Невже утіх кохання він одмовиться,&lt;br /&gt;</w:t>
        <w:br/>
        <w:t>Щоб батьківській любові перевагу дать!&lt;br /&gt;</w:t>
        <w:br/>
        <w:t>НЯНЯ&lt;br /&gt;</w:t>
        <w:br/>
        <w:t>Ідіть додому, дітки, буде все гаразд.&lt;br /&gt;</w:t>
        <w:br/>
        <w:t>90] А ти пильнуй їх якнайкраше й осторонь&lt;br /&gt;</w:t>
        <w:br/>
        <w:t>Тримай від роздратованої матері.&lt;br /&gt;</w:t>
        <w:br/>
        <w:t>Я ж бачила, як люто на дітей вона&lt;br /&gt;</w:t>
        <w:br/>
        <w:t>Дивилась, мовби щось лихе намислила.&lt;br /&gt;</w:t>
        <w:br/>
        <w:t>Цей гнів без жартів, знаю, не вгамується.&lt;br /&gt;</w:t>
        <w:br/>
        <w:t>95] Та хай поб'є він не своїх, а ворога.&lt;br /&gt;</w:t>
        <w:br/>
        <w:t>МЕДЕЯ&lt;br /&gt;</w:t>
        <w:br/>
        <w:t>(зсередини дому)&lt;br /&gt;</w:t>
        <w:br/>
        <w:t>Ой, ой!&lt;br /&gt;</w:t>
        <w:br/>
        <w:t>Мій талане гіркий! Лиха доля моя!&lt;br /&gt;</w:t>
        <w:br/>
        <w:t>Леле, леле, та де ж ти, загибель моя! [67]&lt;br /&gt;</w:t>
        <w:br/>
        <w:t>НЯНЯ&lt;br /&gt;</w:t>
        <w:br/>
        <w:t>Отаке, мої дітоньки! Матінка ваша&lt;br /&gt;</w:t>
        <w:br/>
        <w:t>Своє серце ятрить і розпалює гнів.&lt;br /&gt;</w:t>
        <w:br/>
        <w:t>100] Тож додому тікайте мерщій та глядіть,&lt;br /&gt;</w:t>
        <w:br/>
        <w:t>Не підходьте до неньки й з очей її геть&lt;br /&gt;</w:t>
        <w:br/>
        <w:t>Позникайте! Затятої вдачі її&lt;br /&gt;</w:t>
        <w:br/>
        <w:t>І душі, що розпалена гнівом страшним,&lt;br /&gt;</w:t>
        <w:br/>
        <w:t>Стережіться!&lt;br /&gt;</w:t>
        <w:br/>
        <w:t>105] То ідіть же додому, тікайте мерщій!&lt;br /&gt;</w:t>
        <w:br/>
        <w:t>От-от здійметься хмарою буря грізна&lt;br /&gt;</w:t>
        <w:br/>
        <w:t>Її горя й страждань, що шалено ростуть&lt;br /&gt;</w:t>
        <w:br/>
        <w:t>В її серці. Ой що ж то накоїть оця&lt;br /&gt;</w:t>
        <w:br/>
        <w:t>Повна люті душа невгамовна,&lt;br /&gt;</w:t>
        <w:br/>
        <w:t>110] Вся розпалена болем невпинним?&lt;br /&gt;</w:t>
        <w:br/>
        <w:t>МЕДЕЯ&lt;br /&gt;</w:t>
        <w:br/>
        <w:t>(як і раніше)&lt;br /&gt;</w:t>
        <w:br/>
        <w:t>Ой, ой!&lt;br /&gt;</w:t>
        <w:br/>
        <w:t>Мене горе гнітить, нещасливу, таке,&lt;br /&gt;</w:t>
        <w:br/>
        <w:t>Що я сліз не спиню. Будьте прокляті ви,&lt;br /&gt;</w:t>
        <w:br/>
        <w:t>Безпорадної матері діти немилі,&lt;br /&gt;</w:t>
        <w:br/>
        <w:t>Разом з батьком, хай з вами й весь дім пропаде!&lt;br /&gt;</w:t>
        <w:br/>
        <w:t>НЯНЯ&lt;br /&gt;</w:t>
        <w:br/>
        <w:t>115] Леле, леле, сердешна моя!&lt;br /&gt;</w:t>
        <w:br/>
        <w:t>Нащо ж діток за батьків злочин карать&lt;br /&gt;</w:t>
        <w:br/>
        <w:t>Безневинних? Що маєш до них? Як журюсь&lt;br /&gt;</w:t>
        <w:br/>
        <w:t>Вами, дітоньки, я, щоб не сталось чого…&lt;br /&gt;</w:t>
        <w:br/>
        <w:t>О, нестерпні звичаї царів. Не зважать&lt;br /&gt;</w:t>
        <w:br/>
        <w:t>120] Ні на кого, тримать в своїй владі усе&lt;br /&gt;</w:t>
        <w:br/>
        <w:t>Вони звикли, і важко їм вдачу змінить.&lt;br /&gt;</w:t>
        <w:br/>
        <w:t>Але все ж таки нарівні жить з усіма&lt;br /&gt;</w:t>
        <w:br/>
        <w:t>Чи не краще? Для мене тут мало добра,&lt;br /&gt;</w:t>
        <w:br/>
        <w:t>Та спокійно хотіла б я віку дожить.&lt;br /&gt;</w:t>
        <w:br/>
        <w:t>125] Слово "міра" найкраще у мові людській,&lt;br /&gt;</w:t>
        <w:br/>
        <w:t>Знати міру в житті — то найбільше добро.&lt;br /&gt;</w:t>
        <w:br/>
        <w:t>А що міру над край переступить свою,&lt;br /&gt;</w:t>
        <w:br/>
        <w:t>Те ніколи людині не йде на користь —&lt;br /&gt;</w:t>
        <w:br/>
        <w:t>Воно лихом ще гіршим впаде на весь рід,&lt;br /&gt;</w:t>
        <w:br/>
        <w:t>130] Що під божим опиниться гнівом.</w:t>
      </w:r>
    </w:p>
    <w:p>
      <w:r>
        <w:br/>
        <w:t>ПАРОД&lt;br /&gt;</w:t>
        <w:br/>
        <w:t>П'ятнадцять корінфських жінок виходить через правий парод на орхестру.&lt;br /&gt;</w:t>
        <w:br/>
        <w:t>ПРОВІДНИЦЯ ХОРУ&lt;br /&gt;</w:t>
        <w:br/>
        <w:t>Ой учула я голос, учула я зойк&lt;br /&gt;</w:t>
        <w:br/>
        <w:t>Тої колхідки [68]&lt;br /&gt;</w:t>
        <w:br/>
        <w:t>Нещасливої, й досі не вщух він… Бабуню,&lt;br /&gt;</w:t>
        <w:br/>
        <w:t>135] Ти скажи… Через двері я вчула ридання&lt;br /&gt;</w:t>
        <w:br/>
        <w:t>І не можу, голубонько, не співчувати&lt;br /&gt;</w:t>
        <w:br/>
        <w:t>Милій родині у горі тяжкому.&lt;br /&gt;</w:t>
        <w:br/>
        <w:t>НЯНЯ&lt;br /&gt;</w:t>
        <w:br/>
        <w:t>В нас немає родини! Розпалася геть!&lt;br /&gt;</w:t>
        <w:br/>
        <w:t>Он одруженням царським захоплений муж,&lt;br /&gt;</w:t>
        <w:br/>
        <w:t>140] А в покоях з жалю умліває жона,&lt;br /&gt;</w:t>
        <w:br/>
        <w:t>І ні подруги в неї нема, щоб те горе&lt;br /&gt;</w:t>
        <w:br/>
        <w:t>Хочби словом розважила щирим.&lt;br /&gt;</w:t>
        <w:br/>
        <w:t>МЕДЕЯ&lt;br /&gt;</w:t>
        <w:br/>
        <w:t>(як і раніше)&lt;br /&gt;</w:t>
        <w:br/>
        <w:t>Ой, ой!&lt;br /&gt;</w:t>
        <w:br/>
        <w:t>Хай на мене із неба ясного вогонь&lt;br /&gt;</w:t>
        <w:br/>
        <w:t>145] Упаде! Бо навіщо мені те життя?&lt;br /&gt;</w:t>
        <w:br/>
        <w:t>Лихо, лишенько! Хай мене смерть забере&lt;br /&gt;</w:t>
        <w:br/>
        <w:t>І з життям ненависним розлучить!&lt;br /&gt;</w:t>
        <w:br/>
        <w:t>ХОР&lt;br /&gt;</w:t>
        <w:br/>
        <w:t>Строфа&lt;br /&gt;</w:t>
        <w:br/>
        <w:t>Зевсе, й сонце, і земле свята!&lt;br /&gt;</w:t>
        <w:br/>
        <w:t>Чи ви чуєте, як ця нещасна&lt;br /&gt;</w:t>
        <w:br/>
        <w:t>150] Молодиця голосить?&lt;br /&gt;</w:t>
        <w:br/>
        <w:t>Чи холодного вічного ложа&lt;br /&gt;</w:t>
        <w:br/>
        <w:t>Забаглося тобі, божевільна?&lt;br /&gt;</w:t>
        <w:br/>
        <w:t>Чи барилася смерть коли-небудь?&lt;br /&gt;</w:t>
        <w:br/>
        <w:t>Та її ж не вблагати.&lt;br /&gt;</w:t>
        <w:br/>
        <w:t>155] А якщо чоловік твій&lt;br /&gt;</w:t>
        <w:br/>
        <w:t>Прагне ложа нового,&lt;br /&gt;</w:t>
        <w:br/>
        <w:t>То на це ти не гнівайся марно, —&lt;br /&gt;</w:t>
        <w:br/>
        <w:t>Твій заступник — сам Зевс. Не сумуй же&lt;br /&gt;</w:t>
        <w:br/>
        <w:t>Й не вмивайся слізьми за невірним.&lt;br /&gt;</w:t>
        <w:br/>
        <w:t>МЕДЕЯ&lt;br /&gt;</w:t>
        <w:br/>
        <w:t>(як раніше)&lt;br /&gt;</w:t>
        <w:br/>
        <w:t>160] О великий наш Зевсе й владарко Фемідо!&lt;br /&gt;</w:t>
        <w:br/>
        <w:t>Будьте свідками мук, що безвинно терплю&lt;br /&gt;</w:t>
        <w:br/>
        <w:t>Я, великою скута присягою з клятим&lt;br /&gt;</w:t>
        <w:br/>
        <w:t>Чоловіком! Бодай би побачить його&lt;br /&gt;</w:t>
        <w:br/>
        <w:t>Під уламками дому з коханкою разом, —&lt;br /&gt;</w:t>
        <w:br/>
        <w:t>165] Через них-бо я сорому стільки зазнала!&lt;br /&gt;</w:t>
        <w:br/>
        <w:t>О мій батьку, мій краю, що вас так ганебно&lt;br /&gt;</w:t>
        <w:br/>
        <w:t>Я покинула, рідного брата убивши! [69]&lt;br /&gt;</w:t>
        <w:br/>
        <w:t>НЯНЯ&lt;br /&gt;</w:t>
        <w:br/>
        <w:t>Чи ви чули цей лемент і зойк до Феміди,&lt;br /&gt;</w:t>
        <w:br/>
        <w:t>Благодійниці, й Зевса, що клятв охоронцем&lt;br /&gt;</w:t>
        <w:br/>
        <w:t>170] Так пильнує дотримання їх у людей?&lt;br /&gt;</w:t>
        <w:br/>
        <w:t>Не такою-бо люттю горить господиня,&lt;br /&gt;</w:t>
        <w:br/>
        <w:t>Щоб на чомусь дрібному воно окошилось.&lt;br /&gt;</w:t>
        <w:br/>
        <w:t>ХОР&lt;br /&gt;</w:t>
        <w:br/>
        <w:t>Антистрофа&lt;br /&gt;</w:t>
        <w:br/>
        <w:t>Чом вона не виходить до нас,&lt;br /&gt;</w:t>
        <w:br/>
        <w:t>Слів розради і голосу втіхи&lt;br /&gt;</w:t>
        <w:br/>
        <w:t>175] Чом не хоче послухать?&lt;br /&gt;</w:t>
        <w:br/>
        <w:t>Може, тугу і біль її серця&lt;br /&gt;</w:t>
        <w:br/>
        <w:t>Заспокоїла б тихим я словом?&lt;br /&gt;</w:t>
        <w:br/>
        <w:t>Якщо друзі в біді — я готова&lt;br /&gt;</w:t>
        <w:br/>
        <w:t>На пораду їм стати.&lt;br /&gt;</w:t>
        <w:br/>
        <w:t>(До няні).&lt;br /&gt;</w:t>
        <w:br/>
        <w:t>180] Йди, гукни сердешну,&lt;br /&gt;</w:t>
        <w:br/>
        <w:t>Хай-но вийде з покоїв.&lt;br /&gt;</w:t>
        <w:br/>
        <w:t>Скажеш — дружня то буде розмова.&lt;br /&gt;</w:t>
        <w:br/>
        <w:t>Й не барись, щоб не сталось там лиха,&lt;br /&gt;</w:t>
        <w:br/>
        <w:t>Надто-бо горе у неї велике.&lt;br /&gt;</w:t>
        <w:br/>
        <w:t>НЯНЯ&lt;br /&gt;</w:t>
        <w:br/>
        <w:t>Я готова піти, та боюсь, чи мене&lt;br /&gt;</w:t>
        <w:br/>
        <w:t>185] Господиня послухає…&lt;br /&gt;</w:t>
        <w:br/>
        <w:t>А труда і старання не шкода мені,&lt;br /&gt;</w:t>
        <w:br/>
        <w:t>Хоч вона, мов левиця, що родить діток,&lt;br /&gt;</w:t>
        <w:br/>
        <w:t>На служниць поглядає так люто, як хто&lt;br /&gt;</w:t>
        <w:br/>
        <w:t>З них підійде чи слово до неї промовить.&lt;br /&gt;</w:t>
        <w:br/>
        <w:t>(До себе, йдучи).&lt;br /&gt;</w:t>
        <w:br/>
        <w:t>190] Ні, не помилка то — нерозумними звати&lt;br /&gt;</w:t>
        <w:br/>
        <w:t>Тих, що гімнів мелодії ще з давнини&lt;br /&gt;</w:t>
        <w:br/>
        <w:t>І веселих для учти складали пісень,&lt;br /&gt;</w:t>
        <w:br/>
        <w:t>Для святкових гостин і врочистих вечер,&lt;br /&gt;</w:t>
        <w:br/>
        <w:t>Щоб щасливим життям звеселяти безжурне.&lt;br /&gt;</w:t>
        <w:br/>
        <w:t>195] А ніхто ж не придумав ні співів дзвінких,&lt;br /&gt;</w:t>
        <w:br/>
        <w:t>Ані музики лір многострунних, щоб цим&lt;br /&gt;</w:t>
        <w:br/>
        <w:t>Зупиняти скорботи людські, що ведуть&lt;br /&gt;</w:t>
        <w:br/>
        <w:t>За собою нещастя, руїну і смерть!&lt;br /&gt;</w:t>
        <w:br/>
        <w:t>От би людям користь, якби можна було&lt;br /&gt;</w:t>
        <w:br/>
        <w:t>200] Лікувати піснями! А нащо дарма&lt;br /&gt;</w:t>
        <w:br/>
        <w:t>Задля ситих ще я гомін на учтах здіймати?&lt;br /&gt;</w:t>
        <w:br/>
        <w:t>Тож наїдку всілякого повні столи&lt;br /&gt;</w:t>
        <w:br/>
        <w:t>І буз музики людям серця звеселяють.&lt;br /&gt;</w:t>
        <w:br/>
        <w:t>(Вертається в дім).&lt;br /&gt;</w:t>
        <w:br/>
        <w:t>ХОР [70]</w:t>
      </w:r>
    </w:p>
    <w:p>
      <w:r>
        <w:br/>
        <w:t>ЕПОД&lt;br /&gt;</w:t>
        <w:br/>
        <w:t>Знову чути зойки тужних голосінь, —&lt;br /&gt;</w:t>
        <w:br/>
        <w:t>205] То кляне вона в гірких риданнях мужа,&lt;br /&gt;</w:t>
        <w:br/>
        <w:t>Що зневажив шлюб і зрадив її ложе,&lt;br /&gt;</w:t>
        <w:br/>
        <w:t>І помститися за кривду закликає&lt;br /&gt;</w:t>
        <w:br/>
        <w:t>Свідка клятв — Феміду, Зевсову дружину,&lt;br /&gt;</w:t>
        <w:br/>
        <w:t>2іо Що вела її до берегів Еллади&lt;br /&gt;</w:t>
        <w:br/>
        <w:t>По бурхливій хвилі водної пучини&lt;br /&gt;</w:t>
        <w:br/>
        <w:t>Крізь браму безкрайого моря.</w:t>
      </w:r>
    </w:p>
    <w:p>
      <w:r>
        <w:br/>
        <w:t>ЕПІСОДІЙ ПЕРШИЙ&lt;br /&gt;</w:t>
        <w:br/>
        <w:t>Ізсередини дверей виходить Медея.&lt;br /&gt;</w:t>
        <w:br/>
        <w:t>До вас, жінки корінфські, вийшла я, щоб ви&lt;br /&gt;</w:t>
        <w:br/>
        <w:t>215] Мені не докоряли. Часто в нас того,&lt;br /&gt;</w:t>
        <w:br/>
        <w:t>Хто дома самотує чи подався десь,&lt;br /&gt;</w:t>
        <w:br/>
        <w:t>Вважають гордим. Як не любиш галасу,&lt;br /&gt;</w:t>
        <w:br/>
        <w:t>Знеславлять за байдужість чи розбещеність.&lt;br /&gt;</w:t>
        <w:br/>
        <w:t>Але в очах не вся ще правда — судимо&lt;br /&gt;</w:t>
        <w:br/>
        <w:t>220] Ми ззовні, в глибину не заглядаючи,&lt;br /&gt;</w:t>
        <w:br/>
        <w:t>Ненавидим, хоч кривди й не зазнали ми.&lt;br /&gt;</w:t>
        <w:br/>
        <w:t>З громадою чужинцям треба лагодить, —&lt;br /&gt;</w:t>
        <w:br/>
        <w:t>Нікому-бо не буде до вподоби той,&lt;br /&gt;</w:t>
        <w:br/>
        <w:t>Хто лиш зарозумілість виявлятиме.&lt;br /&gt;</w:t>
        <w:br/>
        <w:t>225] Мені ж, дружині, лихо несподіване&lt;br /&gt;</w:t>
        <w:br/>
        <w:t>Всю душу крає. Тож навік пропала я&lt;br /&gt;</w:t>
        <w:br/>
        <w:t>Й, позбувшись радощів життя, лиш смерті жду.&lt;br /&gt;</w:t>
        <w:br/>
        <w:t>Тож чоловік мій, що усім для мене був,&lt;br /&gt;</w:t>
        <w:br/>
        <w:t>Найпослідущим виявивсь мерзотником!&lt;br /&gt;</w:t>
        <w:br/>
        <w:t>230] 3 усіх істот, хто розум має й дихає,&lt;br /&gt;</w:t>
        <w:br/>
        <w:t>Лиш ми, жінки, на світі найнещасніші!&lt;br /&gt;</w:t>
        <w:br/>
        <w:t>По-перше, мужа ми собі купуємо&lt;br /&gt;</w:t>
        <w:br/>
        <w:t>За добрі гроші, і до зла ще гірше зло —&lt;br /&gt;</w:t>
        <w:br/>
        <w:t>Над тілом власним маємо господаря.&lt;br /&gt;</w:t>
        <w:br/>
        <w:t>235] Найголовніше ж, чи лихий, не знаємо,&lt;br /&gt;</w:t>
        <w:br/>
        <w:t>Чи добрий. А тоді вже — чи розлуку взять,&lt;br /&gt;</w:t>
        <w:br/>
        <w:t>Чи так втекти — все сором неабиякий.&lt;br /&gt;</w:t>
        <w:br/>
        <w:t>В нові ж закони увійшовши й звичаї,&lt;br /&gt;</w:t>
        <w:br/>
        <w:t>Одно лиш ворожити нам доводиться, —&lt;br /&gt;</w:t>
        <w:br/>
        <w:t>240] Як краще догодити чоловікові.&lt;br /&gt;</w:t>
        <w:br/>
        <w:t>Коли поталанить нам і покірно він&lt;br /&gt;</w:t>
        <w:br/>
        <w:t>В ярмі своєму ходить, то щасливими&lt;br /&gt;</w:t>
        <w:br/>
        <w:t>Вважають нас. А ні — то краще вмерти вже.&lt;br /&gt;</w:t>
        <w:br/>
        <w:t>Тож муж, якому дома вже немиле все,&lt;br /&gt;</w:t>
        <w:br/>
        <w:t>245] На стороні десь серцем утішається,&lt;br /&gt;</w:t>
        <w:br/>
        <w:t>До приятеля вдавшись чи товариша, [71]&lt;br /&gt;</w:t>
        <w:br/>
        <w:t>А ти на одного все — хоч-не-хоч — дивись.&lt;br /&gt;</w:t>
        <w:br/>
        <w:t>В заміжжі, кажуть, живемо безпечно ми,&lt;br /&gt;</w:t>
        <w:br/>
        <w:t>А чоловік за списа мусить братися.&lt;br /&gt;</w:t>
        <w:br/>
        <w:t>250] Яка брехня! З щитом радніше тричі я&lt;br /&gt;</w:t>
        <w:br/>
        <w:t>У бій пішла б, ніж раз родить однісінький.&lt;br /&gt;</w:t>
        <w:br/>
        <w:t>Не лиш про себе — я про всіх жінок кажу.&lt;br /&gt;</w:t>
        <w:br/>
        <w:t>І місто рідне в вас, й оселя батьківська,&lt;br /&gt;</w:t>
        <w:br/>
        <w:t>І щирі друзі, й радість, і порада є.&lt;br /&gt;</w:t>
        <w:br/>
        <w:t>255] А я сама, без роду; з чужини сюди&lt;br /&gt;</w:t>
        <w:br/>
        <w:t>Узята мужем і жорстоко скривджена.&lt;br /&gt;</w:t>
        <w:br/>
        <w:t>Ні матері, ні брата, ні рідні нема —&lt;br /&gt;</w:t>
        <w:br/>
        <w:t>В біді поради дати й захистить мене.&lt;br /&gt;</w:t>
        <w:br/>
        <w:t>У вас я тільки одного проситиму:&lt;br /&gt;</w:t>
        <w:br/>
        <w:t>260] Як доберу достойного я способу&lt;br /&gt;</w:t>
        <w:br/>
        <w:t>За кривду відомстити чоловікові,&lt;br /&gt;</w:t>
        <w:br/>
        <w:t>Та й тестю, і дочці його — розлучниці,&lt;br /&gt;</w:t>
        <w:br/>
        <w:t>То ви мовчіть. Бо жінка, хоч несмілива&lt;br /&gt;</w:t>
        <w:br/>
        <w:t>Й мечів залізних та боїв жахається,&lt;br /&gt;</w:t>
        <w:br/>
        <w:t>А як подружнє ложе їй зневажено —&lt;br /&gt;</w:t>
        <w:br/>
        <w:t>Жорстокішого серця ви не знайдете.&lt;br /&gt;</w:t>
        <w:br/>
        <w:t>ПРОВІДНИЙ ХОР&lt;br /&gt;</w:t>
        <w:br/>
        <w:t>Гаразд, Медеє! Справедливо мстишся ти&lt;br /&gt;</w:t>
        <w:br/>
        <w:t>На мужі, — не дивуюсь я журі твоїй.&lt;br /&gt;</w:t>
        <w:br/>
        <w:t>Та ось Креонт, владар землі цієї, йде —&lt;br /&gt;</w:t>
        <w:br/>
        <w:t>270] Чи не новий нам вирок оголосить він?&lt;br /&gt;</w:t>
        <w:br/>
        <w:t>Входить К р є о н т із своїм почтом.&lt;br /&gt;</w:t>
        <w:br/>
        <w:t>КРЕОНТ&lt;br /&gt;</w:t>
        <w:br/>
        <w:t>Ти все, хмурна Медеє, гнівом дихаєш&lt;br /&gt;</w:t>
        <w:br/>
        <w:t>На мужа. Ось я що тобі наказую:&lt;br /&gt;</w:t>
        <w:br/>
        <w:t>Цей край із дітьми обома покинути&lt;br /&gt;</w:t>
        <w:br/>
        <w:t>Негайно. Виконання сам простежу я&lt;br /&gt;</w:t>
        <w:br/>
        <w:t>275] Й додому не вернусь, покіль не вижену&lt;br /&gt;</w:t>
        <w:br/>
        <w:t>Тебе я геть за межі краю нашого!&lt;br /&gt;</w:t>
        <w:br/>
        <w:t>МЕДЕЯ&lt;br /&gt;</w:t>
        <w:br/>
        <w:t>Ой лишенько! Цілком уже пропала я!&lt;br /&gt;</w:t>
        <w:br/>
        <w:t>Ось плине ворог з повними вітрилами,&lt;br /&gt;</w:t>
        <w:br/>
        <w:t>І порятунку від біди нема мені.&lt;br /&gt;</w:t>
        <w:br/>
        <w:t>280] Але й прибита горем, запитаю все ж:&lt;br /&gt;</w:t>
        <w:br/>
        <w:t>За віщо ти мене, Креонте, гониш так?&lt;br /&gt;</w:t>
        <w:br/>
        <w:t>КРЕОНТ&lt;br /&gt;</w:t>
        <w:br/>
        <w:t>Не криюсь я: боюся, щоб дочці моїй&lt;br /&gt;</w:t>
        <w:br/>
        <w:t>Не завдала ти лиха непоправного.&lt;br /&gt;</w:t>
        <w:br/>
        <w:t>Причин є досить, щоб тебе боятися,&lt;br /&gt;</w:t>
        <w:br/>
        <w:t>285] Ти ж хитра дуже і метка до підступів,&lt;br /&gt;</w:t>
        <w:br/>
        <w:t>Лиха, що ложа позбулась подружнього.&lt;br /&gt;</w:t>
        <w:br/>
        <w:t>І чув я ще — ти навіть чимсь погрожуєш [72]&lt;br /&gt;</w:t>
        <w:br/>
        <w:t>Мені самому, і дочці, і зятеві.&lt;br /&gt;</w:t>
        <w:br/>
        <w:t>Щоб завчасу від цього забезпечитись,&lt;br /&gt;</w:t>
        <w:br/>
        <w:t>290] На себе краще, жінко, гнів накличу твій,&lt;br /&gt;</w:t>
        <w:br/>
        <w:t>Ніж потім через м'якосердя каятись.&lt;br /&gt;</w:t>
        <w:br/>
        <w:t>МЕДЕЯ&lt;br /&gt;</w:t>
        <w:br/>
        <w:t>О горе, горе!&lt;br /&gt;</w:t>
        <w:br/>
        <w:t>Мені, Креонте, превелика слава ця&lt;br /&gt;</w:t>
        <w:br/>
        <w:t>Не вперше заважає й завдає біди.&lt;br /&gt;</w:t>
        <w:br/>
        <w:t>Того розумним не назву я батечка,&lt;br /&gt;</w:t>
        <w:br/>
        <w:t>295] Що діток надто мудрими виховує.&lt;br /&gt;</w:t>
        <w:br/>
        <w:t>Взиватимуть їх земляки із заздрощів&lt;br /&gt;</w:t>
        <w:br/>
        <w:t>Неробами й всю злість на них зганятимуть.&lt;br /&gt;</w:t>
        <w:br/>
        <w:t>Новітню мудрість провістивши неукам,&lt;br /&gt;</w:t>
        <w:br/>
        <w:t>Не мудрим — трутнем серед них уславишся.&lt;br /&gt;</w:t>
        <w:br/>
        <w:t>300] А стань на п'ять над тими, що розумними&lt;br /&gt;</w:t>
        <w:br/>
        <w:t>Вважались досі, то й тебе зненавидять.&lt;br /&gt;</w:t>
        <w:br/>
        <w:t>Прийшлось такої ж долі і мені зазнать.&lt;br /&gt;</w:t>
        <w:br/>
        <w:t>Одним завидно, що я мудра, іншому —&lt;br /&gt;</w:t>
        <w:br/>
        <w:t>Що я спокійна, а тому — що надто я&lt;br /&gt;</w:t>
        <w:br/>
        <w:t>305] Сувора, хоч я й не така розумна вже!&lt;br /&gt;</w:t>
        <w:br/>
        <w:t>А ти боїшся, щоб не учинила щось.&lt;br /&gt;</w:t>
        <w:br/>
        <w:t>Не бійсь, Креонте, не така могутня я,&lt;br /&gt;</w:t>
        <w:br/>
        <w:t>Щоб сміла й на державних владців важити.&lt;br /&gt;</w:t>
        <w:br/>
        <w:t>Та й за що? Що за того видав доньку ти,&lt;br /&gt;</w:t>
        <w:br/>
        <w:t>310] Кого вподобав? Мужа я ненавиджу,&lt;br /&gt;</w:t>
        <w:br/>
        <w:t>А ти, здається, учинив розсудливо.&lt;br /&gt;</w:t>
        <w:br/>
        <w:t>Та я не заздрю, що тобі щастить отак.&lt;br /&gt;</w:t>
        <w:br/>
        <w:t>Одружуйтесь з ким хочете. Мені ж у цім&lt;br /&gt;</w:t>
        <w:br/>
        <w:t>Краю дозвольте жити. Хоч і скривджена,&lt;br /&gt;</w:t>
        <w:br/>
        <w:t>315] Мовчатиму я, корячись сильнішому.&lt;br /&gt;</w:t>
        <w:br/>
        <w:t>КРЕОНТ&lt;br /&gt;</w:t>
        <w:br/>
        <w:t>Ти солодко співаєш, та боюсь, проте,&lt;br /&gt;</w:t>
        <w:br/>
        <w:t>Щоб серцем на лихеє ти не зважилась.&lt;br /&gt;</w:t>
        <w:br/>
        <w:t>Ще менш тобі, ніж досі, зараз вірю я.&lt;br /&gt;</w:t>
        <w:br/>
        <w:t>Палкої легше встерегтись людини нам,&lt;br /&gt;</w:t>
        <w:br/>
        <w:t>320] Аніж лукавої та обережної.&lt;br /&gt;</w:t>
        <w:br/>
        <w:t>Іди ж бо швидше і облиш розмови ці.&lt;br /&gt;</w:t>
        <w:br/>
        <w:t>Мій рішенець — незмінний, залишатися&lt;br /&gt;</w:t>
        <w:br/>
        <w:t>Тобі не вільно з нами, ти-бо ворог мій.&lt;br /&gt;</w:t>
        <w:br/>
        <w:t>МЕДЕЯ&lt;br /&gt;</w:t>
        <w:br/>
        <w:t>(обнімаючи коліна Креонтові)&lt;br /&gt;</w:t>
        <w:br/>
        <w:t>Клонюсь до ніг — в ім'я дочки-відданиці!&lt;br /&gt;</w:t>
        <w:br/>
        <w:t>КРЕОНТ&lt;br /&gt;</w:t>
        <w:br/>
        <w:t>325] Мене ти не вговориш, марно й слів не трать.&lt;br /&gt;</w:t>
        <w:br/>
        <w:t>МЕДЕЯ&lt;br /&gt;</w:t>
        <w:br/>
        <w:t>Чи ж виженеш і на мольби не зглянешся? [73]&lt;br /&gt;</w:t>
        <w:br/>
        <w:t>КРЕОНТ&lt;br /&gt;</w:t>
        <w:br/>
        <w:t>Атож, бо більш за тебе свій я рід люблю.&lt;br /&gt;</w:t>
        <w:br/>
        <w:t>МЕДЕЯ&lt;br /&gt;</w:t>
        <w:br/>
        <w:t>Мій краю рідний, як тебе я згадую!&lt;br /&gt;</w:t>
        <w:br/>
        <w:t>КРЕОНТ&lt;br /&gt;</w:t>
        <w:br/>
        <w:t>Й мені, після родини, найлюбіший він.&lt;br /&gt;</w:t>
        <w:br/>
        <w:t>МЕДЕЯ&lt;br /&gt;</w:t>
        <w:br/>
        <w:t>330] Ой горе, горе для людей любов ота!&lt;br /&gt;</w:t>
        <w:br/>
        <w:t>КРЕОНТ&lt;br /&gt;</w:t>
        <w:br/>
        <w:t>А це, здається, як кому вже випаде.&lt;br /&gt;</w:t>
        <w:br/>
        <w:t>МЕДЕЯ&lt;br /&gt;</w:t>
        <w:br/>
        <w:t>(з розпачем підносячи руки)&lt;br /&gt;</w:t>
        <w:br/>
        <w:t>Не милуй, Зевсе, в цих нещастях винного!&lt;br /&gt;</w:t>
        <w:br/>
        <w:t>КРЕОНТ&lt;br /&gt;</w:t>
        <w:br/>
        <w:t>Йди геть, шалена, й від журби звільни мене.&lt;br /&gt;</w:t>
        <w:br/>
        <w:t>МЕДЕЯ&lt;br /&gt;</w:t>
        <w:br/>
        <w:t>Моя журба — що й не знайти вже більшої.&lt;br /&gt;</w:t>
        <w:br/>
        <w:t>КРЕОНТ&lt;br /&gt;</w:t>
        <w:br/>
        <w:t>335] Діждешся ти, що слуги випхнуть силою.&lt;br /&gt;</w:t>
        <w:br/>
        <w:t>МЕДЕЯ&lt;br /&gt;</w:t>
        <w:br/>
        <w:t>Та ні, Креонте, я тебе проситиму…&lt;br /&gt;</w:t>
        <w:br/>
        <w:t>КРЕОНТ&lt;br /&gt;</w:t>
        <w:br/>
        <w:t>О, як мені ти, жінко, та й набридла вже!&lt;br /&gt;</w:t>
        <w:br/>
        <w:t>МЕДЕЯ&lt;br /&gt;</w:t>
        <w:br/>
        <w:t>Я йти готова. Не про те благаю я.&lt;br /&gt;</w:t>
        <w:br/>
        <w:t>КРЕОНТ&lt;br /&gt;</w:t>
        <w:br/>
        <w:t>Чого ж ти хочеш? Чом не відстаєш ніяк?&lt;br /&gt;</w:t>
        <w:br/>
        <w:t>МЕДЕЯ&lt;br /&gt;</w:t>
        <w:br/>
        <w:t>340] Дозволь мені лиш днину тут зостатися, —&lt;br /&gt;</w:t>
        <w:br/>
        <w:t>Ще не збагну я, де ж мені подітися&lt;br /&gt;</w:t>
        <w:br/>
        <w:t>Й притулок дітям де знайти, бо батько вже&lt;br /&gt;</w:t>
        <w:br/>
        <w:t>За них не потурбується. То зглянься ж бо&lt;br /&gt;</w:t>
        <w:br/>
        <w:t>На бідолашних. Тож і в тебе діти є,&lt;br /&gt;</w:t>
        <w:br/>
        <w:t>345] Невже ж ти й до сиріток не зласкавишся?&lt;br /&gt;</w:t>
        <w:br/>
        <w:t>Вигнання не страшить мене, — як плачу я,&lt;br /&gt;</w:t>
        <w:br/>
        <w:t>То тільки над гіркими їх нещастями. [74]&lt;br /&gt;</w:t>
        <w:br/>
        <w:t>КРЕОНТ&lt;br /&gt;</w:t>
        <w:br/>
        <w:t>Я не родивсь тираном, але жалістю&lt;br /&gt;</w:t>
        <w:br/>
        <w:t>Не раз собі самому вже пошкодив я.&lt;br /&gt;</w:t>
        <w:br/>
        <w:t>350] Отак і зараз — знаю, що не те роблю,&lt;br /&gt;</w:t>
        <w:br/>
        <w:t>Та будь по-твоєму. Запам'ятай лише:&lt;br /&gt;</w:t>
        <w:br/>
        <w:t>Як світич божий, завтра в небі сходячи,&lt;br /&gt;</w:t>
        <w:br/>
        <w:t>Тебе застане з дітьми ще у межах цих, —&lt;br /&gt;</w:t>
        <w:br/>
        <w:t>То смерть тобі. Моє несхибне слово це,&lt;br /&gt;</w:t>
        <w:br/>
        <w:t>355] А нині — можеш днину ще зостатися,&lt;br /&gt;</w:t>
        <w:br/>
        <w:t>Боюсь лише, щоб лиха не накоїла.&lt;br /&gt;</w:t>
        <w:br/>
        <w:t>(Віддаляється з почтом до міста).&lt;br /&gt;</w:t>
        <w:br/>
        <w:t>ХОР&lt;br /&gt;</w:t>
        <w:br/>
        <w:t>Леле-леле, нещасна жона!&lt;br /&gt;</w:t>
        <w:br/>
        <w:t>Як же тяжко страждати тобі довелося!&lt;br /&gt;</w:t>
        <w:br/>
        <w:t>І куди тобі йти? Де гостинна земля,&lt;br /&gt;</w:t>
        <w:br/>
        <w:t>360] Де той дім, що прийняв би тебе у біді&lt;br /&gt;</w:t>
        <w:br/>
        <w:t>Й дав би захист тобі й порятунок?&lt;br /&gt;</w:t>
        <w:br/>
        <w:t>До якої ж безодні нещасть, о Медеє,&lt;br /&gt;</w:t>
        <w:br/>
        <w:t>Спрямував тебе бог неприхильний!&lt;br /&gt;</w:t>
        <w:br/>
        <w:t>МЕДЕЯ&lt;br /&gt;</w:t>
        <w:br/>
        <w:t>Все скрізь погано йдеться, що й казати вже!&lt;br /&gt;</w:t>
        <w:br/>
        <w:t>365] Але на цьому не кінець. Не думайте,&lt;br /&gt;</w:t>
        <w:br/>
        <w:t>Й подружжю молодому тяжко прийдеться,&lt;br /&gt;</w:t>
        <w:br/>
        <w:t>Черпнути горя доведеться й тестеві.&lt;br /&gt;</w:t>
        <w:br/>
        <w:t>Невже б до нього дурно так я лащилась,&lt;br /&gt;</w:t>
        <w:br/>
        <w:t>Якби не для користі, не для хитрощів?&lt;br /&gt;</w:t>
        <w:br/>
        <w:t>370] Мовчала б тільки і не ворухнулась би.&lt;br /&gt;</w:t>
        <w:br/>
        <w:t>А він, замість мене прогнати й задуми&lt;br /&gt;</w:t>
        <w:br/>
        <w:t>Ці притлумити, із дурного розуму&lt;br /&gt;</w:t>
        <w:br/>
        <w:t>Ще день дозволив тут мені лишатися&lt;br /&gt;</w:t>
        <w:br/>
        <w:t>На те, щоб трьох я встигла ворогів своїх&lt;br /&gt;</w:t>
        <w:br/>
        <w:t>375] Життя позбавить — мужа й батька з донею!&lt;br /&gt;</w:t>
        <w:br/>
        <w:t>На те багато, подруги, є способів,&lt;br /&gt;</w:t>
        <w:br/>
        <w:t>Але який обрати з них, — не знаю я:&lt;br /&gt;</w:t>
        <w:br/>
        <w:t>Чи підпалить весільний дім, чи, потайки&lt;br /&gt;</w:t>
        <w:br/>
        <w:t>Прокравшися до їх постелі шлюбної,&lt;br /&gt;</w:t>
        <w:br/>
        <w:t>380] у печінки їм гострий увігнати меч?&lt;br /&gt;</w:t>
        <w:br/>
        <w:t>Але одно бентежить: як на замірі&lt;br /&gt;</w:t>
        <w:br/>
        <w:t>Мене захоплять, щойно на поріг ступлю,&lt;br /&gt;</w:t>
        <w:br/>
        <w:t>То й пропаду на глум я ворогам своїм.&lt;br /&gt;</w:t>
        <w:br/>
        <w:t>Та краще йти вже шляхом уторованим —&lt;br /&gt;</w:t>
        <w:br/>
        <w:t>385] Із світу їх отрутою спровадити.&lt;br /&gt;</w:t>
        <w:br/>
        <w:t>Гаразд!&lt;br /&gt;</w:t>
        <w:br/>
        <w:t>От їх убито. А мені ж де дітися?&lt;br /&gt;</w:t>
        <w:br/>
        <w:t>Де край той і оселя, що дали б мені&lt;br /&gt;</w:t>
        <w:br/>
        <w:t>Свою гостинність і безпечний захисток?&lt;br /&gt;</w:t>
        <w:br/>
        <w:t>Нема їх. Краще трохи більше вижду я [75]&lt;br /&gt;</w:t>
        <w:br/>
        <w:t>390] Й, якщо оплот надійний десь знайду собі,&lt;br /&gt;</w:t>
        <w:br/>
        <w:t>Підступне вбивство потай готуватиму.&lt;br /&gt;</w:t>
        <w:br/>
        <w:t>А як нічого, крім нещасть, не виграю,&lt;br /&gt;</w:t>
        <w:br/>
        <w:t>Візьмусь за меч, і хоч сама загину я,&lt;br /&gt;</w:t>
        <w:br/>
        <w:t>А їх уб'ю, відваги й сили сповнена.&lt;br /&gt;</w:t>
        <w:br/>
        <w:t>395] Клянуся помічницею й владаркою,&lt;br /&gt;</w:t>
        <w:br/>
        <w:t>Яку шаную більш за всіх, Гекатою,&lt;br /&gt;</w:t>
        <w:br/>
        <w:t>Що вірно стереже мойого вогнища, —&lt;br /&gt;</w:t>
        <w:br/>
        <w:t>Із болю мого серця не радіти їм!&lt;br /&gt;</w:t>
        <w:br/>
        <w:t>Гірким зроблю весілля і безрадісним,&lt;br /&gt;</w:t>
        <w:br/>
        <w:t>400] Гірким свояцтво і моє вигнання це.&lt;br /&gt;</w:t>
        <w:br/>
        <w:t>До діла ж! Не щади своєї вмілості,&lt;br /&gt;</w:t>
        <w:br/>
        <w:t>Медеє! Все обдумай, обміркуй усе!&lt;br /&gt;</w:t>
        <w:br/>
        <w:t>На чин жахливий зважся! Більше мужності!&lt;br /&gt;</w:t>
        <w:br/>
        <w:t>Поглянь на муки власні! Внуко Гелія&lt;br /&gt;</w:t>
        <w:br/>
        <w:t>405] Ясного, ти дозволиш взять на сміх тебе&lt;br /&gt;</w:t>
        <w:br/>
        <w:t>Сізіфа кодлу, жінці тій Ясоновій!&lt;br /&gt;</w:t>
        <w:br/>
        <w:t>На цьому-то ти знаєшся! Як всі жінки,&lt;br /&gt;</w:t>
        <w:br/>
        <w:t>У добрім ділі завжди безпорадні ми,&lt;br /&gt;</w:t>
        <w:br/>
        <w:t>А на лихе — нема митця мудрішого.</w:t>
      </w:r>
    </w:p>
    <w:p>
      <w:r>
        <w:br/>
        <w:t>СТАСИМ ПЕРШИЙ&lt;br /&gt;</w:t>
        <w:br/>
        <w:t>ХОР&lt;br /&gt;</w:t>
        <w:br/>
        <w:t>Строфа 1&lt;br /&gt;</w:t>
        <w:br/>
        <w:t>410] Назад, до джерел уже хвилі священні плинуть,&lt;br /&gt;</w:t>
        <w:br/>
        <w:t>Правда і все в житті — навпаки обернулось,&lt;br /&gt;</w:t>
        <w:br/>
        <w:t>Зрадою дишуть мужі, не зв'язують їх&lt;br /&gt;</w:t>
        <w:br/>
        <w:t>Клятви присяг божественних.&lt;br /&gt;</w:t>
        <w:br/>
        <w:t>415] Може, стане доброю славою й нам&lt;br /&gt;</w:t>
        <w:br/>
        <w:t>Давня огуда,&lt;br /&gt;</w:t>
        <w:br/>
        <w:t>Шану й честь собі жіноцтво верне знов,&lt;br /&gt;</w:t>
        <w:br/>
        <w:t>420] Слави лихої тягар спаде з жінок сердешних.&lt;br /&gt;</w:t>
        <w:br/>
        <w:t>Антистрофа 1&lt;br /&gt;</w:t>
        <w:br/>
        <w:t>Забудуть нарешті за звичаєм давнім музи&lt;br /&gt;</w:t>
        <w:br/>
        <w:t>Про зрадливу вдачу жіночу співати.&lt;br /&gt;</w:t>
        <w:br/>
        <w:t>Не наділив же натхненним даром мене,&lt;br /&gt;</w:t>
        <w:br/>
        <w:t>425] Віщої ліри, одмовив&lt;br /&gt;</w:t>
        <w:br/>
        <w:t>Світлий Феб, співців провідник, а співать&lt;br /&gt;</w:t>
        <w:br/>
        <w:t>Хтіла б я пісню&lt;br /&gt;</w:t>
        <w:br/>
        <w:t>В відповідь мужам, — за наш-бо довгий вік&lt;br /&gt;</w:t>
        <w:br/>
        <w:t>430] Є що про їхню й про нашу долю їм казати.&lt;br /&gt;</w:t>
        <w:br/>
        <w:t>Строфа 2&lt;br /&gt;</w:t>
        <w:br/>
        <w:t>Подвійних скель браму пропливши в морі, [76]&lt;br /&gt;</w:t>
        <w:br/>
        <w:t>З отчого краю сюди прибула ти з шаленим серцем,&lt;br /&gt;</w:t>
        <w:br/>
        <w:t>І от в чужині живеш&lt;br /&gt;</w:t>
        <w:br/>
        <w:t>435] Без мужа тепер, нещасна,&lt;br /&gt;</w:t>
        <w:br/>
        <w:t>І, втративши ложе шлюбне,&lt;br /&gt;</w:t>
        <w:br/>
        <w:t>Ще й вигнана геть, з ганьбою&lt;br /&gt;</w:t>
        <w:br/>
        <w:t>Ідеш на заслання.&lt;br /&gt;</w:t>
        <w:br/>
        <w:t>Антистрофа 2&lt;br /&gt;</w:t>
        <w:br/>
        <w:t>Пропала клятв шана, і вже не знати&lt;br /&gt;</w:t>
        <w:br/>
        <w:t>440] Сорому в нашій Елладі великій — зник у повітрі.&lt;br /&gt;</w:t>
        <w:br/>
        <w:t>Й тебе вже нема кому&lt;br /&gt;</w:t>
        <w:br/>
        <w:t>В біді захистить, бездольну, —&lt;br /&gt;</w:t>
        <w:br/>
        <w:t>Загарбала в тебе ложе&lt;br /&gt;</w:t>
        <w:br/>
        <w:t>Владарка сильніша й в домі&lt;br /&gt;</w:t>
        <w:br/>
        <w:t>445] Твоїм порядкує.</w:t>
      </w:r>
    </w:p>
    <w:p>
      <w:r>
        <w:br/>
        <w:t>ЕПІСОДІЙ ДРУГИЙ&lt;br /&gt;</w:t>
        <w:br/>
        <w:t>Входить Я с о н.&lt;br /&gt;</w:t>
        <w:br/>
        <w:t>ЯСОН&lt;br /&gt;</w:t>
        <w:br/>
        <w:t>Уже не вперше бачу я, яке страшне&lt;br /&gt;</w:t>
        <w:br/>
        <w:t>Це лихо людям — лютість неприборкана.&lt;br /&gt;</w:t>
        <w:br/>
        <w:t>Жила б ти у своїй оселі в краї цім,&lt;br /&gt;</w:t>
        <w:br/>
        <w:t>Якби владущим вміла підкорятися,&lt;br /&gt;</w:t>
        <w:br/>
        <w:t>450] А нині — за зухвалу мову вигнана.&lt;br /&gt;</w:t>
        <w:br/>
        <w:t>Мене це не обходить — хоч усім плещи,&lt;br /&gt;</w:t>
        <w:br/>
        <w:t>Що чоловік з Ясона найнегідніший,&lt;br /&gt;</w:t>
        <w:br/>
        <w:t>А що сім'ю державців ти зневажила,&lt;br /&gt;</w:t>
        <w:br/>
        <w:t>За щастя май, що лиш вигнанням скарана.&lt;br /&gt;</w:t>
        <w:br/>
        <w:t>455] Тож царський гнів, як тільки міг, я стримував,&lt;br /&gt;</w:t>
        <w:br/>
        <w:t>Все намагався, щоб тебе лишили тут:&lt;br /&gt;</w:t>
        <w:br/>
        <w:t>Ти ж не гамуєш дурості — клянеш усе&lt;br /&gt;</w:t>
        <w:br/>
        <w:t>Державців, тим-то із країни й вигнана.&lt;br /&gt;</w:t>
        <w:br/>
        <w:t>Але своїх я близьких не зрікаюся.&lt;br /&gt;</w:t>
        <w:br/>
        <w:t>460] Піклуючись про тебе, я прийшов сюди,&lt;br /&gt;</w:t>
        <w:br/>
        <w:t>Щоб ти, найпотрібнішого позбавлена,&lt;br /&gt;</w:t>
        <w:br/>
        <w:t>Не йшла в вигнання з дітьми, бо ж багато лих&lt;br /&gt;</w:t>
        <w:br/>
        <w:t>Веде воно з собою. Хоч ненавидиш&lt;br /&gt;</w:t>
        <w:br/>
        <w:t>Мене, тобі не можу лиха зичити.&lt;br /&gt;</w:t>
        <w:br/>
        <w:t>МЕДЕЯ&lt;br /&gt;</w:t>
        <w:br/>
        <w:t>465] Негіднику ти найгидкіший! Слів нема,&lt;br /&gt;</w:t>
        <w:br/>
        <w:t>Щоб всю твою мерзенність підлу висловить!&lt;br /&gt;</w:t>
        <w:br/>
        <w:t>Прийшов до нас, поганцю, ти прийшов до нас,&lt;br /&gt;</w:t>
        <w:br/>
        <w:t>Богам огидний і людському родові!&lt;br /&gt;</w:t>
        <w:br/>
        <w:t>Потрібна не відвага тут, не сміливість,&lt;br /&gt;</w:t>
        <w:br/>
        <w:t>470] А безсоромність, гірша із хвороб людських, [77]&lt;br /&gt;</w:t>
        <w:br/>
        <w:t>Щоб, стільки лиха близьким заподіявши,&lt;br /&gt;</w:t>
        <w:br/>
        <w:t>У вічі їм дивитись! Та гаразд, проте,&lt;br /&gt;</w:t>
        <w:br/>
        <w:t>Що ти прийшов. Хоч тим полегшу серце я,&lt;br /&gt;</w:t>
        <w:br/>
        <w:t>Що на твою досаду все я вискажу.&lt;br /&gt;</w:t>
        <w:br/>
        <w:t>475] От з перших перше, з чого слід почати нам.&lt;br /&gt;</w:t>
        <w:br/>
        <w:t>Тебе я врятувала, — це всі елліни,&lt;br /&gt;</w:t>
        <w:br/>
        <w:t>Що їхали з тобою кораблем "Арго",&lt;br /&gt;</w:t>
        <w:br/>
        <w:t>Посвідчать, — вогнедишних уярмить биків&lt;br /&gt;</w:t>
        <w:br/>
        <w:t>Тебе послали й смертний лан засіяти.&lt;br /&gt;</w:t>
        <w:br/>
        <w:t>480] Дракона я убила невсипущого,&lt;br /&gt;</w:t>
        <w:br/>
        <w:t>Що тілом крив плазучим золоте руно,&lt;br /&gt;</w:t>
        <w:br/>
        <w:t>Й тобі рятунку світло повернула я.&lt;br /&gt;</w:t>
        <w:br/>
        <w:t>Сама ж, свій дім і батечка покинувши,&lt;br /&gt;</w:t>
        <w:br/>
        <w:t>З тобою подалася у Пелійський Йолк,&lt;br /&gt;</w:t>
        <w:br/>
        <w:t>485] Чуттями, а не розумом керована,&lt;br /&gt;</w:t>
        <w:br/>
        <w:t>Затим, щоб так жахливо вбити Пелія&lt;br /&gt;</w:t>
        <w:br/>
        <w:t>Дітей руками, ти ж не знав страху цього.&lt;br /&gt;</w:t>
        <w:br/>
        <w:t>За все це, найгидкіший з-між усіх людей,&lt;br /&gt;</w:t>
        <w:br/>
        <w:t>Мене ти зрадив і нову дружину взяв,&lt;br /&gt;</w:t>
        <w:br/>
        <w:t>490] Дітей вже мавши. Хай би ти бездітний був,&lt;br /&gt;</w:t>
        <w:br/>
        <w:t>То ще й простимо, що жадав ти іншої…&lt;br /&gt;</w:t>
        <w:br/>
        <w:t>А де ж присяги вірність? Чи гадаєш ти,&lt;br /&gt;</w:t>
        <w:br/>
        <w:t>Що перестали світом керувать боги&lt;br /&gt;</w:t>
        <w:br/>
        <w:t>Й права новітні для людей встановлено,&lt;br /&gt;</w:t>
        <w:br/>
        <w:t>495] Коли порушив клятву так ганебно ти?&lt;br /&gt;</w:t>
        <w:br/>
        <w:t>О горе цій правиці, що не раз її&lt;br /&gt;</w:t>
        <w:br/>
        <w:t>Ти пестив, і колінам, що горнувсь до них,&lt;br /&gt;</w:t>
        <w:br/>
        <w:t>Поганцю! О, як гірко я обманута!&lt;br /&gt;</w:t>
        <w:br/>
        <w:t>Та хай вже так! Як з другом говоритиму&lt;br /&gt;</w:t>
        <w:br/>
        <w:t>500] І хоч не жду від тебе вже я доброго,&lt;br /&gt;</w:t>
        <w:br/>
        <w:t>Спитаю, щоб ще більше підлість виявить:&lt;br /&gt;</w:t>
        <w:br/>
        <w:t>Куди іти я маю? Чи до батька в дім?&lt;br /&gt;</w:t>
        <w:br/>
        <w:t>То я ж для тебе й батьківщину зрадила!&lt;br /&gt;</w:t>
        <w:br/>
        <w:t>До бідних дочок Пелія? Вітатимуть&lt;br /&gt;</w:t>
        <w:br/>
        <w:t>505] Вони як слід ту, що убила батька їм.&lt;br /&gt;</w:t>
        <w:br/>
        <w:t>Авжеж-таки: я навіть в домі рідному&lt;br /&gt;</w:t>
        <w:br/>
        <w:t>Посіяла ненависть. З ким би злагоди&lt;br /&gt;</w:t>
        <w:br/>
        <w:t>Дотримать — ворогую завдяки тобі.&lt;br /&gt;</w:t>
        <w:br/>
        <w:t>Отак мене ти учинив щасливою&lt;br /&gt;</w:t>
        <w:br/>
        <w:t>510] Серед жінок Еллади. В мене вірний муж&lt;br /&gt;</w:t>
        <w:br/>
        <w:t>Навдивовижу, — ох, і безталанна ж я!&lt;br /&gt;</w:t>
        <w:br/>
        <w:t>Із діточками з краю цього вигнана,&lt;br /&gt;</w:t>
        <w:br/>
        <w:t>Одним одна без друзів я лишилася!&lt;br /&gt;</w:t>
        <w:br/>
        <w:t>Тож слава новоженцю, що й дітей послав&lt;br /&gt;</w:t>
        <w:br/>
        <w:t>515] Старцями із своєю рятівницею.&lt;br /&gt;</w:t>
        <w:br/>
        <w:t>О Зевсе, ти ж прикмети людям певні дав,&lt;br /&gt;</w:t>
        <w:br/>
        <w:t>Од фальшу одрізняти щире золото,&lt;br /&gt;</w:t>
        <w:br/>
        <w:t>Чому ж на тілі у падлюк не випалив&lt;br /&gt;</w:t>
        <w:br/>
        <w:t>Яких ознак, щоб легше впізнавати їх? [78]&lt;br /&gt;</w:t>
        <w:br/>
        <w:t>ПРОВІДНИЦЯ ХОРУ&lt;br /&gt;</w:t>
        <w:br/>
        <w:t>520] Який страшний, невтольний вибухає гнів,&lt;br /&gt;</w:t>
        <w:br/>
        <w:t>Коли вже рідні ворогують з рідними!&lt;br /&gt;</w:t>
        <w:br/>
        <w:t>ЯСОН&lt;br /&gt;</w:t>
        <w:br/>
        <w:t>Потрібен, видно, немалий тут слова дар,&lt;br /&gt;</w:t>
        <w:br/>
        <w:t>Щоб, наче обережний корабля стерник,&lt;br /&gt;</w:t>
        <w:br/>
        <w:t>Вітрила опустивши, утекти від хвиль&lt;br /&gt;</w:t>
        <w:br/>
        <w:t>525] Твоєї, жінко, злої язикатості.&lt;br /&gt;</w:t>
        <w:br/>
        <w:t>Свої заслуги надто вже цінуєш ти, —&lt;br /&gt;</w:t>
        <w:br/>
        <w:t>З усіх богів і смертних в тому плаванні&lt;br /&gt;</w:t>
        <w:br/>
        <w:t>Рятунок лиш Кіпріда подала мені.&lt;br /&gt;</w:t>
        <w:br/>
        <w:t>На розум бистра, ти не хочеш визнати,&lt;br /&gt;</w:t>
        <w:br/>
        <w:t>530] Що то ж Ерот відточеними стрілами&lt;br /&gt;</w:t>
        <w:br/>
        <w:t>Тебе підбив урятувать з біди мене.&lt;br /&gt;</w:t>
        <w:br/>
        <w:t>Та зайва річ докладно розбирати це,&lt;br /&gt;</w:t>
        <w:br/>
        <w:t>Бо, як-не-як, мені в пригоді стала ти.&lt;br /&gt;</w:t>
        <w:br/>
        <w:t>Та доведу я, що за порятунок мій&lt;br /&gt;</w:t>
        <w:br/>
        <w:t>535] Одержала ти більше, ніж сама дала.&lt;br /&gt;</w:t>
        <w:br/>
        <w:t>По-перше, ти в Елладі, а не в варварських&lt;br /&gt;</w:t>
        <w:br/>
        <w:t>Краях живеш, користуєшся захистом&lt;br /&gt;</w:t>
        <w:br/>
        <w:t>Законів, а не силі підкоряєшся.&lt;br /&gt;</w:t>
        <w:br/>
        <w:t>Що ти й розумна, знають те всі елліни, —&lt;br /&gt;</w:t>
        <w:br/>
        <w:t>540] Ти добру славу маєш. А лишалась би&lt;br /&gt;</w:t>
        <w:br/>
        <w:t>Край світу, то про тебе й не згадав ніхто б.&lt;br /&gt;</w:t>
        <w:br/>
        <w:t>Не хтів би я ні золота у схованці,&lt;br /&gt;</w:t>
        <w:br/>
        <w:t>Ні краще, аніж сам Орфей, пісень співать,&lt;br /&gt;</w:t>
        <w:br/>
        <w:t>Якби я зоставався в невідомості.&lt;br /&gt;</w:t>
        <w:br/>
        <w:t>545] Але про себе я згадав тому лише,&lt;br /&gt;</w:t>
        <w:br/>
        <w:t>Що почала сама ти сперечання ці.&lt;br /&gt;</w:t>
        <w:br/>
        <w:t>А що кориш ти шлюбом з владарівною,&lt;br /&gt;</w:t>
        <w:br/>
        <w:t>Скажу, по-перше, учинив розумно я&lt;br /&gt;</w:t>
        <w:br/>
        <w:t>Й розсудливо, до того ж на користь тобі&lt;br /&gt;</w:t>
        <w:br/>
        <w:t>550] І дітям нашим.&lt;br /&gt;</w:t>
        <w:br/>
        <w:t>(Медея ледве стримує своє обурення).&lt;br /&gt;</w:t>
        <w:br/>
        <w:t>Та спокійно вислухай.&lt;br /&gt;</w:t>
        <w:br/>
        <w:t>Коли прийшов із Йолка я в країну цю,&lt;br /&gt;</w:t>
        <w:br/>
        <w:t>Усі нещастя за собою тягнучи,&lt;br /&gt;</w:t>
        <w:br/>
        <w:t>Чи міг би я, вигнанець, ждати кращого,&lt;br /&gt;</w:t>
        <w:br/>
        <w:t>Ніж взяти шлюб з дочкою владаревою?&lt;br /&gt;</w:t>
        <w:br/>
        <w:t>555] Ні, не тому, чим колеш так, що ложа я&lt;br /&gt;</w:t>
        <w:br/>
        <w:t>Твого відкинувсь для нової пристрасті,&lt;br /&gt;</w:t>
        <w:br/>
        <w:t>Не для змагання в кількості дітей моїх, —&lt;br /&gt;</w:t>
        <w:br/>
        <w:t>І цих для мене досить, не жаліюсь я, —&lt;br /&gt;</w:t>
        <w:br/>
        <w:t>А головне, щоб краще обладнатися&lt;br /&gt;</w:t>
        <w:br/>
        <w:t>560] Й не бідувати, — знаю-бо, що вбогого&lt;br /&gt;</w:t>
        <w:br/>
        <w:t>Всі, навіть друзі, обминають здалеку;&lt;br /&gt;</w:t>
        <w:br/>
        <w:t>Дітей зростити, як моєму родові[79]&lt;br /&gt;</w:t>
        <w:br/>
        <w:t>Те личить, і, сплодивши їм нових братів,&lt;br /&gt;</w:t>
        <w:br/>
        <w:t>Зрівняти з ними й, сполучивши рід увесь,&lt;br /&gt;</w:t>
        <w:br/>
        <w:t>565] у щасті жить. Навіщо більш дітей тобі?&lt;br /&gt;</w:t>
        <w:br/>
        <w:t>Мені ж потрібно тими, що народяться,&lt;br /&gt;</w:t>
        <w:br/>
        <w:t>Тим помогти, що є вже. Чи погано це?&lt;br /&gt;</w:t>
        <w:br/>
        <w:t>Й сама б ти згодна, не оті б лиш ревнощі.&lt;br /&gt;</w:t>
        <w:br/>
        <w:t>В жінок це завжди; тільки б ложа шлюбного&lt;br /&gt;</w:t>
        <w:br/>
        <w:t>570] Уберегти — й нічого більш не треба вам.&lt;br /&gt;</w:t>
        <w:br/>
        <w:t>А як лише з постелею щось трапилось,&lt;br /&gt;</w:t>
        <w:br/>
        <w:t>То ворогом вважаєте й найкращого&lt;br /&gt;</w:t>
        <w:br/>
        <w:t>Ви друга. От коли б дітей інакше нам&lt;br /&gt;</w:t>
        <w:br/>
        <w:t>Народжувать, щоб без жінок обходитись, —&lt;br /&gt;</w:t>
        <w:br/>
        <w:t>575] Тоді не знали б люди багатьох нещасть.&lt;br /&gt;</w:t>
        <w:br/>
        <w:t>ПРОВІДНИЦЯ ХОРУ&lt;br /&gt;</w:t>
        <w:br/>
        <w:t>Все розповів, Ясоне, красномовно ти;&lt;br /&gt;</w:t>
        <w:br/>
        <w:t>Але сказати прямо це доводиться —&lt;br /&gt;</w:t>
        <w:br/>
        <w:t>Нечесно учинив ти, жінку зрадивши.&lt;br /&gt;</w:t>
        <w:br/>
        <w:t>МЕДЕЯ&lt;br /&gt;</w:t>
        <w:br/>
        <w:t>Багато в чому від людей відмінна я.&lt;br /&gt;</w:t>
        <w:br/>
        <w:t>580] Хто мовить гарно, але діє кривдою,&lt;br /&gt;</w:t>
        <w:br/>
        <w:t>Той в мене кари годен якнайбільшої.&lt;br /&gt;</w:t>
        <w:br/>
        <w:t>Зло прикрашати язиком уміючи,&lt;br /&gt;</w:t>
        <w:br/>
        <w:t>На все він здатний. Та не дуже мудрий він.&lt;br /&gt;</w:t>
        <w:br/>
        <w:t>Отож-бо не лякай нас красномовністю&lt;br /&gt;</w:t>
        <w:br/>
        <w:t>585] Своєю, — словом лиш одним я вб'ю тебе.&lt;br /&gt;</w:t>
        <w:br/>
        <w:t>Коли б не був ти підлий, то довірився б&lt;br /&gt;</w:t>
        <w:br/>
        <w:t>Мені з тим шлюбом, а не крився б мовчки з ним.&lt;br /&gt;</w:t>
        <w:br/>
        <w:t>ЯСОН&lt;br /&gt;</w:t>
        <w:br/>
        <w:t>О, гарно з шлюбом ти мене підтримала б,&lt;br /&gt;</w:t>
        <w:br/>
        <w:t>Якби розкрив я замір свій. Ще й досі ти&lt;br /&gt;</w:t>
        <w:br/>
        <w:t>590] Злоби у серці не здолаєш стримати.&lt;br /&gt;</w:t>
        <w:br/>
        <w:t>МЕДЕЯ&lt;br /&gt;</w:t>
        <w:br/>
        <w:t>Не те тебе спиняло: жить з чужинкою&lt;br /&gt;</w:t>
        <w:br/>
        <w:t>На старості було б тобі неславою.&lt;br /&gt;</w:t>
        <w:br/>
        <w:t>ЯСОН&lt;br /&gt;</w:t>
        <w:br/>
        <w:t>Будь певна, не для ложа я жіночого&lt;br /&gt;</w:t>
        <w:br/>
        <w:t>Оце побрався шлюбом з владарівною,&lt;br /&gt;</w:t>
        <w:br/>
        <w:t>595] А, як казав я, щоб допомогти тобі,&lt;br /&gt;</w:t>
        <w:br/>
        <w:t>Твоїх дітей зрівнявши з можновладними&lt;br /&gt;</w:t>
        <w:br/>
        <w:t>Братами їх, опору дати домові.&lt;br /&gt;</w:t>
        <w:br/>
        <w:t>МЕДЕЯ&lt;br /&gt;</w:t>
        <w:br/>
        <w:t>Ні, не потрібне щастя із гіркотою&lt;br /&gt;</w:t>
        <w:br/>
        <w:t>Ані достатки, що терзають серце нам. [80]&lt;br /&gt;</w:t>
        <w:br/>
        <w:t>ЯСОН&lt;br /&gt;</w:t>
        <w:br/>
        <w:t>600] Що ж, відверни їх, будь такою мудрою,&lt;br /&gt;</w:t>
        <w:br/>
        <w:t>Так, щоб гірким солодке не здавалося,&lt;br /&gt;</w:t>
        <w:br/>
        <w:t>І в щасті не вважай себе нещасною.&lt;br /&gt;</w:t>
        <w:br/>
        <w:t>МЕДЕЯ&lt;br /&gt;</w:t>
        <w:br/>
        <w:t>Глузуй собі! Адже ти маєш захисток,&lt;br /&gt;</w:t>
        <w:br/>
        <w:t>А я ж куди подінуся, вигнанниця?&lt;br /&gt;</w:t>
        <w:br/>
        <w:t>ЯСОН&lt;br /&gt;</w:t>
        <w:br/>
        <w:t>605] Сама ти винна — не складай на іншого.&lt;br /&gt;</w:t>
        <w:br/>
        <w:t>МЕДЕЯ&lt;br /&gt;</w:t>
        <w:br/>
        <w:t>Що ж я вчинила? Може, шлюб зламала я?&lt;br /&gt;</w:t>
        <w:br/>
        <w:t>ЯСОН&lt;br /&gt;</w:t>
        <w:br/>
        <w:t>Володарів зухвало проклинала ти.&lt;br /&gt;</w:t>
        <w:br/>
        <w:t>МЕДЕЯ&lt;br /&gt;</w:t>
        <w:br/>
        <w:t>Прокляттям буду і твоєму домові.&lt;br /&gt;</w:t>
        <w:br/>
        <w:t>ЯСОН&lt;br /&gt;</w:t>
        <w:br/>
        <w:t>Та годі вже з тобою сперечатися.&lt;br /&gt;</w:t>
        <w:br/>
        <w:t>610] Як хочеш на дорогу із майна мого&lt;br /&gt;</w:t>
        <w:br/>
        <w:t>Ти допомоги чи собі, чи діточкам,&lt;br /&gt;</w:t>
        <w:br/>
        <w:t>Скажи — рукою щедрою вділю її&lt;br /&gt;</w:t>
        <w:br/>
        <w:t>Й пошлю ознаки друзям — допоможуть вам.&lt;br /&gt;</w:t>
        <w:br/>
        <w:t>(Медея робить жест заперечення).&lt;br /&gt;</w:t>
        <w:br/>
        <w:t>А ти даремно, жінко, відмовляєшся.&lt;br /&gt;</w:t>
        <w:br/>
        <w:t>615] Покинь гнівитись, буде корисніш тобі.&lt;br /&gt;</w:t>
        <w:br/>
        <w:t>МЕДЕЯ&lt;br /&gt;</w:t>
        <w:br/>
        <w:t>І послуги від друзів тих не хочу я,&lt;br /&gt;</w:t>
        <w:br/>
        <w:t>Ані дарів од тебе, — на користь не йде&lt;br /&gt;</w:t>
        <w:br/>
        <w:t>Безчесною рукою подароване.&lt;br /&gt;</w:t>
        <w:br/>
        <w:t>ЯСОН&lt;br /&gt;</w:t>
        <w:br/>
        <w:t>Отож богів я закликаю свідками,&lt;br /&gt;</w:t>
        <w:br/>
        <w:t>620] Що я й тобі, і дітям помагати рад,&lt;br /&gt;</w:t>
        <w:br/>
        <w:t>А ти незадоволена і друзями&lt;br /&gt;</w:t>
        <w:br/>
        <w:t>Гордуєш вперто, — що ж, тобі самій це гірш.&lt;br /&gt;</w:t>
        <w:br/>
        <w:t>(Прямує до виходу).&lt;br /&gt;</w:t>
        <w:br/>
        <w:t>МЕДЕЯ&lt;br /&gt;</w:t>
        <w:br/>
        <w:t>(вслід йому)&lt;br /&gt;</w:t>
        <w:br/>
        <w:t>Біжи мерщій! За молодою жінкою&lt;br /&gt;</w:t>
        <w:br/>
        <w:t>Вже, мабуть, скучив, бо ж давно із дому ти.&lt;br /&gt;</w:t>
        <w:br/>
        <w:t>625] Справляй весілля! Дасть бог, так одружишся,&lt;br /&gt;</w:t>
        <w:br/>
        <w:t>Що сам одруження те проклинатимеш. [81]</w:t>
      </w:r>
    </w:p>
    <w:p>
      <w:r>
        <w:br/>
        <w:t>СТАСИМ ДРУГИЙ&lt;br /&gt;</w:t>
        <w:br/>
        <w:t>ХОР&lt;br /&gt;</w:t>
        <w:br/>
        <w:t>Строфа 1&lt;br /&gt;</w:t>
        <w:br/>
        <w:t>Еротові стріли рясні&lt;br /&gt;</w:t>
        <w:br/>
        <w:t>Ні доброї слави, ні щастя&lt;br /&gt;</w:t>
        <w:br/>
        <w:t>Ще не приносили людям, —&lt;br /&gt;</w:t>
        <w:br/>
        <w:t>630] Тиха ж ходою Кіпріда&lt;br /&gt;</w:t>
        <w:br/>
        <w:t>Нам із усіх безсмертних богинь найлюбіша.&lt;br /&gt;</w:t>
        <w:br/>
        <w:t>Хай же з лука, владарко, твого золотого&lt;br /&gt;</w:t>
        <w:br/>
        <w:t>Стріли, напоєні ядом бажань,&lt;br /&gt;</w:t>
        <w:br/>
        <w:t>В мене не влучать ніколи.&lt;br /&gt;</w:t>
        <w:br/>
        <w:t>Антистрофа 1&lt;br /&gt;</w:t>
        <w:br/>
        <w:t>635] Найкращий дарунок богів —&lt;br /&gt;</w:t>
        <w:br/>
        <w:t>Хай скромність мене схоронить,&lt;br /&gt;</w:t>
        <w:br/>
        <w:t>Щоб не вчувати серцем&lt;br /&gt;</w:t>
        <w:br/>
        <w:t>Покликів владних Кіпріди&lt;br /&gt;</w:t>
        <w:br/>
        <w:t>З бурями звад ненатлих і любощів хтивих,&lt;br /&gt;</w:t>
        <w:br/>
        <w:t>640] І з нестримним ложа чужого бажанням, —&lt;br /&gt;</w:t>
        <w:br/>
        <w:t>Краще хай мирна подружня любов&lt;br /&gt;</w:t>
        <w:br/>
        <w:t>Жінки права захищає.&lt;br /&gt;</w:t>
        <w:br/>
        <w:t>Строфа 2&lt;br /&gt;</w:t>
        <w:br/>
        <w:t>Краю ти мій, доме батьків!&lt;br /&gt;</w:t>
        <w:br/>
        <w:t>Тільки б не знати ніколи&lt;br /&gt;</w:t>
        <w:br/>
        <w:t>645] Безпросвітної долі мені —&lt;br /&gt;</w:t>
        <w:br/>
        <w:t>В чужині і в злиднях,&lt;br /&gt;</w:t>
        <w:br/>
        <w:t>Сльози ллючи, не блукати!&lt;br /&gt;</w:t>
        <w:br/>
        <w:t>Хай би смерть мене, смерть подолала,&lt;br /&gt;</w:t>
        <w:br/>
        <w:t>Замість такого діждати дня!&lt;br /&gt;</w:t>
        <w:br/>
        <w:t>650] Тяжчої муки немає,&lt;br /&gt;</w:t>
        <w:br/>
        <w:t>Як втратить вітчизну свою.&lt;br /&gt;</w:t>
        <w:br/>
        <w:t>Антистрофа 2&lt;br /&gt;</w:t>
        <w:br/>
        <w:t>Бачила я все це сама —&lt;br /&gt;</w:t>
        <w:br/>
        <w:t>Не від людей я дізналась.&lt;br /&gt;</w:t>
        <w:br/>
        <w:t>655] Ні родини у тебе нема,&lt;br /&gt;</w:t>
        <w:br/>
        <w:t>Ані друга — горе&lt;br /&gt;</w:t>
        <w:br/>
        <w:t>Й тугу страшну розділити.&lt;br /&gt;</w:t>
        <w:br/>
        <w:t>Хай, добра не зазнавши, загине&lt;br /&gt;</w:t>
        <w:br/>
        <w:t>Кожен, хто зрадить друзів честь,&lt;br /&gt;</w:t>
        <w:br/>
        <w:t>660] В серце закравшись лукаво, —&lt;br /&gt;</w:t>
        <w:br/>
        <w:t>Він другом не стане мені. [82]</w:t>
      </w:r>
    </w:p>
    <w:p>
      <w:r>
        <w:br/>
        <w:t>ЕПІСОДІЙ ТРЕТІЙ&lt;br /&gt;</w:t>
        <w:br/>
        <w:t>Егей з почтом увіходить на сцену правобіч.&lt;br /&gt;</w:t>
        <w:br/>
        <w:t>Усі в подорожніх одягах.&lt;br /&gt;</w:t>
        <w:br/>
        <w:t>ЕГЕЙ&lt;br /&gt;</w:t>
        <w:br/>
        <w:t>О, радуйся, Медеє! Бо над цей привіт&lt;br /&gt;</w:t>
        <w:br/>
        <w:t>Немає в друзів привітання кращого.&lt;br /&gt;</w:t>
        <w:br/>
        <w:t>МЕДЕЯ&lt;br /&gt;</w:t>
        <w:br/>
        <w:t>665] Вітання й сину Пандіона мудрого,&lt;br /&gt;</w:t>
        <w:br/>
        <w:t>Егею! Відкіля прибув ти в край оцей?&lt;br /&gt;</w:t>
        <w:br/>
        <w:t>ЕГЕЙ&lt;br /&gt;</w:t>
        <w:br/>
        <w:t>Іду з віщальні Феба стародавньої.&lt;br /&gt;</w:t>
        <w:br/>
        <w:t>МЕДЕЯ&lt;br /&gt;</w:t>
        <w:br/>
        <w:t>Для чого ж ти відвідав віщий пуп землі?&lt;br /&gt;</w:t>
        <w:br/>
        <w:t>ЕГЕЙ&lt;br /&gt;</w:t>
        <w:br/>
        <w:t>Хотів би рід свій дітьми я продовжити.&lt;br /&gt;</w:t>
        <w:br/>
        <w:t>МЕДЕЯ&lt;br /&gt;</w:t>
        <w:br/>
        <w:t>670] Боги мої! То й досі ще бездітний ти?&lt;br /&gt;</w:t>
        <w:br/>
        <w:t>ЕГЕЙ&lt;br /&gt;</w:t>
        <w:br/>
        <w:t>Хтось із богів лишає нас бездітними.&lt;br /&gt;</w:t>
        <w:br/>
        <w:t>МЕДЕЯ&lt;br /&gt;</w:t>
        <w:br/>
        <w:t>Жонатий ти, чи все без ложа шлюбного?&lt;br /&gt;</w:t>
        <w:br/>
        <w:t>ЕГЕЙ&lt;br /&gt;</w:t>
        <w:br/>
        <w:t>Ні, шлюбного ярма я не позбавлений.&lt;br /&gt;</w:t>
        <w:br/>
        <w:t>МЕДЕЯ&lt;br /&gt;</w:t>
        <w:br/>
        <w:t>Що ж віщий Феб про діток провістив тобі?&lt;br /&gt;</w:t>
        <w:br/>
        <w:t>ЕГЕЙ&lt;br /&gt;</w:t>
        <w:br/>
        <w:t>675] Слова, що людський розсуд не збагне ніяк.&lt;br /&gt;</w:t>
        <w:br/>
        <w:t>МЕДЕЯ&lt;br /&gt;</w:t>
        <w:br/>
        <w:t>Чо можу й я почути те провіщення?&lt;br /&gt;</w:t>
        <w:br/>
        <w:t>ЕГЕЙ&lt;br /&gt;</w:t>
        <w:br/>
        <w:t>Авжеж, бо тут тонкого треба розуму.&lt;br /&gt;</w:t>
        <w:br/>
        <w:t>МЕДЕЯ&lt;br /&gt;</w:t>
        <w:br/>
        <w:t>Що ж мовив він? Скажи, як вільно знати це.&lt;br /&gt;</w:t>
        <w:br/>
        <w:t>ЕГЕЙ&lt;br /&gt;</w:t>
        <w:br/>
        <w:t>Щоб я кінців у міха не розв'язував… [83]&lt;br /&gt;</w:t>
        <w:br/>
        <w:t>МЕДЕЯ&lt;br /&gt;</w:t>
        <w:br/>
        <w:t>680] Аж поки щось ти зробиш чи зайдеш кудись?&lt;br /&gt;</w:t>
        <w:br/>
        <w:t>ЕГЕЙ&lt;br /&gt;</w:t>
        <w:br/>
        <w:t>…Аж поки прийду до оселі отчої.&lt;br /&gt;</w:t>
        <w:br/>
        <w:t>МЕДЕЯ&lt;br /&gt;</w:t>
        <w:br/>
        <w:t>Ну, а до цього краю ти чого заплив?&lt;br /&gt;</w:t>
        <w:br/>
        <w:t>ЕГЕЙ&lt;br /&gt;</w:t>
        <w:br/>
        <w:t>Пітфей живе тут, вождь землі Тройзенської.&lt;br /&gt;</w:t>
        <w:br/>
        <w:t>МЕД ЕЯ&lt;br /&gt;</w:t>
        <w:br/>
        <w:t>Мабуть, чи не Пелопа то побожний син.&lt;br /&gt;</w:t>
        <w:br/>
        <w:t>ЕГЕЙ&lt;br /&gt;</w:t>
        <w:br/>
        <w:t>685] Йому з тим віщуванням хочу звіритись.&lt;br /&gt;</w:t>
        <w:br/>
        <w:t>МЕДЕЯ&lt;br /&gt;</w:t>
        <w:br/>
        <w:t>Він мудрий муж і в ділі цім досвідчений.&lt;br /&gt;</w:t>
        <w:br/>
        <w:t>ЕГЕЙ&lt;br /&gt;</w:t>
        <w:br/>
        <w:t>Й мені він наймиліший із соратників.&lt;br /&gt;</w:t>
        <w:br/>
        <w:t>МЕДЕЯ&lt;br /&gt;</w:t>
        <w:br/>
        <w:t>Нехай в твоїх бажаннях пощастить тобі.&lt;br /&gt;</w:t>
        <w:br/>
        <w:t>ЕГЕЙ&lt;br /&gt;</w:t>
        <w:br/>
        <w:t>А ти ж чого заплакана й змарніла так?&lt;br /&gt;</w:t>
        <w:br/>
        <w:t>МЕДЕЯ&lt;br /&gt;</w:t>
        <w:br/>
        <w:t>690] Мій муж, Егею, гірший від усіх людей.&lt;br /&gt;</w:t>
        <w:br/>
        <w:t>ЕГЕЙ&lt;br /&gt;</w:t>
        <w:br/>
        <w:t>Що мовиш ти? То розкажи ж біду свою.&lt;br /&gt;</w:t>
        <w:br/>
        <w:t>МЕДЕЯ&lt;br /&gt;</w:t>
        <w:br/>
        <w:t>Мене він скривдив тяжко, а безвинна ж я.&lt;br /&gt;</w:t>
        <w:br/>
        <w:t>ЕГЕЙ&lt;br /&gt;</w:t>
        <w:br/>
        <w:t>Та що ж бо учинив він? Розкажи ясніш.&lt;br /&gt;</w:t>
        <w:br/>
        <w:t>МЕДЕЯ&lt;br /&gt;</w:t>
        <w:br/>
        <w:t>Взяв іншу він над домом господинею.&lt;br /&gt;</w:t>
        <w:br/>
        <w:t>ЕГЕЙ&lt;br /&gt;</w:t>
        <w:br/>
        <w:t>695] І зваживсь на таке ганебне діло він?&lt;br /&gt;</w:t>
        <w:br/>
        <w:t>МЕДЕЯ&lt;br /&gt;</w:t>
        <w:br/>
        <w:t>Так, з любої-бо стала я зневажена. [84]&lt;br /&gt;</w:t>
        <w:br/>
        <w:t>ЕГЕЙ&lt;br /&gt;</w:t>
        <w:br/>
        <w:t>Він іншу любить чи тебе відкинув?&lt;br /&gt;</w:t>
        <w:br/>
        <w:t>МЕДЕЯ&lt;br /&gt;</w:t>
        <w:br/>
        <w:t>Так, видно, закохавсь, що навіть шлюб зламав.&lt;br /&gt;</w:t>
        <w:br/>
        <w:t>ЕГЕЙ&lt;br /&gt;</w:t>
        <w:br/>
        <w:t>Якщо такий він підлий, то ганьба йому!&lt;br /&gt;</w:t>
        <w:br/>
        <w:t>МЕДЕЯ&lt;br /&gt;</w:t>
        <w:br/>
        <w:t>700] 3 володарем він хоче поріднитися.&lt;br /&gt;</w:t>
        <w:br/>
        <w:t>ЕГЕЙ&lt;br /&gt;</w:t>
        <w:br/>
        <w:t>Та хто ж йому дозволить? Договорюй же!&lt;br /&gt;</w:t>
        <w:br/>
        <w:t>МЕДЕЯ&lt;br /&gt;</w:t>
        <w:br/>
        <w:t>Креонт, країни володар корінфської.&lt;br /&gt;</w:t>
        <w:br/>
        <w:t>ЕГЕЙ&lt;br /&gt;</w:t>
        <w:br/>
        <w:t>Не диво, жінко, що така зажурена.&lt;br /&gt;</w:t>
        <w:br/>
        <w:t>МЕДЕЯ&lt;br /&gt;</w:t>
        <w:br/>
        <w:t>Пропала я! Ще й гонять відціля мене.&lt;br /&gt;</w:t>
        <w:br/>
        <w:t>ЕГЕЙ&lt;br /&gt;</w:t>
        <w:br/>
        <w:t>705] Хто гонить? Відкіля оте нещастя знов?&lt;br /&gt;</w:t>
        <w:br/>
        <w:t>МЕДЕЯ&lt;br /&gt;</w:t>
        <w:br/>
        <w:t>Креонт вигонить із землі Корінфської.&lt;br /&gt;</w:t>
        <w:br/>
        <w:t>ЕГЕЙ&lt;br /&gt;</w:t>
        <w:br/>
        <w:t>Й Ясон з цим згоден? Хто ж би похвалив його!&lt;br /&gt;</w:t>
        <w:br/>
        <w:t>МЕДЕЯ&lt;br /&gt;</w:t>
        <w:br/>
        <w:t>Неначе й ні, на ділі ж не противиться.&lt;br /&gt;</w:t>
        <w:br/>
        <w:t>(Схиляється перед Егеєм, обнімає йому коліна і торкається його бороди).&lt;br /&gt;</w:t>
        <w:br/>
        <w:t>Тебе я заклинаю підборіддям цим,&lt;br /&gt;</w:t>
        <w:br/>
        <w:t>710] Навколішках благаю в тебе захисту —&lt;br /&gt;</w:t>
        <w:br/>
        <w:t>О зглянься, зглянься на мою недолю ти,&lt;br /&gt;</w:t>
        <w:br/>
        <w:t>Не дай мені, вигнанниці, загинути,&lt;br /&gt;</w:t>
        <w:br/>
        <w:t>В свій край, до свого вогнища прийми мене!&lt;br /&gt;</w:t>
        <w:br/>
        <w:t>За те діток жаданих хай пошлють тобі&lt;br /&gt;</w:t>
        <w:br/>
        <w:t>715] Безсмертні, й вік свій проживеш щасливо щасливо ти.&lt;br /&gt;</w:t>
        <w:br/>
        <w:t>Не знаєш сам, який в мені ти скарб знайшов:&lt;br /&gt;</w:t>
        <w:br/>
        <w:t>Твою бездітність вилікую, так вчиню,&lt;br /&gt;</w:t>
        <w:br/>
        <w:t>Щоб мав дітей ти, знаю цьому ліки я.&lt;br /&gt;</w:t>
        <w:br/>
        <w:t>ЕГЕЙ&lt;br /&gt;</w:t>
        <w:br/>
        <w:t>Готовий, жінко, я допомогти тобі&lt;br /&gt;</w:t>
        <w:br/>
        <w:t>720] Насамперед заради небожителів [85]&lt;br /&gt;</w:t>
        <w:br/>
        <w:t>І для дітей, по-друге, що віщуєш ти,&lt;br /&gt;</w:t>
        <w:br/>
        <w:t>А їх придбати прагну цілим серцем я.&lt;br /&gt;</w:t>
        <w:br/>
        <w:t>Так-от що: з усією я гостинністю&lt;br /&gt;</w:t>
        <w:br/>
        <w:t>Прийму тебе, як в наш ти край дістанешся,&lt;br /&gt;</w:t>
        <w:br/>
        <w:t>725] Але тебе я хочу попередити:&lt;br /&gt;</w:t>
        <w:br/>
        <w:t>З собою відціля я не візьму тебе,&lt;br /&gt;</w:t>
        <w:br/>
        <w:t>А як сама до дому прийдеш нашого,&lt;br /&gt;</w:t>
        <w:br/>
        <w:t>Безпечна будь — нікому вас не видам я.&lt;br /&gt;</w:t>
        <w:br/>
        <w:t>Але ж із цього краю ти сама підеш,&lt;br /&gt;</w:t>
        <w:br/>
        <w:t>730] Бо й у чужих не хочу бути винним я.&lt;br /&gt;</w:t>
        <w:br/>
        <w:t>МЕДЕЯ&lt;br /&gt;</w:t>
        <w:br/>
        <w:t>Гаразд. Якби ще й запоруку дав мені,&lt;br /&gt;</w:t>
        <w:br/>
        <w:t>То цим мене ти зовсім заспокоїв би.&lt;br /&gt;</w:t>
        <w:br/>
        <w:t>ЕГЕЙ&lt;br /&gt;</w:t>
        <w:br/>
        <w:t>То ти не віриш? Ти ще невдоволена?&lt;br /&gt;</w:t>
        <w:br/>
        <w:t>МЕДЕЯ&lt;br /&gt;</w:t>
        <w:br/>
        <w:t>Тобі я вірю. Та родина Пелія&lt;br /&gt;</w:t>
        <w:br/>
        <w:t>735] Й Креонт — мої це вороги. Ти ж, клятвою&lt;br /&gt;</w:t>
        <w:br/>
        <w:t>Себе зв'язавши, скривдить не даси мене.&lt;br /&gt;</w:t>
        <w:br/>
        <w:t>Словами ж лиш, без клятви обіцяючи,&lt;br /&gt;</w:t>
        <w:br/>
        <w:t>їм можеш другом стати і вимоги їх&lt;br /&gt;</w:t>
        <w:br/>
        <w:t>Задовольнити згодом. Квола жінка я.&lt;br /&gt;</w:t>
        <w:br/>
        <w:t>740] у них же й право, й сила дому владного.&lt;br /&gt;</w:t>
        <w:br/>
        <w:t>ЕГЕЙ&lt;br /&gt;</w:t>
        <w:br/>
        <w:t>Обачності багато виявляєш ти,&lt;br /&gt;</w:t>
        <w:br/>
        <w:t>Й коли так волиш — я не заперечую.&lt;br /&gt;</w:t>
        <w:br/>
        <w:t>Адже й для мене краще, коли матиму&lt;br /&gt;</w:t>
        <w:br/>
        <w:t>Я й ворогам твоїм на що послатися,&lt;br /&gt;</w:t>
        <w:br/>
        <w:t>745] Й для тебе теж. То ким же із богів клястись?&lt;br /&gt;</w:t>
        <w:br/>
        <w:t>МЕДЕЯ&lt;br /&gt;</w:t>
        <w:br/>
        <w:t>Землі клянися лоном, світлим Гелієм,&lt;br /&gt;</w:t>
        <w:br/>
        <w:t>Отцем мойого батька, сонмом всіх богів.&lt;br /&gt;</w:t>
        <w:br/>
        <w:t>ЕГЕЙ&lt;br /&gt;</w:t>
        <w:br/>
        <w:t>А що ж робить чи не робить чого — скажи.&lt;br /&gt;</w:t>
        <w:br/>
        <w:t>МЕДЕЯ&lt;br /&gt;</w:t>
        <w:br/>
        <w:t>Клянись, що з свого краю сам не виженеш.&lt;br /&gt;</w:t>
        <w:br/>
        <w:t>750] А хтів би хтось із ворогів зайнять мене,&lt;br /&gt;</w:t>
        <w:br/>
        <w:t>Поки живий, ти волею не видаси.&lt;br /&gt;</w:t>
        <w:br/>
        <w:t>ЕГЕЙ&lt;br /&gt;</w:t>
        <w:br/>
        <w:t>Землі клянуся лоном, світлом Гелія,&lt;br /&gt;</w:t>
        <w:br/>
        <w:t>Всіма богами — здатен все я виконать. [86]&lt;br /&gt;</w:t>
        <w:br/>
        <w:t>МЕДЕЯ&lt;br /&gt;</w:t>
        <w:br/>
        <w:t>Гаразд. А якщо клятви не дотримаєш?&lt;br /&gt;</w:t>
        <w:br/>
        <w:t>ЕГЕЙ&lt;br /&gt;</w:t>
        <w:br/>
        <w:t>755] Що всім безбожним, те й мені хай станеться.&lt;br /&gt;</w:t>
        <w:br/>
        <w:t>МЕДЕЯ&lt;br /&gt;</w:t>
        <w:br/>
        <w:t>Ну то іди вже! І нехай щастить тобі.&lt;br /&gt;</w:t>
        <w:br/>
        <w:t>А я прибуду незабаром в город твій,&lt;br /&gt;</w:t>
        <w:br/>
        <w:t>Як задум сповню й досягну бажань своїх.&lt;br /&gt;</w:t>
        <w:br/>
        <w:t>Егей відходить.&lt;br /&gt;</w:t>
        <w:br/>
        <w:t>КОРИФЕЙ ХОРУ&lt;br /&gt;</w:t>
        <w:br/>
        <w:t>(До Есея)&lt;br /&gt;</w:t>
        <w:br/>
        <w:t>Хай додому син Маї тебе відведе —&lt;br /&gt;</w:t>
        <w:br/>
        <w:t>760] Подорожніх супутник, здійсняться нехай&lt;br /&gt;</w:t>
        <w:br/>
        <w:t>Сподівання твої, бо упевнились ми,&lt;br /&gt;</w:t>
        <w:br/>
        <w:t>Що ти насправді&lt;br /&gt;</w:t>
        <w:br/>
        <w:t>Благородна, Егею, людина.&lt;br /&gt;</w:t>
        <w:br/>
        <w:t>МЕДЕЯ&lt;br /&gt;</w:t>
        <w:br/>
        <w:t>О Зевсе, й Правдо Зевса, й світлий Гелію!&lt;br /&gt;</w:t>
        <w:br/>
        <w:t>765] Тепер щасливо я здолаю, подруги,&lt;br /&gt;</w:t>
        <w:br/>
        <w:t>Всіх ворогів — на шлях належний вийшла я.&lt;br /&gt;</w:t>
        <w:br/>
        <w:t>Тепер я певна — жде достойна кара їх.&lt;br /&gt;</w:t>
        <w:br/>
        <w:t>З'явився-бо в хвилину слушну муж оцей —&lt;br /&gt;</w:t>
        <w:br/>
        <w:t>Жадана пристань для мойого задуму.&lt;br /&gt;</w:t>
        <w:br/>
        <w:t>770] Свої до нього прив'яжу причали я,&lt;br /&gt;</w:t>
        <w:br/>
        <w:t>Коли приїдем в місто ми Палладине.&lt;br /&gt;</w:t>
        <w:br/>
        <w:t>Тепер свої вам розкажу я задуми,&lt;br /&gt;</w:t>
        <w:br/>
        <w:t>І в цій розмові, знайте, не жартую я.&lt;br /&gt;</w:t>
        <w:br/>
        <w:t>Одну з служниць я до Ясона виряджу&lt;br /&gt;</w:t>
        <w:br/>
        <w:t>775] 3 проханням, щоб до мене він навідався.&lt;br /&gt;</w:t>
        <w:br/>
        <w:t>Як прийде, то скажу йому я лагідно —&lt;br /&gt;</w:t>
        <w:br/>
        <w:t>З усім я згодна, так повинно й бути все.&lt;br /&gt;</w:t>
        <w:br/>
        <w:t>(А щодо зради й шлюбу з владарівною,&lt;br /&gt;</w:t>
        <w:br/>
        <w:t>То добре учинив він і продумано),&lt;br /&gt;</w:t>
        <w:br/>
        <w:t>780] Лиш попрошу, щоб діти зосталися тут.&lt;br /&gt;</w:t>
        <w:br/>
        <w:t>Та не для того в краї цім лишаю їх,&lt;br /&gt;</w:t>
        <w:br/>
        <w:t>Щоб вороги над дітьми поглумилися,&lt;br /&gt;</w:t>
        <w:br/>
        <w:t>А щоб владарську доньку з світу геть зігнать.&lt;br /&gt;</w:t>
        <w:br/>
        <w:t>Пошлю дітей до неї з подарунками&lt;br /&gt;</w:t>
        <w:br/>
        <w:t>785] (Мовляв, щоб з цього краю їх не вигнала).&lt;br /&gt;</w:t>
        <w:br/>
        <w:t>Дам убрання розкішне й золотий вінок.&lt;br /&gt;</w:t>
        <w:br/>
        <w:t>А тільки ці оздоби надягне вона —&lt;br /&gt;</w:t>
        <w:br/>
        <w:t>Сама загине й кожен, хто торкнеться їх, —&lt;br /&gt;</w:t>
        <w:br/>
        <w:t>Такою напою їх я отрутою.&lt;br /&gt;</w:t>
        <w:br/>
        <w:t>790] Але про це вже досить. Серце боляче&lt;br /&gt;</w:t>
        <w:br/>
        <w:t>Стискається на думку, що я маю ще [87]&lt;br /&gt;</w:t>
        <w:br/>
        <w:t>Вчинить — звести зі світу діточок своїх, —&lt;br /&gt;</w:t>
        <w:br/>
        <w:t>І вже ніхто не зможе врятувати їх.&lt;br /&gt;</w:t>
        <w:br/>
        <w:t>Лиш дім Ясонів із корінням знищивши,&lt;br /&gt;</w:t>
        <w:br/>
        <w:t>795] Покину край цей, найстрашнішим злочином —&lt;br /&gt;</w:t>
        <w:br/>
        <w:t>Убивством любих діточок зневажений.&lt;br /&gt;</w:t>
        <w:br/>
        <w:t>Не стерплю глуму ворогів я, подруги!&lt;br /&gt;</w:t>
        <w:br/>
        <w:t>Дарма! Навіщо ж жити? Ні вітчизни вже,&lt;br /&gt;</w:t>
        <w:br/>
        <w:t>Ні дому, де від лиха мала захист я.&lt;br /&gt;</w:t>
        <w:br/>
        <w:t>800] Як тяжко помиляюсь я, покинувши&lt;br /&gt;</w:t>
        <w:br/>
        <w:t>Дім батьків і намові того елліна&lt;br /&gt;</w:t>
        <w:br/>
        <w:t>Піддавшись! Дасть бог, він за те заплатить ще!&lt;br /&gt;</w:t>
        <w:br/>
        <w:t>Дітей мойого лона вже не бачити&lt;br /&gt;</w:t>
        <w:br/>
        <w:t>Йому живими, і від новошлюбної&lt;br /&gt;</w:t>
        <w:br/>
        <w:t>805] Дружини їх не ждати — від отруйних трав&lt;br /&gt;</w:t>
        <w:br/>
        <w:t>Вона, погана, й смертю вмре поганою.&lt;br /&gt;</w:t>
        <w:br/>
        <w:t>За боязку й покірливу ніхто мене&lt;br /&gt;</w:t>
        <w:br/>
        <w:t>Вже не вважатиме, я вдачі іншої!&lt;br /&gt;</w:t>
        <w:br/>
        <w:t>До ворогів — жорстока, з другом — лагідна.&lt;br /&gt;</w:t>
        <w:br/>
        <w:t>810] Лише такими люди нас хвалитимуть.&lt;br /&gt;</w:t>
        <w:br/>
        <w:t>ПРОВІДНИЦЯ ХОРУ&lt;br /&gt;</w:t>
        <w:br/>
        <w:t>Якщо свій задум ти мені довірила,&lt;br /&gt;</w:t>
        <w:br/>
        <w:t>То задля тебе ж і, людські шануючи&lt;br /&gt;</w:t>
        <w:br/>
        <w:t>Закони, я пораджу — не роби цього.&lt;br /&gt;</w:t>
        <w:br/>
        <w:t>МЕДЕЯ&lt;br /&gt;</w:t>
        <w:br/>
        <w:t>Не можу я інакше, та й тобі мене,&lt;br /&gt;</w:t>
        <w:br/>
        <w:t>815] Свого не знавши горя, не збагнуть ніяк.&lt;br /&gt;</w:t>
        <w:br/>
        <w:t>ХОР&lt;br /&gt;</w:t>
        <w:br/>
        <w:t>Своїх дітей ти, жінко, вбити зважишся?&lt;br /&gt;</w:t>
        <w:br/>
        <w:t>МЕДЕЯ&lt;br /&gt;</w:t>
        <w:br/>
        <w:t>Бо мужа тим у саме серце вражу я.&lt;br /&gt;</w:t>
        <w:br/>
        <w:t>ХОР&lt;br /&gt;</w:t>
        <w:br/>
        <w:t>І між жінок ти будеш найнещасніша.&lt;br /&gt;</w:t>
        <w:br/>
        <w:t>МЕДЕЯ&lt;br /&gt;</w:t>
        <w:br/>
        <w:t>Нехай і так! Даремно й говорить про це.&lt;br /&gt;</w:t>
        <w:br/>
        <w:t>(До однієї з служниць).&lt;br /&gt;</w:t>
        <w:br/>
        <w:t>820] Йди швидше та мерщій Ясона клич сюди.&lt;br /&gt;</w:t>
        <w:br/>
        <w:t>Була у всім мені ти досі вірною.&lt;br /&gt;</w:t>
        <w:br/>
        <w:t>Отож мовчи про задум мій, як жінка ж бо&lt;br /&gt;</w:t>
        <w:br/>
        <w:t>Й добра своїй бажаєш ти володарці.&lt;br /&gt;</w:t>
        <w:br/>
        <w:t>(Служниця відходить, і Медея йде до свого дому). [88]</w:t>
      </w:r>
    </w:p>
    <w:p>
      <w:r>
        <w:br/>
        <w:t>СТАСИМ ТРЕТІЙ&lt;br /&gt;</w:t>
        <w:br/>
        <w:t>ХОР&lt;br /&gt;</w:t>
        <w:br/>
        <w:t>Строфа 1&lt;br /&gt;</w:t>
        <w:br/>
        <w:t>Щасливе в віках Ерехтеєве плем'я,&lt;br /&gt;</w:t>
        <w:br/>
        <w:t>825] Діти блаженних богів, що живить вас&lt;br /&gt;</w:t>
        <w:br/>
        <w:t>Священна земля непочата розкішним&lt;br /&gt;</w:t>
        <w:br/>
        <w:t>Плодом своїм — мудрістю славною,&lt;br /&gt;</w:t>
        <w:br/>
        <w:t>й ви величаєтесь нею&lt;br /&gt;</w:t>
        <w:br/>
        <w:t>830] У світлосяйнім промінні, де дев'ять&lt;br /&gt;</w:t>
        <w:br/>
        <w:t>Муз Піерід непорочних явила на світ&lt;br /&gt;</w:t>
        <w:br/>
        <w:t>Гармонія золотокоса.&lt;br /&gt;</w:t>
        <w:br/>
        <w:t>Антистрофа 1&lt;br /&gt;</w:t>
        <w:br/>
        <w:t>835] Водою з Кефісових хвиль кришталевих&lt;br /&gt;</w:t>
        <w:br/>
        <w:t>Зрошує, кажуть, Кіпріда цю землю&lt;br /&gt;</w:t>
        <w:br/>
        <w:t>І ніжним її вітерцем обвіває,&lt;br /&gt;</w:t>
        <w:br/>
        <w:t>840] Вінки запашні із рожевого&lt;br /&gt;</w:t>
        <w:br/>
        <w:t>Квіту вплітаючи в коси,&lt;br /&gt;</w:t>
        <w:br/>
        <w:t>Пишно розпущені,&lt;br /&gt;</w:t>
        <w:br/>
        <w:t>Й мудрісті друзів&lt;br /&gt;</w:t>
        <w:br/>
        <w:t>Нам посилає — крилатих кохання богів —&lt;br /&gt;</w:t>
        <w:br/>
        <w:t>845] У всьому соратників наших.&lt;br /&gt;</w:t>
        <w:br/>
        <w:t>Строфа 2&lt;br /&gt;</w:t>
        <w:br/>
        <w:t>Як, місто священних річок,&lt;br /&gt;</w:t>
        <w:br/>
        <w:t>Край, що не раз давав&lt;br /&gt;</w:t>
        <w:br/>
        <w:t>Вірний захист друзям,&lt;br /&gt;</w:t>
        <w:br/>
        <w:t>Тебе, дітовбивцю, прийме,&lt;br /&gt;</w:t>
        <w:br/>
        <w:t>850] Не гідну між чистих бути?&lt;br /&gt;</w:t>
        <w:br/>
        <w:t>Подумай про весь цей жах,&lt;br /&gt;</w:t>
        <w:br/>
        <w:t>Подумай, кого вбиваєш!&lt;br /&gt;</w:t>
        <w:br/>
        <w:t>Навколішках всі ми тебе&lt;br /&gt;</w:t>
        <w:br/>
        <w:t>Благаємо — не губи&lt;br /&gt;</w:t>
        <w:br/>
        <w:t>855] Діток безневинних.&lt;br /&gt;</w:t>
        <w:br/>
        <w:t>Антистрофа 2&lt;br /&gt;</w:t>
        <w:br/>
        <w:t>Де візьме зухвальства твій дух,&lt;br /&gt;</w:t>
        <w:br/>
        <w:t>Як посягне рука.&lt;br /&gt;</w:t>
        <w:br/>
        <w:t>В серце власним дітям&lt;br /&gt;</w:t>
        <w:br/>
        <w:t>Удар спрямувать жахливий,&lt;br /&gt;</w:t>
        <w:br/>
        <w:t>860] І як їм увічі глянеш?&lt;br /&gt;</w:t>
        <w:br/>
        <w:t>Чи, смерть несучи, й сльози&lt;br /&gt;</w:t>
        <w:br/>
        <w:t>Не зрониш? О ні, не зможеш&lt;br /&gt;</w:t>
        <w:br/>
        <w:t>Безжалісну руку втопить [89]&lt;br /&gt;</w:t>
        <w:br/>
        <w:t>В крові діточок твоїх,&lt;br /&gt;</w:t>
        <w:br/>
        <w:t>865] Що молять пощади.</w:t>
      </w:r>
    </w:p>
    <w:p>
      <w:r>
        <w:br/>
        <w:t>ЕПІСОДІЙ ЧЕТВЕРТИЙ&lt;br /&gt;</w:t>
        <w:br/>
        <w:t>ЯСОН&lt;br /&gt;</w:t>
        <w:br/>
        <w:t>(виходить з палацу)&lt;br /&gt;</w:t>
        <w:br/>
        <w:t>Ось я прийшов на заклик твій. Хоч ти&lt;br /&gt;</w:t>
        <w:br/>
        <w:t>На мене й дивишся вороже, радий я&lt;br /&gt;</w:t>
        <w:br/>
        <w:t>Дізнатись, чим ще можу догодить тобі.&lt;br /&gt;</w:t>
        <w:br/>
        <w:t>МЕДЕЯ&lt;br /&gt;</w:t>
        <w:br/>
        <w:t>Пробач мені, Ясоне, все, що досі я&lt;br /&gt;</w:t>
        <w:br/>
        <w:t>870] Наговорила. Не суди й гарячності&lt;br /&gt;</w:t>
        <w:br/>
        <w:t>Моєї — за кохання, що єднало нас.&lt;br /&gt;</w:t>
        <w:br/>
        <w:t>Подумала я — й лаю вже саму себе;&lt;br /&gt;</w:t>
        <w:br/>
        <w:t>Чого б, нещасна, сердилась я й гнівалась&lt;br /&gt;</w:t>
        <w:br/>
        <w:t>На тих, хто в добрій допоміг пораді нам,&lt;br /&gt;</w:t>
        <w:br/>
        <w:t>875] Чого б на владців краю цього дихала&lt;br /&gt;</w:t>
        <w:br/>
        <w:t>Ворожістю й на мужа, що для нашого ж&lt;br /&gt;</w:t>
        <w:br/>
        <w:t>Добра взяв владарівну, щоб діткам моїм&lt;br /&gt;</w:t>
        <w:br/>
        <w:t>Братів державних дати? Чи не час мені&lt;br /&gt;</w:t>
        <w:br/>
        <w:t>Свій гнів спинить? Чи ж не боги сприяють нам?&lt;br /&gt;</w:t>
        <w:br/>
        <w:t>880] Нема діток і в мене. Чи забула я,&lt;br /&gt;</w:t>
        <w:br/>
        <w:t>Що в чужині, вигнанні, і без друзів ми?&lt;br /&gt;</w:t>
        <w:br/>
        <w:t>Це зваживши, збагнула — нерозсудлива,&lt;br /&gt;</w:t>
        <w:br/>
        <w:t>Як піддалась безглуздо свому гніву я!&lt;br /&gt;</w:t>
        <w:br/>
        <w:t>Тепер хвалю тебе я, був розважний ти,&lt;br /&gt;</w:t>
        <w:br/>
        <w:t>885] Нам те родство надавши, я ж дурна-таки, —&lt;br /&gt;</w:t>
        <w:br/>
        <w:t>Було б мені в тих задумах сприять тобі,&lt;br /&gt;</w:t>
        <w:br/>
        <w:t>З тобою разом готувать весілля те.&lt;br /&gt;</w:t>
        <w:br/>
        <w:t>Й радіть, що твоїй жінці слугуватиму.&lt;br /&gt;</w:t>
        <w:br/>
        <w:t>Та що тут говорити — всі жінки такі.&lt;br /&gt;</w:t>
        <w:br/>
        <w:t>890] Тобі ж не слід нас у лихім наслідувать&lt;br /&gt;</w:t>
        <w:br/>
        <w:t>Й на глупство нам відповідать глупотою.&lt;br /&gt;</w:t>
        <w:br/>
        <w:t>Та менше з тим, я визнаю — дурна тоді&lt;br /&gt;</w:t>
        <w:br/>
        <w:t>Була я і нарешті схаменулася.&lt;br /&gt;</w:t>
        <w:br/>
        <w:t>(Звертаючись у бік палацу).&lt;br /&gt;</w:t>
        <w:br/>
        <w:t>Гей, дітки, вийдіть з дому, любі дітоньки,&lt;br /&gt;</w:t>
        <w:br/>
        <w:t>895] Мерщій сюди, озвіться й привітайтеся&lt;br /&gt;</w:t>
        <w:br/>
        <w:t>Із татком нашим і змініть на любощі&lt;br /&gt;</w:t>
        <w:br/>
        <w:t>Колишню зваду так же, як і матінка.&lt;br /&gt;</w:t>
        <w:br/>
        <w:t>Вже мир настав між нами, гнів минувся вже!&lt;br /&gt;</w:t>
        <w:br/>
        <w:t>(Підходять діти із своїм доглядачем).&lt;br /&gt;</w:t>
        <w:br/>
        <w:t>Рук доторкніться таткових!&lt;br /&gt;</w:t>
        <w:br/>
        <w:t>(Діти простягають до тата свої рученятка).&lt;br /&gt;</w:t>
        <w:br/>
        <w:t>(До себе). [90]&lt;br /&gt;</w:t>
        <w:br/>
        <w:t>Ой лишенько!&lt;br /&gt;</w:t>
        <w:br/>
        <w:t>900] Тож горе потайне з думок не йде ніяк…&lt;br /&gt;</w:t>
        <w:br/>
        <w:t>Чи довго ще вам жити, дітки, й рученьки&lt;br /&gt;</w:t>
        <w:br/>
        <w:t>Ці простягати? Ох, моя недоленько!&lt;br /&gt;</w:t>
        <w:br/>
        <w:t>Готова я ридати, страху сповнена…&lt;br /&gt;</w:t>
        <w:br/>
        <w:t>(Схаменувшись).&lt;br /&gt;</w:t>
        <w:br/>
        <w:t>Тепер, коли ми з батьком помирилися,&lt;br /&gt;</w:t>
        <w:br/>
        <w:t>905] Не можу сліз гірких на лицях стримати.&lt;br /&gt;</w:t>
        <w:br/>
        <w:t>ПРОВІДНИЦЯ ХОРУ&lt;br /&gt;</w:t>
        <w:br/>
        <w:t>І в нас з очей пекучі сльози ринули.&lt;br /&gt;</w:t>
        <w:br/>
        <w:t>Коли б тут лиха гіршого не сталося.&lt;br /&gt;</w:t>
        <w:br/>
        <w:t>ЯСОН&lt;br /&gt;</w:t>
        <w:br/>
        <w:t>Це добре, жінко, та не ганю й давнього.&lt;br /&gt;</w:t>
        <w:br/>
        <w:t>Жона, звичайно, гнівна, якщо муж собі&lt;br /&gt;</w:t>
        <w:br/>
        <w:t>910] На стороні десь горнеться до іншої.&lt;br /&gt;</w:t>
        <w:br/>
        <w:t>Але змінила думку ти до кращого,&lt;br /&gt;</w:t>
        <w:br/>
        <w:t>І хоч не зразу, а збагнула, що для нас&lt;br /&gt;</w:t>
        <w:br/>
        <w:t>На користь — так і слід жоні розсудливій.&lt;br /&gt;</w:t>
        <w:br/>
        <w:t>(Звертаючись до дітей).&lt;br /&gt;</w:t>
        <w:br/>
        <w:t>То знайте ж, дітки, — тато не забув про вас.&lt;br /&gt;</w:t>
        <w:br/>
        <w:t>915] А щиро дбав із поміччю богівською.&lt;br /&gt;</w:t>
        <w:br/>
        <w:t>Колись, я певен, на землі корінфській ви,&lt;br /&gt;</w:t>
        <w:br/>
        <w:t>З братами поруч, поміж перших будете.&lt;br /&gt;</w:t>
        <w:br/>
        <w:t>То підростайте ж! За все інше дбатиме&lt;br /&gt;</w:t>
        <w:br/>
        <w:t>Ваш батько й хто з-поміж богів зласкавиться.&lt;br /&gt;</w:t>
        <w:br/>
        <w:t>920] Я хочу вас побачити змужнілими&lt;br /&gt;</w:t>
        <w:br/>
        <w:t>І підступів ворожих переможцями.&lt;br /&gt;</w:t>
        <w:br/>
        <w:t>(До Медеї).&lt;br /&gt;</w:t>
        <w:br/>
        <w:t>Чого ж ти знову слізьми умиваєшся&lt;br /&gt;</w:t>
        <w:br/>
        <w:t>Й, лице від мене одвернувши білеє,&lt;br /&gt;</w:t>
        <w:br/>
        <w:t>Моєї мови так нерадо слухаєш?&lt;br /&gt;</w:t>
        <w:br/>
        <w:t>МЕДЕЯ&lt;br /&gt;</w:t>
        <w:br/>
        <w:t>(намагаючись себе опанувати)&lt;br /&gt;</w:t>
        <w:br/>
        <w:t>925] Та ні, нічого… Про діток я думала.&lt;br /&gt;</w:t>
        <w:br/>
        <w:t>ЯСОН&lt;br /&gt;</w:t>
        <w:br/>
        <w:t>Спокійна будь! Про долю їх подбаю я.&lt;br /&gt;</w:t>
        <w:br/>
        <w:t>МЕДЕЯ&lt;br /&gt;</w:t>
        <w:br/>
        <w:t>Авжеж. Чи можу я тобі не вірити!&lt;br /&gt;</w:t>
        <w:br/>
        <w:t>Але ж я квола жінка і до сліз тонка.&lt;br /&gt;</w:t>
        <w:br/>
        <w:t>ЯСОН&lt;br /&gt;</w:t>
        <w:br/>
        <w:t>Чого ж ти, бідна, так діток оплакуєш? [91]&lt;br /&gt;</w:t>
        <w:br/>
        <w:t>МЕДЕЯ&lt;br /&gt;</w:t>
        <w:br/>
        <w:t>930] Я ж їх родила. Як бажав ти щастя їм,&lt;br /&gt;</w:t>
        <w:br/>
        <w:t>Мене взяв острах, чи воно ж так збудеться?&lt;br /&gt;</w:t>
        <w:br/>
        <w:t>(Цілком заспокоївшись).&lt;br /&gt;</w:t>
        <w:br/>
        <w:t>Отож про що я мала попросить тебе,&lt;br /&gt;</w:t>
        <w:br/>
        <w:t>Одне ти знаєш, вислухай і друге ще.&lt;br /&gt;</w:t>
        <w:br/>
        <w:t>Коли мене державці хочуть вислати&lt;br /&gt;</w:t>
        <w:br/>
        <w:t>935] 3 країни, то й для мене, мабуть, краще це,&lt;br /&gt;</w:t>
        <w:br/>
        <w:t>Щоб ні тобі не бути перешкодою,&lt;br /&gt;</w:t>
        <w:br/>
        <w:t>Ні владарям, коли їм осоружна я, —&lt;br /&gt;</w:t>
        <w:br/>
        <w:t>Піду з країни цеї я вигнанкою,&lt;br /&gt;</w:t>
        <w:br/>
        <w:t>Лиш діти під твоїм зростали б доглядом, —&lt;br /&gt;</w:t>
        <w:br/>
        <w:t>940] Проси Креонта, щоб не гнав з країни їх.&lt;br /&gt;</w:t>
        <w:br/>
        <w:t>ЯСОН&lt;br /&gt;</w:t>
        <w:br/>
        <w:t>Не знаю, чи послухає, та спробую.&lt;br /&gt;</w:t>
        <w:br/>
        <w:t>МЕДЕЯ&lt;br /&gt;</w:t>
        <w:br/>
        <w:t>Скажи й дружині, щоб благала батечка&lt;br /&gt;</w:t>
        <w:br/>
        <w:t>Свого — не виганяти з цього краю їх.&lt;br /&gt;</w:t>
        <w:br/>
        <w:t>ЯСОН&lt;br /&gt;</w:t>
        <w:br/>
        <w:t>Гаразд, я певен, що її умовлю я.&lt;br /&gt;</w:t>
        <w:br/>
        <w:t>МЕДЕЯ&lt;br /&gt;</w:t>
        <w:br/>
        <w:t>945] Якщо жіноче серце в неї в грудях є,&lt;br /&gt;</w:t>
        <w:br/>
        <w:t>В важкій цій справі я й допоможу тобі —&lt;br /&gt;</w:t>
        <w:br/>
        <w:t>Через діток дарунки їй такі пошлю —&lt;br /&gt;</w:t>
        <w:br/>
        <w:t>Одіння тонкоткане й золотий вінок —&lt;br /&gt;</w:t>
        <w:br/>
        <w:t>Що в цілім світі не знайти коштовніших,&lt;br /&gt;</w:t>
        <w:br/>
        <w:t>950] Це запевняю сміло.&lt;br /&gt;</w:t>
        <w:br/>
        <w:t>(До своїх служниць).&lt;br /&gt;</w:t>
        <w:br/>
        <w:t>Хай із вас котра&lt;br /&gt;</w:t>
        <w:br/>
        <w:t>Вбрання те якнайшвидше принесе сюди.&lt;br /&gt;</w:t>
        <w:br/>
        <w:t>(До Ясона).&lt;br /&gt;</w:t>
        <w:br/>
        <w:t>Стократ вона щаслива, мужем маючи&lt;br /&gt;</w:t>
        <w:br/>
        <w:t>Тебе, з усіх чоловіків найкращого,&lt;br /&gt;</w:t>
        <w:br/>
        <w:t>Та ще й вбранням прикрашена, що Геліос,&lt;br /&gt;</w:t>
        <w:br/>
        <w:t>955] Мій дід, своїм потомкам дарував колись.&lt;br /&gt;</w:t>
        <w:br/>
        <w:t>(Служниця приносить коштовні шати, які Медея&lt;br /&gt;</w:t>
        <w:br/>
        <w:t>передає дітям).&lt;br /&gt;</w:t>
        <w:br/>
        <w:t>Беріть же в руки це убрання, дітоньки,&lt;br /&gt;</w:t>
        <w:br/>
        <w:t>І віднесіть щасливій владарівні тій, —&lt;br /&gt;</w:t>
        <w:br/>
        <w:t>За ці дари догани не почуєте.&lt;br /&gt;</w:t>
        <w:br/>
        <w:t>ЯСОН&lt;br /&gt;</w:t>
        <w:br/>
        <w:t>Навіщо, нерозумна, це даруєш ти?&lt;br /&gt;</w:t>
        <w:br/>
        <w:t>960] Чи владарям бракує шат у домі їх, [92]&lt;br /&gt;</w:t>
        <w:br/>
        <w:t>Чи золота бракує? Збережи це все.&lt;br /&gt;</w:t>
        <w:br/>
        <w:t>Якщо я в жінки варт чого, то певна будь —&lt;br /&gt;</w:t>
        <w:br/>
        <w:t>Моє вартніше слово, ніж скарби оці.&lt;br /&gt;</w:t>
        <w:br/>
        <w:t>МЕДЕЯ&lt;br /&gt;</w:t>
        <w:br/>
        <w:t>965] Ні, кажуть, подарунки і богам лестять,&lt;br /&gt;</w:t>
        <w:br/>
        <w:t>Від тисяч слів дорожче людям золото.&lt;br /&gt;</w:t>
        <w:br/>
        <w:t>їй доля служить, їй сприяє й бог тепер,&lt;br /&gt;</w:t>
        <w:br/>
        <w:t>Владарці юній, вигнання ж дітей — життям,&lt;br /&gt;</w:t>
        <w:br/>
        <w:t>Не золотом готова відвернути я.&lt;br /&gt;</w:t>
        <w:br/>
        <w:t>(До дітей).&lt;br /&gt;</w:t>
        <w:br/>
        <w:t>Ідіть же, дітки, у розкішний дім оцей, —&lt;br /&gt;</w:t>
        <w:br/>
        <w:t>970] Нову дружину батькову й володарку&lt;br /&gt;</w:t>
        <w:br/>
        <w:t>Мою благайте, щоб не виганяли вас;&lt;br /&gt;</w:t>
        <w:br/>
        <w:t>Віддайте їй убрання й постарайтеся&lt;br /&gt;</w:t>
        <w:br/>
        <w:t>У власні руки, їй самій, віддать його,&lt;br /&gt;</w:t>
        <w:br/>
        <w:t>Ідіть же швидше і приносьте матері&lt;br /&gt;</w:t>
        <w:br/>
        <w:t>975] Вість добру, що її бажання здійснене.</w:t>
      </w:r>
    </w:p>
    <w:p>
      <w:r>
        <w:br/>
        <w:t>СТАСИМ ЧЕТВЕРТИЙ&lt;br /&gt;</w:t>
        <w:br/>
        <w:t>ХОР&lt;br /&gt;</w:t>
        <w:br/>
        <w:t>Строфа 1&lt;br /&gt;</w:t>
        <w:br/>
        <w:t>Нема вже надій на рятунок вам, діти!&lt;br /&gt;</w:t>
        <w:br/>
        <w:t>Ні, нема! Чекає вас смерть неминуча.&lt;br /&gt;</w:t>
        <w:br/>
        <w:t>Прийме в дар пов'язку злотисту царівна,&lt;br /&gt;</w:t>
        <w:br/>
        <w:t>Прийме згубу свою, сердешна,&lt;br /&gt;</w:t>
        <w:br/>
        <w:t>980] І на коси русяві&lt;br /&gt;</w:t>
        <w:br/>
        <w:t>Покладе оздобу смертну&lt;br /&gt;</w:t>
        <w:br/>
        <w:t>Власними руками.&lt;br /&gt;</w:t>
        <w:br/>
        <w:t>Антистрофа 1&lt;br /&gt;</w:t>
        <w:br/>
        <w:t>Спокусить її пишноткане одіння,&lt;br /&gt;</w:t>
        <w:br/>
        <w:t>І вінець оздобить її злотосяйний,&lt;br /&gt;</w:t>
        <w:br/>
        <w:t>985] Та в підземній тьмі не до шат їй весільних!&lt;br /&gt;</w:t>
        <w:br/>
        <w:t>Смертній долі вона, сердешна,&lt;br /&gt;</w:t>
        <w:br/>
        <w:t>Упаде в тенета,&lt;br /&gt;</w:t>
        <w:br/>
        <w:t>І жахливої недолі&lt;br /&gt;</w:t>
        <w:br/>
        <w:t>їй не врятуватись.&lt;br /&gt;</w:t>
        <w:br/>
        <w:t>Строфа 2&lt;br /&gt;</w:t>
        <w:br/>
        <w:t>990] А ти, новоженче злощасний,&lt;br /&gt;</w:t>
        <w:br/>
        <w:t>Бідний зятю царський!&lt;br /&gt;</w:t>
        <w:br/>
        <w:t>Чи не бачиш, як сам&lt;br /&gt;</w:t>
        <w:br/>
        <w:t>Ти готуєш загибель своїм діточкам [93]&lt;br /&gt;</w:t>
        <w:br/>
        <w:t>І смерть нареченій своїй?&lt;br /&gt;</w:t>
        <w:br/>
        <w:t>995] Де ж, безталанний, де дні щасливі!&lt;br /&gt;</w:t>
        <w:br/>
        <w:t>Антистрофа 2&lt;br /&gt;</w:t>
        <w:br/>
        <w:t>Твоє я оплакую горе,&lt;br /&gt;</w:t>
        <w:br/>
        <w:t>Бідна матінко ти,&lt;br /&gt;</w:t>
        <w:br/>
        <w:t>Що із світу сама&lt;br /&gt;</w:t>
        <w:br/>
        <w:t>Завзялася бездольних звести діточок&lt;br /&gt;</w:t>
        <w:br/>
        <w:t>1000] Тому, що зрадливий твій муж&lt;br /&gt;</w:t>
        <w:br/>
        <w:t>Іншу привів на постелю шлюбну.</w:t>
      </w:r>
    </w:p>
    <w:p>
      <w:r>
        <w:br/>
        <w:t>ЕПІСОДІЙ П'ЯТИЙ&lt;br /&gt;</w:t>
        <w:br/>
        <w:t>ВИХОВАТЕЛЬ&lt;br /&gt;</w:t>
        <w:br/>
        <w:t>Не йти в заслання, господине, діточкам:&lt;br /&gt;</w:t>
        <w:br/>
        <w:t>Охоче владарівна молода твої&lt;br /&gt;</w:t>
        <w:br/>
        <w:t>Взяла дарунки, — з дітьми вже замирення!&lt;br /&gt;</w:t>
        <w:br/>
        <w:t>Ой-ой!&lt;br /&gt;</w:t>
        <w:br/>
        <w:t>1005] Чого ж ти не радієш, а стривожилась?&lt;br /&gt;</w:t>
        <w:br/>
        <w:t>Чому, лице від мене одвертаючи,&lt;br /&gt;</w:t>
        <w:br/>
        <w:t>Моєї мови так нерадо слухаєш?&lt;br /&gt;</w:t>
        <w:br/>
        <w:t>МЕДЕЯ&lt;br /&gt;</w:t>
        <w:br/>
        <w:t>Ой горе!&lt;br /&gt;</w:t>
        <w:br/>
        <w:t>ВИХОВАТЕЛЬ&lt;br /&gt;</w:t>
        <w:br/>
        <w:t>До новини моєї не пасує це.&lt;br /&gt;</w:t>
        <w:br/>
        <w:t>МЕДЕЯ&lt;br /&gt;</w:t>
        <w:br/>
        <w:t>Ой горе, горе!&lt;br /&gt;</w:t>
        <w:br/>
        <w:t>ВИХОВАТЕЛЬ&lt;br /&gt;</w:t>
        <w:br/>
        <w:t>Може, несвідомо я&lt;br /&gt;</w:t>
        <w:br/>
        <w:t>1010] Біду звістив, про добре сповіщаючи?&lt;br /&gt;</w:t>
        <w:br/>
        <w:t>МЕДЕЯ&lt;br /&gt;</w:t>
        <w:br/>
        <w:t>Звістив, що мав звістити, — не корю тебе.&lt;br /&gt;</w:t>
        <w:br/>
        <w:t>ВИХОВАТЕЛЬ&lt;br /&gt;</w:t>
        <w:br/>
        <w:t>Чого ж ти очі опустила й плачеш так?&lt;br /&gt;</w:t>
        <w:br/>
        <w:t>МЕДЕЯ&lt;br /&gt;</w:t>
        <w:br/>
        <w:t>Бо й є чого, дідуню: це боги мені&lt;br /&gt;</w:t>
        <w:br/>
        <w:t>Вчинили так, а з ними й нерозумна я.&lt;br /&gt;</w:t>
        <w:br/>
        <w:t>ВИХОВАТЕЛЬ&lt;br /&gt;</w:t>
        <w:br/>
        <w:t>1015] Спокійна будь! Ще до діток повернешся. [94]&lt;br /&gt;</w:t>
        <w:br/>
        <w:t>МЕДЕЯ&lt;br /&gt;</w:t>
        <w:br/>
        <w:t>Раніш, нещасна, іншим дам вернутися.&lt;br /&gt;</w:t>
        <w:br/>
        <w:t>ВИХОВАТЕЛЬ&lt;br /&gt;</w:t>
        <w:br/>
        <w:t>Хіба ж одна ти з дітьми розлучаєшся?&lt;br /&gt;</w:t>
        <w:br/>
        <w:t>Слід терпеливо людям лихо зносити.&lt;br /&gt;</w:t>
        <w:br/>
        <w:t>МЕДЕЯ&lt;br /&gt;</w:t>
        <w:br/>
        <w:t>Так і зроблю я. Йди ж додому й діточкам&lt;br /&gt;</w:t>
        <w:br/>
        <w:t>1020] Все приготуй, що про. всяк день потрібно їм.&lt;br /&gt;</w:t>
        <w:br/>
        <w:t>Вихователь виходить.&lt;br /&gt;</w:t>
        <w:br/>
        <w:t>Ох діти, діти! Є для вас і край, і дім,&lt;br /&gt;</w:t>
        <w:br/>
        <w:t>Де доведеться повсякденно жити вам&lt;br /&gt;</w:t>
        <w:br/>
        <w:t>Без матінки своєї безталанної!&lt;br /&gt;</w:t>
        <w:br/>
        <w:t>А я піду на чужину, вигнанниця, —&lt;br /&gt;</w:t>
        <w:br/>
        <w:t>1025] Вже вас мені щасливими не бачити,&lt;br /&gt;</w:t>
        <w:br/>
        <w:t>Дружини, і весілля, й ложа шлюбного&lt;br /&gt;</w:t>
        <w:br/>
        <w:t>Не прибирать і не світити факелів…&lt;br /&gt;</w:t>
        <w:br/>
        <w:t>Ой гірко я за гордощі караюся!&lt;br /&gt;</w:t>
        <w:br/>
        <w:t>Даремно-бо я, дітки, годувала вас,&lt;br /&gt;</w:t>
        <w:br/>
        <w:t>1030] Даремно вас у муках породила я&lt;br /&gt;</w:t>
        <w:br/>
        <w:t>І знемагала тяжко, вас плекаючи.&lt;br /&gt;</w:t>
        <w:br/>
        <w:t>А як від вас, нещасна, сподівалась я,&lt;br /&gt;</w:t>
        <w:br/>
        <w:t>Що ви мене й у старості доглянете,&lt;br /&gt;</w:t>
        <w:br/>
        <w:t>А вмру — як слід мене ви поховаєте&lt;br /&gt;</w:t>
        <w:br/>
        <w:t>1035] На заздрість людям. А тепер — пропали ті&lt;br /&gt;</w:t>
        <w:br/>
        <w:t>Солодкі сподівання! В тузі й смуткові&lt;br /&gt;</w:t>
        <w:br/>
        <w:t>Без вас тепер я віку доживатиму,&lt;br /&gt;</w:t>
        <w:br/>
        <w:t>Вже вам своєї матінки не бачити&lt;br /&gt;</w:t>
        <w:br/>
        <w:t>Повік, у інше-бо життя ввійдете ви.&lt;br /&gt;</w:t>
        <w:br/>
        <w:t>(Замислюється. До дітей, що усміхаються).&lt;br /&gt;</w:t>
        <w:br/>
        <w:t>1040] Ой, ой! Чого на мене так ви дивитесь?&lt;br /&gt;</w:t>
        <w:br/>
        <w:t>То ви ж востаннє, дітки, усміхаєтесь!&lt;br /&gt;</w:t>
        <w:br/>
        <w:t>(До хору жінок).&lt;br /&gt;</w:t>
        <w:br/>
        <w:t>Ах, що робити! Як в ці очі яснії&lt;br /&gt;</w:t>
        <w:br/>
        <w:t>Я, сестри, гляну — серце розривається.&lt;br /&gt;</w:t>
        <w:br/>
        <w:t>Ні, я не зможу! Хай всі гинуть задуми, —&lt;br /&gt;</w:t>
        <w:br/>
        <w:t>1045] Я заберу з собою діточок своїх!&lt;br /&gt;</w:t>
        <w:br/>
        <w:t>Невже, щоб горем засмутити батька їх,&lt;br /&gt;</w:t>
        <w:br/>
        <w:t>Самій собі я вдвоє більших мук завдам?&lt;br /&gt;</w:t>
        <w:br/>
        <w:t>Нізащо! Хай же всі загинуть задуми!&lt;br /&gt;</w:t>
        <w:br/>
        <w:t>(По тяжкому роздумі).&lt;br /&gt;</w:t>
        <w:br/>
        <w:t>Та що це я? Стать людям посміховищем,&lt;br /&gt;</w:t>
        <w:br/>
        <w:t>1050] Своїх лишивши ворогів безкарними?&lt;br /&gt;</w:t>
        <w:br/>
        <w:t>Ні, зважуся. Яка ж я боягузлива,&lt;br /&gt;</w:t>
        <w:br/>
        <w:t>Що полохливим піддаюсь думкам оцим!&lt;br /&gt;</w:t>
        <w:br/>
        <w:t>Ідіть додому, дітки. [95]&lt;br /&gt;</w:t>
        <w:br/>
        <w:t>Діти виходять.&lt;br /&gt;</w:t>
        <w:br/>
        <w:t>А як совісно&lt;br /&gt;</w:t>
        <w:br/>
        <w:t>Кому моєї жертви бути свідками —&lt;br /&gt;</w:t>
        <w:br/>
        <w:t>1055] Теж може йти. Моя ж не затремтить рука.&lt;br /&gt;</w:t>
        <w:br/>
        <w:t>(По замисленні, з глубоким зворушенням).&lt;br /&gt;</w:t>
        <w:br/>
        <w:t>О-е!&lt;br /&gt;</w:t>
        <w:br/>
        <w:t>О ні, ніколи! Серце, не роби цього.&lt;br /&gt;</w:t>
        <w:br/>
        <w:t>Дай жити їм, нещасна! Пожалій дітей!&lt;br /&gt;</w:t>
        <w:br/>
        <w:t>Ти в них живих утіху завжди матимеш.&lt;br /&gt;</w:t>
        <w:br/>
        <w:t>(Ніжно дивиться в бік, куди пішли діти.&lt;br /&gt;</w:t>
        <w:br/>
        <w:t>З раптовим поривом мстивості).&lt;br /&gt;</w:t>
        <w:br/>
        <w:t>Ні, ні, — в ім'я всіх месників Аїдових!&lt;br /&gt;</w:t>
        <w:br/>
        <w:t>1060] Того повік не буде, щоб дітей своїх&lt;br /&gt;</w:t>
        <w:br/>
        <w:t>Злим ворогам на поглум я покинула.&lt;br /&gt;</w:t>
        <w:br/>
        <w:t>Вони повинні вмерти — мусить бути так,&lt;br /&gt;</w:t>
        <w:br/>
        <w:t>І я, що їх родила, їх сама уб'ю.&lt;br /&gt;</w:t>
        <w:br/>
        <w:t>Це — неминуче, й вороття немає тут.&lt;br /&gt;</w:t>
        <w:br/>
        <w:t>1065] Вінець вже в неї на чолі, і в шатах тих,&lt;br /&gt;</w:t>
        <w:br/>
        <w:t>Я знаю, владарівна юна гине вже.&lt;br /&gt;</w:t>
        <w:br/>
        <w:t>От я на путь ступаю найстражденнішу,&lt;br /&gt;</w:t>
        <w:br/>
        <w:t>А їх — в ще більш стражденну посилаю путь.&lt;br /&gt;</w:t>
        <w:br/>
        <w:t>Я з дітьми попрощаюсь.&lt;br /&gt;</w:t>
        <w:br/>
        <w:t>Дітей виводять з дому.&lt;br /&gt;</w:t>
        <w:br/>
        <w:t>Дайте, дітоньки,&lt;br /&gt;</w:t>
        <w:br/>
        <w:t>1070] Хоч ручки вам поцілувати матінці.&lt;br /&gt;</w:t>
        <w:br/>
        <w:t>(Обнімаючи й цілуючи дітей).&lt;br /&gt;</w:t>
        <w:br/>
        <w:t>Голівоньки кохані, любі рученьки,&lt;br /&gt;</w:t>
        <w:br/>
        <w:t>Обличчя безневинні, милі постаті!&lt;br /&gt;</w:t>
        <w:br/>
        <w:t>Хоч там щасливі будьте — щастя тут зазнать&lt;br /&gt;</w:t>
        <w:br/>
        <w:t>Не дав вам батько… О солодкий цвіте лиць,&lt;br /&gt;</w:t>
        <w:br/>
        <w:t>1075] Обійми ніжні й уст дитячих дихання!&lt;br /&gt;</w:t>
        <w:br/>
        <w:t>(По короткій паузі).&lt;br /&gt;</w:t>
        <w:br/>
        <w:t>Ідіть же, йдіть! Не можу більш дивитися&lt;br /&gt;</w:t>
        <w:br/>
        <w:t>На вас, тяжкою мукою подолана.&lt;br /&gt;</w:t>
        <w:br/>
        <w:t>Все лихо бачу, на яке я зважилась,&lt;br /&gt;</w:t>
        <w:br/>
        <w:t>Та гнів сильніший від усіх бажань моїх, —&lt;br /&gt;</w:t>
        <w:br/>
        <w:t>1080] Він горя людям завдає найгіршого.&lt;br /&gt;</w:t>
        <w:br/>
        <w:t>ПРОВІДНИЦЯ ХОРУ&lt;br /&gt;</w:t>
        <w:br/>
        <w:t>Вже не раз у прядінні найтонших думок&lt;br /&gt;</w:t>
        <w:br/>
        <w:t>Я в мисленну глибінь поринала&lt;br /&gt;</w:t>
        <w:br/>
        <w:t>Й намагалась трудніших торкнутись питань,&lt;br /&gt;</w:t>
        <w:br/>
        <w:t>Аніж нам те годилось би, кволим жінкам.&lt;br /&gt;</w:t>
        <w:br/>
        <w:t>1085] Хоч і нас не цурається муза й не раз&lt;br /&gt;</w:t>
        <w:br/>
        <w:t>Уділяє глибокої мудрості й нам,&lt;br /&gt;</w:t>
        <w:br/>
        <w:t>Та далеко не всім. Серед тисяч жінок&lt;br /&gt;</w:t>
        <w:br/>
        <w:t>Пощастить тобі ледве натрапить одну, [96]&lt;br /&gt;</w:t>
        <w:br/>
        <w:t>Що була б не чужа вона музам.&lt;br /&gt;</w:t>
        <w:br/>
        <w:t>1090] Але от що скажу я вам: хто із людей&lt;br /&gt;</w:t>
        <w:br/>
        <w:t>У подружжі не жив і не має діток,&lt;br /&gt;</w:t>
        <w:br/>
        <w:t>Набагато він є щасливіший од тих,&lt;br /&gt;</w:t>
        <w:br/>
        <w:t>Що батьками стають. Бо бездітним ніяк&lt;br /&gt;</w:t>
        <w:br/>
        <w:t>Не збагнути без досвіду — радості більш&lt;br /&gt;</w:t>
        <w:br/>
        <w:t>1095] Чи скорботи батьки зазнають од дітей, —&lt;br /&gt;</w:t>
        <w:br/>
        <w:t>Невідомість оця&lt;br /&gt;</w:t>
        <w:br/>
        <w:t>Багатьох від страждань увільняє.&lt;br /&gt;</w:t>
        <w:br/>
        <w:t>А де дома ці пагінці ніжні дітей&lt;br /&gt;</w:t>
        <w:br/>
        <w:t>Проростають, там — бачу, як вік свій увесь&lt;br /&gt;</w:t>
        <w:br/>
        <w:t>1100] у турботах виснажливих скніють батьки,&lt;br /&gt;</w:t>
        <w:br/>
        <w:t>Щоб насамперед виховать діток своїх&lt;br /&gt;</w:t>
        <w:br/>
        <w:t>Та достатків надбати для їх прожиття.&lt;br /&gt;</w:t>
        <w:br/>
        <w:t>А чи хоч задля добрих мордуються так&lt;br /&gt;</w:t>
        <w:br/>
        <w:t>Чи для злих діточок —&lt;br /&gt;</w:t>
        <w:br/>
        <w:t>то лишається їм не відоме.&lt;br /&gt;</w:t>
        <w:br/>
        <w:t>1105] Про одне іще лихо згадаю тепер —&lt;br /&gt;</w:t>
        <w:br/>
        <w:t>Найстрашніше, найгірше для смертних усіх:&lt;br /&gt;</w:t>
        <w:br/>
        <w:t>Хоч би й скільки достатків надбали батьки,&lt;br /&gt;</w:t>
        <w:br/>
        <w:t>Хоч би й тілом квітучих і дужих дітей&lt;br /&gt;</w:t>
        <w:br/>
        <w:t>Дочекались, але, як зустрінеться їм&lt;br /&gt;</w:t>
        <w:br/>
        <w:t>1110] Бог ворожий, то смерть несподівана враз&lt;br /&gt;</w:t>
        <w:br/>
        <w:t>Поведе до Аїда тих бідних дітей.&lt;br /&gt;</w:t>
        <w:br/>
        <w:t>І навіщо боги нам до інших страждань&lt;br /&gt;</w:t>
        <w:br/>
        <w:t>Ще найтяжче це горе — невпинну печаль,&lt;br /&gt;</w:t>
        <w:br/>
        <w:t>Біль утрати дітей&lt;br /&gt;</w:t>
        <w:br/>
        <w:t>1115] посилають нам, людям нужденним?</w:t>
      </w:r>
    </w:p>
    <w:p>
      <w:r>
        <w:br/>
        <w:t>ЕПІСОДІЙ ШОСТИЙ&lt;br /&gt;</w:t>
        <w:br/>
        <w:t>МЕДЕЯ&lt;br /&gt;</w:t>
        <w:br/>
        <w:t>Давно вже тут і з нетерпінням, подруги,&lt;br /&gt;</w:t>
        <w:br/>
        <w:t>Вістей я дожидаю, чим скінчилось там.&lt;br /&gt;</w:t>
        <w:br/>
        <w:t>(Показуючи на посланця, що наближається).&lt;br /&gt;</w:t>
        <w:br/>
        <w:t>Нарешті бачу одного з Ясонових&lt;br /&gt;</w:t>
        <w:br/>
        <w:t>Гінців, ось він біжить сюди, задихавшись,&lt;br /&gt;</w:t>
        <w:br/>
        <w:t>1120] 3 якоюсь, видно, звісткою недоброю.&lt;br /&gt;</w:t>
        <w:br/>
        <w:t>ВІСНИК&lt;br /&gt;</w:t>
        <w:br/>
        <w:t>О злочинів нечуваних причиннице,&lt;br /&gt;</w:t>
        <w:br/>
        <w:t>Тікай, тікай, Медеє, кораблем морським&lt;br /&gt;</w:t>
        <w:br/>
        <w:t>Чи возом сухопутним — утікай мерщій!&lt;br /&gt;</w:t>
        <w:br/>
        <w:t>МЕДЕЯ&lt;br /&gt;</w:t>
        <w:br/>
        <w:t>Чого б це мала звідси утікати я? [97]&lt;br /&gt;</w:t>
        <w:br/>
        <w:t>вісник&lt;br /&gt;</w:t>
        <w:br/>
        <w:t>1125] Дочка державця і Креонт, отець її,&lt;br /&gt;</w:t>
        <w:br/>
        <w:t>З твого дання отруйного загинули.&lt;br /&gt;</w:t>
        <w:br/>
        <w:t>МЕДЕЯ&lt;br /&gt;</w:t>
        <w:br/>
        <w:t>За цю щасливу звістку я добродієм&lt;br /&gt;</w:t>
        <w:br/>
        <w:t>Тебе довіку й кращим другом зватиму.&lt;br /&gt;</w:t>
        <w:br/>
        <w:t>ВІСНИК&lt;br /&gt;</w:t>
        <w:br/>
        <w:t>Що ти говориш? Чи не збожеволіла&lt;br /&gt;</w:t>
        <w:br/>
        <w:t>1130] Ти, жінко? Владареве згасло вогнище,&lt;br /&gt;</w:t>
        <w:br/>
        <w:t>А ти зраділа, замість ужахнутися!&lt;br /&gt;</w:t>
        <w:br/>
        <w:t>МЕДЕЯ&lt;br /&gt;</w:t>
        <w:br/>
        <w:t>Могла б тобі багато я у відповідь&lt;br /&gt;</w:t>
        <w:br/>
        <w:t>Сказать. Але не гарячися, друже мій.&lt;br /&gt;</w:t>
        <w:br/>
        <w:t>Розказуй, як загинули. Радітиму&lt;br /&gt;</w:t>
        <w:br/>
        <w:t>1135] Я вдвоє більш, якщо їх смерть страшна була.&lt;br /&gt;</w:t>
        <w:br/>
        <w:t>ВІСНИК&lt;br /&gt;</w:t>
        <w:br/>
        <w:t>Коли прийшли із батьком двійко діточок&lt;br /&gt;</w:t>
        <w:br/>
        <w:t>Твоїх у дім до владарівни нашої,&lt;br /&gt;</w:t>
        <w:br/>
        <w:t>Ми, слуги, що смутила й нас біда твоя,&lt;br /&gt;</w:t>
        <w:br/>
        <w:t>Зраділи, — чутка облетіла дім увесь,&lt;br /&gt;</w:t>
        <w:br/>
        <w:t>1140] Що в тебе з мужем звада вже скінчилася.&lt;br /&gt;</w:t>
        <w:br/>
        <w:t>Хто дітям ручки ніжні, хто голівку їм&lt;br /&gt;</w:t>
        <w:br/>
        <w:t>Русяву вже цілує; я ж на радощах&lt;br /&gt;</w:t>
        <w:br/>
        <w:t>Із дітьми до покою йду жіночого.&lt;br /&gt;</w:t>
        <w:br/>
        <w:t>А господиня, що її шануємо&lt;br /&gt;</w:t>
        <w:br/>
        <w:t>1145] Замість тебе, спочатку не побачивши&lt;br /&gt;</w:t>
        <w:br/>
        <w:t>Діток твоїх, Ясонові всміхнулася.&lt;br /&gt;</w:t>
        <w:br/>
        <w:t>А вгледівши — і очі затулила враз&lt;br /&gt;</w:t>
        <w:br/>
        <w:t>І навіть личко одвернула білеє,&lt;br /&gt;</w:t>
        <w:br/>
        <w:t>Дітей приходом вражена. Твій муж тоді&lt;br /&gt;</w:t>
        <w:br/>
        <w:t>1150] Гнів жінки молодої гамувати став,&lt;br /&gt;</w:t>
        <w:br/>
        <w:t>Так мовлячи: "Не слід на друзів сердитись!&lt;br /&gt;</w:t>
        <w:br/>
        <w:t>Спини свій гнів і поверни лице до них, —&lt;br /&gt;</w:t>
        <w:br/>
        <w:t>Хто друг мені, той буде і для тебе ним.&lt;br /&gt;</w:t>
        <w:br/>
        <w:t>Прийми дарунки й задля мене дітям цим&lt;br /&gt;</w:t>
        <w:br/>
        <w:t>1155] Проси у батька дозволу лишатись тут".&lt;br /&gt;</w:t>
        <w:br/>
        <w:t>Вона ж, вбрання побачивши, не втерпіла&lt;br /&gt;</w:t>
        <w:br/>
        <w:t>Й все мужу обіцяла. Та не встиг іще&lt;br /&gt;</w:t>
        <w:br/>
        <w:t>Далеко з дітьми одійти од дому він,&lt;br /&gt;</w:t>
        <w:br/>
        <w:t>Як у барвисті шати одяглась вона,&lt;br /&gt;</w:t>
        <w:br/>
        <w:t>1160] Й, вінець поклавши золотий на кучері,&lt;br /&gt;</w:t>
        <w:br/>
        <w:t>Перед ясним люстерком прикрашала їх&lt;br /&gt;</w:t>
        <w:br/>
        <w:t>Та на свою в нім красоту всміхалася.&lt;br /&gt;</w:t>
        <w:br/>
        <w:t>Пройшлася потім по покоях, ніжками&lt;br /&gt;</w:t>
        <w:br/>
        <w:t>Ступаючи зграбненько сніжно-білими, [98]&lt;br /&gt;</w:t>
        <w:br/>
        <w:t>1165] Дарунками милуючись і раз у раз&lt;br /&gt;</w:t>
        <w:br/>
        <w:t>Себе навшпиньках ззаду оглядаючи.&lt;br /&gt;</w:t>
        <w:br/>
        <w:t>Та раптом щось жахливе з нею сталося!&lt;br /&gt;</w:t>
        <w:br/>
        <w:t>Вона пополотніла, затрусилася,&lt;br /&gt;</w:t>
        <w:br/>
        <w:t>Назад вся поточилась і, хитаючись,&lt;br /&gt;</w:t>
        <w:br/>
        <w:t>1170] Гаразд, що не на землю — в крісло падає.&lt;br /&gt;</w:t>
        <w:br/>
        <w:t>Одна стара служниця, в тім угледівши&lt;br /&gt;</w:t>
        <w:br/>
        <w:t>Гнів Пана чи якогось бога іншого,&lt;br /&gt;</w:t>
        <w:br/>
        <w:t>Заголосила… Раптом владарівни з уст&lt;br /&gt;</w:t>
        <w:br/>
        <w:t>Побігла піна біла, зупинилися&lt;br /&gt;</w:t>
        <w:br/>
        <w:t>1175] Очей зіниці, в лицях — ні кровиночки.&lt;br /&gt;</w:t>
        <w:br/>
        <w:t>І розляглись ридання й зойки розпачу&lt;br /&gt;</w:t>
        <w:br/>
        <w:t>Навколо неї… Тої ж миті кинулись&lt;br /&gt;</w:t>
        <w:br/>
        <w:t>Служниці — та до батька в дім, до мужа та —&lt;br /&gt;</w:t>
        <w:br/>
        <w:t>Звістити про нещастя, й залунала вся&lt;br /&gt;</w:t>
        <w:br/>
        <w:t>1180] Господа від гучного крику й тупоту.&lt;br /&gt;</w:t>
        <w:br/>
        <w:t>До краю вже пробіг би свою просторінь&lt;br /&gt;</w:t>
        <w:br/>
        <w:t>Бігун швидкий на гонах, поки бідна з сну&lt;br /&gt;</w:t>
        <w:br/>
        <w:t>Жахливого прокинулась і, очі враз&lt;br /&gt;</w:t>
        <w:br/>
        <w:t>Розплющивши, несамовито зойкнула,&lt;br /&gt;</w:t>
        <w:br/>
        <w:t>1185] Стражданнями уражена подвійними:&lt;br /&gt;</w:t>
        <w:br/>
        <w:t>На голові з віночка щирозлотного&lt;br /&gt;</w:t>
        <w:br/>
        <w:t>Пашів огонь жадливий дивним струменем,&lt;br /&gt;</w:t>
        <w:br/>
        <w:t>А шати пишноткані, дар діток твоїх,&lt;br /&gt;</w:t>
        <w:br/>
        <w:t>Нещасній в тіло ніжнеє вгризалися.&lt;br /&gt;</w:t>
        <w:br/>
        <w:t>1190] 3 свого схопившись крісла, вся у полум'ї,&lt;br /&gt;</w:t>
        <w:br/>
        <w:t>Біжить вона, волоссям потрясаючи,&lt;br /&gt;</w:t>
        <w:br/>
        <w:t>Щоб скинути вінок той; та уп'явся він&lt;br /&gt;</w:t>
        <w:br/>
        <w:t>У скроні цупко, й чим вона завзятіше&lt;br /&gt;</w:t>
        <w:br/>
        <w:t>Струсне чолом, тим більш він пломенішає.&lt;br /&gt;</w:t>
        <w:br/>
        <w:t>1195] Нарешті впала в муках, так спотворена,&lt;br /&gt;</w:t>
        <w:br/>
        <w:t>Що навіть батько б рідний не впізнав її.&lt;br /&gt;</w:t>
        <w:br/>
        <w:t>На ній не знать було вже ні очей ясних,&lt;br /&gt;</w:t>
        <w:br/>
        <w:t>Ні лиць прекрасних; тільки з тім'я краплями&lt;br /&gt;</w:t>
        <w:br/>
        <w:t>Стікала кров, у полум'ї скипаючи,&lt;br /&gt;</w:t>
        <w:br/>
        <w:t>1200] Й, лихої трути щелепами гризене,&lt;br /&gt;</w:t>
        <w:br/>
        <w:t>З костей спадало тіло, мов смола з сосни&lt;br /&gt;</w:t>
        <w:br/>
        <w:t>Горящої. І з жахом утікали всі&lt;br /&gt;</w:t>
        <w:br/>
        <w:t>Від мертвої. Гірка ж була наука нам!&lt;br /&gt;</w:t>
        <w:br/>
        <w:t>Нещасний батько, про біду не знаючи,&lt;br /&gt;</w:t>
        <w:br/>
        <w:t>1205] Ввійшов у дім — і вже припав до вмерлої.&lt;br /&gt;</w:t>
        <w:br/>
        <w:t>Обняв з риданням, цілував холодний труп&lt;br /&gt;</w:t>
        <w:br/>
        <w:t>І ледь стогнав: "Моя бездольна донечко!&lt;br /&gt;</w:t>
        <w:br/>
        <w:t>Хто із богів тебе безславно з світу звів,&lt;br /&gt;</w:t>
        <w:br/>
        <w:t>Мене ж, старого, край могили власної&lt;br /&gt;</w:t>
        <w:br/>
        <w:t>1210] Осиротив? Бодай би й я з тобою вмер!"&lt;br /&gt;</w:t>
        <w:br/>
        <w:t>Коли, слізьми і стогоном утомлений,&lt;br /&gt;</w:t>
        <w:br/>
        <w:t>Своє старече тіло підвести хотів,&lt;br /&gt;</w:t>
        <w:br/>
        <w:t>У пишні шати вплутавсь, наче плющ виткий&lt;br /&gt;</w:t>
        <w:br/>
        <w:t>В гілля лаврове. То страшна борня була! [99]&lt;br /&gt;</w:t>
        <w:br/>
        <w:t>1215] Що хоче підвестися на коліна він —&lt;br /&gt;</w:t>
        <w:br/>
        <w:t>Вона не відпускає, а сильніш сіпне —&lt;br /&gt;</w:t>
        <w:br/>
        <w:t>Старече тіло шматтям відривається!&lt;br /&gt;</w:t>
        <w:br/>
        <w:t>Знесилився нарешті й бездиханний впав&lt;br /&gt;</w:t>
        <w:br/>
        <w:t>На землю, — був за лихо не сильніший він.&lt;br /&gt;</w:t>
        <w:br/>
        <w:t>1220] І от лежать померлі — донька й батечко&lt;br /&gt;</w:t>
        <w:br/>
        <w:t>Старенький поруч, — доля гідна сліз гірких!&lt;br /&gt;</w:t>
        <w:br/>
        <w:t>Про тебе ж говорити не доводиться —&lt;br /&gt;</w:t>
        <w:br/>
        <w:t>Сама ти знаєш, як біди позбутися.&lt;br /&gt;</w:t>
        <w:br/>
        <w:t>Життя — лиш тінь, не вперше переконуюсь.&lt;br /&gt;</w:t>
        <w:br/>
        <w:t>1225] І не боюсь сказати: хто за мудрого&lt;br /&gt;</w:t>
        <w:br/>
        <w:t>Себе вважав, що все проймає розумом,&lt;br /&gt;</w:t>
        <w:br/>
        <w:t>Дурниці припустився він найбільшої,&lt;br /&gt;</w:t>
        <w:br/>
        <w:t>Ніхто з людей не знає щастя справжнього.&lt;br /&gt;</w:t>
        <w:br/>
        <w:t>Бува, одним за одних нам багатшими&lt;br /&gt;</w:t>
        <w:br/>
        <w:t>1230] Щастить зробитись, та не щасливішими.&lt;br /&gt;</w:t>
        <w:br/>
        <w:t>ПРОВІДНИЦЯ ХОРУ&lt;br /&gt;</w:t>
        <w:br/>
        <w:t>Ох і багато ж нині бід заслужених&lt;br /&gt;</w:t>
        <w:br/>
        <w:t>Бог зловорожий завдає Ясонові!&lt;br /&gt;</w:t>
        <w:br/>
        <w:t>Та над твоєю долею ми плачемо,&lt;br /&gt;</w:t>
        <w:br/>
        <w:t>Креонта доню бідна, що в Аїда глиб&lt;br /&gt;</w:t>
        <w:br/>
        <w:t>1235] Тебе кохання завело Ясонове.&lt;br /&gt;</w:t>
        <w:br/>
        <w:t>МЕДЕЯ&lt;br /&gt;</w:t>
        <w:br/>
        <w:t>Так, справа це вже вирішена, подруги, —&lt;br /&gt;</w:t>
        <w:br/>
        <w:t>Діток повинна якнайшвидше вбити я&lt;br /&gt;</w:t>
        <w:br/>
        <w:t>Й тікать відціль, щоб ворогам, загаявшись,&lt;br /&gt;</w:t>
        <w:br/>
        <w:t>На смерть жорстоку не віддать дітей своїх.&lt;br /&gt;</w:t>
        <w:br/>
        <w:t>1240] їм смерті не минути. А як так, то я,&lt;br /&gt;</w:t>
        <w:br/>
        <w:t>Що їх вродила, і життя позбавлю їх.&lt;br /&gt;</w:t>
        <w:br/>
        <w:t>Озбройся ж, серце! Годі, не вагаймося&lt;br /&gt;</w:t>
        <w:br/>
        <w:t>Вчинить страшний та неминучий злочин цей!&lt;br /&gt;</w:t>
        <w:br/>
        <w:t>Бери ж, руко злощасна, меч, бери його.&lt;br /&gt;</w:t>
        <w:br/>
        <w:t>1245] Йди в бій, в житті цілому найболючіший!&lt;br /&gt;</w:t>
        <w:br/>
        <w:t>І не тремти, не згадуй, як ти любиш тих,&lt;br /&gt;</w:t>
        <w:br/>
        <w:t>Кого ти породила. І забудь за цей&lt;br /&gt;</w:t>
        <w:br/>
        <w:t>Короткий день, що рідна ти їм матінка.&lt;br /&gt;</w:t>
        <w:br/>
        <w:t>А потім — плач! Бо хоч уб'єш, любити їх&lt;br /&gt;</w:t>
        <w:br/>
        <w:t>1250] Не перестанеш, жінко найнещасніша!</w:t>
      </w:r>
    </w:p>
    <w:p>
      <w:r>
        <w:br/>
        <w:t>СТАСИМ П'ЯТИЙ&lt;br /&gt;</w:t>
        <w:br/>
        <w:t>ХОР&lt;br /&gt;</w:t>
        <w:br/>
        <w:t>Строфа 1&lt;br /&gt;</w:t>
        <w:br/>
        <w:t>О Земле-мати й всевидючеє&lt;br /&gt;</w:t>
        <w:br/>
        <w:t>Проміння Сонця! Гляньте, подивіться&lt;br /&gt;</w:t>
        <w:br/>
        <w:t>На цю бездольну, поки не зняла [100]&lt;br /&gt;</w:t>
        <w:br/>
        <w:t>Рук самогубних на дітей своїх!&lt;br /&gt;</w:t>
        <w:br/>
        <w:t>1255] Твої ж це, Сонце, злотні парості, —&lt;br /&gt;</w:t>
        <w:br/>
        <w:t>Не дай, щоб пролилась божиста кров&lt;br /&gt;</w:t>
        <w:br/>
        <w:t>З-під смертної руки.&lt;br /&gt;</w:t>
        <w:br/>
        <w:t>Спини ж її, о сяйво богосвітле,&lt;br /&gt;</w:t>
        <w:br/>
        <w:t>Жени страшну з цих меж Еріннію,&lt;br /&gt;</w:t>
        <w:br/>
        <w:t>1260] Що духом помсти їх наповнює.&lt;br /&gt;</w:t>
        <w:br/>
        <w:t>Антистрофа 1&lt;br /&gt;</w:t>
        <w:br/>
        <w:t>Дарма ти за дітей зазнала мук,&lt;br /&gt;</w:t>
        <w:br/>
        <w:t>Дарма кохану поросль породила,&lt;br /&gt;</w:t>
        <w:br/>
        <w:t>Ворота негостинні темних скель&lt;br /&gt;</w:t>
        <w:br/>
        <w:t>Блуденних цілою проскочивши.&lt;br /&gt;</w:t>
        <w:br/>
        <w:t>1265] Нещасна, що за шал обняв тебе,&lt;br /&gt;</w:t>
        <w:br/>
        <w:t>Що за одним убивством друге вслід&lt;br /&gt;</w:t>
        <w:br/>
        <w:t>Так легко в тебе йде?&lt;br /&gt;</w:t>
        <w:br/>
        <w:t>О, страшно рідною сквернитись кров'ю, —&lt;br /&gt;</w:t>
        <w:br/>
        <w:t>Тяжкою карою вернуть її&lt;br /&gt;</w:t>
        <w:br/>
        <w:t>1270] Боги на вбивцю й на весь рід його!&lt;br /&gt;</w:t>
        <w:br/>
        <w:t>ДІТИ&lt;br /&gt;</w:t>
        <w:br/>
        <w:t>(зсередини дому чути їх розпачливий крик)&lt;br /&gt;</w:t>
        <w:br/>
        <w:t>Строфа 2&lt;br /&gt;</w:t>
        <w:br/>
        <w:t>ХОР&lt;br /&gt;</w:t>
        <w:br/>
        <w:t>Крик чуєте ви? Дитячий то крик!&lt;br /&gt;</w:t>
        <w:br/>
        <w:t>О горе страшне! О нещасна жона!&lt;br /&gt;</w:t>
        <w:br/>
        <w:t>ПЕРШЕ ДИТЯ&lt;br /&gt;</w:t>
        <w:br/>
        <w:t>(зсередини дому)&lt;br /&gt;</w:t>
        <w:br/>
        <w:t>Ой, що робить? Рук нені як умкнути нам?&lt;br /&gt;</w:t>
        <w:br/>
        <w:t>ДРУГЕ ДИТЯ&lt;br /&gt;</w:t>
        <w:br/>
        <w:t>(звідти ж)&lt;br /&gt;</w:t>
        <w:br/>
        <w:t>Не знаю, любий братику, — пропали ми!&lt;br /&gt;</w:t>
        <w:br/>
        <w:t>ХОР&lt;br /&gt;</w:t>
        <w:br/>
        <w:t>1275] Заходьмо мерщій! Від згуби ходім&lt;br /&gt;</w:t>
        <w:br/>
        <w:t>Дітей рятувать.&lt;br /&gt;</w:t>
        <w:br/>
        <w:t>ДІТИ&lt;br /&gt;</w:t>
        <w:br/>
        <w:t>(зсередини дому)&lt;br /&gt;</w:t>
        <w:br/>
        <w:t>Рятуйте, ой рятуйте нас, в ім'я богів!&lt;br /&gt;</w:t>
        <w:br/>
        <w:t>Ось-ось і меч нещадний упаде на нас!&lt;br /&gt;</w:t>
        <w:br/>
        <w:t>ХОР&lt;br /&gt;</w:t>
        <w:br/>
        <w:t>Нещасна! З заліза чи з каменю ти,&lt;br /&gt;</w:t>
        <w:br/>
        <w:t>1280] Що власного лона ніжний цвіт&lt;br /&gt;</w:t>
        <w:br/>
        <w:t>Своєю ти убиваєш рукою? [101]&lt;br /&gt;</w:t>
        <w:br/>
        <w:t>Антистрофа 2&lt;br /&gt;</w:t>
        <w:br/>
        <w:t>ХОР&lt;br /&gt;</w:t>
        <w:br/>
        <w:t>Була лиш одна між давніх жінок,&lt;br /&gt;</w:t>
        <w:br/>
        <w:t>Що руку зняла на своїх діток, —&lt;br /&gt;</w:t>
        <w:br/>
        <w:t>Іно безумна, що блукати в безвісті&lt;br /&gt;</w:t>
        <w:br/>
        <w:t>1285] Дружини Зевса мстивий гнів послав її.&lt;br /&gt;</w:t>
        <w:br/>
        <w:t>Безбожно в глибінь солону дітей&lt;br /&gt;</w:t>
        <w:br/>
        <w:t>Послала вона&lt;br /&gt;</w:t>
        <w:br/>
        <w:t>Й сама, сердешна, з кручі в море кинувшись,&lt;br /&gt;</w:t>
        <w:br/>
        <w:t>Із діточками обома загинула.&lt;br /&gt;</w:t>
        <w:br/>
        <w:t>1290] Чи є що на світі страшніше за це?&lt;br /&gt;</w:t>
        <w:br/>
        <w:t>О скільки несеш ти людям мук,&lt;br /&gt;</w:t>
        <w:br/>
        <w:t>Журбою сповнене ложе кохання!&lt;br /&gt;</w:t>
        <w:br/>
        <w:t>Швидко входить Ясон.</w:t>
      </w:r>
    </w:p>
    <w:p>
      <w:r>
        <w:br/>
        <w:t>ЕКСОД&lt;br /&gt;</w:t>
        <w:br/>
        <w:t>ЯСОН&lt;br /&gt;</w:t>
        <w:br/>
        <w:t>Давно, жінки, тут стоїте при вході ви?&lt;br /&gt;</w:t>
        <w:br/>
        <w:t>Чи дома ще Медея, що жахливий тут&lt;br /&gt;</w:t>
        <w:br/>
        <w:t>1295] Вчинила злочин, чи умкнути встигла вже?&lt;br /&gt;</w:t>
        <w:br/>
        <w:t>їй лиш під землю треба заховатися&lt;br /&gt;</w:t>
        <w:br/>
        <w:t>Чи високо на крилах в небо злинути,&lt;br /&gt;</w:t>
        <w:br/>
        <w:t>Щоб помсти дому владарів уникнути.&lt;br /&gt;</w:t>
        <w:br/>
        <w:t>Чи, вкоротивши віку можновладцеві,&lt;br /&gt;</w:t>
        <w:br/>
        <w:t>1300] Вона втекти безкарно сподівається?&lt;br /&gt;</w:t>
        <w:br/>
        <w:t>Та не за неї, за дітей журюся я.&lt;br /&gt;</w:t>
        <w:br/>
        <w:t>Бо їй за вбивство відплатити є кому,&lt;br /&gt;</w:t>
        <w:br/>
        <w:t>Я ж любим дітям врятувать життя прийшов,&lt;br /&gt;</w:t>
        <w:br/>
        <w:t>Щоб не вчинив їм лиха рід покривджений&lt;br /&gt;</w:t>
        <w:br/>
        <w:t>1305] у помсті за ганебний злочин матері.&lt;br /&gt;</w:t>
        <w:br/>
        <w:t>ПРОВІДНИЦЯ ХОРУ&lt;br /&gt;</w:t>
        <w:br/>
        <w:t>Нещасний! Горя ще свого не знаєш ти,&lt;br /&gt;</w:t>
        <w:br/>
        <w:t>Ясоне, а то ти не говорив би так.&lt;br /&gt;</w:t>
        <w:br/>
        <w:t>ЯСОН&lt;br /&gt;</w:t>
        <w:br/>
        <w:t>А що? Й мене самого хоче вбить вона?&lt;br /&gt;</w:t>
        <w:br/>
        <w:t>ПРОВІДНИЦЯ ХОРУ&lt;br /&gt;</w:t>
        <w:br/>
        <w:t>Дітей твоїх убила рідна мати їх.&lt;br /&gt;</w:t>
        <w:br/>
        <w:t>ЯСОН&lt;br /&gt;</w:t>
        <w:br/>
        <w:t>(тяжко вражений)&lt;br /&gt;</w:t>
        <w:br/>
        <w:t>1310] Що ти сказала, жінко? Не губи мене! [102]&lt;br /&gt;</w:t>
        <w:br/>
        <w:t>ПРОВІДНИЦЯ ХОРУ&lt;br /&gt;</w:t>
        <w:br/>
        <w:t>(із співчуттям)&lt;br /&gt;</w:t>
        <w:br/>
        <w:t>Запам'ятай: діток твоїх нема уже.&lt;br /&gt;</w:t>
        <w:br/>
        <w:t>ЯСОН&lt;br /&gt;</w:t>
        <w:br/>
        <w:t>(як непритомний)&lt;br /&gt;</w:t>
        <w:br/>
        <w:t>Де сталось це — у домі чи при вас тут?&lt;br /&gt;</w:t>
        <w:br/>
        <w:t>ПРОВІДНИЦЯ ХОРУ&lt;br /&gt;</w:t>
        <w:br/>
        <w:t>Ввійди у двері — й неживих побачиш їх.&lt;br /&gt;</w:t>
        <w:br/>
        <w:t>ЯСОН&lt;br /&gt;</w:t>
        <w:br/>
        <w:t>Мерщій же, слуги, відсувайте засуви,&lt;br /&gt;</w:t>
        <w:br/>
        <w:t>1315] Відкрийте двері, хай прийму подвійних мук —&lt;br /&gt;</w:t>
        <w:br/>
        <w:t>Побачу вбитих і скараю вбійницю!&lt;br /&gt;</w:t>
        <w:br/>
        <w:t>Намагається виламати двері, але вони раптом відчиняються,&lt;br /&gt;</w:t>
        <w:br/>
        <w:t>і з'являється Медея на колісниці з запряженими&lt;br /&gt;</w:t>
        <w:br/>
        <w:t>в неї крилатими зміями та з тілами убитих дітей.&lt;br /&gt;</w:t>
        <w:br/>
        <w:t>МЕДЕЯ&lt;br /&gt;</w:t>
        <w:br/>
        <w:t>Чого ламаєш двері та виважуєш?&lt;br /&gt;</w:t>
        <w:br/>
        <w:t>Хтів мертвих бачить і мене, що вбила їх?&lt;br /&gt;</w:t>
        <w:br/>
        <w:t>Даремний труд! А щось до мене маєш ти —&lt;br /&gt;</w:t>
        <w:br/>
        <w:t>1320] Кажи, лише руками не торкайсь мене, —&lt;br /&gt;</w:t>
        <w:br/>
        <w:t>То ж Гелій, батьків батько, дарував мені&lt;br /&gt;</w:t>
        <w:br/>
        <w:t>Цю колісницю — захист од ворожих рук.&lt;br /&gt;</w:t>
        <w:br/>
        <w:t>ЯСОН&lt;br /&gt;</w:t>
        <w:br/>
        <w:t>О нелюде! Всьому людському родові&lt;br /&gt;</w:t>
        <w:br/>
        <w:t>Й богам безсмертним жінко найогидніша!&lt;br /&gt;</w:t>
        <w:br/>
        <w:t>1325] Меч на дітей своїх піднять наважилась,&lt;br /&gt;</w:t>
        <w:br/>
        <w:t>А з ними ріжеш і мене, бездітного.&lt;br /&gt;</w:t>
        <w:br/>
        <w:t>Й після цього безсовісного злочину&lt;br /&gt;</w:t>
        <w:br/>
        <w:t>На сонце й землю смієш ти дивитися?&lt;br /&gt;</w:t>
        <w:br/>
        <w:t>Бодай, же ти пропала! Нині бачу я,&lt;br /&gt;</w:t>
        <w:br/>
        <w:t>1330] Чого не бачив, як з країни дикої&lt;br /&gt;</w:t>
        <w:br/>
        <w:t>В дім еллінський тебе, страшну потвору, віз,&lt;br /&gt;</w:t>
        <w:br/>
        <w:t>Що рідний край і свого батька зрадила, —&lt;br /&gt;</w:t>
        <w:br/>
        <w:t>Це їх проклін боги на мене кинули.&lt;br /&gt;</w:t>
        <w:br/>
        <w:t>Щоб на "Арго", наш корабель оздоблений,&lt;br /&gt;</w:t>
        <w:br/>
        <w:t>1335] Потрапить, брата вбила ти при вогнищі.&lt;br /&gt;</w:t>
        <w:br/>
        <w:t>Це був почин. Зі мною одружившися&lt;br /&gt;</w:t>
        <w:br/>
        <w:t>І діток породивши, ти ж і вбила їх&lt;br /&gt;</w:t>
        <w:br/>
        <w:t>В ненатлій люті невситимих ревнощів.&lt;br /&gt;</w:t>
        <w:br/>
        <w:t>З жінок елладських ні одна б не зважилась&lt;br /&gt;</w:t>
        <w:br/>
        <w:t>1340] На це, а я ж над них усіх тебе волів&lt;br /&gt;</w:t>
        <w:br/>
        <w:t>За жінку взять — на лихо й на біду собі.&lt;br /&gt;</w:t>
        <w:br/>
        <w:t>Бо ти не жінка, а страшна левиця ти,&lt;br /&gt;</w:t>
        <w:br/>
        <w:t>Над Скіллу-бо Тірренську ти жорстокіша.&lt;br /&gt;</w:t>
        <w:br/>
        <w:t>Та що тобі докори? Хай їх тисячі — [103]&lt;br /&gt;</w:t>
        <w:br/>
        <w:t>1345] Твоєї ними не пройнять зухвалості.&lt;br /&gt;</w:t>
        <w:br/>
        <w:t>То пропади ж, мерзенна дітозгубнице!&lt;br /&gt;</w:t>
        <w:br/>
        <w:t>Мені ж недолю проклинать лишилося,&lt;br /&gt;</w:t>
        <w:br/>
        <w:t>Не знавши ні в новім подружжі радощів,&lt;br /&gt;</w:t>
        <w:br/>
        <w:t>Ні щастя обнімати діточок своїх,&lt;br /&gt;</w:t>
        <w:br/>
        <w:t>1350] Що викохав, а ти життя позбавила.&lt;br /&gt;</w:t>
        <w:br/>
        <w:t>МЕДЕЯ&lt;br /&gt;</w:t>
        <w:br/>
        <w:t>Могла б тобі багато я сказать на це,&lt;br /&gt;</w:t>
        <w:br/>
        <w:t>Та батько Зевс те знає, що для тебе я&lt;br /&gt;</w:t>
        <w:br/>
        <w:t>Зробила й що зазнала я у відповідь.&lt;br /&gt;</w:t>
        <w:br/>
        <w:t>Ні, мого ложа більше не ганьбить тобі,&lt;br /&gt;</w:t>
        <w:br/>
        <w:t>1355] Не жити в щасті, з мене насміхаючись.&lt;br /&gt;</w:t>
        <w:br/>
        <w:t>Ні владарівна, ні Креонт, що дав її&lt;br /&gt;</w:t>
        <w:br/>
        <w:t>За тебе, все ж безкарно не прогнав мене.&lt;br /&gt;</w:t>
        <w:br/>
        <w:t>Отож як хочеш — зви мене левицею&lt;br /&gt;</w:t>
        <w:br/>
        <w:t>Чи Скіллою з глибочини Тірренської —&lt;br /&gt;</w:t>
        <w:br/>
        <w:t>1360] Тебе я цим у саме серце вразила.&lt;br /&gt;</w:t>
        <w:br/>
        <w:t>ЯСОН&lt;br /&gt;</w:t>
        <w:br/>
        <w:t>Й саму себе, — ми ж лихо спільне терпимо.&lt;br /&gt;</w:t>
        <w:br/>
        <w:t>МЕДЕЯ&lt;br /&gt;</w:t>
        <w:br/>
        <w:t>Тим легше, з мене хоч не глузуватимеш!&lt;br /&gt;</w:t>
        <w:br/>
        <w:t>ЯСОН&lt;br /&gt;</w:t>
        <w:br/>
        <w:t>Жахлива ж, дітки, трапилась вам матінка!&lt;br /&gt;</w:t>
        <w:br/>
        <w:t>МЕДЕЯ&lt;br /&gt;</w:t>
        <w:br/>
        <w:t>Ні, батьків шал занапастив вас, дітоньки!&lt;br /&gt;</w:t>
        <w:br/>
        <w:t>ЯСОН&lt;br /&gt;</w:t>
        <w:br/>
        <w:t>1365] Ти не моя ж рука зігнала з світу їх.&lt;br /&gt;</w:t>
        <w:br/>
        <w:t>МЕДЕЯ&lt;br /&gt;</w:t>
        <w:br/>
        <w:t>Лише твоя зухвалість і злочинний шлюб.&lt;br /&gt;</w:t>
        <w:br/>
        <w:t>ЯСОН&lt;br /&gt;</w:t>
        <w:br/>
        <w:t>То з ревнощів ти вбила і дітей своїх?&lt;br /&gt;</w:t>
        <w:br/>
        <w:t>МЕДЕЯ&lt;br /&gt;</w:t>
        <w:br/>
        <w:t>А ти гадав — для жінки це мала біда?&lt;br /&gt;</w:t>
        <w:br/>
        <w:t>ЯСОН&lt;br /&gt;</w:t>
        <w:br/>
        <w:t>Для мудрої, а задля тебе — все лихе!&lt;br /&gt;</w:t>
        <w:br/>
        <w:t>МЕДЕЯ&lt;br /&gt;</w:t>
        <w:br/>
        <w:t>1370] Але ж нема їх — і тебе це гризтиме.&lt;br /&gt;</w:t>
        <w:br/>
        <w:t>ЯСОН&lt;br /&gt;</w:t>
        <w:br/>
        <w:t>Ні, є вони, на тебе люті месники. [104]&lt;br /&gt;</w:t>
        <w:br/>
        <w:t>МЕДЕЯ&lt;br /&gt;</w:t>
        <w:br/>
        <w:t>Богам відомо, хто причинець бід усіх.&lt;br /&gt;</w:t>
        <w:br/>
        <w:t>ЯСОН&lt;br /&gt;</w:t>
        <w:br/>
        <w:t>Відомо й те, що в серці в тебе гидь одна.&lt;br /&gt;</w:t>
        <w:br/>
        <w:t>МЕДЕЯ&lt;br /&gt;</w:t>
        <w:br/>
        <w:t>Гидуй собі, — набридло навіть слухати.&lt;br /&gt;</w:t>
        <w:br/>
        <w:t>ЯСОН&lt;br /&gt;</w:t>
        <w:br/>
        <w:t>1375] Й мені тебе, — то легше й розійтися нам.&lt;br /&gt;</w:t>
        <w:br/>
        <w:t>МЕДЕЯ&lt;br /&gt;</w:t>
        <w:br/>
        <w:t>Хіба? Ну що ж! Цього бажала й я давно.&lt;br /&gt;</w:t>
        <w:br/>
        <w:t>ЯСОН&lt;br /&gt;</w:t>
        <w:br/>
        <w:t>Лиш мертвих поховати і оплакать дай.&lt;br /&gt;</w:t>
        <w:br/>
        <w:t>МЕДЕЯ&lt;br /&gt;</w:t>
        <w:br/>
        <w:t>Ні, їх руками поховаю власними&lt;br /&gt;</w:t>
        <w:br/>
        <w:t>В гаю божистім Гери на святій горі,&lt;br /&gt;</w:t>
        <w:br/>
        <w:t>1380] Щоб вороги зухвалі не сквернили їм&lt;br /&gt;</w:t>
        <w:br/>
        <w:t>Могилок. Потім на землі Сісіфовій&lt;br /&gt;</w:t>
        <w:br/>
        <w:t>Навік врочисте свято установимо,&lt;br /&gt;</w:t>
        <w:br/>
        <w:t>Щоб одкупить безвинну кров їх жертвами.&lt;br /&gt;</w:t>
        <w:br/>
        <w:t>Сама ж піду в країну Ерехтеєву,&lt;br /&gt;</w:t>
        <w:br/>
        <w:t>1385] Й в Егея, сина Пандіопа, житиму.&lt;br /&gt;</w:t>
        <w:br/>
        <w:t>Ти ж — жив ганебно й смертю вмреш ганебною,&lt;br /&gt;</w:t>
        <w:br/>
        <w:t>Уламками убитий корабля свого, —&lt;br /&gt;</w:t>
        <w:br/>
        <w:t>То буде шлюбу нашого гіркий кінець.&lt;br /&gt;</w:t>
        <w:br/>
        <w:t>ЯСОН&lt;br /&gt;</w:t>
        <w:br/>
        <w:t>За кров дітей нехай тебе скарають&lt;br /&gt;</w:t>
        <w:br/>
        <w:t>1390] Еріннія і Правда.&lt;br /&gt;</w:t>
        <w:br/>
        <w:t>МЕДЕЯ&lt;br /&gt;</w:t>
        <w:br/>
        <w:t>Хто з богів, ошуканцю, почує тебе,&lt;br /&gt;</w:t>
        <w:br/>
        <w:t>Хто послухає клятвопорушника злого?&lt;br /&gt;</w:t>
        <w:br/>
        <w:t>ЯСОН&lt;br /&gt;</w:t>
        <w:br/>
        <w:t>Горе, горе тобі, дітозгубнице клята!&lt;br /&gt;</w:t>
        <w:br/>
        <w:t>МЕДЕЯ&lt;br /&gt;</w:t>
        <w:br/>
        <w:t>Йди вже краще додому — дружину ховать.&lt;br /&gt;</w:t>
        <w:br/>
        <w:t>ЯСОН&lt;br /&gt;</w:t>
        <w:br/>
        <w:t>1395] Йду, та двійко дітей загубив я навіки!&lt;br /&gt;</w:t>
        <w:br/>
        <w:t>МЕДЕЯ&lt;br /&gt;</w:t>
        <w:br/>
        <w:t>Та не плач-бо так ревно, — покинь ще на старість. [105]&lt;br /&gt;</w:t>
        <w:br/>
        <w:t>ЯСОН&lt;br /&gt;</w:t>
        <w:br/>
        <w:t>Любі дітки мої!&lt;br /&gt;</w:t>
        <w:br/>
        <w:t>МЕДЕЯ&lt;br /&gt;</w:t>
        <w:br/>
        <w:t>Не твої, а мої!&lt;br /&gt;</w:t>
        <w:br/>
        <w:t>ЯСОН&lt;br /&gt;</w:t>
        <w:br/>
        <w:t>Нащо вбила ти їх?&lt;br /&gt;</w:t>
        <w:br/>
        <w:t>МЕДЕЯ&lt;br /&gt;</w:t>
        <w:br/>
        <w:t>А на муку тобі.&lt;br /&gt;</w:t>
        <w:br/>
        <w:t>ЯСОН&lt;br /&gt;</w:t>
        <w:br/>
        <w:t>Леле, леле! О як любих уст я дитячих&lt;br /&gt;</w:t>
        <w:br/>
        <w:t>1400] Ще хоч раз, безталанний, хотів би торкнутись!&lt;br /&gt;</w:t>
        <w:br/>
        <w:t>МЕДЕЯ&lt;br /&gt;</w:t>
        <w:br/>
        <w:t>Ти їх кличеш тепер, приголубити рад,&lt;br /&gt;</w:t>
        <w:br/>
        <w:t>А тоді ж одштовхнув їх?&lt;br /&gt;</w:t>
        <w:br/>
        <w:t>ЯСОН&lt;br /&gt;</w:t>
        <w:br/>
        <w:t>Заради богів,&lt;br /&gt;</w:t>
        <w:br/>
        <w:t>Дай обнять лише ніжні тіла їх дитячі!&lt;br /&gt;</w:t>
        <w:br/>
        <w:t>МЕДЕЯ&lt;br /&gt;</w:t>
        <w:br/>
        <w:t>Ні, ніколи. І марні благання твої!&lt;br /&gt;</w:t>
        <w:br/>
        <w:t>ЯСОН&lt;br /&gt;</w:t>
        <w:br/>
        <w:t>1405] Чуєш, Зевсе, як гонить мене ця потвора?&lt;br /&gt;</w:t>
        <w:br/>
        <w:t>Скільки ж маємо ще ми терпіти від неї,&lt;br /&gt;</w:t>
        <w:br/>
        <w:t>Дітовбивці мерзенної з серцем левиці?&lt;br /&gt;</w:t>
        <w:br/>
        <w:t>Скільки вистачить сил, буду плакати я&lt;br /&gt;</w:t>
        <w:br/>
        <w:t>І в риданнях свою проклинати недолю,&lt;br /&gt;</w:t>
        <w:br/>
        <w:t>1410] Буду я в свідки богів закликати безсмертних,&lt;br /&gt;</w:t>
        <w:br/>
        <w:t>Як не тільки ти вбила дітей, але й мертвих&lt;br /&gt;</w:t>
        <w:br/>
        <w:t>Не даєш доторкнутись мені й поховати.&lt;br /&gt;</w:t>
        <w:br/>
        <w:t>Ох, і краще було б не родить мені їх,&lt;br /&gt;</w:t>
        <w:br/>
        <w:t>Аніж бачити вбитих тобою.&lt;br /&gt;</w:t>
        <w:br/>
        <w:t>ХОР&lt;br /&gt;</w:t>
        <w:br/>
        <w:t>1415] Ми багато в чім Зевсовій волі підвладні.&lt;br /&gt;</w:t>
        <w:br/>
        <w:t>Несподівано шлють нам богове багато,&lt;br /&gt;</w:t>
        <w:br/>
        <w:t>Та не все те дають, що хотілось би нам,&lt;br /&gt;</w:t>
        <w:br/>
        <w:t>А чого й не гадали, боги посилають.&lt;br /&gt;</w:t>
        <w:br/>
        <w:t>Так і з тим, що ми бачили нині.</w:t>
      </w:r>
    </w:p>
    <w:p>
      <w:r>
        <w:br/>
        <w:t>ПРИМІТКИ&lt;br /&gt;</w:t>
        <w:br/>
        <w:t>Арго (тобто "швидка") — збудований під керівництвом Афіни грецький корабель, що плив за допомогою п'ятдесяти веслярів та вітрил. Ясон, що був сином володаря Іолка Есона, вирушив на цьому кораблі разом з найхо-робрішими грецькими героями в Колхіду по золоте руно. Послав Ясона туди, щоб позбутись його, батьків брат Пелій, що захопив владу в Іолку. Дочка колхідського владаря Еета чаклунка Медея, покохавши Ясона, допомогла аргонавтам добути золоте руно й поїхала, вже як дружина їхнього ватажка, до Іолка. Тут, піддуривши дочок Пелія (Пеліад), вона хитрим підступом убила Пелія: веліла порізати його на шматки і зварити, начебто для того, щоб повернути йому молодість. Ясон з дружиною та двома малолітніми синами змушені були втекти доКорінфа, де й відбувається дія трагедії.&lt;br /&gt;</w:t>
        <w:br/>
        <w:t>2. Між… скель блуденних… — Маються на увазі Сімплегади, два скелясті острівці біля Боспору фракійського при вході в Понт (Чорне море); за переказом, вони зіштовхувались, коли між ними пропливало судно, й розтрощували його. Після того, як аргонавтам пощастило пропливти між Сімплегадами (пустивши спочатку голуба), вони стали непорушними.&lt;br /&gt;</w:t>
        <w:br/>
        <w:t>3. Пеліон — див. прим, до "Алкести", рр. 609–611.&lt;br /&gt;</w:t>
        <w:br/>
        <w:t>65. В честь бороди твоєї… — Обняти коліна, торкнутись рукою підборіддя були у греків жести, що ними супроводжували прохання.&lt;br /&gt;</w:t>
        <w:br/>
        <w:t>67…близь джерела Пейренського… — Пейрена (Пірена) — джерело в Корінфі, біля якого, за однією з версій міфа, корінфський герой Беллерофонт зловив крилатого коня Пегаса.&lt;br /&gt;</w:t>
        <w:br/>
        <w:t>167…брата убивши. — Тікаючи з Ясоном із Колхіди, Медея розкидала по дорозі порубане на шматки тіло свого брата Апсірта; Еет, збираючи синове тіло, не зумів наздогнати втікачів.&lt;br /&gt;</w:t>
        <w:br/>
        <w:t>168. Феміда — дочка Урана (Неба) і Геї (Землі), богиня права і законного порядку; була першою дружиною Зевса, з ним вона стежила, щоб не кривдили беззахисних людей, а також карала порушників присяги.&lt;br /&gt;</w:t>
        <w:br/>
        <w:t>232…мужа… купуємо… — Мається на увазі придане: ним батьки (саме вони вирішували, за кого дочка мас вийти заміж) мовби "купували" їй нареченого.&lt;br /&gt;</w:t>
        <w:br/>
        <w:t>299…трутнем… уславишся… — Евріпід, як і Анаксагор, якого скарали вигнанням за вільнодумність, відчув недоброзичливість своїх сучасників.&lt;br /&gt;</w:t>
        <w:br/>
        <w:t>396. Геката — богиня чаклунства. її ототожнювали згодом з богинею місяця Селеною, з Артемідою, тому вважалася також опікункою дітей, сім'ї та породіль; Медея шапус її насамперед як богиню чародійства та отруєння.&lt;br /&gt;</w:t>
        <w:br/>
        <w:t>[436]&lt;br /&gt;</w:t>
        <w:br/>
        <w:t>406. Сісіфа кодлу… __ тобто корінфянам: Сісіф, за легендою, був засновником Корінфа; одружившись із Креусою, Ясон, отже, споріднюється з нащадками Сісіфа __ "найхитрішого із смертних" ("Ілліада", VI, 153): за спробу обдурити богів покараний у підземному світі, де котить під гору важкий камінь, що кожного разу скочується вниз ("сісіфова праця").&lt;br /&gt;</w:t>
        <w:br/>
        <w:t>426. Співців провідник — в оригіналі "Мусагет", тобто "той, що веде муз" — один із епітетів Аполлона.&lt;br /&gt;</w:t>
        <w:br/>
        <w:t>476. Тебе я врятувала… — Медея дала Ясону чарівну мазь, яка захистила його від вогнедишних биків; ними він мав зорати поле й засіяти його зубами&lt;br /&gt;</w:t>
        <w:br/>
        <w:t>дракона.&lt;br /&gt;</w:t>
        <w:br/>
        <w:t>530. Ерот — син Ареса й Афродіти, бог любові, зображувався у вигляді крилатого хлопчика з луком і стрілами; у кого він поцілив, тим оволодівала невигойна любовна жага.&lt;br /&gt;</w:t>
        <w:br/>
        <w:t>596-597…зрівнявши з… Братами… — В Афінах повноправними вважалися лише ті, які народилися від громадян; Медея ж була чужинкою — "варваркою".&lt;br /&gt;</w:t>
        <w:br/>
        <w:t>613…поиїлю ознаки друзям— Мова йде про розламані надвоє таблички — знаки "гостинності": у тих, хто. був пов'язаний цим союзом, зберігались по одній половинці разламаної таблички: збіг по лінії зламу засвідчував перебування у зв'язках гостинності, що тривали поколіннями.&lt;br /&gt;</w:t>
        <w:br/>
        <w:t>630. Кіпріда — один із епітетів богині кохання Афродіти, від назви острова Кіпр, де був найвідоміший осередок її культу.&lt;br /&gt;</w:t>
        <w:br/>
        <w:t>662…радуйся, Медес! — див. прим, до "Алкести", р. 528. 665. Пандіон — батько Егея, син Кекропа, що вважався засновником Афін. 668. Пуп землі. — Йдеться про храм Аполлона в Дельфах, де замість вівтаря був конічної форми камінь — "пуп землі": за переказом, саме в цьому місці, прилетівши зі сходу й заходу, зустрілись пущені Зевсом два орли.&lt;br /&gt;</w:t>
        <w:br/>
        <w:t>679. Щоб я кінців у міха не розв'язував… — тобто, щоб утримувався від вина й любові; Пітфей, хоч і зрозумів пророцтво Аполлонового оракула, все ж пригостив Егея вином і дозволив йому провести ніч із своєю дочкою Етрою. Від цього зв'язку народився Тесей.&lt;br /&gt;</w:t>
        <w:br/>
        <w:t>759. Син Маі — * Гермес, що опікувався мандрівниками. 764. Правда Зевса — Діке (Діка), дочка Зевса й Феміди; уособлювала справедливість.&lt;br /&gt;</w:t>
        <w:br/>
        <w:t>771. Місто Палладине — Афіни; Паллада — один із епітетів Афіни, богині мудрості.&lt;br /&gt;</w:t>
        <w:br/>
        <w:t>824. Ерехтеп — міфічний володар Афін; Ерехтеєве плем'я (Ерехтіди) — афіняни.&lt;br /&gt;</w:t>
        <w:br/>
        <w:t>831. Піеріди — Музи, від Піерії (у Македонії, на північ від Олімпу), де, за переказом, вони народились від Зевса і Мнемосіни, богині пам'яті. За іншою версією міфа, якої тримається тут Евріпід, матір'ю Муз була Гармонія, дочка Ареса й Афродіти. Евріпід переносить також місце народження Муз: з Піерії — у славні розквітом мистецтв Афіни.&lt;br /&gt;</w:t>
        <w:br/>
        <w:t>835. Кефіс — ріка в Аттіці.&lt;br /&gt;</w:t>
        <w:br/>
        <w:t>853-854. Навколішках… благаємо… — В оригіналі: "твоїми колінами" (див. прим, до р. 65).&lt;br /&gt;</w:t>
        <w:br/>
        <w:t>1021. Є для вас і край, і дім… — Медея натякає на Аїд, вічну домівку для мертвих.&lt;br /&gt;</w:t>
        <w:br/>
        <w:t>1027…не світити факелів… — Мати нареченого зустрічала весільний похід із запаленим факелом.&lt;br /&gt;</w:t>
        <w:br/>
        <w:t>Ш79…гнів сильніший від… бажань… — В оригіналі протиставляється Шуто" — дух, сукупність емоцій (ірраціональне начало) думкам (розумне начало). Див. передмову.&lt;br /&gt;</w:t>
        <w:br/>
        <w:t>1172. Пан — син ГермеСа і німфи Дріопи, божество лісів і пасовиськ, опікун пастухів та отар; уявлявся напівлюдиною-напівцапом; міг наслати раптовий страх.&lt;br /&gt;</w:t>
        <w:br/>
        <w:t>1181…пробіг би просторінь… — В оригіналі йдеться про шість плетрів, що складають відстань, рівну одному стадію (близько 185 м.).&lt;br /&gt;</w:t>
        <w:br/>
        <w:t>1255. Твої ж це, Грнце, злотні парості… — Батько Медеї Еет був онуком бога сонця Геліоса.&lt;br /&gt;</w:t>
        <w:br/>
        <w:t>1259. Ерінії — боіині помсти (див. прим, до "Іфігенії в Тавріді", р. 285); тут хор називає Ерінією Медею, яка мстить Ясонові.&lt;br /&gt;</w:t>
        <w:br/>
        <w:t>[437]&lt;br /&gt;</w:t>
        <w:br/>
        <w:t>1284. Іно — дочка Кадма і Гармонії, дружина орхоменського владаря Атаманта; за переказом, взяла на виховання Діоніса, сина Зевса і своєї сестри Семели. Ревнива Гера наслала на Атаманта божевілля, і той вбив одного із своїх синів. Рятуючи другого, Іно кинулася з ним у море; там вони й стали божествами — Левкотеєю і Палемоном. Евріпід іде за іншою версією міфа: дітей, збожеволівши, вбиває сама Іно.&lt;br /&gt;</w:t>
        <w:br/>
        <w:t>1343. Скіпла — морська потвора, у якої дванадцять ніг і стільки ж собачих голів; за переказом, жила на побережжі Сіцілії в одній із печер біля протоки, що веде у Тірренське море, звідки й епітет Скілли — Тірренська (р. 1359).&lt;br /&gt;</w:t>
        <w:br/>
        <w:t>1385…в Егея житиму. — За однією із версій міфа, Медея стала дружиною афінського володаря Егея.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