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Мазепа</w:t>
      </w:r>
    </w:p>
    <w:p>
      <w:r>
        <w:br/>
        <w:t xml:space="preserve"> Переклад: Олекса Веретенченко&lt;br /&gt;</w:t>
        <w:br/>
        <w:t>І</w:t>
      </w:r>
    </w:p>
    <w:p>
      <w:r>
        <w:br/>
        <w:t>Полтавський бій відгомонів,&lt;br /&gt;</w:t>
        <w:br/>
        <w:t>Не пощастило королеві,&lt;br /&gt;</w:t>
        <w:br/>
        <w:t>Серед скривавлених шляхів&lt;br /&gt;</w:t>
        <w:br/>
        <w:t>Лягли полки його сталеві.&lt;br /&gt;</w:t>
        <w:br/>
        <w:t>Потуга й слава у війні&lt;br /&gt;</w:t>
        <w:br/>
        <w:t>Такі ж, як люди, навісні,&lt;br /&gt;</w:t>
        <w:br/>
        <w:t>Змінився успіху тягар&lt;br /&gt;</w:t>
        <w:br/>
        <w:t>І виграв битву білий цар,&lt;br /&gt;</w:t>
        <w:br/>
        <w:t>І знов стояв московський мур&lt;br /&gt;</w:t>
        <w:br/>
        <w:t>До ще страшніших темних бур,&lt;br /&gt;</w:t>
        <w:br/>
        <w:t>Коли рокованого дня&lt;br /&gt;</w:t>
        <w:br/>
        <w:t>Знов загорілася різня,&lt;br /&gt;</w:t>
        <w:br/>
        <w:t>І серед грізної навали&lt;br /&gt;</w:t>
        <w:br/>
        <w:t>Ще більше сорому дознали&lt;br /&gt;</w:t>
        <w:br/>
        <w:t>Війська могутніші стократ&lt;br /&gt;</w:t>
        <w:br/>
        <w:t>І згас імперський маєстат:&lt;br /&gt;</w:t>
        <w:br/>
        <w:t>Для одного удар, ганеба,&lt;br /&gt;</w:t>
        <w:br/>
        <w:t>Усім — як грім з ясного неба.</w:t>
      </w:r>
    </w:p>
    <w:p>
      <w:r>
        <w:br/>
        <w:t>II</w:t>
      </w:r>
    </w:p>
    <w:p>
      <w:r>
        <w:br/>
        <w:t>Такий то жереб доля зла&lt;br /&gt;</w:t>
        <w:br/>
        <w:t>Раптово Карлові дала:&lt;br /&gt;</w:t>
        <w:br/>
        <w:t>Тепер і день і ніч вперед&lt;br /&gt;</w:t>
        <w:br/>
        <w:t>Поранений державний швед&lt;br /&gt;</w:t>
        <w:br/>
        <w:t>Втікає в далечі безмежі&lt;br /&gt;</w:t>
        <w:br/>
        <w:t>У свіжих плямах на одежі —&lt;br /&gt;</w:t>
        <w:br/>
        <w:t>То кров своя і кров чужа&lt;br /&gt;</w:t>
        <w:br/>
        <w:t>Його покрила, як іржа.&lt;br /&gt;</w:t>
        <w:br/>
        <w:t>Багато впало на поля&lt;br /&gt;</w:t>
        <w:br/>
        <w:t>За честолюбця короля&lt;br /&gt;</w:t>
        <w:br/>
        <w:t>І всі, що бились напропале,&lt;br /&gt;</w:t>
        <w:br/>
        <w:t>Ні слова гніву не сказали&lt;br /&gt;</w:t>
        <w:br/>
        <w:t>В той час, як програна війна&lt;br /&gt;</w:t>
        <w:br/>
        <w:t>І правді сила не страшна.&lt;br /&gt;</w:t>
        <w:br/>
        <w:t>Коли ж добив коня з мушкета,&lt;br /&gt;</w:t>
        <w:br/>
        <w:t>Йому свого віддав Ґієта,&lt;br /&gt;</w:t>
        <w:br/>
        <w:t>А сам, потрапивши у бран,&lt;br /&gt;</w:t>
        <w:br/>
        <w:t>Помер у стані росіян.&lt;br /&gt;</w:t>
        <w:br/>
        <w:t>Але і цей скакун упав,&lt;br /&gt;</w:t>
        <w:br/>
        <w:t>Коли минув глибокий став.&lt;br /&gt;</w:t>
        <w:br/>
        <w:t>В оточенні близьких багать,&lt;br /&gt;</w:t>
        <w:br/>
        <w:t>Що розвела ворожа рать,&lt;br /&gt;</w:t>
        <w:br/>
        <w:t>У лісі, щоб ніхто не вгледів,&lt;br /&gt;</w:t>
        <w:br/>
        <w:t>Спинився Карл, велитель шведів.&lt;br /&gt;</w:t>
        <w:br/>
        <w:t>Невже за лаври ці, — в бою&lt;br /&gt;</w:t>
        <w:br/>
        <w:t>Народи кров лили свою?&lt;br /&gt;</w:t>
        <w:br/>
        <w:t>Натомлений, звалився з ніг,&lt;br /&gt;</w:t>
        <w:br/>
        <w:t>Під вільним деревом приліг —&lt;br /&gt;</w:t>
        <w:br/>
        <w:t>Знеможене у нього тіло&lt;br /&gt;</w:t>
        <w:br/>
        <w:t>Від рани гострої щеміло,&lt;br /&gt;</w:t>
        <w:br/>
        <w:t>Нестерпний лихоманки жар&lt;br /&gt;</w:t>
        <w:br/>
        <w:t>Йому заснути не давав,&lt;br /&gt;</w:t>
        <w:br/>
        <w:t>Але розвінчаний монарх&lt;br /&gt;</w:t>
        <w:br/>
        <w:t>Вогненні болі подолав,&lt;br /&gt;</w:t>
        <w:br/>
        <w:t>Як то було в часи негоди&lt;br /&gt;</w:t>
        <w:br/>
        <w:t>Він покоряв чужі народи.</w:t>
      </w:r>
    </w:p>
    <w:p>
      <w:r>
        <w:br/>
        <w:t>III</w:t>
      </w:r>
    </w:p>
    <w:p>
      <w:r>
        <w:br/>
        <w:t>Загін вождів! — О мало як!&lt;br /&gt;</w:t>
        <w:br/>
        <w:t>Скороминучий день атак&lt;br /&gt;</w:t>
        <w:br/>
        <w:t>Їх прорідив; та смерть свою&lt;br /&gt;</w:t>
        <w:br/>
        <w:t>Приймали в чесному бою&lt;br /&gt;</w:t>
        <w:br/>
        <w:t>Шляхетно. Лицарі живі&lt;br /&gt;</w:t>
        <w:br/>
        <w:t>Тепер сиділи на траві&lt;br /&gt;</w:t>
        <w:br/>
        <w:t>Біля монарха недалеко&lt;br /&gt;</w:t>
        <w:br/>
        <w:t>З його конем, бо небезпека&lt;br /&gt;</w:t>
        <w:br/>
        <w:t>Гуртує всіх, людей, тварин,&lt;br /&gt;</w:t>
        <w:br/>
        <w:t>І всі є друзі, як один.&lt;br /&gt;</w:t>
        <w:br/>
        <w:t>Під вічним дубом і собі&lt;br /&gt;</w:t>
        <w:br/>
        <w:t>Мазепа стелиться в журбі&lt;br /&gt;</w:t>
        <w:br/>
        <w:t>І сам він був, як дуб-титан,&lt;br /&gt;</w:t>
        <w:br/>
        <w:t>Землі козацької гетьман.&lt;br /&gt;</w:t>
        <w:br/>
        <w:t>Він обійняв свого коня&lt;br /&gt;</w:t>
        <w:br/>
        <w:t>За шию, наче той рідня,&lt;br /&gt;</w:t>
        <w:br/>
        <w:t>І не зважаючи на втому,&lt;br /&gt;</w:t>
        <w:br/>
        <w:t>Підкинув листя вороному,&lt;br /&gt;</w:t>
        <w:br/>
        <w:t>Обтер на спині вогкий пил,&lt;br /&gt;</w:t>
        <w:br/>
        <w:t>Звільнив з оброті і вудил,&lt;br /&gt;</w:t>
        <w:br/>
        <w:t>І неприховано радів,&lt;br /&gt;</w:t>
        <w:br/>
        <w:t>Що їв годованець степів,&lt;br /&gt;</w:t>
        <w:br/>
        <w:t>Хоча й тривожився раніше,&lt;br /&gt;</w:t>
        <w:br/>
        <w:t>Чи стане він на пасовище,&lt;br /&gt;</w:t>
        <w:br/>
        <w:t>Адже оцей купратий кінь&lt;br /&gt;</w:t>
        <w:br/>
        <w:t>Був невловимий, наче тінь,&lt;br /&gt;</w:t>
        <w:br/>
        <w:t>Неначе блискавка гарячий,&lt;br /&gt;</w:t>
        <w:br/>
        <w:t>Проте покірливий, терплячий,&lt;br /&gt;</w:t>
        <w:br/>
        <w:t>І ніс вождя у далечінь,&lt;br /&gt;</w:t>
        <w:br/>
        <w:t>Як справжній кінь, татарський кінь!&lt;br /&gt;</w:t>
        <w:br/>
        <w:t>Він знав господареву річ&lt;br /&gt;</w:t>
        <w:br/>
        <w:t>І лиш почує тихий клич —&lt;br /&gt;</w:t>
        <w:br/>
        <w:t>Крізь натовп, силу, тисячі,&lt;br /&gt;</w:t>
        <w:br/>
        <w:t>Було то вдень, а чи вночі,&lt;br /&gt;</w:t>
        <w:br/>
        <w:t>Від заходу і до світання&lt;br /&gt;</w:t>
        <w:br/>
        <w:t>До нього линув без вагання&lt;br /&gt;</w:t>
        <w:br/>
        <w:t>І зупинявся на постій,&lt;br /&gt;</w:t>
        <w:br/>
        <w:t>Неначе олень молодий.</w:t>
      </w:r>
    </w:p>
    <w:p>
      <w:r>
        <w:br/>
        <w:t>IV</w:t>
      </w:r>
    </w:p>
    <w:p>
      <w:r>
        <w:br/>
        <w:t>Тоді гетьман короткий спис&lt;br /&gt;</w:t>
        <w:br/>
        <w:t>Під стовбур дерева одніс&lt;br /&gt;</w:t>
        <w:br/>
        <w:t>І горностайову кирею,&lt;br /&gt;</w:t>
        <w:br/>
        <w:t>Розкинувши, послав землею.&lt;br /&gt;</w:t>
        <w:br/>
        <w:t>Узяв рушницю — диво див,&lt;br /&gt;</w:t>
        <w:br/>
        <w:t>Порохівницю відкрутив,&lt;br /&gt;</w:t>
        <w:br/>
        <w:t>Чи порох часом не промок,&lt;br /&gt;</w:t>
        <w:br/>
        <w:t>Чи цілий кремінь і курок?&lt;br /&gt;</w:t>
        <w:br/>
        <w:t>Оглянув добре в темноті&lt;br /&gt;</w:t>
        <w:br/>
        <w:t>Черес і піхви золоті,&lt;br /&gt;</w:t>
        <w:br/>
        <w:t>Чи не погнулися вони&lt;br /&gt;</w:t>
        <w:br/>
        <w:t>В диму і полум'ї війни?&lt;br /&gt;</w:t>
        <w:br/>
        <w:t>Коли ж оглядини скінчив,&lt;br /&gt;</w:t>
        <w:br/>
        <w:t>Дістав баклажку і харчів,&lt;br /&gt;</w:t>
        <w:br/>
        <w:t>Поставив на обрусі трав&lt;br /&gt;</w:t>
        <w:br/>
        <w:t>І почережно частував&lt;br /&gt;</w:t>
        <w:br/>
        <w:t>Усим, що ніздрі так лоскоче,&lt;br /&gt;</w:t>
        <w:br/>
        <w:t>Самого короля і почет —&lt;br /&gt;</w:t>
        <w:br/>
        <w:t>Без непокою, як майстрі&lt;br /&gt;</w:t>
        <w:br/>
        <w:t>Бенкетом правлять у дворі.&lt;br /&gt;</w:t>
        <w:br/>
        <w:t>І Карл під вигуки зусіль&lt;br /&gt;</w:t>
        <w:br/>
        <w:t>Прийняв з приємністю хліб-сіль,&lt;br /&gt;</w:t>
        <w:br/>
        <w:t>І видавалось кожну мить,&lt;br /&gt;</w:t>
        <w:br/>
        <w:t>Що понад горем він стоїть.&lt;br /&gt;</w:t>
        <w:br/>
        <w:t>Тоді почав: — У всіх із нас&lt;br /&gt;</w:t>
        <w:br/>
        <w:t>Могутній дух в серцях не згас,&lt;br /&gt;</w:t>
        <w:br/>
        <w:t>Та хто між нами, хоч один,&lt;br /&gt;</w:t>
        <w:br/>
        <w:t>Здобутись міг на більший чин&lt;br /&gt;</w:t>
        <w:br/>
        <w:t>І менш сказати взагалі,&lt;br /&gt;</w:t>
        <w:br/>
        <w:t>Ніж ти, Мазепо! На землі&lt;br /&gt;</w:t>
        <w:br/>
        <w:t>Від Олександрових походів&lt;br /&gt;</w:t>
        <w:br/>
        <w:t>Такої пари не знаходив,&lt;br /&gt;</w:t>
        <w:br/>
        <w:t>Як ти і гордий Буцефал,&lt;br /&gt;</w:t>
        <w:br/>
        <w:t>Який несе тебе учвал.&lt;br /&gt;</w:t>
        <w:br/>
        <w:t>І слава Скитії зів'яне&lt;br /&gt;</w:t>
        <w:br/>
        <w:t>Перед тобою, мій гетьмане,&lt;br /&gt;</w:t>
        <w:br/>
        <w:t>Бо сумніваюся, щоб скит&lt;br /&gt;</w:t>
        <w:br/>
        <w:t>Міг появити більший сприт —&lt;br /&gt;</w:t>
        <w:br/>
        <w:t>Ударити свого коня,&lt;br /&gt;</w:t>
        <w:br/>
        <w:t>Летіти вітром навмання&lt;br /&gt;</w:t>
        <w:br/>
        <w:t>Вперед від краю і до краю&lt;br /&gt;</w:t>
        <w:br/>
        <w:t>Крізь луки, ріки і сади...&lt;br /&gt;</w:t>
        <w:br/>
        <w:t>— О не добром я поминаю&lt;br /&gt;</w:t>
        <w:br/>
        <w:t>Ту школу, де навчивсь їзди!&lt;br /&gt;</w:t>
        <w:br/>
        <w:t>— Але ж чому, цікавий знати?&lt;br /&gt;</w:t>
        <w:br/>
        <w:t>— Про те не мало повідати,&lt;br /&gt;</w:t>
        <w:br/>
        <w:t>А ще багато до мети&lt;br /&gt;</w:t>
        <w:br/>
        <w:t>В боях нам суджено пройти.&lt;br /&gt;</w:t>
        <w:br/>
        <w:t>І хоч повсюди сили злі,&lt;br /&gt;</w:t>
        <w:br/>
        <w:t>Їх десятчані патрулі,&lt;br /&gt;</w:t>
        <w:br/>
        <w:t>Та коней, змучених цілком,&lt;br /&gt;</w:t>
        <w:br/>
        <w:t>Ще будем пасти за Дніпром.&lt;br /&gt;</w:t>
        <w:br/>
        <w:t>Вам треба спати, мавши рану,&lt;br /&gt;</w:t>
        <w:br/>
        <w:t>А на сторожі сам я стану.&lt;br /&gt;</w:t>
        <w:br/>
        <w:t>— А все ж таки уваж і вволь,—&lt;br /&gt;</w:t>
        <w:br/>
        <w:t>Сказав гетьманові король,&lt;br /&gt;</w:t>
        <w:br/>
        <w:t>Який до всього мав готовість,—&lt;br /&gt;</w:t>
        <w:br/>
        <w:t>Я хочу вислухати повість,&lt;br /&gt;</w:t>
        <w:br/>
        <w:t>Почувши мову чарівну,&lt;br /&gt;</w:t>
        <w:br/>
        <w:t>Можливо трохи я засну:&lt;br /&gt;</w:t>
        <w:br/>
        <w:t>Останні ночі й дні останні&lt;br /&gt;</w:t>
        <w:br/>
        <w:t>У мене очі нездріманні.</w:t>
      </w:r>
    </w:p>
    <w:p>
      <w:r>
        <w:br/>
        <w:t>— Гаразд! В надії отакій&lt;br /&gt;</w:t>
        <w:br/>
        <w:t>Охоче в пам'яті моїй&lt;br /&gt;</w:t>
        <w:br/>
        <w:t>Вернуся я в давезні дні,&lt;br /&gt;</w:t>
        <w:br/>
        <w:t>Коли доводилось мені&lt;br /&gt;</w:t>
        <w:br/>
        <w:t>Ходити пажем в царський двір,&lt;br /&gt;</w:t>
        <w:br/>
        <w:t>Де був король Ян-Казімір.&lt;br /&gt;</w:t>
        <w:br/>
        <w:t>Бігме, на Вас не схожий він,&lt;br /&gt;</w:t>
        <w:br/>
        <w:t>Бо не звойовував країн,&lt;br /&gt;</w:t>
        <w:br/>
        <w:t>Ані великих, ні малих,&lt;br /&gt;</w:t>
        <w:br/>
        <w:t>Лише на те, щоб втратить їх.&lt;br /&gt;</w:t>
        <w:br/>
        <w:t>Але в біду і він загруз,&lt;br /&gt;</w:t>
        <w:br/>
        <w:t>Бо шанував жіноцтво й муз,&lt;br /&gt;</w:t>
        <w:br/>
        <w:t>Вони ж бувають жартівливі&lt;br /&gt;</w:t>
        <w:br/>
        <w:t>І непокірні, і зрадливі —&lt;br /&gt;</w:t>
        <w:br/>
        <w:t>І він гадав не раз в ті дні,&lt;br /&gt;</w:t>
        <w:br/>
        <w:t>Що краще бути на війні,&lt;br /&gt;</w:t>
        <w:br/>
        <w:t>Та після гніву знов міняв&lt;br /&gt;</w:t>
        <w:br/>
        <w:t>Старі книжки і юних пав.&lt;br /&gt;</w:t>
        <w:br/>
        <w:t>Довкола замку вся Варшава&lt;br /&gt;</w:t>
        <w:br/>
        <w:t>Стояла, глянути цікава&lt;br /&gt;</w:t>
        <w:br/>
        <w:t>На блиск бенкетів, а також&lt;br /&gt;</w:t>
        <w:br/>
        <w:t>На дам розкішних і вельмож,&lt;br /&gt;</w:t>
        <w:br/>
        <w:t>Які оточували трон.&lt;br /&gt;</w:t>
        <w:br/>
        <w:t>Він був, як польський Соломон,&lt;br /&gt;</w:t>
        <w:br/>
        <w:t>І так прославили його&lt;br /&gt;</w:t>
        <w:br/>
        <w:t>Поети всі, крім одного,&lt;br /&gt;</w:t>
        <w:br/>
        <w:t>Що дав сатиру незугару,&lt;br /&gt;</w:t>
        <w:br/>
        <w:t>Бо не одержав гонорару,&lt;br /&gt;</w:t>
        <w:br/>
        <w:t>Свою ж неласку пояснив&lt;br /&gt;</w:t>
        <w:br/>
        <w:t>Тим, що леститися не вмів.&lt;br /&gt;</w:t>
        <w:br/>
        <w:t>Було турнірів і вистав,&lt;br /&gt;</w:t>
        <w:br/>
        <w:t>Адже там кожний римував,&lt;br /&gt;</w:t>
        <w:br/>
        <w:t>І навіть я поліз у шкоду,&lt;br /&gt;</w:t>
        <w:br/>
        <w:t>Надряпавши високу оду,&lt;br /&gt;</w:t>
        <w:br/>
        <w:t>Неначе визнаний піїт,&lt;br /&gt;</w:t>
        <w:br/>
        <w:t>І підписав: "Сумний Терсіт".&lt;br /&gt;</w:t>
        <w:br/>
        <w:t>При королеві був один&lt;br /&gt;</w:t>
        <w:br/>
        <w:t>Ясновельможний паладин,&lt;br /&gt;</w:t>
        <w:br/>
        <w:t>Як срібні рудні пребагатий,&lt;br /&gt;</w:t>
        <w:br/>
        <w:t>І гонористий — не сказати!&lt;br /&gt;</w:t>
        <w:br/>
        <w:t>Неначе з неба він зійшов,&lt;br /&gt;</w:t>
        <w:br/>
        <w:t>Така була то чиста кров.&lt;br /&gt;</w:t>
        <w:br/>
        <w:t>Він споглядав і знав, як слід,&lt;br /&gt;</w:t>
        <w:br/>
        <w:t>Свої скарби, славетний рід,&lt;br /&gt;</w:t>
        <w:br/>
        <w:t>І чомусь подвиги сім'ї&lt;br /&gt;</w:t>
        <w:br/>
        <w:t>Почав приймати за свої.&lt;br /&gt;</w:t>
        <w:br/>
        <w:t>Та не така його жона:&lt;br /&gt;</w:t>
        <w:br/>
        <w:t>Інакше думала вона.&lt;br /&gt;</w:t>
        <w:br/>
        <w:t>О доля зла! — нестерпний гніт! —&lt;br /&gt;</w:t>
        <w:br/>
        <w:t>Він старший був на тридцять літ.&lt;br /&gt;</w:t>
        <w:br/>
        <w:t>Після страшних розчарувань&lt;br /&gt;</w:t>
        <w:br/>
        <w:t>І сліз даремних, і зідхань,&lt;br /&gt;</w:t>
        <w:br/>
        <w:t>Ще жевріла у голові&lt;br /&gt;</w:t>
        <w:br/>
        <w:t>Тривожна мрія, або дві,&lt;br /&gt;</w:t>
        <w:br/>
        <w:t>Чи кілька поглядів з-під брів&lt;br /&gt;</w:t>
        <w:br/>
        <w:t>На цвіт варшавських юнаків,&lt;br /&gt;</w:t>
        <w:br/>
        <w:t>Танок лучався, чи романс,&lt;br /&gt;</w:t>
        <w:br/>
        <w:t>Та не прийшов звичайний шанс,&lt;br /&gt;</w:t>
        <w:br/>
        <w:t>(Найхолодніших дам серця&lt;br /&gt;</w:t>
        <w:br/>
        <w:t>Розтоплює нагода ця),&lt;br /&gt;</w:t>
        <w:br/>
        <w:t>Який би князеві до всього&lt;br /&gt;</w:t>
        <w:br/>
        <w:t>Докинув титулу нового,&lt;br /&gt;</w:t>
        <w:br/>
        <w:t>Що в небо пашпорта дає.&lt;br /&gt;</w:t>
        <w:br/>
        <w:t>Лиш дивно в цьому світі є:&lt;br /&gt;</w:t>
        <w:br/>
        <w:t>З рогами рідко ті ходили,&lt;br /&gt;</w:t>
        <w:br/>
        <w:t>Що їх найбільше заслужили.</w:t>
      </w:r>
    </w:p>
    <w:p>
      <w:r>
        <w:br/>
        <w:t>V</w:t>
      </w:r>
    </w:p>
    <w:p>
      <w:r>
        <w:br/>
        <w:t>Вродливий красень з мене був.&lt;br /&gt;</w:t>
        <w:br/>
        <w:t>Як сімдесятий рік минув,&lt;br /&gt;</w:t>
        <w:br/>
        <w:t>Тоді признатися не гріх,&lt;br /&gt;</w:t>
        <w:br/>
        <w:t>Що на світанку днів моїх&lt;br /&gt;</w:t>
        <w:br/>
        <w:t>З чоловіків ніхто красою&lt;br /&gt;</w:t>
        <w:br/>
        <w:t>Не міг би зміритись зо мною.&lt;br /&gt;</w:t>
        <w:br/>
        <w:t>Я мав і молодість, і міць,&lt;br /&gt;</w:t>
        <w:br/>
        <w:t>Рум'янець повний серед лиць&lt;br /&gt;</w:t>
        <w:br/>
        <w:t>І шкіру ніжну, молоду,&lt;br /&gt;</w:t>
        <w:br/>
        <w:t>А нині зморшки на виду.&lt;br /&gt;</w:t>
        <w:br/>
        <w:t>Бо час, турботи і війна&lt;br /&gt;</w:t>
        <w:br/>
        <w:t>Своє зробили. Все мина.&lt;br /&gt;</w:t>
        <w:br/>
        <w:t>Неначе плугом перейшло&lt;br /&gt;</w:t>
        <w:br/>
        <w:t>Через усе моє чоло.&lt;br /&gt;</w:t>
        <w:br/>
        <w:t>Я б зрікся роду і сім'ї,&lt;br /&gt;</w:t>
        <w:br/>
        <w:t>Коли б вернути дні мої,&lt;br /&gt;</w:t>
        <w:br/>
        <w:t>Але й вони зрівнять не годні&lt;br /&gt;</w:t>
        <w:br/>
        <w:t>Моє учора і сьогодні.&lt;br /&gt;</w:t>
        <w:br/>
        <w:t>А втім, як бачите, літа&lt;br /&gt;</w:t>
        <w:br/>
        <w:t>Не вигнули мого хребта,&lt;br /&gt;</w:t>
        <w:br/>
        <w:t>Не зменшили і не змінили&lt;br /&gt;</w:t>
        <w:br/>
        <w:t>Відваги, розуму і сили,&lt;br /&gt;</w:t>
        <w:br/>
        <w:t>Інакше б я отут в цей мент&lt;br /&gt;</w:t>
        <w:br/>
        <w:t>Не повідав старих історій&lt;br /&gt;</w:t>
        <w:br/>
        <w:t>Під деревом в ночі беззорій,&lt;br /&gt;</w:t>
        <w:br/>
        <w:t>Як мій розкинутий намет.&lt;br /&gt;</w:t>
        <w:br/>
        <w:t>Та, прошу Вас, дозвольте далі,&lt;br /&gt;</w:t>
        <w:br/>
        <w:t>Я повертаюся до кралі.&lt;br /&gt;</w:t>
        <w:br/>
        <w:t>Мені здається, що вона&lt;br /&gt;</w:t>
        <w:br/>
        <w:t>Струнка, вродлива і ставна&lt;br /&gt;</w:t>
        <w:br/>
        <w:t>Біжить до мене від берези…&lt;br /&gt;</w:t>
        <w:br/>
        <w:t>Ах, образ юної Терези,&lt;br /&gt;</w:t>
        <w:br/>
        <w:t>І досі, нібито живий,&lt;br /&gt;</w:t>
        <w:br/>
        <w:t>Стоїть у пам'яті моїй.&lt;br /&gt;</w:t>
        <w:br/>
        <w:t>Та як знайду в собі снагу,&lt;br /&gt;</w:t>
        <w:br/>
        <w:t>Щоб воскресити дорогу:&lt;br /&gt;</w:t>
        <w:br/>
        <w:t>Ні фарбами, ані словами&lt;br /&gt;</w:t>
        <w:br/>
        <w:t>Я не спишу моєї дами.&lt;br /&gt;</w:t>
        <w:br/>
        <w:t>В її очах був цілий схід.&lt;br /&gt;</w:t>
        <w:br/>
        <w:t>Великий Азії сусід —&lt;br /&gt;</w:t>
        <w:br/>
        <w:t>Туреччина, як час пройшов,&lt;br /&gt;</w:t>
        <w:br/>
        <w:t>Перемішала польську кров.&lt;br /&gt;</w:t>
        <w:br/>
        <w:t>Терези азіатські очі&lt;br /&gt;</w:t>
        <w:br/>
        <w:t>Були чорніш цієї ночі,&lt;br /&gt;</w:t>
        <w:br/>
        <w:t>Але у їхній глибині&lt;br /&gt;</w:t>
        <w:br/>
        <w:t>Яскріли світла неземні,&lt;br /&gt;</w:t>
        <w:br/>
        <w:t>Як сяйво східньої зорі,&lt;br /&gt;</w:t>
        <w:br/>
        <w:t>Як проблиск місяця вгорі,&lt;br /&gt;</w:t>
        <w:br/>
        <w:t>Як перша райдуга весни:&lt;br /&gt;</w:t>
        <w:br/>
        <w:t>Широкі, темні і незмінні —&lt;br /&gt;</w:t>
        <w:br/>
        <w:t>Були вологими вони,&lt;br /&gt;</w:t>
        <w:br/>
        <w:t>Мов танули в своїм промінні.&lt;br /&gt;</w:t>
        <w:br/>
        <w:t>Напів огонь, напів пітьма,&lt;br /&gt;</w:t>
        <w:br/>
        <w:t>Усі любов, любов сама,&lt;br /&gt;</w:t>
        <w:br/>
        <w:t>Як у святої на стовпі,&lt;br /&gt;</w:t>
        <w:br/>
        <w:t>Що погляди свої сліпі&lt;br /&gt;</w:t>
        <w:br/>
        <w:t>Скеровує в небесну твердь,&lt;br /&gt;</w:t>
        <w:br/>
        <w:t>Неначе їй солодка смерть,&lt;br /&gt;</w:t>
        <w:br/>
        <w:t>Її задумане чоло,&lt;br /&gt;</w:t>
        <w:br/>
        <w:t>Як літнє озеро було,&lt;br /&gt;</w:t>
        <w:br/>
        <w:t>Де мріє соняшна блакить&lt;br /&gt;</w:t>
        <w:br/>
        <w:t>І хвиля там не жебонить,&lt;br /&gt;</w:t>
        <w:br/>
        <w:t>Її вуста, її лице...&lt;br /&gt;</w:t>
        <w:br/>
        <w:t>Та досить мовити про це.&lt;br /&gt;</w:t>
        <w:br/>
        <w:t>Я так любив її тоді,&lt;br /&gt;</w:t>
        <w:br/>
        <w:t>Я так люблю її тепер —&lt;br /&gt;</w:t>
        <w:br/>
        <w:t>В нещасті й радості, в біді&lt;br /&gt;</w:t>
        <w:br/>
        <w:t>Вогонь безсмертний не помер&lt;br /&gt;</w:t>
        <w:br/>
        <w:t>І в гніві ми усе життя&lt;br /&gt;</w:t>
        <w:br/>
        <w:t>Кохаємо до забуття,&lt;br /&gt;</w:t>
        <w:br/>
        <w:t>І тінь минулого бліда&lt;br /&gt;</w:t>
        <w:br/>
        <w:t>До смерті нас не покида,&lt;br /&gt;</w:t>
        <w:br/>
        <w:t>Лиш серце крає, мов на зло,&lt;br /&gt;</w:t>
        <w:br/>
        <w:t>Як це з Мазепою було.</w:t>
      </w:r>
    </w:p>
    <w:p>
      <w:r>
        <w:br/>
        <w:t>VI</w:t>
      </w:r>
    </w:p>
    <w:p>
      <w:r>
        <w:br/>
        <w:t>Ми стрілись — пильно, тайкома&lt;br /&gt;</w:t>
        <w:br/>
        <w:t>Ззирнулися. Вона сама&lt;br /&gt;</w:t>
        <w:br/>
        <w:t>Була тоді така чудова,&lt;br /&gt;</w:t>
        <w:br/>
        <w:t>Хоч не промовила ні слова.&lt;br /&gt;</w:t>
        <w:br/>
        <w:t>Є десять тисяч між людьми&lt;br /&gt;</w:t>
        <w:br/>
        <w:t>Нюансів, знаків. Часто ми&lt;br /&gt;</w:t>
        <w:br/>
        <w:t>Їх бачимо, вони ж не в стані&lt;br /&gt;</w:t>
        <w:br/>
        <w:t>Означити думки неждані,&lt;br /&gt;</w:t>
        <w:br/>
        <w:t>Що в серце б'ють, і не спроста&lt;br /&gt;</w:t>
        <w:br/>
        <w:t>Свідомість дивна вироста,&lt;br /&gt;</w:t>
        <w:br/>
        <w:t>Подібна чудові навкруг,&lt;br /&gt;</w:t>
        <w:br/>
        <w:t>Яке палаючий ланцюг&lt;br /&gt;</w:t>
        <w:br/>
        <w:t>Сердець закоханих єднає&lt;br /&gt;</w:t>
        <w:br/>
        <w:t>І мимоволі посилає,&lt;br /&gt;</w:t>
        <w:br/>
        <w:t>Як електричний дріт, либонь,&lt;br /&gt;</w:t>
        <w:br/>
        <w:t>Вулканізуючий вогонь.&lt;br /&gt;</w:t>
        <w:br/>
        <w:t>Я подивився і побачив —&lt;br /&gt;</w:t>
        <w:br/>
        <w:t>Той пильний зір багато значив.&lt;br /&gt;</w:t>
        <w:br/>
        <w:t>Душею плакав, як маля,&lt;br /&gt;</w:t>
        <w:br/>
        <w:t>Але тримався віддаля,&lt;br /&gt;</w:t>
        <w:br/>
        <w:t>Чекаючи на слушний час,&lt;br /&gt;</w:t>
        <w:br/>
        <w:t>Аж доки познайомлять нас,&lt;br /&gt;</w:t>
        <w:br/>
        <w:t>Щоб ми розмовитись могли&lt;br /&gt;</w:t>
        <w:br/>
        <w:t>Без підозріння і хули.&lt;br /&gt;</w:t>
        <w:br/>
        <w:t>Одначе, навіть і тоді&lt;br /&gt;</w:t>
        <w:br/>
        <w:t>Снував я наміри тверді&lt;br /&gt;</w:t>
        <w:br/>
        <w:t>Сказати щось. Але в журбі&lt;br /&gt;</w:t>
        <w:br/>
        <w:t>Слова несміливі, слабі&lt;br /&gt;</w:t>
        <w:br/>
        <w:t>За хвилю в'янули. — Є гра&lt;br /&gt;</w:t>
        <w:br/>
        <w:t>І неприкметна, і стара,&lt;br /&gt;</w:t>
        <w:br/>
        <w:t>Що вигадана, далебі,&lt;br /&gt;</w:t>
        <w:br/>
        <w:t>На те, щоб день убить собі.&lt;br /&gt;</w:t>
        <w:br/>
        <w:t>Тієї назви, ані змісту&lt;br /&gt;</w:t>
        <w:br/>
        <w:t>Мені згадати не до хисту.&lt;br /&gt;</w:t>
        <w:br/>
        <w:t>Також забув, як і коли&lt;br /&gt;</w:t>
        <w:br/>
        <w:t>Ми з нею грати почали.&lt;br /&gt;</w:t>
        <w:br/>
        <w:t>Я грав, не дбаючи про те,&lt;br /&gt;</w:t>
        <w:br/>
        <w:t>Щоб виграть партію — пусте,&lt;br /&gt;</w:t>
        <w:br/>
        <w:t>Бо я доволі мав утіх,&lt;br /&gt;</w:t>
        <w:br/>
        <w:t>Що чую голос, чую сміх,&lt;br /&gt;</w:t>
        <w:br/>
        <w:t>Був щастям сповнений достоту,&lt;br /&gt;</w:t>
        <w:br/>
        <w:t>Що бачу люблену істоту.&lt;br /&gt;</w:t>
        <w:br/>
        <w:t>Я всю її очима пас,&lt;br /&gt;</w:t>
        <w:br/>
        <w:t>Як вартовий (нехай же нас&lt;br /&gt;</w:t>
        <w:br/>
        <w:t>Ця ніч так добре стереже!),&lt;br /&gt;</w:t>
        <w:br/>
        <w:t>Аж доки простеріг уже&lt;br /&gt;</w:t>
        <w:br/>
        <w:t>Те головне, важливе щось:&lt;br /&gt;</w:t>
        <w:br/>
        <w:t>Вона задумалась чогось,&lt;br /&gt;</w:t>
        <w:br/>
        <w:t>Не помічаючи, як слід,&lt;br /&gt;</w:t>
        <w:br/>
        <w:t>Що не до речі робить хід,&lt;br /&gt;</w:t>
        <w:br/>
        <w:t>Програє, виграє сама —&lt;br /&gt;</w:t>
        <w:br/>
        <w:t>Ні сум, ні радість — все дарма,&lt;br /&gt;</w:t>
        <w:br/>
        <w:t>Проте годинами сиділа,&lt;br /&gt;</w:t>
        <w:br/>
        <w:t>Неначе інша, вища сила&lt;br /&gt;</w:t>
        <w:br/>
        <w:t>Скувала руки й ноги їй,&lt;br /&gt;</w:t>
        <w:br/>
        <w:t>А не бажання виграть бій.&lt;br /&gt;</w:t>
        <w:br/>
        <w:t>Враз думка блискавка-стріла&lt;br /&gt;</w:t>
        <w:br/>
        <w:t>Увесь мій мозок пройняла,&lt;br /&gt;</w:t>
        <w:br/>
        <w:t>Що в ній щось тепліє — о знай!&lt;br /&gt;</w:t>
        <w:br/>
        <w:t>І не осудить на відчай.&lt;br /&gt;</w:t>
        <w:br/>
        <w:t>І враз на думку отаку&lt;br /&gt;</w:t>
        <w:br/>
        <w:t>Слова без всякого зв'язку&lt;br /&gt;</w:t>
        <w:br/>
        <w:t>Прорвалися і попливли,&lt;br /&gt;</w:t>
        <w:br/>
        <w:t>Хоч красномовні не були.&lt;br /&gt;</w:t>
        <w:br/>
        <w:t>Можливо, то моя вина,&lt;br /&gt;</w:t>
        <w:br/>
        <w:t>Одначе, слухала вона,&lt;br /&gt;</w:t>
        <w:br/>
        <w:t>А це усе — хто раз ту мову&lt;br /&gt;</w:t>
        <w:br/>
        <w:t>Послухав, слухатиме знову,&lt;br /&gt;</w:t>
        <w:br/>
        <w:t>Бо крижаних нема сердець,&lt;br /&gt;</w:t>
        <w:br/>
        <w:t>Відмова ж перша — не кінець.</w:t>
      </w:r>
    </w:p>
    <w:p>
      <w:r>
        <w:br/>
        <w:t>VII</w:t>
      </w:r>
    </w:p>
    <w:p>
      <w:r>
        <w:br/>
        <w:t>Кохав я образ дорогий.&lt;br /&gt;</w:t>
        <w:br/>
        <w:t>Але признайтесь, пане мій,&lt;br /&gt;</w:t>
        <w:br/>
        <w:t>Чи й Ви пізнали за життя&lt;br /&gt;</w:t>
        <w:br/>
        <w:t>Ці ніжні слабощі, чуття?&lt;br /&gt;</w:t>
        <w:br/>
        <w:t>Не сумніваюсь. Тож доволі&lt;br /&gt;</w:t>
        <w:br/>
        <w:t>Про насолоди, щастя, болі —&lt;br /&gt;</w:t>
        <w:br/>
        <w:t>Щоб Вам абсурдом не здалось.&lt;br /&gt;</w:t>
        <w:br/>
        <w:t>А втім, не всі мужі чогось,&lt;br /&gt;</w:t>
        <w:br/>
        <w:t>Не всі потраплять самохіть&lt;br /&gt;</w:t>
        <w:br/>
        <w:t>Над пристрастями володіть,&lt;br /&gt;</w:t>
        <w:br/>
        <w:t>Або отак, як Ви, герою,&lt;br /&gt;</w:t>
        <w:br/>
        <w:t>Над націями і собою.&lt;br /&gt;</w:t>
        <w:br/>
        <w:t>Я єсть — вірніше був я — князь,&lt;br /&gt;</w:t>
        <w:br/>
        <w:t>Вождь тисячів. І кров лилась,&lt;br /&gt;</w:t>
        <w:br/>
        <w:t>Усе летіло шкереберть,&lt;br /&gt;</w:t>
        <w:br/>
        <w:t>За мною сміло йшли на смерть.&lt;br /&gt;</w:t>
        <w:br/>
        <w:t>Лиш над собою, мій королю,&lt;br /&gt;</w:t>
        <w:br/>
        <w:t>Ніколи я не мав контролю.&lt;br /&gt;</w:t>
        <w:br/>
        <w:t>Ну, словом, висновок такий:&lt;br /&gt;</w:t>
        <w:br/>
        <w:t>Любив я образ дорогий,&lt;br /&gt;</w:t>
        <w:br/>
        <w:t>Та скоро так з веління долі&lt;br /&gt;</w:t>
        <w:br/>
        <w:t>Перепинились наші болі.&lt;br /&gt;</w:t>
        <w:br/>
        <w:t>Ми зустрічались в таїні.&lt;br /&gt;</w:t>
        <w:br/>
        <w:t>Той день у схованці мені,&lt;br /&gt;</w:t>
        <w:br/>
        <w:t>Коли темніла неба синь,&lt;br /&gt;</w:t>
        <w:br/>
        <w:t>Був нагородою терпінь.&lt;br /&gt;</w:t>
        <w:br/>
        <w:t>Ходив я днями сам не свій,&lt;br /&gt;</w:t>
        <w:br/>
        <w:t>Крім того часу, про який&lt;br /&gt;</w:t>
        <w:br/>
        <w:t>Пригадую. За мить єдину&lt;br /&gt;</w:t>
        <w:br/>
        <w:t>Я всю віддав би Україну,&lt;br /&gt;</w:t>
        <w:br/>
        <w:t>До неї всю мою любов,&lt;br /&gt;</w:t>
        <w:br/>
        <w:t>Щоб тільки пажем бути знов,&lt;br /&gt;</w:t>
        <w:br/>
        <w:t>Що ніжним серцем володів&lt;br /&gt;</w:t>
        <w:br/>
        <w:t>І шпагою, не мав скарбів,&lt;br /&gt;</w:t>
        <w:br/>
        <w:t>Багатства, крім дарів природи —&lt;br /&gt;</w:t>
        <w:br/>
        <w:t>Здоров'я, молодості, вроди.&lt;br /&gt;</w:t>
        <w:br/>
        <w:t>Ми зустрічались в таїні.&lt;br /&gt;</w:t>
        <w:br/>
        <w:t>Я знаю, декому ті дні&lt;br /&gt;</w:t>
        <w:br/>
        <w:t>Солодкими подвійно є.&lt;br /&gt;</w:t>
        <w:br/>
        <w:t>Та я б віддав життя своє,&lt;br /&gt;</w:t>
        <w:br/>
        <w:t>Щоб перед небом і землею&lt;br /&gt;</w:t>
        <w:br/>
        <w:t>Назвати міг її моєю,&lt;br /&gt;</w:t>
        <w:br/>
        <w:t>Бо часто й довго нарікав,&lt;br /&gt;</w:t>
        <w:br/>
        <w:t>Що крадькома її стрічав.</w:t>
      </w:r>
    </w:p>
    <w:p>
      <w:r>
        <w:br/>
        <w:t>VIII</w:t>
      </w:r>
    </w:p>
    <w:p>
      <w:r>
        <w:br/>
        <w:t>Багато скрізь очей не спить,&lt;br /&gt;</w:t>
        <w:br/>
        <w:t>Які закоханих щомить&lt;br /&gt;</w:t>
        <w:br/>
        <w:t>Вистежують; від їхніх пут&lt;br /&gt;</w:t>
        <w:br/>
        <w:t>Сам чорт скромніший був би тут.&lt;br /&gt;</w:t>
        <w:br/>
        <w:t>А втім, я б зовсім не хотів&lt;br /&gt;</w:t>
        <w:br/>
        <w:t>Якось образити чортів,&lt;br /&gt;</w:t>
        <w:br/>
        <w:t>Бо може хтось і серед них&lt;br /&gt;</w:t>
        <w:br/>
        <w:t>Колись належав до святих,&lt;br /&gt;</w:t>
        <w:br/>
        <w:t>Що сам себе не переміг&lt;br /&gt;</w:t>
        <w:br/>
        <w:t>І збився з праведних доріг.&lt;br /&gt;</w:t>
        <w:br/>
        <w:t>Ми і незчулися, коли&lt;br /&gt;</w:t>
        <w:br/>
        <w:t>Нас гайдуки підстерегли —&lt;br /&gt;</w:t>
        <w:br/>
        <w:t>Я шпагу вихопив свою,&lt;br /&gt;</w:t>
        <w:br/>
        <w:t>Але я був один в бою.&lt;br /&gt;</w:t>
        <w:br/>
        <w:t>Від гніву граф оскаженів,&lt;br /&gt;</w:t>
        <w:br/>
        <w:t>Щось більше то було як гнів,&lt;br /&gt;</w:t>
        <w:br/>
        <w:t>Я зрозумів, що і в броні&lt;br /&gt;</w:t>
        <w:br/>
        <w:t>Всіх не подужати мені.&lt;br /&gt;</w:t>
        <w:br/>
        <w:t>Це діялося біля замку,&lt;br /&gt;</w:t>
        <w:br/>
        <w:t>Здаля від міста, на світанку.&lt;br /&gt;</w:t>
        <w:br/>
        <w:t>Не думав я узріти дня,&lt;br /&gt;</w:t>
        <w:br/>
        <w:t>Коли зчинилася борня&lt;br /&gt;</w:t>
        <w:br/>
        <w:t>З напасниками серед мли.&lt;br /&gt;</w:t>
        <w:br/>
        <w:t>Вже пораховані були&lt;br /&gt;</w:t>
        <w:br/>
        <w:t>Мої хвилини нещасливі.&lt;br /&gt;</w:t>
        <w:br/>
        <w:t>З молитвою Марії Діві&lt;br /&gt;</w:t>
        <w:br/>
        <w:t>І всім угодникам святим, —&lt;br /&gt;</w:t>
        <w:br/>
        <w:t>Піддався я, побив би грім!&lt;br /&gt;</w:t>
        <w:br/>
        <w:t>Мене схопили вороги,&lt;br /&gt;</w:t>
        <w:br/>
        <w:t>Скували руки в ланцюги&lt;br /&gt;</w:t>
        <w:br/>
        <w:t>І попровадили до брами.&lt;br /&gt;</w:t>
        <w:br/>
        <w:t>Я вже не стрів моєї дами&lt;br /&gt;</w:t>
        <w:br/>
        <w:t>Ніде й ніколи у житті —&lt;br /&gt;</w:t>
        <w:br/>
        <w:t>Навік роз'єднано путі!..&lt;br /&gt;</w:t>
        <w:br/>
        <w:t>Не тяжко всякому збагнуть,&lt;br /&gt;</w:t>
        <w:br/>
        <w:t>Яка була у графа лють,&lt;br /&gt;</w:t>
        <w:br/>
        <w:t>І недаремно, адже він&lt;br /&gt;</w:t>
        <w:br/>
        <w:t>На те доволі мав причин:&lt;br /&gt;</w:t>
        <w:br/>
        <w:t>Найбільш терзала воєводу&lt;br /&gt;</w:t>
        <w:br/>
        <w:t>Майбутня доля родоводу.&lt;br /&gt;</w:t>
        <w:br/>
        <w:t>Не міг простити він собі&lt;br /&gt;</w:t>
        <w:br/>
        <w:t>Такої плями на гербі.&lt;br /&gt;</w:t>
        <w:br/>
        <w:t>Найвищим бувши по коліні,&lt;br /&gt;</w:t>
        <w:br/>
        <w:t>Гадав, шанобити повинні&lt;br /&gt;</w:t>
        <w:br/>
        <w:t>Його всі люди на землі&lt;br /&gt;</w:t>
        <w:br/>
        <w:t>І я також у тім числі.&lt;br /&gt;</w:t>
        <w:br/>
        <w:t>Прокляття! Нещадима голь!&lt;br /&gt;</w:t>
        <w:br/>
        <w:t>Коли б цей зрадник був король,&lt;br /&gt;</w:t>
        <w:br/>
        <w:t>А то ж хлопчак! Ганьба яка ж —&lt;br /&gt;</w:t>
        <w:br/>
        <w:t>То не король, а тільки паж!&lt;br /&gt;</w:t>
        <w:br/>
        <w:t>Я відчував це й розумів,&lt;br /&gt;</w:t>
        <w:br/>
        <w:t>Та не віддам у слові гнів.</w:t>
      </w:r>
    </w:p>
    <w:p>
      <w:r>
        <w:br/>
        <w:t>IX</w:t>
      </w:r>
    </w:p>
    <w:p>
      <w:r>
        <w:br/>
        <w:t>— Коня! — І вивели коня.&lt;br /&gt;</w:t>
        <w:br/>
        <w:t>Тяжка була із ним борня —&lt;br /&gt;</w:t>
        <w:br/>
        <w:t>То справжній виходень пустині,&lt;br /&gt;</w:t>
        <w:br/>
        <w:t>Що народився в Україні.&lt;br /&gt;</w:t>
        <w:br/>
        <w:t>О дикий звір! — у нього крок&lt;br /&gt;</w:t>
        <w:br/>
        <w:t>Швидкий, мов спалахи думок, —&lt;br /&gt;</w:t>
        <w:br/>
        <w:t>І не забуду я до скону,&lt;br /&gt;</w:t>
        <w:br/>
        <w:t>Як ми зустрілися увіч:&lt;br /&gt;</w:t>
        <w:br/>
        <w:t>його жахливого полону&lt;br /&gt;</w:t>
        <w:br/>
        <w:t>Минала тільки перша ніч.&lt;br /&gt;</w:t>
        <w:br/>
        <w:t>Всі перевтомлені були,&lt;br /&gt;</w:t>
        <w:br/>
        <w:t>Ніяк приборкать не могли&lt;br /&gt;</w:t>
        <w:br/>
        <w:t>Його шаленого пориву,&lt;br /&gt;</w:t>
        <w:br/>
        <w:t>Він дибився і їжив гриву,&lt;br /&gt;</w:t>
        <w:br/>
        <w:t>Покритий піною, коли&lt;br /&gt;</w:t>
        <w:br/>
        <w:t>Його до мене підвели.&lt;br /&gt;</w:t>
        <w:br/>
        <w:t>І в лютім запалі тоді&lt;br /&gt;</w:t>
        <w:br/>
        <w:t>Мене стайничі молоді&lt;br /&gt;</w:t>
        <w:br/>
        <w:t>Йому на спину завдали,&lt;br /&gt;</w:t>
        <w:br/>
        <w:t>Різучі в'яжучи вузли,&lt;br /&gt;</w:t>
        <w:br/>
        <w:t>Жахнули скакуна — і враз&lt;br /&gt;</w:t>
        <w:br/>
        <w:t>На волю випустили нас, —&lt;br /&gt;</w:t>
        <w:br/>
        <w:t>Вперед ми ринулись навпір&lt;br /&gt;</w:t>
        <w:br/>
        <w:t>Скоріше струменя із гір!</w:t>
      </w:r>
    </w:p>
    <w:p>
      <w:r>
        <w:br/>
        <w:t>X</w:t>
      </w:r>
    </w:p>
    <w:p>
      <w:r>
        <w:br/>
        <w:t>Вперед, вперед! — нестримний рух.&lt;br /&gt;</w:t>
        <w:br/>
        <w:t>Мені забило вітром дух&lt;br /&gt;</w:t>
        <w:br/>
        <w:t>І я побачити не міг,&lt;br /&gt;</w:t>
        <w:br/>
        <w:t>Куди мій кінь порскливий біг.&lt;br /&gt;</w:t>
        <w:br/>
        <w:t>Лише займалося на світ,&lt;br /&gt;</w:t>
        <w:br/>
        <w:t>А він од замкових воріт,&lt;br /&gt;</w:t>
        <w:br/>
        <w:t>Почувши волю степову,&lt;br /&gt;</w:t>
        <w:br/>
        <w:t>Летів, збиваючи траву.&lt;br /&gt;</w:t>
        <w:br/>
        <w:t>Останній, дальній людський звук,&lt;br /&gt;</w:t>
        <w:br/>
        <w:t>Який почув я в муках мук,&lt;br /&gt;</w:t>
        <w:br/>
        <w:t>Був дикий регіт, свист і сміх&lt;br /&gt;</w:t>
        <w:br/>
        <w:t>Юрби нищителів моїх.&lt;br /&gt;</w:t>
        <w:br/>
        <w:t>У звикнім русі, наче тур,&lt;br /&gt;</w:t>
        <w:br/>
        <w:t>Я обірвав на шиї шнур,&lt;br /&gt;</w:t>
        <w:br/>
        <w:t>Що замість поводу вандали&lt;br /&gt;</w:t>
        <w:br/>
        <w:t>Його до гриви прив'язали.&lt;br /&gt;</w:t>
        <w:br/>
        <w:t>Напів звільнилась голова&lt;br /&gt;</w:t>
        <w:br/>
        <w:t>І крикнув я страшні слова,&lt;br /&gt;</w:t>
        <w:br/>
        <w:t>Але здавив прокльонів грім,&lt;br /&gt;</w:t>
        <w:br/>
        <w:t>Бо все одно не чути їм.&lt;br /&gt;</w:t>
        <w:br/>
        <w:t>Я сердився, хотів ураз&lt;br /&gt;</w:t>
        <w:br/>
        <w:t>Помститися за біль образ,&lt;br /&gt;</w:t>
        <w:br/>
        <w:t>Та це зробив за кілька літ:&lt;br /&gt;</w:t>
        <w:br/>
        <w:t>Від осоружних тих воріт&lt;br /&gt;</w:t>
        <w:br/>
        <w:t>Нічого я не залишив;&lt;br /&gt;</w:t>
        <w:br/>
        <w:t>Ані підоймових мостів,&lt;br /&gt;</w:t>
        <w:br/>
        <w:t>Ані решіток опускних,&lt;br /&gt;</w:t>
        <w:br/>
        <w:t>Чи загород, ровів старих,&lt;br /&gt;</w:t>
        <w:br/>
        <w:t>Ні каменя, ані бруска —&lt;br /&gt;</w:t>
        <w:br/>
        <w:t>Все знищила моя рука:&lt;br /&gt;</w:t>
        <w:br/>
        <w:t>Ніде й зела за кілька гін,&lt;br /&gt;</w:t>
        <w:br/>
        <w:t>Лиш мурава на гребних стін&lt;br /&gt;</w:t>
        <w:br/>
        <w:t>Ще пробивалася, на жаль,&lt;br /&gt;</w:t>
        <w:br/>
        <w:t>Де був тривкий фундамент заль.&lt;br /&gt;</w:t>
        <w:br/>
        <w:t>Сама пустеля. І якби&lt;br /&gt;</w:t>
        <w:br/>
        <w:t>Минали ви оті горби,&lt;br /&gt;</w:t>
        <w:br/>
        <w:t>Ніколи вам не прийде мисль,&lt;br /&gt;</w:t>
        <w:br/>
        <w:t>Що замок там стояв колись.&lt;br /&gt;</w:t>
        <w:br/>
        <w:t>Я споглядав готичні вежі&lt;br /&gt;</w:t>
        <w:br/>
        <w:t>В тріскучих одсвітах пожежі.&lt;br /&gt;</w:t>
        <w:br/>
        <w:t>Гули обвалені вали,&lt;br /&gt;</w:t>
        <w:br/>
        <w:t>Дощами оливо лили,&lt;br /&gt;</w:t>
        <w:br/>
        <w:t>Чорніючий високий дах&lt;br /&gt;</w:t>
        <w:br/>
        <w:t>Весь у пропалених дірках&lt;br /&gt;</w:t>
        <w:br/>
        <w:t>І товщина його потворна&lt;br /&gt;</w:t>
        <w:br/>
        <w:t>Вже не була помстовідпорна.&lt;br /&gt;</w:t>
        <w:br/>
        <w:t>Цього не ждали навісні,&lt;br /&gt;</w:t>
        <w:br/>
        <w:t>Коли металися в огні,&lt;br /&gt;</w:t>
        <w:br/>
        <w:t>Мов підливаючи оливу&lt;br /&gt;</w:t>
        <w:br/>
        <w:t>Несамовитому пориву,&lt;br /&gt;</w:t>
        <w:br/>
        <w:t>Що мушу я одного дня&lt;br /&gt;</w:t>
        <w:br/>
        <w:t>Осісти іншого коня&lt;br /&gt;</w:t>
        <w:br/>
        <w:t>І з військом знов прийти сюди&lt;br /&gt;</w:t>
        <w:br/>
        <w:t>Віддарувати шал їзди.&lt;br /&gt;</w:t>
        <w:br/>
        <w:t>Я не забув гіркої гри,&lt;br /&gt;</w:t>
        <w:br/>
        <w:t>Ті міцно зв'язані шнури,&lt;br /&gt;</w:t>
        <w:br/>
        <w:t>І як доносилась луна&lt;br /&gt;</w:t>
        <w:br/>
        <w:t>До змиленого скакуна.&lt;br /&gt;</w:t>
        <w:br/>
        <w:t>Реванш настав — їх карти биті,&lt;br /&gt;</w:t>
        <w:br/>
        <w:t>Бо час рівняє все на світі,&lt;br /&gt;</w:t>
        <w:br/>
        <w:t>І все, що маємо робить —&lt;br /&gt;</w:t>
        <w:br/>
        <w:t>Лише чекати слушну мить,&lt;br /&gt;</w:t>
        <w:br/>
        <w:t>Бо не було ще сили зла,&lt;br /&gt;</w:t>
        <w:br/>
        <w:t>Яка б уникнути могла&lt;br /&gt;</w:t>
        <w:br/>
        <w:t>Від неминучої покари,&lt;br /&gt;</w:t>
        <w:br/>
        <w:t>І довго влучують удари&lt;br /&gt;</w:t>
        <w:br/>
        <w:t>Тих, що неправости тавро&lt;br /&gt;</w:t>
        <w:br/>
        <w:t>Цінують вище за добро.</w:t>
      </w:r>
    </w:p>
    <w:p>
      <w:r>
        <w:br/>
        <w:t>XI</w:t>
      </w:r>
    </w:p>
    <w:p>
      <w:r>
        <w:br/>
        <w:t>Все далі, далі кінь і я&lt;br /&gt;</w:t>
        <w:br/>
        <w:t>Неслись, як вітру течія,&lt;br /&gt;</w:t>
        <w:br/>
        <w:t>Лишаючи у далині&lt;br /&gt;</w:t>
        <w:br/>
        <w:t>Дими стовпами і вогні.&lt;br /&gt;</w:t>
        <w:br/>
        <w:t>Ми поспішали метеором,&lt;br /&gt;</w:t>
        <w:br/>
        <w:t>Який у небі неозорім&lt;br /&gt;</w:t>
        <w:br/>
        <w:t>Сліпучим спалахом з узбіч&lt;br /&gt;</w:t>
        <w:br/>
        <w:t>Освітлює раптово ніч.&lt;br /&gt;</w:t>
        <w:br/>
        <w:t>Ніде ні міста, ні села,&lt;br /&gt;</w:t>
        <w:br/>
        <w:t>Де наша путь вперед лягла,&lt;br /&gt;</w:t>
        <w:br/>
        <w:t>І тільки поле простягалось&lt;br /&gt;</w:t>
        <w:br/>
        <w:t>До обрію, де чорний праліс&lt;br /&gt;</w:t>
        <w:br/>
        <w:t>Далеко майорів без меж.&lt;br /&gt;</w:t>
        <w:br/>
        <w:t>Крім залишків зубчастих веж,&lt;br /&gt;</w:t>
        <w:br/>
        <w:t>Які давно побудували&lt;br /&gt;</w:t>
        <w:br/>
        <w:t>Навкір татарської навали,&lt;br /&gt;</w:t>
        <w:br/>
        <w:t>Ні сліду селищ: рік було —&lt;br /&gt;</w:t>
        <w:br/>
        <w:t>Турецьке військо тут пройшло,&lt;br /&gt;</w:t>
        <w:br/>
        <w:t>А де ступнуть лихі копита,&lt;br /&gt;</w:t>
        <w:br/>
        <w:t>Квітуча зелень кров'ю вкрита.&lt;br /&gt;</w:t>
        <w:br/>
        <w:t>Погнало хмарами згори,&lt;br /&gt;</w:t>
        <w:br/>
        <w:t>Стогнали жалібно вітри —&lt;br /&gt;</w:t>
        <w:br/>
        <w:t>Я міг би відповісти їм&lt;br /&gt;</w:t>
        <w:br/>
        <w:t>Так само стогоном слабим.&lt;br /&gt;</w:t>
        <w:br/>
        <w:t>Та ми неслися в далеч дику&lt;br /&gt;</w:t>
        <w:br/>
        <w:t>І ні молитви, ані крику,&lt;br /&gt;</w:t>
        <w:br/>
        <w:t>Ні пари з вуст. Лиш падав піт,&lt;br /&gt;</w:t>
        <w:br/>
        <w:t>Як дощ, на гриву, на живіт&lt;br /&gt;</w:t>
        <w:br/>
        <w:t>Мого коня, який весь час&lt;br /&gt;</w:t>
        <w:br/>
        <w:t>Щетиною в нестямі тряс,&lt;br /&gt;</w:t>
        <w:br/>
        <w:t>Від страху пирскав, горбив спину&lt;br /&gt;</w:t>
        <w:br/>
        <w:t>І мчав голопом без упииу.&lt;br /&gt;</w:t>
        <w:br/>
        <w:t>Я іноді хотів, щоб він&lt;br /&gt;</w:t>
        <w:br/>
        <w:t>Сповільнив трохи свій розгін,&lt;br /&gt;</w:t>
        <w:br/>
        <w:t>Ба ні — від зв'язаного тіла&lt;br /&gt;</w:t>
        <w:br/>
        <w:t>В нім наростала гнівна сила&lt;br /&gt;</w:t>
        <w:br/>
        <w:t>І ще прискорювала біг,&lt;br /&gt;</w:t>
        <w:br/>
        <w:t>І кожний рух, який я міг&lt;br /&gt;</w:t>
        <w:br/>
        <w:t>Зробити, щоб мій біль пом'як,&lt;br /&gt;</w:t>
        <w:br/>
        <w:t>Будив у ньому переляк.&lt;br /&gt;</w:t>
        <w:br/>
        <w:t>Я випробував голос мій —&lt;br /&gt;</w:t>
        <w:br/>
        <w:t>Він був і тихий, і слабий,&lt;br /&gt;</w:t>
        <w:br/>
        <w:t>Але і цей найменший видих&lt;br /&gt;</w:t>
        <w:br/>
        <w:t>Конем сприймався, ніби вибух,&lt;br /&gt;</w:t>
        <w:br/>
        <w:t>Немов лунав мисливський ріг,&lt;br /&gt;</w:t>
        <w:br/>
        <w:t>І він стрибав, і швидко біг.&lt;br /&gt;</w:t>
        <w:br/>
        <w:t>Тим часом гострі ланцюги&lt;br /&gt;</w:t>
        <w:br/>
        <w:t>Врізались більше від ваги,&lt;br /&gt;</w:t>
        <w:br/>
        <w:t>Кривавим потом промокрілі,&lt;br /&gt;</w:t>
        <w:br/>
        <w:t>Який стікав по всьому тілі,&lt;br /&gt;</w:t>
        <w:br/>
        <w:t>А спрага пражила язик,&lt;br /&gt;</w:t>
        <w:br/>
        <w:t>Вогонь — і той би так не пік!</w:t>
      </w:r>
    </w:p>
    <w:p>
      <w:r>
        <w:br/>
        <w:t>XII</w:t>
      </w:r>
    </w:p>
    <w:p>
      <w:r>
        <w:br/>
        <w:t>Ми наближалися, де ріс&lt;br /&gt;</w:t>
        <w:br/>
        <w:t>Без меж великий, дикий ліс&lt;br /&gt;</w:t>
        <w:br/>
        <w:t>Могутніх і старих дерев;&lt;br /&gt;</w:t>
        <w:br/>
        <w:t>Страшного вітру хижий рев,&lt;br /&gt;</w:t>
        <w:br/>
        <w:t>Що мчав з сибірської тайги,&lt;br /&gt;</w:t>
        <w:br/>
        <w:t>Не міг здолати їх снаги.&lt;br /&gt;</w:t>
        <w:br/>
        <w:t>Але ті стовбури міцні&lt;br /&gt;</w:t>
        <w:br/>
        <w:t>Були на віддалі. В тіні&lt;br /&gt;</w:t>
        <w:br/>
        <w:t>Кущі обмаювали їх&lt;br /&gt;</w:t>
        <w:br/>
        <w:t>Зеленим листям; кожен з них&lt;br /&gt;</w:t>
        <w:br/>
        <w:t>Буяв, пишався, молодів,&lt;br /&gt;</w:t>
        <w:br/>
        <w:t>Та в час осінніх вечорів&lt;br /&gt;</w:t>
        <w:br/>
        <w:t>Життєву барву тратив знов.&lt;br /&gt;</w:t>
        <w:br/>
        <w:t>Той лист нагадує собою&lt;br /&gt;</w:t>
        <w:br/>
        <w:t>Червону, закипілу кров&lt;br /&gt;</w:t>
        <w:br/>
        <w:t>На трупах, що на полі бою&lt;br /&gt;</w:t>
        <w:br/>
        <w:t>Лежать без похорон зимою&lt;br /&gt;</w:t>
        <w:br/>
        <w:t>Багато буряних ночей&lt;br /&gt;</w:t>
        <w:br/>
        <w:t>Бліді, холодні, задубілі —&lt;br /&gt;</w:t>
        <w:br/>
        <w:t>І чорні ворони не в силі&lt;br /&gt;</w:t>
        <w:br/>
        <w:t>Викльовувати їх очей.&lt;br /&gt;</w:t>
        <w:br/>
        <w:t>Широка то була рівнина —&lt;br /&gt;</w:t>
        <w:br/>
        <w:t>Безкрая, дика, мовчазна:&lt;br /&gt;</w:t>
        <w:br/>
        <w:t>Подекуди росла ліщина,&lt;br /&gt;</w:t>
        <w:br/>
        <w:t>Каштан, чи дуб, або сосна.&lt;br /&gt;</w:t>
        <w:br/>
        <w:t>Та дуже добре, що гілля&lt;br /&gt;</w:t>
        <w:br/>
        <w:t>Скрізь розхилялося здаля,&lt;br /&gt;</w:t>
        <w:br/>
        <w:t>А не було б того роздолля,&lt;br /&gt;</w:t>
        <w:br/>
        <w:t>Мене спіткала б інша доля;&lt;br /&gt;</w:t>
        <w:br/>
        <w:t>Сухі обламані сучки&lt;br /&gt;</w:t>
        <w:br/>
        <w:t>Не рвали тіла на шматки&lt;br /&gt;</w:t>
        <w:br/>
        <w:t>І я знаходив сили досить&lt;br /&gt;</w:t>
        <w:br/>
        <w:t>Опухлі рани переносить,&lt;br /&gt;</w:t>
        <w:br/>
        <w:t>Що їх роз'ятрили вітри,&lt;br /&gt;</w:t>
        <w:br/>
        <w:t>А перев'язані шнури&lt;br /&gt;</w:t>
        <w:br/>
        <w:t>Мене тримали від напасти,&lt;br /&gt;</w:t>
        <w:br/>
        <w:t>Не даючи на землю впасти.&lt;br /&gt;</w:t>
        <w:br/>
        <w:t>Ми шелестіли об кущі,&lt;br /&gt;</w:t>
        <w:br/>
        <w:t>Неначе вітер при дощі,&lt;br /&gt;</w:t>
        <w:br/>
        <w:t>Лишаючи в дзвінкім розмаї&lt;br /&gt;</w:t>
        <w:br/>
        <w:t>Шпилі дерев і вовчі зграї.&lt;br /&gt;</w:t>
        <w:br/>
        <w:t>У ніч холодну і глуху&lt;br /&gt;</w:t>
        <w:br/>
        <w:t>Я всюди чув їх на шляху;&lt;br /&gt;</w:t>
        <w:br/>
        <w:t>Ламаючи тонку лозу,&lt;br /&gt;</w:t>
        <w:br/>
        <w:t>Вони за нами поблизу&lt;br /&gt;</w:t>
        <w:br/>
        <w:t>Біля коня під самим боком&lt;br /&gt;</w:t>
        <w:br/>
        <w:t>Постійно гнались довгим скоком,&lt;br /&gt;</w:t>
        <w:br/>
        <w:t>Який стомити може скрізь&lt;br /&gt;</w:t>
        <w:br/>
        <w:t>Ярливість пса, мисливця злість.&lt;br /&gt;</w:t>
        <w:br/>
        <w:t>Куди б не мчався мій пегас,&lt;br /&gt;</w:t>
        <w:br/>
        <w:t>Вони стрибали коло нас&lt;br /&gt;</w:t>
        <w:br/>
        <w:t>І в світлі соняшному навіть&lt;br /&gt;</w:t>
        <w:br/>
        <w:t>Не погасала їх ненависть.&lt;br /&gt;</w:t>
        <w:br/>
        <w:t>Я вранці бачив їх морди&lt;br /&gt;</w:t>
        <w:br/>
        <w:t>Вузькі, ошкірені завжди,&lt;br /&gt;</w:t>
        <w:br/>
        <w:t>Які ховалися за дня,&lt;br /&gt;</w:t>
        <w:br/>
        <w:t>А ніч — і знову западня:&lt;br /&gt;</w:t>
        <w:br/>
        <w:t>Бо знову шарпали лісняк&lt;br /&gt;</w:t>
        <w:br/>
        <w:t>Скрадливі кроки розбишак.&lt;br /&gt;</w:t>
        <w:br/>
        <w:t>О як хотів я мати шпагу,&lt;br /&gt;</w:t>
        <w:br/>
        <w:t>Щоб знищити усю ватагу,&lt;br /&gt;</w:t>
        <w:br/>
        <w:t>Самому вмерти ж на коні —&lt;br /&gt;</w:t>
        <w:br/>
        <w:t>Якщо судилось так мені!&lt;br /&gt;</w:t>
        <w:br/>
        <w:t>Спочатку думав я, що ця&lt;br /&gt;</w:t>
        <w:br/>
        <w:t>Гонитва близько до кінця,&lt;br /&gt;</w:t>
        <w:br/>
        <w:t>Тепер же виросла зневіра&lt;br /&gt;</w:t>
        <w:br/>
        <w:t>У швидкість і потугу звіра.&lt;br /&gt;</w:t>
        <w:br/>
        <w:t>Але, як сарна з гір, отак&lt;br /&gt;</w:t>
        <w:br/>
        <w:t>Летів мій расовий рисак.&lt;br /&gt;</w:t>
        <w:br/>
        <w:t>Не швидше в бурю пада сніг&lt;br /&gt;</w:t>
        <w:br/>
        <w:t>До селянина на поріг,&lt;br /&gt;</w:t>
        <w:br/>
        <w:t>Якого він переступити&lt;br /&gt;</w:t>
        <w:br/>
        <w:t>Не може, величчю прибитий.&lt;br /&gt;</w:t>
        <w:br/>
        <w:t>Так мчався кінь мій без пуття,&lt;br /&gt;</w:t>
        <w:br/>
        <w:t>Непогамовний, мов дитя,&lt;br /&gt;</w:t>
        <w:br/>
        <w:t>Розпещене і неслухняне,&lt;br /&gt;</w:t>
        <w:br/>
        <w:t>Яке то в плач, то знову стане&lt;br /&gt;</w:t>
        <w:br/>
        <w:t>Покірне, тихе, то у сміх,&lt;br /&gt;</w:t>
        <w:br/>
        <w:t>Дивуючи батьків своїх,&lt;br /&gt;</w:t>
        <w:br/>
        <w:t>Або ще гірш — як жінка зла,&lt;br /&gt;</w:t>
        <w:br/>
        <w:t>Що волю пристрастям дала.</w:t>
      </w:r>
    </w:p>
    <w:p>
      <w:r>
        <w:br/>
        <w:t>ХIIІ</w:t>
      </w:r>
    </w:p>
    <w:p>
      <w:r>
        <w:br/>
        <w:t>Минули праліс по полудні.&lt;br /&gt;</w:t>
        <w:br/>
        <w:t>В червневу спеку, як у грудні,&lt;br /&gt;</w:t>
        <w:br/>
        <w:t>Повітря, наче крижане,&lt;br /&gt;</w:t>
        <w:br/>
        <w:t>Страшенно мучило мене.&lt;br /&gt;</w:t>
        <w:br/>
        <w:t>А може то, подумав я,&lt;br /&gt;</w:t>
        <w:br/>
        <w:t>Вже застигає кров моя?&lt;br /&gt;</w:t>
        <w:br/>
        <w:t>Терпіння довге без кінця&lt;br /&gt;</w:t>
        <w:br/>
        <w:t>Приборкує людські серця.&lt;br /&gt;</w:t>
        <w:br/>
        <w:t>Я сам був інший чоловік,&lt;br /&gt;</w:t>
        <w:br/>
        <w:t>Нестримний, як гірський потік —&lt;br /&gt;</w:t>
        <w:br/>
        <w:t>Всі почування пережив&lt;br /&gt;</w:t>
        <w:br/>
        <w:t>І знаю кожен їх мотив:&lt;br /&gt;</w:t>
        <w:br/>
        <w:t>В гніву, ненависті й страху&lt;br /&gt;</w:t>
        <w:br/>
        <w:t>Тортури дикі на шляху,&lt;br /&gt;</w:t>
        <w:br/>
        <w:t>Страждання, сором, смуток мій,&lt;br /&gt;</w:t>
        <w:br/>
        <w:t>Усе з'єдналося в одній&lt;br /&gt;</w:t>
        <w:br/>
        <w:t>Своїй оголеній природі,&lt;br /&gt;</w:t>
        <w:br/>
        <w:t>Знайшовши вияв у породі,&lt;br /&gt;</w:t>
        <w:br/>
        <w:t>Якої ця бунтарська кров,&lt;br /&gt;</w:t>
        <w:br/>
        <w:t>Коли вона хвилює знов&lt;br /&gt;</w:t>
        <w:br/>
        <w:t>За невпокійної пори&lt;br /&gt;</w:t>
        <w:br/>
        <w:t>І твердо рветься догори,&lt;br /&gt;</w:t>
        <w:br/>
        <w:t>Подібно, як змія гримуча&lt;br /&gt;</w:t>
        <w:br/>
        <w:t>Випростується із покруччя,&lt;br /&gt;</w:t>
        <w:br/>
        <w:t>Готова кинути жало —&lt;br /&gt;</w:t>
        <w:br/>
        <w:t>Що ж дивного у тім було,&lt;br /&gt;</w:t>
        <w:br/>
        <w:t>Коли ця виснажена плоть&lt;br /&gt;</w:t>
        <w:br/>
        <w:t>Нещастя прагнула збороть&lt;br /&gt;</w:t>
        <w:br/>
        <w:t>Хиталось небо, як петля,&lt;br /&gt;</w:t>
        <w:br/>
        <w:t>І розступилася земля,&lt;br /&gt;</w:t>
        <w:br/>
        <w:t>Все закрутилося в очу,&lt;br /&gt;</w:t>
        <w:br/>
        <w:t>Здавалося, я вниз лечу,&lt;br /&gt;</w:t>
        <w:br/>
        <w:t>Та пута зв'язані, міцні,&lt;br /&gt;</w:t>
        <w:br/>
        <w:t>Тримались добре на мені.&lt;br /&gt;</w:t>
        <w:br/>
        <w:t>У мозку жар, у серці біль,&lt;br /&gt;</w:t>
        <w:br/>
        <w:t>Воно забилося тіль-тіль&lt;br /&gt;</w:t>
        <w:br/>
        <w:t>І зупинилось. Неба стеля,&lt;br /&gt;</w:t>
        <w:br/>
        <w:t>Як велетенська каруселя,&lt;br /&gt;</w:t>
        <w:br/>
        <w:t>Крутилася під шум вітрів.&lt;br /&gt;</w:t>
        <w:br/>
        <w:t>Неясний проблиск пролетів&lt;br /&gt;</w:t>
        <w:br/>
        <w:t>Зникомо... Потім темінь ця...&lt;br /&gt;</w:t>
        <w:br/>
        <w:t>Я був мертвіший за мерця.&lt;br /&gt;</w:t>
        <w:br/>
        <w:t>Тим бігом вибитий із сил,&lt;br /&gt;</w:t>
        <w:br/>
        <w:t>Я відчував, як небосхил&lt;br /&gt;</w:t>
        <w:br/>
        <w:t>Насумрився, могильна мла&lt;br /&gt;</w:t>
        <w:br/>
        <w:t>Надходила і геть ішла.&lt;br /&gt;</w:t>
        <w:br/>
        <w:t>Хотів прокинутись, але&lt;br /&gt;</w:t>
        <w:br/>
        <w:t>Моє чуття було мале.&lt;br /&gt;</w:t>
        <w:br/>
        <w:t>Я був немов на дошці в морі,&lt;br /&gt;</w:t>
        <w:br/>
        <w:t>Коли всі хвилі неозорі&lt;br /&gt;</w:t>
        <w:br/>
        <w:t>То вгору зносили її,&lt;br /&gt;</w:t>
        <w:br/>
        <w:t>То знов топили в течії,&lt;br /&gt;</w:t>
        <w:br/>
        <w:t>Штовхаючи з усіх боків&lt;br /&gt;</w:t>
        <w:br/>
        <w:t>Десь до пустельних берегів.&lt;br /&gt;</w:t>
        <w:br/>
        <w:t>Життя не кидало мене,&lt;br /&gt;</w:t>
        <w:br/>
        <w:t>Мов мерехтіння світляне,&lt;br /&gt;</w:t>
        <w:br/>
        <w:t>Що бачимо, закривши очі,&lt;br /&gt;</w:t>
        <w:br/>
        <w:t>Як мозок марить серед ночі.&lt;br /&gt;</w:t>
        <w:br/>
        <w:t>Та швидко й це пішло кудись.&lt;br /&gt;</w:t>
        <w:br/>
        <w:t>Тоді вагання почались,&lt;br /&gt;</w:t>
        <w:br/>
        <w:t>Що, і вмираючи, я все ж&lt;br /&gt;</w:t>
        <w:br/>
        <w:t>Незмінним був. І нині теж&lt;br /&gt;</w:t>
        <w:br/>
        <w:t>Я весь такий, коли прийняти,&lt;br /&gt;</w:t>
        <w:br/>
        <w:t>Що ми повинні відчувати&lt;br /&gt;</w:t>
        <w:br/>
        <w:t>Багато більше перед тим,&lt;br /&gt;</w:t>
        <w:br/>
        <w:t>Як прахом станемо земним.&lt;br /&gt;</w:t>
        <w:br/>
        <w:t>Байдуже. Як би не було,&lt;br /&gt;</w:t>
        <w:br/>
        <w:t>А я відкрив своє чоло,&lt;br /&gt;</w:t>
        <w:br/>
        <w:t>Обійми смерті розпростер —&lt;br /&gt;</w:t>
        <w:br/>
        <w:t>В давно минулому й тепер.</w:t>
      </w:r>
    </w:p>
    <w:p>
      <w:r>
        <w:br/>
        <w:t>XIV</w:t>
      </w:r>
    </w:p>
    <w:p>
      <w:r>
        <w:br/>
        <w:t>Вернулась пам'ять. Де ж я знов?&lt;br /&gt;</w:t>
        <w:br/>
        <w:t>Як лід поблід і захолов.&lt;br /&gt;</w:t>
        <w:br/>
        <w:t>Крутилась голова. До скронь&lt;br /&gt;</w:t>
        <w:br/>
        <w:t>Підносився малий вогонь —&lt;br /&gt;</w:t>
        <w:br/>
        <w:t>Відновлене в мені життя.&lt;br /&gt;</w:t>
        <w:br/>
        <w:t>Болюче живчику биття,&lt;br /&gt;</w:t>
        <w:br/>
        <w:t>На мить стенулося плече&lt;br /&gt;</w:t>
        <w:br/>
        <w:t>І чую — кров моя тече,&lt;br /&gt;</w:t>
        <w:br/>
        <w:t>В моєму вусі дзвоном б'є&lt;br /&gt;</w:t>
        <w:br/>
        <w:t>І серце змучене моє&lt;br /&gt;</w:t>
        <w:br/>
        <w:t>Знов хвилюватись почало,&lt;br /&gt;</w:t>
        <w:br/>
        <w:t>Мій зір вернувсь мутний, як скло.&lt;br /&gt;</w:t>
        <w:br/>
        <w:t>Мені здавалося на око,&lt;br /&gt;</w:t>
        <w:br/>
        <w:t>Що хвилі бризкали високо&lt;br /&gt;</w:t>
        <w:br/>
        <w:t>І відбивали їх верхи&lt;br /&gt;</w:t>
        <w:br/>
        <w:t>Небесні зірочні шляхи.&lt;br /&gt;</w:t>
        <w:br/>
        <w:t>Це був не сон. Плив дикий кінь&lt;br /&gt;</w:t>
        <w:br/>
        <w:t>У ще дикішу вод кипінь!&lt;br /&gt;</w:t>
        <w:br/>
        <w:t>Розлога річки течія,&lt;br /&gt;</w:t>
        <w:br/>
        <w:t>Звиваючись, немов змія,&lt;br /&gt;</w:t>
        <w:br/>
        <w:t>Неслась далеко до небес,&lt;br /&gt;</w:t>
        <w:br/>
        <w:t>А ми зринали серед плес&lt;br /&gt;</w:t>
        <w:br/>
        <w:t>Несамовитого безмежжя,&lt;br /&gt;</w:t>
        <w:br/>
        <w:t>Зближаючись до побережжя.&lt;br /&gt;</w:t>
        <w:br/>
        <w:t>Мій транс минувся у воді,&lt;br /&gt;</w:t>
        <w:br/>
        <w:t>Воскресли сили молоді,&lt;br /&gt;</w:t>
        <w:br/>
        <w:t>Неначе тіло недолуге&lt;br /&gt;</w:t>
        <w:br/>
        <w:t>Було охрищено удруге.&lt;br /&gt;</w:t>
        <w:br/>
        <w:t>А кінь мій кидався у вир,&lt;br /&gt;</w:t>
        <w:br/>
        <w:t>Він гори хвиль, неначе звір.&lt;br /&gt;</w:t>
        <w:br/>
        <w:t>Збивав широкими грудьми,&lt;br /&gt;</w:t>
        <w:br/>
        <w:t>І понеслися далі ми.&lt;br /&gt;</w:t>
        <w:br/>
        <w:t>Нарешті він пішов по дні.&lt;br /&gt;</w:t>
        <w:br/>
        <w:t>Байдужий берег був мені,&lt;br /&gt;</w:t>
        <w:br/>
        <w:t>Бо там позаду тьма узбіч,&lt;br /&gt;</w:t>
        <w:br/>
        <w:t>А спереду і страх, і ніч.&lt;br /&gt;</w:t>
        <w:br/>
        <w:t>Як довго я у забутті&lt;br /&gt;</w:t>
        <w:br/>
        <w:t>Лежав на кінському хребті,&lt;br /&gt;</w:t>
        <w:br/>
        <w:t>Не знати; сам не певний в тім,&lt;br /&gt;</w:t>
        <w:br/>
        <w:t>Чи подих мій ще був людським.</w:t>
      </w:r>
    </w:p>
    <w:p>
      <w:r>
        <w:br/>
        <w:t>XV</w:t>
      </w:r>
    </w:p>
    <w:p>
      <w:r>
        <w:br/>
        <w:t>Мій кінь, як хвиля був лискучий,&lt;br /&gt;</w:t>
        <w:br/>
        <w:t>Плигаючи у всі боки,&lt;br /&gt;</w:t>
        <w:br/>
        <w:t>Спрожогу видерся по кручі&lt;br /&gt;</w:t>
        <w:br/>
        <w:t>На берег буйної ріки.&lt;br /&gt;</w:t>
        <w:br/>
        <w:t>Спиняється безсилий кінь&lt;br /&gt;</w:t>
        <w:br/>
        <w:t>І я вдивляюсь в далечінь:&lt;br /&gt;</w:t>
        <w:br/>
        <w:t>Там поле стелиться безкрає&lt;br /&gt;</w:t>
        <w:br/>
        <w:t>І далі, далі утікає,&lt;br /&gt;</w:t>
        <w:br/>
        <w:t>Неначе урвища страшні,&lt;br /&gt;</w:t>
        <w:br/>
        <w:t>Які ми бачимо ві сні.&lt;br /&gt;</w:t>
        <w:br/>
        <w:t>А недалеко перед нами&lt;br /&gt;</w:t>
        <w:br/>
        <w:t>Окреслюються білі плями&lt;br /&gt;</w:t>
        <w:br/>
        <w:t>При місяці, що як обруч&lt;br /&gt;</w:t>
        <w:br/>
        <w:t>Вперед котивсь по праву руч.&lt;br /&gt;</w:t>
        <w:br/>
        <w:t>Навкруг видовище сумне,&lt;br /&gt;</w:t>
        <w:br/>
        <w:t>Вітри шумлять ковиль-травою,&lt;br /&gt;</w:t>
        <w:br/>
        <w:t>Вогонь болотний не мелькне,&lt;br /&gt;</w:t>
        <w:br/>
        <w:t>Щоб посміятись надо мною.&lt;br /&gt;</w:t>
        <w:br/>
        <w:t>А втім і це облудне світло,&lt;br /&gt;</w:t>
        <w:br/>
        <w:t>Коли б воно тоді розквітло,&lt;br /&gt;</w:t>
        <w:br/>
        <w:t>Неначе зорі провідні&lt;br /&gt;</w:t>
        <w:br/>
        <w:t>Служило б втіхою мені,&lt;br /&gt;</w:t>
        <w:br/>
        <w:t>Нагадуючи в ті хвилини&lt;br /&gt;</w:t>
        <w:br/>
        <w:t>Про тепле селище людини.</w:t>
      </w:r>
    </w:p>
    <w:p>
      <w:r>
        <w:br/>
        <w:t>XVI</w:t>
      </w:r>
    </w:p>
    <w:p>
      <w:r>
        <w:br/>
        <w:t>Ми рушили — коня хода&lt;br /&gt;</w:t>
        <w:br/>
        <w:t>Вже не була швидка й тверда.&lt;br /&gt;</w:t>
        <w:br/>
        <w:t>У нестриманному бігу,&lt;br /&gt;</w:t>
        <w:br/>
        <w:t>Замилений, свою снагу&lt;br /&gt;</w:t>
        <w:br/>
        <w:t>Він загубив. Пристав, ослаб —&lt;br /&gt;</w:t>
        <w:br/>
        <w:t>його й дитина повела б.&lt;br /&gt;</w:t>
        <w:br/>
        <w:t>Над ним лиш я не володів:&lt;br /&gt;</w:t>
        <w:br/>
        <w:t>Сплетіння петель і вузлів&lt;br /&gt;</w:t>
        <w:br/>
        <w:t>Скували в'язи, кожен м'яз.&lt;br /&gt;</w:t>
        <w:br/>
        <w:t>Я силу пробував не раз,&lt;br /&gt;</w:t>
        <w:br/>
        <w:t>Хочби на мить єдину тут&lt;br /&gt;</w:t>
        <w:br/>
        <w:t>Хотів позбутися від пут,&lt;br /&gt;</w:t>
        <w:br/>
        <w:t>Але зашморгував себе.&lt;br /&gt;</w:t>
        <w:br/>
        <w:t>Змагання марне і слабе&lt;br /&gt;</w:t>
        <w:br/>
        <w:t>Скінчилося. Напнутий шнур&lt;br /&gt;</w:t>
        <w:br/>
        <w:t>Лише поглибив жах тортур.&lt;br /&gt;</w:t>
        <w:br/>
        <w:t>Також гонитва без мети&lt;br /&gt;</w:t>
        <w:br/>
        <w:t>Дійшла кінця. Куди іти?&lt;br /&gt;</w:t>
        <w:br/>
        <w:t>Далеко світ зорі поблід,&lt;br /&gt;</w:t>
        <w:br/>
        <w:t>Провішуючи сонця схід —&lt;br /&gt;</w:t>
        <w:br/>
        <w:t>О як же довго і поволі&lt;br /&gt;</w:t>
        <w:br/>
        <w:t>Воно зійшло на виноколі!&lt;br /&gt;</w:t>
        <w:br/>
        <w:t>Я погадав, туман долин&lt;br /&gt;</w:t>
        <w:br/>
        <w:t>Не стане днем. Але і він&lt;br /&gt;</w:t>
        <w:br/>
        <w:t>Так важко відкотився згодом&lt;br /&gt;</w:t>
        <w:br/>
        <w:t>Перед високим сонцесходом,&lt;br /&gt;</w:t>
        <w:br/>
        <w:t>Що поскидав зірниці ниць,&lt;br /&gt;</w:t>
        <w:br/>
        <w:t>Забравши блиск їх колісниць,&lt;br /&gt;</w:t>
        <w:br/>
        <w:t>І з трону виповнив пітьму&lt;br /&gt;</w:t>
        <w:br/>
        <w:t>Вогнем, властивим лиш йому.</w:t>
      </w:r>
    </w:p>
    <w:p>
      <w:r>
        <w:br/>
        <w:t>XVII</w:t>
      </w:r>
    </w:p>
    <w:p>
      <w:r>
        <w:br/>
        <w:t>Обвидніло. Туману мла&lt;br /&gt;</w:t>
        <w:br/>
        <w:t>Розвіялася, відійшла&lt;br /&gt;</w:t>
        <w:br/>
        <w:t>З пустельного німого світу,&lt;br /&gt;</w:t>
        <w:br/>
        <w:t>Що оточав нас без привіту.&lt;br /&gt;</w:t>
        <w:br/>
        <w:t>Пощо прохоплювався кінь&lt;br /&gt;</w:t>
        <w:br/>
        <w:t>Крізь поле, ліс і річку вплинь?&lt;br /&gt;</w:t>
        <w:br/>
        <w:t>Ані людина, ані звір&lt;br /&gt;</w:t>
        <w:br/>
        <w:t>Не звеселяли мерхлий зір.&lt;br /&gt;</w:t>
        <w:br/>
        <w:t>Куди не глянеш, довкруги&lt;br /&gt;</w:t>
        <w:br/>
        <w:t>Ні від копита, ні ноги&lt;br /&gt;</w:t>
        <w:br/>
        <w:t>Немає відбитків-слідів.&lt;br /&gt;</w:t>
        <w:br/>
        <w:t>На дикім ґрунті не зустрів&lt;br /&gt;</w:t>
        <w:br/>
        <w:t>Ні знаку колеса чи плуга.&lt;br /&gt;</w:t>
        <w:br/>
        <w:t>Саме повітря — тиха туга.&lt;br /&gt;</w:t>
        <w:br/>
        <w:t>Ніде комаха коло ніг&lt;br /&gt;</w:t>
        <w:br/>
        <w:t>Не запищить в маленький ріг&lt;br /&gt;</w:t>
        <w:br/>
        <w:t>І не обізветься пташня,&lt;br /&gt;</w:t>
        <w:br/>
        <w:t>Яка парується за дня.&lt;br /&gt;</w:t>
        <w:br/>
        <w:t>Багато верст мій кінь пройшов.&lt;br /&gt;</w:t>
        <w:br/>
        <w:t>Такий засапаний, немов&lt;br /&gt;</w:t>
        <w:br/>
        <w:t>Ось-ось у нього серце трісне,&lt;br /&gt;</w:t>
        <w:br/>
        <w:t>Він далі плентав. Як зумисне,&lt;br /&gt;</w:t>
        <w:br/>
        <w:t>Чи то здавалося мені,&lt;br /&gt;</w:t>
        <w:br/>
        <w:t>До цього ми були одні.&lt;br /&gt;</w:t>
        <w:br/>
        <w:t>Зненацька на шляху страждання&lt;br /&gt;</w:t>
        <w:br/>
        <w:t>Почулося коня іржання&lt;br /&gt;</w:t>
        <w:br/>
        <w:t>З-поза ялинових кущів.&lt;br /&gt;</w:t>
        <w:br/>
        <w:t>Чи може вітер прошумів?&lt;br /&gt;</w:t>
        <w:br/>
        <w:t>Ні, ні! З-за лісу гарцювала&lt;br /&gt;</w:t>
        <w:br/>
        <w:t>Комонних військ важка навала.&lt;br /&gt;</w:t>
        <w:br/>
        <w:t>Вона іде! Я бачу он —&lt;br /&gt;</w:t>
        <w:br/>
        <w:t>Один великий ескадрон.&lt;br /&gt;</w:t>
        <w:br/>
        <w:t>Даремно брався я кричать:&lt;br /&gt;</w:t>
        <w:br/>
        <w:t>Вуста мої — німа печать.&lt;br /&gt;</w:t>
        <w:br/>
        <w:t>Летіли коні. Де ж це ті,&lt;br /&gt;</w:t>
        <w:br/>
        <w:t>Що владно поводи круті&lt;br /&gt;</w:t>
        <w:br/>
        <w:t>Їм напинають? Коней тьма —&lt;br /&gt;</w:t>
        <w:br/>
        <w:t>І жадних вершників нема!&lt;br /&gt;</w:t>
        <w:br/>
        <w:t>Мигтіли гриви навпроти,&lt;br /&gt;</w:t>
        <w:br/>
        <w:t>Хвости і ніздрі, і роти,&lt;br /&gt;</w:t>
        <w:br/>
        <w:t>Яких ніколи серед піль&lt;br /&gt;</w:t>
        <w:br/>
        <w:t>Не роздирав безкровний біль&lt;br /&gt;</w:t>
        <w:br/>
        <w:t>Вуздечкою на язиці;&lt;br /&gt;</w:t>
        <w:br/>
        <w:t>Не відали копита ці&lt;br /&gt;</w:t>
        <w:br/>
        <w:t>Підков залізної ваги,&lt;br /&gt;</w:t>
        <w:br/>
        <w:t>В боки не били остроги, —&lt;br /&gt;</w:t>
        <w:br/>
        <w:t>Багатотисячний табун&lt;br /&gt;</w:t>
        <w:br/>
        <w:t>Під виляски ростучих лун,&lt;br /&gt;</w:t>
        <w:br/>
        <w:t>Неначе хвиль морських прибій,&lt;br /&gt;</w:t>
        <w:br/>
        <w:t>Що не спиняє натиск свій,&lt;br /&gt;</w:t>
        <w:br/>
        <w:t>Зближався швидко навпростець,&lt;br /&gt;</w:t>
        <w:br/>
        <w:t>Як неминучий наш кінець.&lt;br /&gt;</w:t>
        <w:br/>
        <w:t>Громоподібна двиготня&lt;br /&gt;</w:t>
        <w:br/>
        <w:t>Підсилила мого коня,&lt;br /&gt;</w:t>
        <w:br/>
        <w:t>Тих кілька кроків звівши ноги,&lt;br /&gt;</w:t>
        <w:br/>
        <w:t>Іржанням тихим від знемоги&lt;br /&gt;</w:t>
        <w:br/>
        <w:t>Він відповів — і враз упав!&lt;br /&gt;</w:t>
        <w:br/>
        <w:t>З потьмарним зором серед трав&lt;br /&gt;</w:t>
        <w:br/>
        <w:t>Вже нерухомі члени всі&lt;br /&gt;</w:t>
        <w:br/>
        <w:t>Ще парували у росі.&lt;br /&gt;</w:t>
        <w:br/>
        <w:t>Кар'єра перша і остання&lt;br /&gt;</w:t>
        <w:br/>
        <w:t>Скінчилася — він без дихання!&lt;br /&gt;</w:t>
        <w:br/>
        <w:t>Табун спинився. Кінь-у-кінь.&lt;br /&gt;</w:t>
        <w:br/>
        <w:t>Вони побачили падінь&lt;br /&gt;</w:t>
        <w:br/>
        <w:t>Мого коня, паси мої,&lt;br /&gt;</w:t>
        <w:br/>
        <w:t>Немов криваві ручаї,&lt;br /&gt;</w:t>
        <w:br/>
        <w:t>Постояли — і знов у путь&lt;br /&gt;</w:t>
        <w:br/>
        <w:t>Повітря свіжого дихнуть,&lt;br /&gt;</w:t>
        <w:br/>
        <w:t>Вихрилися туди, сюди,&lt;br /&gt;</w:t>
        <w:br/>
        <w:t>Вбік повертаючи морди,&lt;br /&gt;</w:t>
        <w:br/>
        <w:t>Нас обійшли за рядом ряд,&lt;br /&gt;</w:t>
        <w:br/>
        <w:t>Тоді метнулися назад,&lt;br /&gt;</w:t>
        <w:br/>
        <w:t>Їх чорний кінь повів притьма,&lt;br /&gt;</w:t>
        <w:br/>
        <w:t>Як патріарх над усіма,&lt;br /&gt;</w:t>
        <w:br/>
        <w:t>Без плямки білої рістні&lt;br /&gt;</w:t>
        <w:br/>
        <w:t>На шкірі пасма смоляні.&lt;br /&gt;</w:t>
        <w:br/>
        <w:t>Із пирском, піною, у ліс&lt;br /&gt;</w:t>
        <w:br/>
        <w:t>Вони, іржучи, подались —&lt;br /&gt;</w:t>
        <w:br/>
        <w:t>Інстинктом вродженим, ачей,&lt;br /&gt;</w:t>
        <w:br/>
        <w:t>Зникали від людських очей.&lt;br /&gt;</w:t>
        <w:br/>
        <w:t>Я сам зостався в тій порі&lt;br /&gt;</w:t>
        <w:br/>
        <w:t>На бідолашнім тягарі&lt;br /&gt;</w:t>
        <w:br/>
        <w:t>Коня мого, який закляк,&lt;br /&gt;</w:t>
        <w:br/>
        <w:t>його позбутися ніяк&lt;br /&gt;</w:t>
        <w:br/>
        <w:t>Був неспроможений — і вкупі&lt;br /&gt;</w:t>
        <w:br/>
        <w:t>Вмираючий лежав на трупі!&lt;br /&gt;</w:t>
        <w:br/>
        <w:t>Чи вгледить інший день жива&lt;br /&gt;</w:t>
        <w:br/>
        <w:t>Моя бездомна голова,&lt;br /&gt;</w:t>
        <w:br/>
        <w:t>Не думалось. Хвилини згину&lt;br /&gt;</w:t>
        <w:br/>
        <w:t>Тяглися довго без упину,&lt;br /&gt;</w:t>
        <w:br/>
        <w:t>Вчувався світок, присмерк, тінь&lt;br /&gt;</w:t>
        <w:br/>
        <w:t>І не було межі терпінь.&lt;br /&gt;</w:t>
        <w:br/>
        <w:t>Я стільки мав життя в собі,&lt;br /&gt;</w:t>
        <w:br/>
        <w:t>Щоб кинуть погляди слабі&lt;br /&gt;</w:t>
        <w:br/>
        <w:t>На сонця промені останні,&lt;br /&gt;</w:t>
        <w:br/>
        <w:t>Які ховалися за грані,&lt;br /&gt;</w:t>
        <w:br/>
        <w:t>У безнадійній вірі в щось,&lt;br /&gt;</w:t>
        <w:br/>
        <w:t>Що нас примирює чогось&lt;br /&gt;</w:t>
        <w:br/>
        <w:t>До того, що колись було&lt;br /&gt;</w:t>
        <w:br/>
        <w:t>Найбільший страх, найбільше зло,&lt;br /&gt;</w:t>
        <w:br/>
        <w:t>Та неминучістю стає&lt;br /&gt;</w:t>
        <w:br/>
        <w:t>І може навіть благом є,&lt;br /&gt;</w:t>
        <w:br/>
        <w:t>Хоча б тоді, коли забагло&lt;br /&gt;</w:t>
        <w:br/>
        <w:t>Йому навідатися нагло,&lt;br /&gt;</w:t>
        <w:br/>
        <w:t>Все ж боїмося кожну мить,&lt;br /&gt;</w:t>
        <w:br/>
        <w:t>Гадаючи, що пощастить.&lt;br /&gt;</w:t>
        <w:br/>
        <w:t>Його минути, мов капкан,&lt;br /&gt;</w:t>
        <w:br/>
        <w:t>Якщо уникнути оман,&lt;br /&gt;</w:t>
        <w:br/>
        <w:t>А часом кличемо в мольбі&lt;br /&gt;</w:t>
        <w:br/>
        <w:t>І напрямовуєм собі&lt;br /&gt;</w:t>
        <w:br/>
        <w:t>На серце меч, та й це ие дасть&lt;br /&gt;</w:t>
        <w:br/>
        <w:t>Полегкости до всіх нещасть, —&lt;br /&gt;</w:t>
        <w:br/>
        <w:t>У кожнім вигляді воно&lt;br /&gt;</w:t>
        <w:br/>
        <w:t>Не пожадане все одно.&lt;br /&gt;</w:t>
        <w:br/>
        <w:t>І дивно так, обранці ті,&lt;br /&gt;</w:t>
        <w:br/>
        <w:t>Що їм таланило в житті,&lt;br /&gt;</w:t>
        <w:br/>
        <w:t>Які дознали без журби&lt;br /&gt;</w:t>
        <w:br/>
        <w:t>Красу і вина, і скарби,&lt;br /&gt;</w:t>
        <w:br/>
        <w:t>Вмирають легше, аніж бідні,&lt;br /&gt;</w:t>
        <w:br/>
        <w:t>Що мали спадщиною злидні.&lt;br /&gt;</w:t>
        <w:br/>
        <w:t>Тому, хто звідав щастя-мить,&lt;br /&gt;</w:t>
        <w:br/>
        <w:t>Ніщо надія, все лишить,&lt;br /&gt;</w:t>
        <w:br/>
        <w:t>Йому здається майбуття,&lt;br /&gt;</w:t>
        <w:br/>
        <w:t>(В якому не людей нових,&lt;br /&gt;</w:t>
        <w:br/>
        <w:t>А тільки нерви бачить їх),&lt;br /&gt;</w:t>
        <w:br/>
        <w:t>Не варте туги і знаття.&lt;br /&gt;</w:t>
        <w:br/>
        <w:t>Убогий вірить безнастань&lt;br /&gt;</w:t>
        <w:br/>
        <w:t>В закінчення своїх страждань,&lt;br /&gt;</w:t>
        <w:br/>
        <w:t>Він смерть другинею не зве&lt;br /&gt;</w:t>
        <w:br/>
        <w:t>І жаль в очах його пливе:&lt;br /&gt;</w:t>
        <w:br/>
        <w:t>Вона від нього забирає&lt;br /&gt;</w:t>
        <w:br/>
        <w:t>Жив-дерево, дарунок раю,&lt;br /&gt;</w:t>
        <w:br/>
        <w:t>Бо завтра дасть йому усе,&lt;br /&gt;</w:t>
        <w:br/>
        <w:t>За біль розплату принесе,&lt;br /&gt;</w:t>
        <w:br/>
        <w:t>Бо завтра буде першим днем&lt;br /&gt;</w:t>
        <w:br/>
        <w:t>Не проклятим, а як едем,&lt;br /&gt;</w:t>
        <w:br/>
        <w:t>Просвітчастим і не туманним&lt;br /&gt;</w:t>
        <w:br/>
        <w:t>Від сліз, який початком стане&lt;br /&gt;</w:t>
        <w:br/>
        <w:t>Омріяних і довгих літ,&lt;br /&gt;</w:t>
        <w:br/>
        <w:t>Як нагородою за гніт,&lt;br /&gt;</w:t>
        <w:br/>
        <w:t>Бо завтра дасть владущу сить&lt;br /&gt;</w:t>
        <w:br/>
        <w:t>Прощать, карати і корить, —&lt;br /&gt;</w:t>
        <w:br/>
        <w:t>І всі ці заміри безсилі&lt;br /&gt;</w:t>
        <w:br/>
        <w:t>З'явитись мають на могилі?</w:t>
      </w:r>
    </w:p>
    <w:p>
      <w:r>
        <w:br/>
        <w:t>XVIII</w:t>
      </w:r>
    </w:p>
    <w:p>
      <w:r>
        <w:br/>
        <w:t>Далеко обрій вечорів —&lt;br /&gt;</w:t>
        <w:br/>
        <w:t>А я один серед степів&lt;br /&gt;</w:t>
        <w:br/>
        <w:t>Лежав на мертвому коні&lt;br /&gt;</w:t>
        <w:br/>
        <w:t>І щось ввижалося мені,&lt;br /&gt;</w:t>
        <w:br/>
        <w:t>І вже було в моїх думках,&lt;br /&gt;</w:t>
        <w:br/>
        <w:t>Що тут змішається мій прах.&lt;br /&gt;</w:t>
        <w:br/>
        <w:t>Ні, я не мав уже сподій&lt;br /&gt;</w:t>
        <w:br/>
        <w:t>В замученій душі моїй,&lt;br /&gt;</w:t>
        <w:br/>
        <w:t>А так хотілося пожить! —&lt;br /&gt;</w:t>
        <w:br/>
        <w:t>І ще раз глянув я в блакить:&lt;br /&gt;</w:t>
        <w:br/>
        <w:t>Там ворог-ворон угорі&lt;br /&gt;</w:t>
        <w:br/>
        <w:t>Кружляв, розкривши пазурі.&lt;br /&gt;</w:t>
        <w:br/>
        <w:t>Давно побачивши мене,&lt;br /&gt;</w:t>
        <w:br/>
        <w:t>То сяде він, то знов сплигне.&lt;br /&gt;</w:t>
        <w:br/>
        <w:t>Все ближче крила чорнопері,&lt;br /&gt;</w:t>
        <w:br/>
        <w:t>Він готувався до вечері,&lt;br /&gt;</w:t>
        <w:br/>
        <w:t>його в опоні темноти&lt;br /&gt;</w:t>
        <w:br/>
        <w:t>Я б міг рукою засягти,&lt;br /&gt;</w:t>
        <w:br/>
        <w:t>Відчуть в руках тремтіння крил,&lt;br /&gt;</w:t>
        <w:br/>
        <w:t>Коли б на те хоч трохи сил!..&lt;br /&gt;</w:t>
        <w:br/>
        <w:t>Моя рука зробила порух,&lt;br /&gt;</w:t>
        <w:br/>
        <w:t>Вона гребла до себе порох,&lt;br /&gt;</w:t>
        <w:br/>
        <w:t>Із горла видобувся хрип,&lt;br /&gt;</w:t>
        <w:br/>
        <w:t>Заледве чутний кілька стіп,&lt;br /&gt;</w:t>
        <w:br/>
        <w:t>Та досить стало й цих признак&lt;br /&gt;</w:t>
        <w:br/>
        <w:t>Збудити в ньому переляк.&lt;br /&gt;</w:t>
        <w:br/>
        <w:t>Востаннє снилася мені&lt;br /&gt;</w:t>
        <w:br/>
        <w:t>Ясна зірниця в вишині,&lt;br /&gt;</w:t>
        <w:br/>
        <w:t>Що в темряві тієї ночі&lt;br /&gt;</w:t>
        <w:br/>
        <w:t>Мої освітлювала очі,&lt;br /&gt;</w:t>
        <w:br/>
        <w:t>І потемніла, наче дим,&lt;br /&gt;</w:t>
        <w:br/>
        <w:t>В рухливім сяєві своїм.&lt;br /&gt;</w:t>
        <w:br/>
        <w:t>Війнуло холодом, натомість&lt;br /&gt;</w:t>
        <w:br/>
        <w:t>Моя стуманена свідомість&lt;br /&gt;</w:t>
        <w:br/>
        <w:t>То поверталася, то знов&lt;br /&gt;</w:t>
        <w:br/>
        <w:t>Приймала мороку покров.&lt;br /&gt;</w:t>
        <w:br/>
        <w:t>Слабе дихання, радість дум&lt;br /&gt;</w:t>
        <w:br/>
        <w:t>І мить чекання — в серці струм&lt;br /&gt;</w:t>
        <w:br/>
        <w:t>Враз увірвав. Огні якісь,&lt;br /&gt;</w:t>
        <w:br/>
        <w:t>У мозку іскри зайнялись,&lt;br /&gt;</w:t>
        <w:br/>
        <w:t>Важка задуха, вдар до того —&lt;br /&gt;</w:t>
        <w:br/>
        <w:t>І, крім зідхання, більш нічого.</w:t>
      </w:r>
    </w:p>
    <w:p>
      <w:r>
        <w:br/>
        <w:t>XIX</w:t>
      </w:r>
    </w:p>
    <w:p>
      <w:r>
        <w:br/>
        <w:t>Я опритомнів... Де ж це я?&lt;br /&gt;</w:t>
        <w:br/>
        <w:t>О бідна голово моя!&lt;br /&gt;</w:t>
        <w:br/>
        <w:t>Невже це сон, невже це сниться,&lt;br /&gt;</w:t>
        <w:br/>
        <w:t>Що я у затінку світлиці,&lt;br /&gt;</w:t>
        <w:br/>
        <w:t>Невже це личенька дівочі?&lt;br /&gt;</w:t>
        <w:br/>
        <w:t>І в сумніві закрив я очі.&lt;br /&gt;</w:t>
        <w:br/>
        <w:t>Та це не сон був, не мана —&lt;br /&gt;</w:t>
        <w:br/>
        <w:t>Висока дівчина, ставна,&lt;br /&gt;</w:t>
        <w:br/>
        <w:t>Сиділа мовчки під стіною,&lt;br /&gt;</w:t>
        <w:br/>
        <w:t>Ласкаво стежачи за мною.&lt;br /&gt;</w:t>
        <w:br/>
        <w:t>Очей проміння осяйне&lt;br /&gt;</w:t>
        <w:br/>
        <w:t>Найперше вразило мене,&lt;br /&gt;</w:t>
        <w:br/>
        <w:t>Ті очі чорні і печальні&lt;br /&gt;</w:t>
        <w:br/>
        <w:t>Струмили погляди благальні.&lt;br /&gt;</w:t>
        <w:br/>
        <w:t>Я подивився на яву&lt;br /&gt;</w:t>
        <w:br/>
        <w:t>І зрозумів, що я живу,&lt;br /&gt;</w:t>
        <w:br/>
        <w:t>А не пожива хижака, —&lt;br /&gt;</w:t>
        <w:br/>
        <w:t>Примара щезнула тяжка.&lt;br /&gt;</w:t>
        <w:br/>
        <w:t>Ні, це було вже не ві сні,&lt;br /&gt;</w:t>
        <w:br/>
        <w:t>Всміхнулась дівчина мені!&lt;br /&gt;</w:t>
        <w:br/>
        <w:t>Я мовив щось — а слів нема,&lt;br /&gt;</w:t>
        <w:br/>
        <w:t>Тоді вона прийшла сама,&lt;br /&gt;</w:t>
        <w:br/>
        <w:t>Із пальця й губ зробивши знак,&lt;br /&gt;</w:t>
        <w:br/>
        <w:t>Вірніш наказувала так,&lt;br /&gt;</w:t>
        <w:br/>
        <w:t>Щоб умирив я свій порив,&lt;br /&gt;</w:t>
        <w:br/>
        <w:t>Нічого їй не говорив.&lt;br /&gt;</w:t>
        <w:br/>
        <w:t>Ті руки в неї — мов лілеї:&lt;br /&gt;</w:t>
        <w:br/>
        <w:t>Вона торкалася моєї&lt;br /&gt;</w:t>
        <w:br/>
        <w:t>Напівобвислої руки,&lt;br /&gt;</w:t>
        <w:br/>
        <w:t>Підклала вище подушки,&lt;br /&gt;</w:t>
        <w:br/>
        <w:t>По тому тихою ходою&lt;br /&gt;</w:t>
        <w:br/>
        <w:t>Пішла до іншого покою&lt;br /&gt;</w:t>
        <w:br/>
        <w:t>І, прочинивши двері там,&lt;br /&gt;</w:t>
        <w:br/>
        <w:t>Щось мовила своїм батькам&lt;br /&gt;</w:t>
        <w:br/>
        <w:t>Солодким голосом... Повіки&lt;br /&gt;</w:t>
        <w:br/>
        <w:t>Не чув я кращої музики!&lt;br /&gt;</w:t>
        <w:br/>
        <w:t>Так ніжно плинув милий стан&lt;br /&gt;</w:t>
        <w:br/>
        <w:t>І кожен крок був, як пеан.&lt;br /&gt;</w:t>
        <w:br/>
        <w:t>Та їй ніхто не відповів,&lt;br /&gt;</w:t>
        <w:br/>
        <w:t>Бо сон міцний у козаків.&lt;br /&gt;</w:t>
        <w:br/>
        <w:t>Тоді, поглянувши з-під вій,&lt;br /&gt;</w:t>
        <w:br/>
        <w:t>Вона зробила знак новий,&lt;br /&gt;</w:t>
        <w:br/>
        <w:t>Що всі мені у цій господі&lt;br /&gt;</w:t>
        <w:br/>
        <w:t>Готові стати у пригоді,&lt;br /&gt;</w:t>
        <w:br/>
        <w:t>Що тут мені не буде зла,&lt;br /&gt;</w:t>
        <w:br/>
        <w:t>Щоб я чекав, — і відійшла.&lt;br /&gt;</w:t>
        <w:br/>
        <w:t>Мене опала самота,&lt;br /&gt;</w:t>
        <w:br/>
        <w:t>Я був, неначе сирота.</w:t>
      </w:r>
    </w:p>
    <w:p>
      <w:r>
        <w:br/>
        <w:t>XX</w:t>
      </w:r>
    </w:p>
    <w:p>
      <w:r>
        <w:br/>
        <w:t>Прийшли за нею батько й мати.&lt;br /&gt;</w:t>
        <w:br/>
        <w:t>Та що я можу ще сказати?&lt;br /&gt;</w:t>
        <w:br/>
        <w:t>Не буду стомлювати Вас&lt;br /&gt;</w:t>
        <w:br/>
        <w:t>У цей лихий незручний час&lt;br /&gt;</w:t>
        <w:br/>
        <w:t>Своїми довгими згадками,&lt;br /&gt;</w:t>
        <w:br/>
        <w:t>Як жив тоді я з козаками.&lt;br /&gt;</w:t>
        <w:br/>
        <w:t>Вони в степу мене знайшли,&lt;br /&gt;</w:t>
        <w:br/>
        <w:t>В найближчу хату принесли&lt;br /&gt;</w:t>
        <w:br/>
        <w:t>І до притомності вернули&lt;br /&gt;</w:t>
        <w:br/>
        <w:t>Любов'ю, догляданням чулим.&lt;br /&gt;</w:t>
        <w:br/>
        <w:t>О знав би я, що оживу —&lt;br /&gt;</w:t>
        <w:br/>
        <w:t>Й візьму гетьманську булаву!&lt;br /&gt;</w:t>
        <w:br/>
        <w:t>Так був я гнаний на коні&lt;br /&gt;</w:t>
        <w:br/>
        <w:t>У далину широкополу.&lt;br /&gt;</w:t>
        <w:br/>
        <w:t>Старий безумець! — він мені&lt;br /&gt;</w:t>
        <w:br/>
        <w:t>Проклав дорогу до престолу.&lt;br /&gt;</w:t>
        <w:br/>
        <w:t>Забудь свої незгоди злі,&lt;br /&gt;</w:t>
        <w:br/>
        <w:t>Забудь свої пекельні болі:&lt;br /&gt;</w:t>
        <w:br/>
        <w:t>Ніхто із смертних на землі&lt;br /&gt;</w:t>
        <w:br/>
        <w:t>Не відгада своєї долі.&lt;br /&gt;</w:t>
        <w:br/>
        <w:t>Нехай безсонні вороги&lt;br /&gt;</w:t>
        <w:br/>
        <w:t>Тепер шугають навкруги —&lt;br /&gt;</w:t>
        <w:br/>
        <w:t>Ми всі уникнемо погоні&lt;br /&gt;</w:t>
        <w:br/>
        <w:t>І відпочинуть наші коні&lt;br /&gt;</w:t>
        <w:br/>
        <w:t>На правім березі Дніпра.&lt;br /&gt;</w:t>
        <w:br/>
        <w:t>Добраніч, друзі! Вже пора.</w:t>
      </w:r>
    </w:p>
    <w:p>
      <w:r>
        <w:br/>
        <w:t>Тут стомлений гетьман упав&lt;br /&gt;</w:t>
        <w:br/>
        <w:t>У пахновинні свіжих трав&lt;br /&gt;</w:t>
        <w:br/>
        <w:t>На листя дуба та осик.&lt;br /&gt;</w:t>
        <w:br/>
        <w:t>Постілля зовсім непогане&lt;br /&gt;</w:t>
        <w:br/>
        <w:t>Тому, хто всюди спати звик,&lt;br /&gt;</w:t>
        <w:br/>
        <w:t>Де тільки сон його застане.&lt;br /&gt;</w:t>
        <w:br/>
        <w:t>Та не здивуйтеся, однак,&lt;br /&gt;</w:t>
        <w:br/>
        <w:t>Що не було йому подяк,&lt;br /&gt;</w:t>
        <w:br/>
        <w:t>Мазепа добре знав причину —&lt;br /&gt;</w:t>
        <w:br/>
        <w:t>Король бо спав уже з годину.</w:t>
      </w:r>
    </w:p>
    <w:p>
      <w:r>
        <w:br/>
        <w:t>1819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Мазепа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