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Мавпи-танцюристки</w:t>
      </w:r>
    </w:p>
    <w:p>
      <w:r>
        <w:br/>
        <w:t xml:space="preserve"> &lt;p&gt;Якось єгипетський цар забрів, гуляючи, до чудового лісу, де росли банани, горіхи й хурма. Відтоді цар щодня ходив у ліс, дивувався з папуг, що вигравали барвистим пір'ям, сміявся з мавп, що стрибали по деревах, рвали банани та горіхи й, облущивши, з'їдали їх. І ось одного дня цар мовив до свого почту:</w:t>
      </w:r>
    </w:p>
    <w:p>
      <w:r>
        <w:br/>
        <w:t>— Мені спало на думку зібрати стадо мавп і навчити їх танців.</w:t>
      </w:r>
    </w:p>
    <w:p>
      <w:r>
        <w:br/>
        <w:t>— Що ти, наш володарю! Хіба таке можливе? — здивувався почет.</w:t>
      </w:r>
    </w:p>
    <w:p>
      <w:r>
        <w:br/>
        <w:t>— А чому б і ні? Мавпи дуже люблять наслідувати людей. Побачить вона, скажімо, що людина зачісується, і собі шкребе голову. Хай тільки побачить танок — одразу сама затанцює. Тож накажіть спіймати кілька десятків мавп і привезти їх до палацу.</w:t>
      </w:r>
    </w:p>
    <w:p>
      <w:r>
        <w:br/>
        <w:t>Коли мавп привезено до палацу, цар звелів покликати танцюристів.</w:t>
      </w:r>
    </w:p>
    <w:p>
      <w:r>
        <w:br/>
        <w:t>— Заженіть мавп до великої зали й спробуйте навчити їх танців. Та дбайте про них, годуйте добре, щоб не відчували вони неволі.</w:t>
      </w:r>
    </w:p>
    <w:p>
      <w:r>
        <w:br/>
        <w:t>Танцюристи загнали мавп до зали й заходилися виконувати царське веління. Аж ось за кілька день один з них прийшов до царя й каже:</w:t>
      </w:r>
    </w:p>
    <w:p>
      <w:r>
        <w:br/>
        <w:t>— Царю наш! Мавпи навчилися танцювати, та ще й як! Вони вивчили всі танці. Танцюють навіть краще за нас! А що вже тішаться! Ходи сам подивись!</w:t>
      </w:r>
    </w:p>
    <w:p>
      <w:r>
        <w:br/>
        <w:t>Цар подивився й очам не повірив. Десятеро мавп танцювали так вправно й завзято, аж дух забивало з подиву. Захоплений цар звелів нагородити кожну мавпу торбинкою золотих.</w:t>
      </w:r>
    </w:p>
    <w:p>
      <w:r>
        <w:br/>
        <w:t>Потім наказав покликати кравців. А коли ті прийшли й уклонилися, сказав:</w:t>
      </w:r>
    </w:p>
    <w:p>
      <w:r>
        <w:br/>
        <w:t>— Пошийте для мавп гарне, барвисте вбрання. І щоб не було однакового. Не шкодуйте краму й золота на оздоби, робіть якнайкраще. Бо за тиждень у палаці — велике свято, і мавпи на ньому танцюватимуть. Такого свята досі не бачили!</w:t>
      </w:r>
    </w:p>
    <w:p>
      <w:r>
        <w:br/>
        <w:t>За тиждень усе було готове. Палац, до якого посходились вдягнені в шовки та оксамити вельможні гості, сяяв оздобами. Цар з царицею щиро всіх вітали, частували пресмачними стравами й найсолодшими напоями. А потім цар провів гостей до просторої зали з коном і музиками.</w:t>
      </w:r>
    </w:p>
    <w:p>
      <w:r>
        <w:br/>
        <w:t>Посідали на свої місця цар з царицею, а за ними й гості. Аж тут на кін вибігли мавпи в барвистому вбранні, в машкарах — дуже кумедні й симпатичні. Гості весело засміялися. Музики заграли, мавпи пішли в веселий, бурхливий танок. Гості дивилися й чудувалися. Щоб мавпи та були на таке здатні? Неймовірно!</w:t>
      </w:r>
    </w:p>
    <w:p>
      <w:r>
        <w:br/>
        <w:t>Серед гостей був один молодик, який дуже полюбляв жартувати. Дивився, дивився на мавп — аж ось сяйнула йому думка.</w:t>
      </w:r>
    </w:p>
    <w:p>
      <w:r>
        <w:br/>
        <w:t>Молодик вийшов до вітальні, взяв з таці жменю горіхів і, вернувшися до зали, підкрався до кону та й поклав горіхи на краєчок.</w:t>
      </w:r>
    </w:p>
    <w:p>
      <w:r>
        <w:br/>
        <w:t>Ніхто з гостей того не завважив, але мавпи відразу помітили горіхи.</w:t>
      </w:r>
    </w:p>
    <w:p>
      <w:r>
        <w:br/>
        <w:t>І таке тут почалося, що годі й розповісти!</w:t>
      </w:r>
    </w:p>
    <w:p>
      <w:r>
        <w:br/>
        <w:t>Мавпи кинулися до горіхів, забувши, що вони танцюристки і на них дивляться цар з гостями. Штовхалися, чубилися, здирали одна з одної машкари. Коли якійсь удавалося вхопити горіх, решта налітали на неї, шарпали, шматували чудове вбрання.</w:t>
      </w:r>
    </w:p>
    <w:p>
      <w:r>
        <w:br/>
        <w:t>На кону зчинився неймовірний шарварок. Мавпи розшаленіли, билися так, аж шерсть летіла.</w:t>
      </w:r>
    </w:p>
    <w:p>
      <w:r>
        <w:br/>
        <w:t>В залі всі реготали, і найдужче — цар. А старий слуга, що дивився на все те в двері, похитав головою і сказав іншому:</w:t>
      </w:r>
    </w:p>
    <w:p>
      <w:r>
        <w:br/>
        <w:t>— Мавпа є мавпа і мавпою зостанеться, хоч би як її вимуштрували, хоч би чого навчили...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Мавпи-танцюристки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