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Мавпа та лисиця</w:t>
      </w:r>
    </w:p>
    <w:p>
      <w:r>
        <w:br/>
        <w:t xml:space="preserve"> &lt;p&gt;Було це за давніх часів. Надумалися якось лісові звірі обрати собі Царя. Посходилися вони на велику галявину й по тривалій суперечці поклали: нехай кожен покаже, на що він здатен. Хто зробить щось найкраще — того й оберуть царем.</w:t>
      </w:r>
    </w:p>
    <w:p>
      <w:r>
        <w:br/>
        <w:t>Посідали всі кружка, залишивши на середині вільне місце. Туди виходили один за одним звірі й показували різні штуки.</w:t>
      </w:r>
    </w:p>
    <w:p>
      <w:r>
        <w:br/>
        <w:t>Перший вийшов могутній лев і так заревів, аж земля затремтіла. Звірі, жахнувшися, сховалися одне за одного, а малеча, плачучи, тулилася до матерів.</w:t>
      </w:r>
    </w:p>
    <w:p>
      <w:r>
        <w:br/>
        <w:t>Потім виступив слон із стовбуром величезного дерева в хоботі. Легко, мов пір'їну, підняв деревину й поклав собі на спину, а потім жбурнув далеко геть.</w:t>
      </w:r>
    </w:p>
    <w:p>
      <w:r>
        <w:br/>
        <w:t>За ним вийшов тигр. Примірявся — і одним стрибком перескочив галявину.</w:t>
      </w:r>
    </w:p>
    <w:p>
      <w:r>
        <w:br/>
        <w:t>Показав себе й заєць — так прудко помчав колом, що не встигли звірі змигнути оком, як він уже тричі оббіг галявину.</w:t>
      </w:r>
    </w:p>
    <w:p>
      <w:r>
        <w:br/>
        <w:t>Кінь перескочив високу жердину; кріт за мить прорив підземний хід під галявиною. Віслюк похвалився своїм голосом; два півні показали своє бойове мистецтво в герці.</w:t>
      </w:r>
    </w:p>
    <w:p>
      <w:r>
        <w:br/>
        <w:t>Останньою вийшла мавпа й затанцювала так кумедно, що всі зареготали. Всі звірі — великі та малі, дужі та слабкі — аж качалися, аж за животи бралися.</w:t>
      </w:r>
    </w:p>
    <w:p>
      <w:r>
        <w:br/>
        <w:t>Сміялися довго — поки мавпа покинула танцювати. А тоді зусебіч загукали:</w:t>
      </w:r>
    </w:p>
    <w:p>
      <w:r>
        <w:br/>
        <w:t>— Мавпа! Мавпа — ось наш царі</w:t>
      </w:r>
    </w:p>
    <w:p>
      <w:r>
        <w:br/>
        <w:t>— Іншого царя не треба!</w:t>
      </w:r>
    </w:p>
    <w:p>
      <w:r>
        <w:br/>
        <w:t>Лиш один звір не сміявся, не кричав, не плескав у долоні — лисиця. Вона крутилася поміж усіх і бурчала:</w:t>
      </w:r>
    </w:p>
    <w:p>
      <w:r>
        <w:br/>
        <w:t>— Чи ви при своєму глуздові? Мавпа — цар?! Та хто вона за одна та мавпа? Тільки й уміє, що блазнювати та гризти горіхи. А чи годна вона звитяжно воювати, як належить цареві? Ні. Чи годна дати всьому лад? Ні. Чи годна розпізнати потаємних ворогів і дати їм такого перцю, щоб на все життя затямили? Чи годна їх обхитрувати? Ні, ні, ні!</w:t>
      </w:r>
    </w:p>
    <w:p>
      <w:r>
        <w:br/>
        <w:t>Чи вміє вона красно говорити? Ні, де там!</w:t>
      </w:r>
    </w:p>
    <w:p>
      <w:r>
        <w:br/>
        <w:t>То що ж вона тоді вміє? У танцях вихилятися та люд потішати? Де ж пак — які заслуги!</w:t>
      </w:r>
    </w:p>
    <w:p>
      <w:r>
        <w:br/>
        <w:t>І, глянувши на мавпу, лисиця докинула:</w:t>
      </w:r>
    </w:p>
    <w:p>
      <w:r>
        <w:br/>
        <w:t>— Диви, як набундючилася! Було б чого!</w:t>
      </w:r>
    </w:p>
    <w:p>
      <w:r>
        <w:br/>
        <w:t>Та раптом очі лисиці спалахнули, і в них майнула лукава усмішка.</w:t>
      </w:r>
    </w:p>
    <w:p>
      <w:r>
        <w:br/>
        <w:t>— Ну, зажди, я тобі зараз утну!</w:t>
      </w:r>
    </w:p>
    <w:p>
      <w:r>
        <w:br/>
        <w:t>Відійшла лисиця далеченько й спинилася під високим деревом. Ще коли бігла на галявину, бачила там пастку, а в ній шматок м'яса. Лисиця скрушно похитала головою:</w:t>
      </w:r>
    </w:p>
    <w:p>
      <w:r>
        <w:br/>
        <w:t>— Якийсь бідолаха попадеться туди!</w:t>
      </w:r>
    </w:p>
    <w:p>
      <w:r>
        <w:br/>
        <w:t>Тепер підбігла вона до дерева, глянула — м'ясо на місці. Лисиця помчала назад на галявину. Мавпу й досі оточували звірі.</w:t>
      </w:r>
    </w:p>
    <w:p>
      <w:r>
        <w:br/>
        <w:t>— Ану розступіться, дайте дорогу! І я хочу привітати царя!</w:t>
      </w:r>
    </w:p>
    <w:p>
      <w:r>
        <w:br/>
        <w:t>Звірі розступилися.</w:t>
      </w:r>
    </w:p>
    <w:p>
      <w:r>
        <w:br/>
        <w:t>— Хай живе наш цар! — закричала лисиця й тричі вклонилася мавпі.— Хай живе царська корона — наша честь і гордість! Щасливого царювання тобі, твоїм дітям, онукам і всьому твоєму родові довіку.</w:t>
      </w:r>
    </w:p>
    <w:p>
      <w:r>
        <w:br/>
        <w:t>І, повернувшись до звірів, солоденько мовила:</w:t>
      </w:r>
    </w:p>
    <w:p>
      <w:r>
        <w:br/>
        <w:t>— Ви обрали справжнього царя.</w:t>
      </w:r>
    </w:p>
    <w:p>
      <w:r>
        <w:br/>
        <w:t>— Красно дякую,— відповіла мавпа, скривившися так кумедно, що звірі знову засміялися.</w:t>
      </w:r>
    </w:p>
    <w:p>
      <w:r>
        <w:br/>
        <w:t>Лисиця подумки зауважила:</w:t>
      </w:r>
    </w:p>
    <w:p>
      <w:r>
        <w:br/>
        <w:t>"Стривайте лишень — зараз ще не так реготатимете".</w:t>
      </w:r>
    </w:p>
    <w:p>
      <w:r>
        <w:br/>
        <w:t>— Царю мій,— провадила далі вголос,— я давно мріяла зробити тобі подарунок. Але я бідна лисиця і не маю нічого гідного твоєї величі. Та сьогодні мені пощастило — я знайшла в лісі скарб. Тож прийми його від мене, бо тільки царям належить володіти скарбами.</w:t>
      </w:r>
    </w:p>
    <w:p>
      <w:r>
        <w:br/>
        <w:t>— Який скарб? — спитала мавпа.</w:t>
      </w:r>
    </w:p>
    <w:p>
      <w:r>
        <w:br/>
        <w:t>— Ходімо, царю мій, я покажу.</w:t>
      </w:r>
    </w:p>
    <w:p>
      <w:r>
        <w:br/>
        <w:t>— Ходімо,— радо згодилась мавпа та й подалася за лисицею.</w:t>
      </w:r>
    </w:p>
    <w:p>
      <w:r>
        <w:br/>
        <w:t>— Ану ж бо й ми глянемо,— сказав котрийсь із звірів.</w:t>
      </w:r>
    </w:p>
    <w:p>
      <w:r>
        <w:br/>
        <w:t>— Ходімо всі! Ходімо!</w:t>
      </w:r>
    </w:p>
    <w:p>
      <w:r>
        <w:br/>
        <w:t>І всі посунули слідом за мавпою.</w:t>
      </w:r>
    </w:p>
    <w:p>
      <w:r>
        <w:br/>
        <w:t>Незабаром лисиця спинилася й, показавши мавпі на м'ясо в пастці, мовила:</w:t>
      </w:r>
    </w:p>
    <w:p>
      <w:r>
        <w:br/>
        <w:t>— Скарб там, царю мій. Візьми-по його сам.</w:t>
      </w:r>
    </w:p>
    <w:p>
      <w:r>
        <w:br/>
        <w:t>Мавпа, простягти руки, прожогом кинулась до пастки. Аж раптом щось клацнуло, й пастка защепнулася.</w:t>
      </w:r>
    </w:p>
    <w:p>
      <w:r>
        <w:br/>
        <w:t>— Гей, лисице, тут тільки шматок м'яса! Це такий скарб? Ану відчини мені, я хочу вийти! — жалібно загукала мавпа.</w:t>
      </w:r>
    </w:p>
    <w:p>
      <w:r>
        <w:br/>
        <w:t>— Стривай, пані мавпо,— сказала лисиця, забачивши на стежці звірів.— Зажди трохи, вийдеш.</w:t>
      </w:r>
    </w:p>
    <w:p>
      <w:r>
        <w:br/>
        <w:t>Коли звірі підійшли ближче, лисиця показала їм на мавпу:</w:t>
      </w:r>
    </w:p>
    <w:p>
      <w:r>
        <w:br/>
        <w:t>— Бачите, якого царя ви обрали? Пишайтеся тепер ним!</w:t>
      </w:r>
    </w:p>
    <w:p>
      <w:r>
        <w:br/>
        <w:t>Звірі оточили пастку. Дивляться — а там мавпа, зіщулена й жалюгідна.</w:t>
      </w:r>
    </w:p>
    <w:p>
      <w:r>
        <w:br/>
        <w:t>— Що сталося? — питають здивовані звірі.— Як вона туди влізла? Де скарб?</w:t>
      </w:r>
    </w:p>
    <w:p>
      <w:r>
        <w:br/>
        <w:t>— Спитайте її! — переможно засміялася лисиця.— А скарб — то шматок м'яса! Пані мавпа кинулась у воду, не спитавши броду. От і вскочила в халепу. І цього недоумка, любі мої, ви обрали царем? Чого ж мовчите?</w:t>
      </w:r>
    </w:p>
    <w:p>
      <w:r>
        <w:br/>
        <w:t>Звірі дивилися то на лисицю, то на мавпу. Нарешті озвався вовк:</w:t>
      </w:r>
    </w:p>
    <w:p>
      <w:r>
        <w:br/>
        <w:t>— Правду лисиця каже!</w:t>
      </w:r>
    </w:p>
    <w:p>
      <w:r>
        <w:br/>
        <w:t>— Авжеж, правду! — підхопили всі.— Ніяк не випадає мавпі царювати!</w:t>
      </w:r>
    </w:p>
    <w:p>
      <w:r>
        <w:br/>
        <w:t>— Тож скиньмо її з престолу! — вигукнула лисиця.— Бо інакше весь світ з нас глузуватиме!</w:t>
      </w:r>
    </w:p>
    <w:p>
      <w:r>
        <w:br/>
        <w:t>— Мудро каже лисиця... Та спершу визволімо мавпу з пастки. А потім оберімо нового царя!</w:t>
      </w:r>
    </w:p>
    <w:p>
      <w:r>
        <w:br/>
        <w:t>— Чудово! — зраділа лисиця.— Нарешті я чую голос розуму. Отож випустили звірі мавпу та добре посміялися з неї. А згодом посідали знову кружка на галявині — обирати нового царя.</w:t>
      </w:r>
    </w:p>
    <w:p>
      <w:r>
        <w:br/>
        <w:t>Вийшла на середину лисиця й сказала:</w:t>
      </w:r>
    </w:p>
    <w:p>
      <w:r>
        <w:br/>
        <w:t>— Тепер будьте розважні. Правду кажучи, сердешна мавпа не винна. Що вона вміла — те й показувала. Винні ви самі, бо ні сіло ні впало обрали царем блазня, не подумавши, до якого лиха він може вас довести.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Мавпа та 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