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Мати звала Семеном</w:t>
      </w:r>
    </w:p>
    <w:p>
      <w:r>
        <w:br/>
        <w:t xml:space="preserve"> &lt;p&gt;Цілий тиждень Сеню не видно й не чути вечорами на коридорі, сидить він у своїй кімнатині тихенько, мов птаха на гнізді, а в неділю чи в свято яке там, десь так під вечір, випливає Сеня на люди. Коридор у його новенькому "готельному" будинку довгий-предовгий, і ото Сеня проходить по ньому, як по купейному вагону: розкине руки — дістане обидві стінки. Воно трохи й схожий оцей будинок на поїзд, бо всяк, хто в ньому живе, почувається тут тимчасовим гостем: рано чи пізно доведеться розпрощатися з маленькою і затишною, мов купе, оселею і перебратись у більші хороми.</w:t>
      </w:r>
    </w:p>
    <w:p>
      <w:r>
        <w:br/>
        <w:t>Мріє про це, звісно, кожен. Тільки не Сеня. Він і в оцю квартирку, щоб сказати, що дуже поривався, то ні. Майже до п'ятдесяти літ прожив по гуртожитках (якось так сталося, що замолоду Сеня не одружився, а там, після сорока, як відомо, уже й сам чорт не оженить) і ще б нікуди не рипався, так сам начальник річкового порту Славов — "мужик — сто процентів!" — наполіг, щоб Сеня перебирався у новий будинок річковиків: "А там, дивись,— підморгнув по-приятельски,— і молодичка якась до тебе пристане".</w:t>
      </w:r>
    </w:p>
    <w:p>
      <w:r>
        <w:br/>
        <w:t>"Так то й так, нехай буде гречка",— вирішив Сеня й оселився у крайній кімнаті аж у кінці коридора. "Тут воно ще нічого,— подумав.— Сусідів багато, наче маленьке село притулилося на поверсі. А жити у великокаліберному будинку — хай йому трясця: два сусіди — і тих ніколи не побачиш. Немає до кого й заговорити".</w:t>
      </w:r>
    </w:p>
    <w:p>
      <w:r>
        <w:br/>
        <w:t>А поговорити Сеня страх як любив. Не часто, правда, але вже як розійдеться — не зупиниш. Вирине на коридор і чимчикує з кінця в кінець. Здоровенний, півсажня у плечах, а ступні — куди тим ведмежим, ще й розвернуті в боки ледь не на сто вісімдесят градусів, наче підпори: як би не хитало Сеню на палубі — не впаде.</w:t>
      </w:r>
    </w:p>
    <w:p>
      <w:r>
        <w:br/>
        <w:t>І ступає він важко, буцім семипудовий лантух виважив на плечі (Сеня ж працює вантажником у річковому порту), видно, звик чоловік ходити отак під ношею, то вже ти йому хоч що хоч, а ходитиме так довіку — важко і трохи похитуючись.</w:t>
      </w:r>
    </w:p>
    <w:p>
      <w:r>
        <w:br/>
        <w:t>Отож Сеня бере курс у кінець коридора, до вікна, де збирається чоловіцтво покурити — в тісній кімнатці, а ще як жінка та діти, з куривом не дуже розженешся,— заодно погомоніти, а то й зрізатись у дурня, як трапиться вільна часина.</w:t>
      </w:r>
    </w:p>
    <w:p>
      <w:r>
        <w:br/>
        <w:t>Якщо по правді, то сусідам Сеня уже й набрид трохи. Бо ото як почне, як заведеться, то наче й розумне щось каже, а дурне. Ну, приміром, таке:</w:t>
      </w:r>
    </w:p>
    <w:p>
      <w:r>
        <w:br/>
        <w:t>— Уви! Надєжди громкой слави не довго тішив нас обман,— прорече таким басом, що аж у вухах позакладає, далі напустить довгі колючі брови на очі, ніби він тими бровами обмацує всіх, і запитає: — Хто сказав?</w:t>
      </w:r>
    </w:p>
    <w:p>
      <w:r>
        <w:br/>
        <w:t>— Та хто ж,— перекинуться усмішечками чоловіки.— Пушкін.</w:t>
      </w:r>
    </w:p>
    <w:p>
      <w:r>
        <w:br/>
        <w:t>— Ну да, Пушкін... Сказали, теж мені...— Сеня якийсь час дивується людській необізнаності, а потім як стрельне: — Наполіон сказав!</w:t>
      </w:r>
    </w:p>
    <w:p>
      <w:r>
        <w:br/>
        <w:t>— Ти диви!..— дивуються вдавано сусіди і змовницьки кліпають одне до одного.</w:t>
      </w:r>
    </w:p>
    <w:p>
      <w:r>
        <w:br/>
        <w:t>А Сеня екзаменує далі:</w:t>
      </w:r>
    </w:p>
    <w:p>
      <w:r>
        <w:br/>
        <w:t>— А чого він — Наполіон? Теж не знаєте? Так знайте! Він того Наполіон, що завжди на полі он. Да! На полі, а не десь там чортзна-де, ясно?</w:t>
      </w:r>
    </w:p>
    <w:p>
      <w:r>
        <w:br/>
        <w:t>— Ясно, Сеню, ясно,— сміються, хоч, може, котрийсь і подума про себе: "Але ж бач, схоже на правду".</w:t>
      </w:r>
    </w:p>
    <w:p>
      <w:r>
        <w:br/>
        <w:t>Якщо ж чоловіцтво саме різалося в карти і, заклопотане по вуха грою, не звертало на Сеню уваги, він ставав осторонь і говорив сам до себе, але так, щоб чули всі:</w:t>
      </w:r>
    </w:p>
    <w:p>
      <w:r>
        <w:br/>
        <w:t>— Карти — дурне! Ні, не воєннії карти, а російські ігральні — дурне. Да! Короля Франції Людовіка не знаємо, а бубновий король нам за батька рідного. А до чого все це доводить? До того, що всі ви зостанетесь при бубнових інтересах. Завтра ж піду до Славова і розкажу, чим ви тут займаєтеся. Туніядці!</w:t>
      </w:r>
    </w:p>
    <w:p>
      <w:r>
        <w:br/>
        <w:t>Згодом оці Сенині екзаменування так усім в'їлися в печінки, що, забачивши його ще здалеку, сусіди похапцем гасили цигарки і розбігалися по домівках. Думали, втечуть. Е ні, братці, не на такого напали, од Сені ви нікуди не втечете. Краще слухайте і ворушіть мізками. Не лінуйтеся. Бо серед людей живемо, а не в лісі.</w:t>
      </w:r>
    </w:p>
    <w:p>
      <w:r>
        <w:br/>
        <w:t>Сеня ставав посеред коридора і так вигукував нову загадку, що чути було й на сусідніх поверхах:</w:t>
      </w:r>
    </w:p>
    <w:p>
      <w:r>
        <w:br/>
        <w:t>— Ружі!!! Немає кращих квіток за них! Та якби не було кропиви, а самі тіки ружі, то як би ви допетрали, що вони гарні, га? Куди не глянь — самі ружі, вся земля ними всіяна! Як ти тут розбереш, що вони красиві, коли немає нічого поганого, га?</w:t>
      </w:r>
    </w:p>
    <w:p>
      <w:r>
        <w:br/>
        <w:t>На хвилю Сеня притихав, лиш чутно було, як сірник сердито креснув (видно, поки говорив, цигарка погасла), тоді набирав разом з димом повні легені повітря — мабуть, там замість легенів ковальські міхи — і завершував схвильований виступ:</w:t>
      </w:r>
    </w:p>
    <w:p>
      <w:r>
        <w:br/>
        <w:t>— Ну, добре! Ви — ружі, а я — кропива. Але ж скажіть мені, чого варта ружа без кропиви?</w:t>
      </w:r>
    </w:p>
    <w:p>
      <w:r>
        <w:br/>
        <w:t>Ніхто йому, певна річ, нічого не казав, хіба що визирне хтось із дверей та попросить сумирно: "Сеню, тихіше. Дітей полякаєш".</w:t>
      </w:r>
    </w:p>
    <w:p>
      <w:r>
        <w:br/>
        <w:t>І Сеня затихав і, зморений, мовби щойно розвантажив баржу, йшов у свою кімнату. Кого-кого, а дітей він любив.</w:t>
      </w:r>
    </w:p>
    <w:p>
      <w:r>
        <w:br/>
        <w:t>У кімнаті сідав на вузеньке солдатське ліжко — звик до такого в гуртожитку, то тепер ні на яких диванах не засне,— знову кресав сірником і, припаливши, довго дивився в куток, де розкошував у своїх сітях павук.</w:t>
      </w:r>
    </w:p>
    <w:p>
      <w:r>
        <w:br/>
        <w:t>"Ач, квартирант об'явився,— незлостиво бурмотів Сеня.— Ну, та живи. Місця хватає, ще й лишнє. Ти, я бачу, паринь хороший. В роботі моторний, а це головне. Так що тебе ніхто не займе. Проживем".</w:t>
      </w:r>
    </w:p>
    <w:p>
      <w:r>
        <w:br/>
        <w:t>Сеня вкладався спати, і його важкого глибокого сну не могло перебити ні бубоніння телевізора за стіною, ні скрегіт трамвая, а тим більше — тихесеньке шарудіння павучка у кутку.</w:t>
      </w:r>
    </w:p>
    <w:p>
      <w:r>
        <w:br/>
        <w:t>Завтра — на роботу!</w:t>
      </w:r>
    </w:p>
    <w:p>
      <w:r>
        <w:br/>
        <w:t>Якщо хто скаже, що Сеня лютий, то це брехня. Як ви з ним, так і він з вами. Буває, говорить таким лагідним голосочком, аж не віриться, що це Сеня. І найласкавіший він тоді, коли згадує матір свою і себе ще маленьким. Того, мабуть, і голос його стає таким дитячим, що бачить себе дитиною. Але про ті далекі літа Сеня ніколи не заводить розмову першим. Лиш тоді, як спитають. Приміром, там же, біля вікна, чи й на роботі хтось із молодих та поштивіших поцікавиться:</w:t>
      </w:r>
    </w:p>
    <w:p>
      <w:r>
        <w:br/>
        <w:t>— А як вас по батькові?</w:t>
      </w:r>
    </w:p>
    <w:p>
      <w:r>
        <w:br/>
        <w:t>Сеня надовго примовкає, зосереджено ворушить колючими бровами, мовби не може згадати, а тоді тихо-тихенько каже:</w:t>
      </w:r>
    </w:p>
    <w:p>
      <w:r>
        <w:br/>
        <w:t>— Мати звала Семеном.</w:t>
      </w:r>
    </w:p>
    <w:p>
      <w:r>
        <w:br/>
        <w:t>І знову довго мовчить, губи йому легенько здригаються, а лице світліє, світліє. І тут щось дивне діється з Сенею. Починає таке розказувати, аж мороз по тілі, а сам веселішає і схлипує тоненьким смішком:</w:t>
      </w:r>
    </w:p>
    <w:p>
      <w:r>
        <w:br/>
        <w:t>— Сидимо ми з мамою в хаті, і сестра тут же старшенька... Коли це німець як ударить, як ударить з літаків! Бомбами. Задвигтіла наша хата, і ми тремтимо всі... А я найдужче. Тоді мама вхопила з мисника пляшку, налила в кухоль горілки: "Випий, синку, не бійся. Усе випий!" Випив я — і не скривився. А мама нас за руки та з хати: "У яму,— каже,— ховаймося. В оту яму, що бомба вирвала". Попадали ми в землю розриту, накрила нас мама, як горобенят, собою...</w:t>
      </w:r>
    </w:p>
    <w:p>
      <w:r>
        <w:br/>
        <w:t>Сеня викрешує вогню, припалює цигарку і дивиться десь далеко-далеко, крізь літа. Потім вертає думку назад і каже:</w:t>
      </w:r>
    </w:p>
    <w:p>
      <w:r>
        <w:br/>
        <w:t>— І ти знаєш, лежав я в тій вирві, кругом ревло-гуркотіло, світа не видно, а мені тепло було, так тепло... І зовсім не страшно. Земля після вибуху гаряча, а тут ще мама... Ніколи мені після того не було так тепло.</w:t>
      </w:r>
    </w:p>
    <w:p>
      <w:r>
        <w:br/>
        <w:t>— А мати жива ще?</w:t>
      </w:r>
    </w:p>
    <w:p>
      <w:r>
        <w:br/>
        <w:t>— Немає. Палазя, сестричка, десь у селі... Та от ніяк не виберуся до неї. Поїдеш, а вона спитає: де твоя жінка, Семене, дітки?</w:t>
      </w:r>
    </w:p>
    <w:p>
      <w:r>
        <w:br/>
        <w:t>Сеня потуплює очі на носаки своїх велетенських черевиків, а потім ураз жвавішає:</w:t>
      </w:r>
    </w:p>
    <w:p>
      <w:r>
        <w:br/>
        <w:t>— Слухай, може, ти знайдеш мені якусь молодичку? То поїхали б разом, і ти з нами...</w:t>
      </w:r>
    </w:p>
    <w:p>
      <w:r>
        <w:br/>
        <w:t>— Та ну вас...</w:t>
      </w:r>
    </w:p>
    <w:p>
      <w:r>
        <w:br/>
        <w:t>І якщо хтось отут засміється, Сеня увесь паленіє і вергає важкими словами, неначе лантухами:</w:t>
      </w:r>
    </w:p>
    <w:p>
      <w:r>
        <w:br/>
        <w:t>— Що? Думаєш, не приймуть, не зустрінуть? Брехня! Все село вийде зустрічати! Всі семафори позеленіють: Сеня їде! І всім, хто з ним,— зелена вулиця, ясно? Не віриш? Ну, то поїхали хоч завтра, сам побачиш!</w:t>
      </w:r>
    </w:p>
    <w:p>
      <w:r>
        <w:br/>
        <w:t>— Поїдемо, поїдемо,— казали йому лагідненько, щоб якось утихомирити.— Скільки там того діла.</w:t>
      </w:r>
    </w:p>
    <w:p>
      <w:r>
        <w:br/>
        <w:t>Однак знали, що Сеня нікуди не поїде. Бо соромиться. Соромиться, що прожив отак бовкун бовкуном. І хто добріший та чуйніший, намагалися не чіпати Сеню за живе, не ворушити його давню рану, а кому чужа вавка не болить чи просто ума на мізинець, той міг і підкусити. Хоч би й так, як Ілько Калапиндер, портовий диспетчер і Сенин же сусіда через стіну.</w:t>
      </w:r>
    </w:p>
    <w:p>
      <w:r>
        <w:br/>
        <w:t>Ілько завжди ходив у темно-синій формі з жовтенькими личками на рукавах, підтягнутий такий, як морський офіцер, ну, куди там, не підступишся, а тут купив нові меблі, то покликав Сеню, щоб допоміг занести в квартиру. Сказано — зроблено. А якщо зроблено, то хоч-не-хоч став могорич. Сеня на цьому не наполягав, але підійшли ще хлопці, натякнули, що, коли не той, меблі розсохнуться. Ілько не пручався, бо таки любив і позадаватися, і незабаром у його квартирі усі вже браталися, казали, перебиваючи один одного, що вони сусіди, то й мусять жити по-сусідськи, бо немає більшої ганьби, як цуратися сусідів.</w:t>
      </w:r>
    </w:p>
    <w:p>
      <w:r>
        <w:br/>
        <w:t>Сеня й собі намагався підкинути слово-друге у ту велику у ту братанню:</w:t>
      </w:r>
    </w:p>
    <w:p>
      <w:r>
        <w:br/>
        <w:t>— Що вже Славов, мужик — сто процентів, і той підходить до мене та каже...</w:t>
      </w:r>
    </w:p>
    <w:p>
      <w:r>
        <w:br/>
        <w:t>— Ти закушуй, Сеню, закушуй! — перебивав його Ілько, розпашілий од щедрості і доброти.— Робиш, як віл, то повинен і їсти за трьох. Це ми, інтелігенти, можемо обійтися лимонником.</w:t>
      </w:r>
    </w:p>
    <w:p>
      <w:r>
        <w:br/>
        <w:t>— Буває, хе-хе,— догідливо усміхались Ількові.</w:t>
      </w:r>
    </w:p>
    <w:p>
      <w:r>
        <w:br/>
        <w:t>— Ще й не таке буває.</w:t>
      </w:r>
    </w:p>
    <w:p>
      <w:r>
        <w:br/>
        <w:t>— Я колись, пам'ятаю, пішов до кума...</w:t>
      </w:r>
    </w:p>
    <w:p>
      <w:r>
        <w:br/>
        <w:t>— Так отож я й кажу,— вів своєї Сеня,— на що вже Славов, мужик — сто процентів...</w:t>
      </w:r>
    </w:p>
    <w:p>
      <w:r>
        <w:br/>
        <w:t>Проте його ніхто не слухав (до чого тут Славов, якщо він не їхній сусіда?), і тоді Сеня як води в рот набрав. Схилився чолом на руку і, прикривши долонею очі, принишк. Не їв, не пив, про нього вже, мабуть, й забули, але тут раптом Сеня нагадав про себе обережним кашликом і тоненько заспівав:</w:t>
      </w:r>
    </w:p>
    <w:p>
      <w:r>
        <w:br/>
        <w:t>На-лий ма-га-ти ста-кан ча-га-ю.</w:t>
      </w:r>
    </w:p>
    <w:p>
      <w:r>
        <w:br/>
        <w:t>Бо я є-ге-ду у-їж-джа-га-ю,</w:t>
      </w:r>
    </w:p>
    <w:p>
      <w:r>
        <w:br/>
        <w:t>На-лий ма-га-ти ста-кан ро-го-му,</w:t>
      </w:r>
    </w:p>
    <w:p>
      <w:r>
        <w:br/>
        <w:t>Бо я е-ге-ду до при-йо-го-му.</w:t>
      </w:r>
    </w:p>
    <w:p>
      <w:r>
        <w:br/>
        <w:t>Усі обернулись до Сені, дехто здивований, а дехто уже й собі хотів підтягнути забутої пісні, і тільки Ілько Калапиндер, чи то ображений з того, що в його хаті заспівали без дозволу, чи, може, його розсердило те, що Сени обірвав сусідські зізнання в любові, але Ілько спершу скис на обличчі, а тоді примружився й кинув:</w:t>
      </w:r>
    </w:p>
    <w:p>
      <w:r>
        <w:br/>
        <w:t>— Мати, мати! Ти хоч би могилу її одвідав, а то тільки язиком плещеш. Сказав би, що стидно...</w:t>
      </w:r>
    </w:p>
    <w:p>
      <w:r>
        <w:br/>
        <w:t>— Що? Кому стидно? — не второпав Сеня.— Мені? — показав на себе пальцем.</w:t>
      </w:r>
    </w:p>
    <w:p>
      <w:r>
        <w:br/>
        <w:t>— Тобі, тобі, а кому ж?</w:t>
      </w:r>
    </w:p>
    <w:p>
      <w:r>
        <w:br/>
        <w:t>— Та я, коли хочеш знати...</w:t>
      </w:r>
    </w:p>
    <w:p>
      <w:r>
        <w:br/>
        <w:t>— Я як кажу, язиком тільки. Інших повчати. А сам? На себе подивись.</w:t>
      </w:r>
    </w:p>
    <w:p>
      <w:r>
        <w:br/>
        <w:t>— Що — на себе?..— Сеня устав з-за столу. Він не ждав такого одвертого нападу і через те розгубився.</w:t>
      </w:r>
    </w:p>
    <w:p>
      <w:r>
        <w:br/>
        <w:t>— Сам знаєш. От і подивись. І сестрі поїдь покажися. Хай знає. Але ж ти не поїдеш.</w:t>
      </w:r>
    </w:p>
    <w:p>
      <w:r>
        <w:br/>
        <w:t>— Я?</w:t>
      </w:r>
    </w:p>
    <w:p>
      <w:r>
        <w:br/>
        <w:t>— Ти, ти,— в'їдливо повторив Ілько.</w:t>
      </w:r>
    </w:p>
    <w:p>
      <w:r>
        <w:br/>
        <w:t>— Та я поїду зараз же! — гримнув Сеня.— Ясно тобі? Зараз же поїду.</w:t>
      </w:r>
    </w:p>
    <w:p>
      <w:r>
        <w:br/>
        <w:t>— Ну-ну, подивимось.</w:t>
      </w:r>
    </w:p>
    <w:p>
      <w:r>
        <w:br/>
        <w:t>— При свідках тобі кажу!</w:t>
      </w:r>
    </w:p>
    <w:p>
      <w:r>
        <w:br/>
        <w:t>— Дивись, не спізнися на поїзд.</w:t>
      </w:r>
    </w:p>
    <w:p>
      <w:r>
        <w:br/>
        <w:t>— Ша, хлопці, ша,— пробували їх заспокоїти, та Сеня був уже коло дверей. Випростався, розправив плечі і, стиснувши пудові кулаки, трагічно виголосив:</w:t>
      </w:r>
    </w:p>
    <w:p>
      <w:r>
        <w:br/>
        <w:t>— Што ж, веселітесь, он мученій послєдніх винєсті не мог!</w:t>
      </w:r>
    </w:p>
    <w:p>
      <w:r>
        <w:br/>
        <w:t>Але вже не перепитував, чиї це слова, а рушив до себе швидким і від незвички незграбним кроком — ніби через колоди переступав.</w:t>
      </w:r>
    </w:p>
    <w:p>
      <w:r>
        <w:br/>
        <w:t>Вдома Сеня став біля ліжка навколішки, дістав з-під нього старого, ще парубоцького чемодана з облупленими нікельованими ріжками, відкрив його — і звідти війнуло на Сеню солодкуватим, як із давньої скрині, пліснявим духом. Він закрив чемодана й сів на ліжко — як і годиться, перепочити на дорогу. Блукав очима по стінах, але вони були голі — ні за що й окові зачепитися, хіба на павучка подивишся, що так невтомно квітчав куток сивеньким снуваннячком.</w:t>
      </w:r>
    </w:p>
    <w:p>
      <w:r>
        <w:br/>
        <w:t>І Сеня сказав йому, павучкові:</w:t>
      </w:r>
    </w:p>
    <w:p>
      <w:r>
        <w:br/>
        <w:t>— Це б і тебе взяв із собою. Але одірви тебе від павутини — чого ж ти вартий без неї? Пропадеш.</w:t>
      </w:r>
    </w:p>
    <w:p>
      <w:r>
        <w:br/>
        <w:t>Сеня сказав це лагідним, майже дитячим голосом. А потім узяв чемодан і вийшов на коридор. Ішов повільно, повагом — хай усі бачать, що він їде у рідне село. Да, їде! Розступіться, люди!</w:t>
      </w:r>
    </w:p>
    <w:p>
      <w:r>
        <w:br/>
        <w:t>Дайте Сені зелене світло!</w:t>
      </w:r>
    </w:p>
    <w:p>
      <w:r>
        <w:br/>
        <w:t>Повертався додому він пізно вночі. Останнім трамваєм. Нікуди Сеня, звісно, не їздив. Щоправда, на вокзалі він був: подивився на розклад руху поїздів, позаглядав біля кас, походив по перону... Ото і всієї поїздки. Тільки натомився. Так натомився, що якби розвантажив баржу, йому було б легше. У сто разів легше. Своїм коридором Сеня крався навшпиньки, і якби хто уздрів оддалеки цю могутню постать, що так боязко ступає на пальці велетенських ніг, то, мабуть, подумав би, що це істота з якоїсь далекої, ще невідомої нам планети. Але це був Сеня.</w:t>
      </w:r>
    </w:p>
    <w:p>
      <w:r>
        <w:br/>
        <w:t>Він нищечком одімкнув свою квартиру і, навіть не роздягаючись, так само тихенько, щоб і ліжком не скрипнути, уклався спати.</w:t>
      </w:r>
    </w:p>
    <w:p>
      <w:r>
        <w:br/>
        <w:t>Однак цієї ночі Сеня довго не міг заснути. Уже мовчав телевізор, не гуготіли трамваї, лиш павучок ворушився у сітях, але Сеня не чув і його.</w:t>
      </w:r>
    </w:p>
    <w:p>
      <w:r>
        <w:br/>
        <w:t>Хтозна, про що він думав. Тут не вгадаєш.</w:t>
      </w:r>
    </w:p>
    <w:p>
      <w:r>
        <w:br/>
        <w:t>І Сеня не скаже цього нікому. А спитай, чи був він у ріднім селі,— не збреше. Чого-чого, а брехати Сеня не вмів, та, мабуть, уже й не навчиться.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Мати звала Семеном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