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Материн голос</w:t>
      </w:r>
    </w:p>
    <w:p>
      <w:r>
        <w:br/>
        <w:t xml:space="preserve"> &lt;p&gt;Опинившись на Місяці, вона все роздивлялася, захоплено вигукувала:</w:t>
      </w:r>
    </w:p>
    <w:p>
      <w:r>
        <w:br/>
        <w:t>— Ніколи не думала, що тут так гарно!</w:t>
      </w:r>
    </w:p>
    <w:p>
      <w:r>
        <w:br/>
        <w:t>Він водив її безконечними тунелями Селенополісу, показував поверхневі споруди, що прозорим склепінням підпирали чорне, всіяне зорями небо.</w:t>
      </w:r>
    </w:p>
    <w:p>
      <w:r>
        <w:br/>
        <w:t>— А ходити як легко, сину!..</w:t>
      </w:r>
    </w:p>
    <w:p>
      <w:r>
        <w:br/>
        <w:t>Голос у матері дзвінкий, ще зовсім молодий — може, тому, що вона співуча? Скільки пам'ятає її, любила співати. На свята, шануючи гостей, співала весело, запально, а в будні, за домашньою роботою,— притишено і трохи сумовито. Навіть і в розмові ніби не вимовляла слова — виспівувала їх. Та зараз в її голосі було щось таке... чи не звичне, чи що... Може, це її так схвилював переліт до Місяця? Він вслухається в цей до щему рідний голос і ніяк не може втямити, що ж бринить у ньому...</w:t>
      </w:r>
    </w:p>
    <w:p>
      <w:r>
        <w:br/>
        <w:t>— А в нас цвітуть сади. Якби тільки приморозки не впали... Урожай буде!.. Приїдеш у відпустку цього літа?</w:t>
      </w:r>
    </w:p>
    <w:p>
      <w:r>
        <w:br/>
        <w:t>Хотів сказати їй про експедицію, слова ледь не злетіли з вуст, але... Навіщо тривожити матір? Тривожити... Ага, он воно що — в її голосі чується тривога! Слова веселі, а голос тривожний. Невже здогадалася, що це — прощання?</w:t>
      </w:r>
    </w:p>
    <w:p>
      <w:r>
        <w:br/>
        <w:t>— Хоч тут і легко ходити,— сказав матері,— але відстані чималенькі. Селенополіс займає понад сто квадратних кілометрів. Давайте, мамо, трохи під'їдемо.</w:t>
      </w:r>
    </w:p>
    <w:p>
      <w:r>
        <w:br/>
        <w:t>Доріжка, помережана смугами зеленого пластика, понесла їх лункими тунелями, високими печерами, стіни яких іскрилися в світлі кварцових ламп. На поверхню їх виніс ескалатор. Мати мовчки дивилася на велетенське шатрище, яке квіткою конвалії накривало кратер, діаметром не менше кілометра.</w:t>
      </w:r>
    </w:p>
    <w:p>
      <w:r>
        <w:br/>
        <w:t>— Майдан Здружених Націй,— пояснив матері.— Після роботи сюди сходяться діти різних народів Землі. Всі, хто працює в Селенополісі. О. А он до озера пішла група туристів. Поплавати на Місяці — екзотика!</w:t>
      </w:r>
    </w:p>
    <w:p>
      <w:r>
        <w:br/>
        <w:t>— Еге, в Дніпрі, мабуть, краще. Ось як буде тобі відпустка...</w:t>
      </w:r>
    </w:p>
    <w:p>
      <w:r>
        <w:br/>
        <w:t>"Найдорожча, ненаглядна моя мамо...— подумки звертався до неї.— Коли—то мені випаде побувати на Землі, та чи й випаде..."</w:t>
      </w:r>
    </w:p>
    <w:p>
      <w:r>
        <w:br/>
        <w:t>Хоч мати й тамувала тривогу, ховала її глибоко в серці, але вона відчувалася і в інтонації, і в погляді, і в зітханнях. Навіть усмішка якось не так освітлювала її миле обличчя, якого вже торкнулись літа.</w:t>
      </w:r>
    </w:p>
    <w:p>
      <w:r>
        <w:br/>
        <w:t>Коли оглядали панораму астродрому, де в чорну глибінь космосу націлились два кораблі завбільшки з Останкінську телевізійну вежу, мати знову зітхнула.</w:t>
      </w:r>
    </w:p>
    <w:p>
      <w:r>
        <w:br/>
        <w:t>— Що то?</w:t>
      </w:r>
    </w:p>
    <w:p>
      <w:r>
        <w:br/>
        <w:t>— Кораблі далекої дії, мамо. Готується експедиція до сусідньої планетної системи.</w:t>
      </w:r>
    </w:p>
    <w:p>
      <w:r>
        <w:br/>
        <w:t>Примруженими очима дивилась на ті ракети, а там поралися, снували монтажники, зовсім дрібненькі на такій відстані. Тихо сказала:</w:t>
      </w:r>
    </w:p>
    <w:p>
      <w:r>
        <w:br/>
        <w:t>— І чого летіти казна-куди? Навіщо наражатись на небезпеку?</w:t>
      </w:r>
    </w:p>
    <w:p>
      <w:r>
        <w:br/>
        <w:t>— Це надійні кораблі, мамо. Екстраклас.</w:t>
      </w:r>
    </w:p>
    <w:p>
      <w:r>
        <w:br/>
        <w:t>— А хіба не доцільніше було б спочатку повністю опанувати Місяць, зрештою всі планети Сонячної системи, а тоді вже...</w:t>
      </w:r>
    </w:p>
    <w:p>
      <w:r>
        <w:br/>
        <w:t>Тепер він зітхнув.</w:t>
      </w:r>
    </w:p>
    <w:p>
      <w:r>
        <w:br/>
        <w:t>— Звичайно, якась логіка у твоїх міркуваннях є. Але...</w:t>
      </w:r>
    </w:p>
    <w:p>
      <w:r>
        <w:br/>
        <w:t>— Але що?</w:t>
      </w:r>
    </w:p>
    <w:p>
      <w:r>
        <w:br/>
        <w:t>— Ну, хіба я знаю...</w:t>
      </w:r>
    </w:p>
    <w:p>
      <w:r>
        <w:br/>
        <w:t>Ох, як йому кортіло розповісти про цей омріяний політ, про те, як він хвилювався, проходячи відбіркову комісію! Але стримався. Це ж останнє побачення перед стартом, останнє,— навіщо ж його затьмарювати? Мати — це ж мати, зараз почне свої жалі... А йому так приємно, радісно слухати її. Нехай говорить що завгодно, аби тільки чути, сприймати, всотувати в душу цей рідний, єдиний серед мільярдів голос.</w:t>
      </w:r>
    </w:p>
    <w:p>
      <w:r>
        <w:br/>
        <w:t>— Ти, гадаєш, чому людина приживається на Місяці? — філософствувала мати.— Бо перебуває у сфері тяжіння рідної Землі, рідного Сонця. Це ж простір, відведений нам природою! А покинути своє Сонце... Хто його зна, що може статися...</w:t>
      </w:r>
    </w:p>
    <w:p>
      <w:r>
        <w:br/>
        <w:t>Він слухає і слухає, наче п'є джерельну воду десь на Землі, в тіні дерев. А мати показує очима на величну голубу кулю і, притишивши голос, веде далі:</w:t>
      </w:r>
    </w:p>
    <w:p>
      <w:r>
        <w:br/>
        <w:t>— Поглянь, сину, це ж чудо... Пливе у просторі Земля, сама собою, он бач, снігова шапка на полюсі, а як виблискує океан... Колиска життя! То як же це так — узяти й покинути цю дивовижну красу?..</w:t>
      </w:r>
    </w:p>
    <w:p>
      <w:r>
        <w:br/>
        <w:t>Йому наче відкрилися очі, він глянув на рідну планету і побачив, яка вона прекрасна,— справжнє чудо природи.</w:t>
      </w:r>
    </w:p>
    <w:p>
      <w:r>
        <w:br/>
        <w:t>Досі незнане почуття охопило його — защеміло серце.</w:t>
      </w:r>
    </w:p>
    <w:p>
      <w:r>
        <w:br/>
        <w:t>— То коли ж у тебе відпустка?</w:t>
      </w:r>
    </w:p>
    <w:p>
      <w:r>
        <w:br/>
        <w:t>— Не знаю, мамо... Через те й запросив, що не знаю. Невідомо, коли побачимось...</w:t>
      </w:r>
    </w:p>
    <w:p>
      <w:r>
        <w:br/>
        <w:t>А сам добре знав, що відпустки вже не буде. І матір бачить востаннє. Холодок далекої — ой, якої далекої! — мандрівки вже сповнював йому груди.</w:t>
      </w:r>
    </w:p>
    <w:p>
      <w:r>
        <w:br/>
        <w:t>— Постарайся хоч на осінь,— благально каже вона.— Саме яблука, груші... Та й кавуни...</w:t>
      </w:r>
    </w:p>
    <w:p>
      <w:r>
        <w:br/>
        <w:t>— Гадаєте, мені не кортить походити босоніж по росяній землі?</w:t>
      </w:r>
    </w:p>
    <w:p>
      <w:r>
        <w:br/>
        <w:t>— От і походиш. Погостюєш у родичів, товаришів.</w:t>
      </w:r>
    </w:p>
    <w:p>
      <w:r>
        <w:br/>
        <w:t>Ні, мати й не припускає, що син помчить у космос і навіки втратить усіх своїх близьких.</w:t>
      </w:r>
    </w:p>
    <w:p>
      <w:r>
        <w:br/>
        <w:t>— А ставок наш поглибили,— скільки там риби!.. Ти ж любиш рибал...</w:t>
      </w:r>
    </w:p>
    <w:p>
      <w:r>
        <w:br/>
        <w:t>— Чергового оператора на вахту! — пролунало з динаміка.</w:t>
      </w:r>
    </w:p>
    <w:p>
      <w:r>
        <w:br/>
        <w:t>Торкнувся кнопки, екранчик погас, змовк материн голос.</w:t>
      </w:r>
    </w:p>
    <w:p>
      <w:r>
        <w:br/>
        <w:t>— Іду!</w:t>
      </w:r>
    </w:p>
    <w:p>
      <w:r>
        <w:br/>
        <w:t>Він частенько прокручує цей запис і наче знову ходить з матір'ю по Місяцю, бачить рідну планету. Бо вони таки покинули своє Сонце, навіть у телескопі воно видніється звідси зірочкою 12-ої величини. А Землі вже давно не видно.</w:t>
      </w:r>
    </w:p>
    <w:p>
      <w:r>
        <w:br/>
        <w:t>Чому вони полетіли? Може, тому, що молоді. І людство молоде.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Материн голос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