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Матео Фальконе</w:t>
      </w:r>
    </w:p>
    <w:p>
      <w:r>
        <w:br/>
        <w:t xml:space="preserve"> &lt;p&gt;Якщо ви підете на північний захід од міста Порто-Веккйо, прямуючи в глибину острова, то помітите невдовзі, що місцевість круто піднімається вгору; верстаючи дорогу звивистими стежками, що їх захаращують уламки скель і де-не-де перетинають улоговини, ви години за три дістанетесь до густих розлогих заростей — макі. Макі — то рідний край, вітчизна корсіканських пастухів і всіх тих, хто живе не в злагоді з законом. Бо корсіканський землероб, замість того, щоб угноювати своє поле, часто-густо випалює ділянку лісу; йому байдужісінько до того, що вогонь може перекинутися далі — що буде, те й буде. Він знає, що матиме добрий урожай, засіявши цю землю, угноєну попелом спалених дерев. Після того, як колоски зібрано — а солому тут залишають на полі, бо її важко збирати,— коріння дерев, що зосталося в землі, навесні пускає рясні пелюстки; минає кілька років, і дерева досягають семи-восьми футів. Саме ці лісові зарості й звуться макі. Тут є розмаїті породи дерев і чагарів, химерно покручені й переплутані між собою. Тільки з сокирою в руці можна прокласти собі крізь них дорогу; часом трапляються макі такі густі й непролазні, що навіть дикий тур — муфлон — не може крізь них продертися.</w:t>
      </w:r>
    </w:p>
    <w:p>
      <w:r>
        <w:br/>
        <w:t>Якщо ви вбили людину, тікайте в макі Порто-Веккйо, і ви житимете в безпеці, подбавши заздалегідь про добру рушницю, порох і набої. Та не забудьте ще взяти з собою темний плащ із капюшоном[1] — ця одежина правитиме вам і за ковдру, і за матрац. У пастухів ви зможете легко роздобути молока, сиру й смажених каштанів, і вам тут нема чого боятися правосуддя чи родичів убитого, якщо— тільки вам не доведеться спускатися в місто, щоб купити пороху.</w:t>
      </w:r>
    </w:p>
    <w:p>
      <w:r>
        <w:br/>
        <w:t>Коли я в 18.. році відвідав Корсіку, садиба Матео Фальконе була розташована за півльє від макі.</w:t>
      </w:r>
    </w:p>
    <w:p>
      <w:r>
        <w:br/>
        <w:t>Матео Фальконе був досить заможний чоловік за тамтешніми мірками, він жив на прибутки від своїх численних отар, що їх пастухи випасали в горах, переганяючи з місця на місце. Коли я вперше побачив його — через два роки після пригоди, про яку я вам розповім,— йому було років п'ятдесят. Уявіть собі невисокого на зріст, але кремезного чоловіка з кучерявою, чорною, мов смола, чуприною, орлиним носом, тонкими губами, великими бистрими очима, зі смаглявим обличчям. Він на диво влучно стріляв з рушниці; навіть для цього краю, де так багато добрих стрільців, це було надзвичайно. Приміром, Матео ніколи не стріляв у муфлона крупним дробом, але на відстані ста двадцяти кроків без промаху влучав йому в голову або в лопатку. Вночі, потемки, він стріляв так само влучно, як удень, і мені розповіли один випадок, який міг би здатися неймовірним людині, що ніколи не бувала на Корсиці. Кроків за вісімдесят од Матео ставили запалену свічку за аркушем прозорого паперу завбільшки з тарілку. Матео прицілювався. Потім свічку гасили, і через якусь мить, у непроглядній темряві, він стріляв і влучав у папір три рази з чотирьох.</w:t>
      </w:r>
    </w:p>
    <w:p>
      <w:r>
        <w:br/>
        <w:t>Така дивовижна вправність у стрільбі спричинилася до величезної популярності Матео в тих краях. Його вважали таким же добрим другом, як і небезпечним ворогом; а проте, послужливий для приятелів і щедрий на милостиню для бідняків, він жив у мирі й злагоді з усіма в окрузі Порто-Веккйо. Однак подейкували, буцімто в Корто, місті в центрі Корсики, він дуже жорстоко розправився з суперником, якого мали за людину, стільки ж небезпечну на війні, скільки і в коханні. Казали, що це саме Матео пострілом з рушниці звів свого суперника зі світу в ту мить, коли той голився перед люстерком, що висіло біля відчиненого вікна. Коли цю справу зам'яли, Матео одружився. Його дружина Джузеппа подарувала йому спершу трьох дочок (через що він просто сатанів) і нарешті породила сина, продовжувача роду, на якого Матео покладав усі свої надії. Синові дали ім'я Фортунато.</w:t>
      </w:r>
    </w:p>
    <w:p>
      <w:r>
        <w:br/>
        <w:t>Дочки вдало повиходили заміж, і батько міг тепер розраховувати на кинджали й карабіни своїх зятів.</w:t>
      </w:r>
    </w:p>
    <w:p>
      <w:r>
        <w:br/>
        <w:t>Синові минуло дев'ять років. Це був розумний, кмітливий і хоробрий хлопчина.</w:t>
      </w:r>
    </w:p>
    <w:p>
      <w:r>
        <w:br/>
        <w:t>Якось восени Матео разом з Джузеппою рано-вранці зібралися в макі — поглянути на свої отари, які паслися там, на одній із розлогих галявин. Малий Фортунато хотів піти з ними, але пасовище було дуже далеко, до того ж комусь треба було стерегти домівку,— тож батько не взяв сина з собою. Гірко довелося йому згодом у цьому розкаятись!..</w:t>
      </w:r>
    </w:p>
    <w:p>
      <w:r>
        <w:br/>
        <w:t>Минуло вже кілька годин, відколи батьки пішли з дому. Малий Фортунато лежав у дворі на осонні і, дивлячись на гори, що синіли вдалині, думав про те, що в неділю він піде до міста й пообідає в свого дядька-капрала[2]. Раптом десь на рівнині пролунав постріл. Фортунато підвівся й глянув у той бік. Постріли почулися знову; вони ближчали й ближчали. Нарешті на стежці, що вела з рівнини до садиби Матео, показався бородатий чоловік у лахмітті і в гостроверхій шапці, що їх звичайно носять горяни. Він ледве волік ноги, спираючись на рушницю. Куля влучила йому в стегно.</w:t>
      </w:r>
    </w:p>
    <w:p>
      <w:r>
        <w:br/>
        <w:t>То був утікач-вигнанець, який, вирушивши вночі до міста, щоб купити пороху, натрапив за засідку корсиканських вольтижерів[3]. Він відстрілювався і зрештою зумів уникнути погоні, ховаючись за виступами скель. Та він не набагато випередив солдатів, що переслідували його,— рана не дозволяла добігти до макі.</w:t>
      </w:r>
    </w:p>
    <w:p>
      <w:r>
        <w:br/>
        <w:t>Чоловік підійшов до Фортунато й спитав:</w:t>
      </w:r>
    </w:p>
    <w:p>
      <w:r>
        <w:br/>
        <w:t>— Ти син Матео Фальконе?</w:t>
      </w:r>
    </w:p>
    <w:p>
      <w:r>
        <w:br/>
        <w:t>— Атож.</w:t>
      </w:r>
    </w:p>
    <w:p>
      <w:r>
        <w:br/>
        <w:t>— Я Джанетто Санп'єро. За мною женуться жовті комірці[4]. Сховай мене, я не можу йти далі!</w:t>
      </w:r>
    </w:p>
    <w:p>
      <w:r>
        <w:br/>
        <w:t>— А що скаже батько, коли я сховаю тебе без його дозволу?</w:t>
      </w:r>
    </w:p>
    <w:p>
      <w:r>
        <w:br/>
        <w:t>— Він скаже, що ти добре зробив.</w:t>
      </w:r>
    </w:p>
    <w:p>
      <w:r>
        <w:br/>
        <w:t>— Еге, хто знає...</w:t>
      </w:r>
    </w:p>
    <w:p>
      <w:r>
        <w:br/>
        <w:t>— Сховай мене швидше! Вони йдуть сюди!</w:t>
      </w:r>
    </w:p>
    <w:p>
      <w:r>
        <w:br/>
        <w:t>— Почекай, доки повернеться батько.</w:t>
      </w:r>
    </w:p>
    <w:p>
      <w:r>
        <w:br/>
        <w:t>— Чекати?! Що ти верзеш? Адже вони будуть тут за п'ять хвилин. Ану ж бо сховай мене швидше, як не хочеш, щоб я тебе вбив!..</w:t>
      </w:r>
    </w:p>
    <w:p>
      <w:r>
        <w:br/>
        <w:t>Та Фортунато спокійнісінько відповів:</w:t>
      </w:r>
    </w:p>
    <w:p>
      <w:r>
        <w:br/>
        <w:t>— Рушниця твоя розряджена, і в твоєму патронташі немає більше набоїв.</w:t>
      </w:r>
    </w:p>
    <w:p>
      <w:r>
        <w:br/>
        <w:t>— У мене є кинджал.</w:t>
      </w:r>
    </w:p>
    <w:p>
      <w:r>
        <w:br/>
        <w:t>— Хіба ж ти годен наздогнати мене?</w:t>
      </w:r>
    </w:p>
    <w:p>
      <w:r>
        <w:br/>
        <w:t>Фортунато відстрибнув убік, і поранений вже не міг би його дістати.</w:t>
      </w:r>
    </w:p>
    <w:p>
      <w:r>
        <w:br/>
        <w:t>— Ні, ти не син Матео Фальконе! Невже ж ти дозволиш, щоб мене схопили на твоєму подвір'ї?</w:t>
      </w:r>
    </w:p>
    <w:p>
      <w:r>
        <w:br/>
        <w:t>Ці слова, здається, зачепили хлопця за живе.</w:t>
      </w:r>
    </w:p>
    <w:p>
      <w:r>
        <w:br/>
        <w:t>— А що ти мені даси, коли я сховаю тебе? — спитав він, підходячи ближче.</w:t>
      </w:r>
    </w:p>
    <w:p>
      <w:r>
        <w:br/>
        <w:t>Поранений порився в шкіряному ранці, що висів у нього на поясі, вийняв п'ятифранкову монету, за яку, певно, збирався купити собі пороху.</w:t>
      </w:r>
    </w:p>
    <w:p>
      <w:r>
        <w:br/>
        <w:t>Побачивши срібну монету, Фортунато схопив її, всміхнувся й сказав:</w:t>
      </w:r>
    </w:p>
    <w:p>
      <w:r>
        <w:br/>
        <w:t>— Не бійся нічого.</w:t>
      </w:r>
    </w:p>
    <w:p>
      <w:r>
        <w:br/>
        <w:t>За хвилину він вигріб чималу нору в копиці сіна, що височіла біля будинку. Джанетто заліз у нору, скрутився калачиком, і хлопець притрусив його сіном так, щоб повітря проходило туди і втікачеві було чим дихати. Зробив він це дуже спритно; нікому й на думку не спало б, що в сіні хтось ховається. Крім того, він придумав ще одну хитру штуку. Він приніс кицьку з котенятами і поклав їх на сіні.</w:t>
      </w:r>
    </w:p>
    <w:p>
      <w:r>
        <w:br/>
        <w:t>Помітивши криваві сліди на стежці біля дому, Фортунато старанно присипав їх землею, а потім знову ліг на осонні так, наче нічого й не сталося.</w:t>
      </w:r>
    </w:p>
    <w:p>
      <w:r>
        <w:br/>
        <w:t>По недовгім часі до садиби Матео Фальконе підійшли шестеро чоловіків у коричневих мундирах з жовтими комірами; їх очолював ад'ютант[5]. Цей ад'ютант був далекий родич Матео Фальконе (на Корсиці більш, ніж будь-де, надають значення родинним зв'язкам). Звали його Теодоро Гамба; він був дуже заповзятливий служака — справжня гроза для втікачів-вигнанців, яких переловив уже чимало.</w:t>
      </w:r>
    </w:p>
    <w:p>
      <w:r>
        <w:br/>
        <w:t>— Здоров був, племінничку,— привітався Гамба, підходячи до Фортунато.— Як же ти виріс! Скажи, чи недавно ніхто тут не проходив?</w:t>
      </w:r>
    </w:p>
    <w:p>
      <w:r>
        <w:br/>
        <w:t>— О, дядечку, я ще не такий великий, як ви! — відповів хлопець, удаючи малого простака.</w:t>
      </w:r>
    </w:p>
    <w:p>
      <w:r>
        <w:br/>
        <w:t>— Нічого, скоро підростеш. Ну, то кажи: ніхто тут не проходив?</w:t>
      </w:r>
    </w:p>
    <w:p>
      <w:r>
        <w:br/>
        <w:t>— Чи не проходив тут хто-небудь?</w:t>
      </w:r>
    </w:p>
    <w:p>
      <w:r>
        <w:br/>
        <w:t>— Так, чоловік у гостроверхій оксамитовій шапці та в куртці, гаптованій червоним і жовтим.</w:t>
      </w:r>
    </w:p>
    <w:p>
      <w:r>
        <w:br/>
        <w:t>— Чоловік у гостроверхій шапці та в куртці, гаптованій червоним і жовтим?</w:t>
      </w:r>
    </w:p>
    <w:p>
      <w:r>
        <w:br/>
        <w:t>— Авжеж! Не повторюй моїх запитань.</w:t>
      </w:r>
    </w:p>
    <w:p>
      <w:r>
        <w:br/>
        <w:t>— Сьогодні вранці повз нашу садибу проїхав добродій кюре на своїй коняці П'єро. Він спитав, як ся має тато, і я відповів...</w:t>
      </w:r>
    </w:p>
    <w:p>
      <w:r>
        <w:br/>
        <w:t>— Ах ти, мала шельмо, я бачу, що ти хитруєш! Кажибо мерщій, куди подівся Джанетто! Ми шукаємо його, і я певен — він ішов цією стежкою.</w:t>
      </w:r>
    </w:p>
    <w:p>
      <w:r>
        <w:br/>
        <w:t>— А звідки я знаю?</w:t>
      </w:r>
    </w:p>
    <w:p>
      <w:r>
        <w:br/>
        <w:t>— Звідки знаєш? А я от добре знаю, що ти його бачив.</w:t>
      </w:r>
    </w:p>
    <w:p>
      <w:r>
        <w:br/>
        <w:t>— Хіба можна бачити перехожих, коли спиш?</w:t>
      </w:r>
    </w:p>
    <w:p>
      <w:r>
        <w:br/>
        <w:t>— Ти не спав, негіднику: постріли тебе розбудили б!</w:t>
      </w:r>
    </w:p>
    <w:p>
      <w:r>
        <w:br/>
        <w:t>— Невже ви гадаєте, дядечку, що ваші рушниці так голосно стріляють? Батьків карабін стріляє куди гучніше.</w:t>
      </w:r>
    </w:p>
    <w:p>
      <w:r>
        <w:br/>
        <w:t>— А бодай тобі всячина, щеня! Я певен — ти бачив Джанетто! Можливо, ти навіть сховав його. Ану, хлопці, заходьте в дім і пошукайте там нашого втікача! Цей пройдисвіт шкутильгає, тож у нього, певно, вистачило глузду, щоб і не пробувати дійти до макі. До того ж, криваві сліди кінчаються саме тут...</w:t>
      </w:r>
    </w:p>
    <w:p>
      <w:r>
        <w:br/>
        <w:t>— А що скаже тато? — всміхаючись, спитав Фортунато.— Що він скаже, як дізнається, що без нього заходили в його дім?</w:t>
      </w:r>
    </w:p>
    <w:p>
      <w:r>
        <w:br/>
        <w:t>— Паскудник! — вигукнув Гамба, хапаючи хлопця за вухо.— Та чи знаєш ти, що варто мені тільки захотіти — і ти зовсім іншої заспіваєш! Мабуть-таки, слід тебе оперіщити разів кілька шаблюкою платом! Тоді відразу заговориш...</w:t>
      </w:r>
    </w:p>
    <w:p>
      <w:r>
        <w:br/>
        <w:t>Та Фортунато знай посміювався.</w:t>
      </w:r>
    </w:p>
    <w:p>
      <w:r>
        <w:br/>
        <w:t>— Мій батько — Матео Фальконе! — з притиском мовив він.</w:t>
      </w:r>
    </w:p>
    <w:p>
      <w:r>
        <w:br/>
        <w:t>— А чи знаєш ти, хлопче, що я можу відвезти тебе до Корто чи до Бастії! Там ти сидітимеш у камері, будеш валятися на соломі, закутий у кайдани, і я звелю, щоб тебе скарали на горло, якщо ти не скажеш, де Джанетто Санп'єро?</w:t>
      </w:r>
    </w:p>
    <w:p>
      <w:r>
        <w:br/>
        <w:t>Фортунато зареготав — такою кумедною видалась йому погроза.</w:t>
      </w:r>
    </w:p>
    <w:p>
      <w:r>
        <w:br/>
        <w:t>— Мій батько — Матео Фальконе! — повторив він.</w:t>
      </w:r>
    </w:p>
    <w:p>
      <w:r>
        <w:br/>
        <w:t>— Ад'ютанте, — півголосом мовив один з вольтижерів,— не треба нам сваритися з Матео.</w:t>
      </w:r>
    </w:p>
    <w:p>
      <w:r>
        <w:br/>
        <w:t>Гамба вочевидь збентежився. Він стиха перемовлявся з солдатами, які вже встигли обшукати весь дім. На це не знадобилося багато часу, бо житло корсиканця — здебільшого одна квадратна світлиця. Стіл, лави, скриня, різне хатнє начиння й мисливські знаряддя — оце й усе умеблювання.</w:t>
      </w:r>
    </w:p>
    <w:p>
      <w:r>
        <w:br/>
        <w:t>Малий Фортунато гладив тим часом кицьку і, здавалося, злостиво втішався, спостерігаючи збентеження вольтижерів і свого дядечка.</w:t>
      </w:r>
    </w:p>
    <w:p>
      <w:r>
        <w:br/>
        <w:t>Один із солдатів підійшов до копиці сіна. Він побачив кицьку і, недбало штрикнувши багнетом у сіно, знизав плечима, мовби засвідчуючи, що така пересторога безглузда.</w:t>
      </w:r>
    </w:p>
    <w:p>
      <w:r>
        <w:br/>
        <w:t>Ніщо не поворухнулося, і на обличчі Фортунато не відбилося анінайменшого хвилювання чи страху.</w:t>
      </w:r>
    </w:p>
    <w:p>
      <w:r>
        <w:br/>
        <w:t>Гамба і його невеличкий загін втрачали всяку надію; вони вже позирали раз у раз на рівнину, наче збиралися повернутись туди, звідки прийшли. Аж тут їхній командир, переконавшись, що син Фальконе не злякався погроз, вирішив зробити останню спробу: а чи не спокусять, бува, хлопця улесливі слова й подарунки?</w:t>
      </w:r>
    </w:p>
    <w:p>
      <w:r>
        <w:br/>
        <w:t>— Племінничку,— мовив він,— ти, либонь, славний, тямущий хлопець! Ти далеко підеш! Проте хай йому біс, ти ведеш зі мною ницу гру, і якби я не боявся, що завдам прикрості моєму братові Матео, я забрав би тебе з собою.</w:t>
      </w:r>
    </w:p>
    <w:p>
      <w:r>
        <w:br/>
        <w:t>— Овва!</w:t>
      </w:r>
    </w:p>
    <w:p>
      <w:r>
        <w:br/>
        <w:t>— Та коли Матео повернеться, я розповім йому все, і, щоб відучити від брехні, він відшмагає тебе різками.</w:t>
      </w:r>
    </w:p>
    <w:p>
      <w:r>
        <w:br/>
        <w:t>— Побачимо!</w:t>
      </w:r>
    </w:p>
    <w:p>
      <w:r>
        <w:br/>
        <w:t>— От і побачиш... Але послухай мене! Якщо ти будеш добрим хлопчиком, я тобі щось дам.</w:t>
      </w:r>
    </w:p>
    <w:p>
      <w:r>
        <w:br/>
        <w:t>— А я, дядечку, дам вам пораду: якщо ви будете отак марнувати час, то Джанетто встигне сховатися в макі, і тоді знадобиться ще кілька таких молодчиків, як ви, щоб його впіймати.</w:t>
      </w:r>
    </w:p>
    <w:p>
      <w:r>
        <w:br/>
        <w:t>Гамба вийняв з кишені срібний годинник, який коштував щонайменше десять екю, і, побачивши, як спалахнули очі Фортунато, сказав, тримаючи годинник за кінець сталевого ланцюжка і погойдуючи ним:</w:t>
      </w:r>
    </w:p>
    <w:p>
      <w:r>
        <w:br/>
        <w:t>— Малий шалапуте! Тобі, мабуть, хотілося б носити на грудях отакий годинник? Ти прогулювався б вулицями Порто-Веккйо гордо, мов павич, і коли перехожі питали б у тебе: "Котра година?" — ти відповідав би: "Подивіться на мій годинник!"</w:t>
      </w:r>
    </w:p>
    <w:p>
      <w:r>
        <w:br/>
        <w:t>— Коли я виросту, мій дядько капрал подарує мені годинника.</w:t>
      </w:r>
    </w:p>
    <w:p>
      <w:r>
        <w:br/>
        <w:t>— Хай і так, але в сина твого дядька вже є годинник... правда, не такий гарний, як цей... А той хлопець менший за тебе...</w:t>
      </w:r>
    </w:p>
    <w:p>
      <w:r>
        <w:br/>
        <w:t>Фортунато зітхнув.</w:t>
      </w:r>
    </w:p>
    <w:p>
      <w:r>
        <w:br/>
        <w:t>— Ну, гаразд; а хочеш — я подарую тобі цього годинника, племінничку?</w:t>
      </w:r>
    </w:p>
    <w:p>
      <w:r>
        <w:br/>
        <w:t>Фортунато, який раз у раз крадькома поглядав на годинник, скидався на кота, котрому тицяють під ніс курчатко. Почуваючи, що його навмисне піддрочують, кіт не наважується запустити в курчатко пазурі, час від часу відводить очі, щоб не піддатися спокусі, облизується і всім своїм виглядом ніби говорить хазяїнові: "Як ти жорстоко жартуєш із мене!"</w:t>
      </w:r>
    </w:p>
    <w:p>
      <w:r>
        <w:br/>
        <w:t>Проте ад'ютант Гамба й справді, здається, вирішив подарувати Фортунато свого годинника. Та хлопець не простяг руки, а сказав з гіркою усмішкою:</w:t>
      </w:r>
    </w:p>
    <w:p>
      <w:r>
        <w:br/>
        <w:t>— Навіщо ви смієтеся з мене?</w:t>
      </w:r>
    </w:p>
    <w:p>
      <w:r>
        <w:br/>
        <w:t>— Їй-богу, не сміюся. Скажи тільки, де Джанетто,— і годинник твій!</w:t>
      </w:r>
    </w:p>
    <w:p>
      <w:r>
        <w:br/>
        <w:t>Фортунато недовірливо всміхнувся; його очі так і вп'ялися в очі ад'ютантові: чи можна вірити його словам?</w:t>
      </w:r>
    </w:p>
    <w:p>
      <w:r>
        <w:br/>
        <w:t>— Нехай із мене здеруть еполети, якщо ти не одержиш годинника! — вигукнув Гамба.— Хай ось мої солдати будуть свідками!</w:t>
      </w:r>
    </w:p>
    <w:p>
      <w:r>
        <w:br/>
        <w:t>Говорячи так, він ближче й ближче підносив годинника до Фортунато, майже торкаючись ним блідої щоки хлопця.</w:t>
      </w:r>
    </w:p>
    <w:p>
      <w:r>
        <w:br/>
        <w:t>На обличчі Фортунато виразно відбивалося те, що спалахнуло в його душі: боротьба між палким бажанням заволодіти годинником і обов'язком гостинності. Груди його важко здіймалися; здавалось, він от-от задихнеться. А годинник погойдувався перед ним, крутився, часом торкаючись кінчика носа.</w:t>
      </w:r>
    </w:p>
    <w:p>
      <w:r>
        <w:br/>
        <w:t>Нарешті хлопець нерішуче потягся до годинника, пальці торкнулися його, і годинник ліг на долоню Фортунато, дарма що Гамба ще не випустив з рук ланцюжка...</w:t>
      </w:r>
    </w:p>
    <w:p>
      <w:r>
        <w:br/>
        <w:t>Блакитний циферблат... Кришка начищена до яскравого блиску... вогнем горить проти сонця...</w:t>
      </w:r>
    </w:p>
    <w:p>
      <w:r>
        <w:br/>
        <w:t>Спокуса була надто велика.</w:t>
      </w:r>
    </w:p>
    <w:p>
      <w:r>
        <w:br/>
        <w:t>Фортунато підняв руку і показав великим пальцем через плече на копицю сіна, до якої притулився. Гамба одразу зрозумів його. Він відпустив кінець ланцюжка — і Фортунато відчув себе володарем годинника. Він схопився зі спритністю лані й відбіг на десять кроків од копиці, яку вольтижери почали ту ж мить трусити.</w:t>
      </w:r>
    </w:p>
    <w:p>
      <w:r>
        <w:br/>
        <w:t>Сіно заворушилося, і з нього виліз скривавлений чоловік з кинджалом у руці. Та коли він спробував звестися на ноги, рана, що запеклася кров'ю, не дала йому цього зробити. Він упав. Гамба накинувся на нього й вихопив кинджал. Його відразу ж міцно зв'язали по руках і ногах, незважаючи на опір.</w:t>
      </w:r>
    </w:p>
    <w:p>
      <w:r>
        <w:br/>
        <w:t>Лежачи на землі, перев'язаний, мов оберемок хмизу, Джанетто повернув голову до Фортунато, який підступився до нього.</w:t>
      </w:r>
    </w:p>
    <w:p>
      <w:r>
        <w:br/>
        <w:t>— Син!..— мовив він скорше зневажливо, ніж гнівно.</w:t>
      </w:r>
    </w:p>
    <w:p>
      <w:r>
        <w:br/>
        <w:t>Хлопець кинув Джанетто срібну монету, яку одержав</w:t>
      </w:r>
    </w:p>
    <w:p>
      <w:r>
        <w:br/>
        <w:t>від нього, почуваючи, що вже не має на неї права,— але той і не глянув на гроші.</w:t>
      </w:r>
    </w:p>
    <w:p>
      <w:r>
        <w:br/>
        <w:t>— Дорогий Гамбо,— спокійно мовив він до ад'ютанта,— я не можу йти. Вам доведеться нести мене до міста.</w:t>
      </w:r>
    </w:p>
    <w:p>
      <w:r>
        <w:br/>
        <w:t>— Таж ти щойно біг прудкіше за дику козу! — відказав жорстокий переможець.— Але не турбуйся: нарешті ти потрапив мені до рук, і я такий радий із цього, що ладен тебе нести на власній спині цілу милю, не почуваючи втоми. А втім, приятелю, ми зробимо для тебе ноші з гілок і твого плаща, а на фермі Кремпоні знайдемо коней.</w:t>
      </w:r>
    </w:p>
    <w:p>
      <w:r>
        <w:br/>
        <w:t>— Гаразд,— сказав бранець,— натрусіть тільки трохи соломи на ноші, щоб мені було зручніше лежати.</w:t>
      </w:r>
    </w:p>
    <w:p>
      <w:r>
        <w:br/>
        <w:t>Поки вольтижери поралися — хто лаштуючи ноші з каштанових гілок, хто перев'язуючи Джанетто,— з-за повороту стежки, що вела в макі, зненацька вигулькнули Матео Фальконе та його дружина. Жінка йшла поволі, зігнувшись під тягарем здоровезного мішка з каштанами, а чоловік поважно крокував поруч легкома, тримаючи в одній руці рушницю, а другу заклавши за спину,— адже мужчині не випадало нести будь-яку іншу ношу, крім зброї.</w:t>
      </w:r>
    </w:p>
    <w:p>
      <w:r>
        <w:br/>
        <w:t>Вгледівши солдатів, Матео насамперед подумав: вони прийшли, щоб його заарештувати. Чому він так подумав? Хіба в нього були якісь непорозуміння з законом? Ні. Він був, як то кажуть, доброчинним громадянином, його всі поважали. Та водночас він був і корсиканцем та горянином — а хто ж із корсиканців-горян не пригадає, не знайде в своєму минулому якого-небудь грішка: рушничного пострілу, удару кинджалом чи ще якоїсь дрібнички?..</w:t>
      </w:r>
    </w:p>
    <w:p>
      <w:r>
        <w:br/>
        <w:t>Сумління Матео було чистіше, ніж у будь-кого, бо ось уже десять років, як він не цілився із своєї рушниці в людину; проте він був насторожі й вирішив стійко захищатися, коли в цьому виникне потреба.</w:t>
      </w:r>
    </w:p>
    <w:p>
      <w:r>
        <w:br/>
        <w:t>— Жінко,— сказав він Джузеппі,— поклади-но мішок і будь напоготові.</w:t>
      </w:r>
    </w:p>
    <w:p>
      <w:r>
        <w:br/>
        <w:t>Джузеппа послухалась — поклала мішок на землю. Матео дав їй рушницю, яку ніс за спиною і яка йому тільки заважала б. Другу рушницю він зарядив і почав повільно наближатися до свого дому, тримаючись ближче до дерев обабіч дороги, ладен при найменшій ворожій дії заховатись за найтовщий стовбур. Звідти він міг би стріляти, маючи надійне прикриття.</w:t>
      </w:r>
    </w:p>
    <w:p>
      <w:r>
        <w:br/>
        <w:t>Джузеппа йшла слідом за чоловіком, несучи запасну рушницю й патронташ. Обов'язок доброї дружини — під час бою заряджати рушницю для свого чоловіка.</w:t>
      </w:r>
    </w:p>
    <w:p>
      <w:r>
        <w:br/>
        <w:t>Ад'ютантові стало трохи моторошно, коли він побачив, що Матео неквапом підходить до них з рушницею напоготові, тримаючи палець на спусковому гачку.</w:t>
      </w:r>
    </w:p>
    <w:p>
      <w:r>
        <w:br/>
        <w:t>"А що,— промайнуло в голові у Гамби,— як Джанетто — рідня або приятель Матео? І Матео захоче його захистити?.. Тоді двоє з нас, напевно, дістануть кулі з його рушниць. А якщо він прицілиться в мене, хоч я йому й рідня?.."</w:t>
      </w:r>
    </w:p>
    <w:p>
      <w:r>
        <w:br/>
        <w:t>Та, опанувавши себе й подолавши розгубленість, Гамба вирішив піти назустріч Матео і, як родичеві й приятелю, розповісти йому про все, що тут сталося. Проте ті кілька десятків кроків, що відділяли його від Матео, здалися страшенно довгими.</w:t>
      </w:r>
    </w:p>
    <w:p>
      <w:r>
        <w:br/>
        <w:t>— Здоров був, друзяко! — закричав він.— Як ся маєш? Це я, Гамба, твій родич.</w:t>
      </w:r>
    </w:p>
    <w:p>
      <w:r>
        <w:br/>
        <w:t>Матео, не кажучи ні слова у відповідь, спинився. Поки Гамба говорив, він неквапливо піднімав цівку рушниці так, щоб у той момент, коли ад'ютант підійде до нього, цівка була спрямована в небо.</w:t>
      </w:r>
    </w:p>
    <w:p>
      <w:r>
        <w:br/>
        <w:t>— Добрий день, брате[6],— повторив Гамба, простягаючи руку.— Давненько ми з тобою не бачилися.</w:t>
      </w:r>
    </w:p>
    <w:p>
      <w:r>
        <w:br/>
        <w:t>— День добрий, брате.</w:t>
      </w:r>
    </w:p>
    <w:p>
      <w:r>
        <w:br/>
        <w:t>— Я заскочив до вас мимохідь, щоб привітати тебе й сестрицю Пеппу. Сьогодні нам довелося чимало попоходити, та ми не нарікаємо на втому — адже захопили непогану здобич. Щойно оце застукали Джанетто Санп'єро.</w:t>
      </w:r>
    </w:p>
    <w:p>
      <w:r>
        <w:br/>
        <w:t>— Як добре! — вигукнула Джузеппа.— На тому тижні він украв у нас дійну козу.</w:t>
      </w:r>
    </w:p>
    <w:p>
      <w:r>
        <w:br/>
        <w:t>Ці слова потішили Гамбу.</w:t>
      </w:r>
    </w:p>
    <w:p>
      <w:r>
        <w:br/>
        <w:t>— Бідолаха! — озвався Матео.— Він був голодний.</w:t>
      </w:r>
    </w:p>
    <w:p>
      <w:r>
        <w:br/>
        <w:t>— Цей негідник захищався, як лев,— вів далі Гамба.— Він убив мого солдата, ще й поранив капрала Шардона. А втім, це не велика біда: адже Шардон — француз... А потім він так добре заховався, що й сам чорт не знайшов би його. Якби не мій племінничок Фортунато, я ніколи б його не знайшов.</w:t>
      </w:r>
    </w:p>
    <w:p>
      <w:r>
        <w:br/>
        <w:t>— Фортунато! — вигукнув Матео.</w:t>
      </w:r>
    </w:p>
    <w:p>
      <w:r>
        <w:br/>
        <w:t>— Фортунато! — повторила Джузеппа.</w:t>
      </w:r>
    </w:p>
    <w:p>
      <w:r>
        <w:br/>
        <w:t>— Авжеж! Джанетто заховався он у тій копиці сіна, але мій племінничок викрив його. Я неодмінно розповім про це його дядькові капралу, і той надішле добрий подарунок. А я згадаю і його, і твоє ім'я в донесенні панові заступнику прокурора.</w:t>
      </w:r>
    </w:p>
    <w:p>
      <w:r>
        <w:br/>
        <w:t>— Сто чортів! — ледве чутно мовив Матео.</w:t>
      </w:r>
    </w:p>
    <w:p>
      <w:r>
        <w:br/>
        <w:t>Вони підійшли до загону. Джанетто вже лежав на ношах, солдати збиралися вирушили. Побачивши Матео поряд із Гамбою, бранець якось дивно всміхнувся; потім, обернувшись обличчям до будинку, він плюнув на поріг і сказав:</w:t>
      </w:r>
    </w:p>
    <w:p>
      <w:r>
        <w:br/>
        <w:t>— Дім зрадника!</w:t>
      </w:r>
    </w:p>
    <w:p>
      <w:r>
        <w:br/>
        <w:t>Лише людина, приречена на смерть, могла зважитися назвати Матео зрадником. Він негайно помстився б за таку образу ударом кинджала, і удар той не довелось би повторювати.</w:t>
      </w:r>
    </w:p>
    <w:p>
      <w:r>
        <w:br/>
        <w:t>Проте Матео тільки підніс руку до лоба, як людина, геть пригнічена горем.</w:t>
      </w:r>
    </w:p>
    <w:p>
      <w:r>
        <w:br/>
        <w:t>Фортунато, побачивши батька, зайшов у дім. Невдовзі він вийшов з мискою молока у руках і, не підводячи очей, простяг її Джанетто.</w:t>
      </w:r>
    </w:p>
    <w:p>
      <w:r>
        <w:br/>
        <w:t>— Геть від мене! — голосно вигукнув бранець.</w:t>
      </w:r>
    </w:p>
    <w:p>
      <w:r>
        <w:br/>
        <w:t>Потім, повернувшись до одного з вольтижерів, він мовив:</w:t>
      </w:r>
    </w:p>
    <w:p>
      <w:r>
        <w:br/>
        <w:t>— Товаришу, дай мені напитися.</w:t>
      </w:r>
    </w:p>
    <w:p>
      <w:r>
        <w:br/>
        <w:t>Солдат підніс йому до рота свою фляжку, і Джанатто ковтнув води із рук того, з ким недавно обмінявся по стрілами.</w:t>
      </w:r>
    </w:p>
    <w:p>
      <w:r>
        <w:br/>
        <w:t>Потім бранець попросив, щоб йому не скручували рук за спиною, а зв'язали навхрест на грудях.</w:t>
      </w:r>
    </w:p>
    <w:p>
      <w:r>
        <w:br/>
        <w:t>— Я люблю лежати зручно,— сказав він.</w:t>
      </w:r>
    </w:p>
    <w:p>
      <w:r>
        <w:br/>
        <w:t>Його прохання охоче виконали. Гамба подав знак рушати, попрощався з Матео, який нічого йому не відповів, і швидкою ходою рушив у бік рівнини слідом за своїм загоном.</w:t>
      </w:r>
    </w:p>
    <w:p>
      <w:r>
        <w:br/>
        <w:t>Минуло хвилин із десять, а Матео все ще мовчав. Фортунато неспокійно позирав то на матір, то на батька, який, спираючись на рушницю, дивився на сина з виразом стриманого гніву в очах.</w:t>
      </w:r>
    </w:p>
    <w:p>
      <w:r>
        <w:br/>
        <w:t>— Гарно ж ти починаєш! — нарешті сказав Матео голосом спокійним, але страшним для того, хто знав цього чоловіка.</w:t>
      </w:r>
    </w:p>
    <w:p>
      <w:r>
        <w:br/>
        <w:t>— Батьку! — закричав Фортунато і зробив крок уперед, ніби хотів упасти перед Матео на коліна. Очі його були повні сліз.</w:t>
      </w:r>
    </w:p>
    <w:p>
      <w:r>
        <w:br/>
        <w:t>— Геть від мене! — вигукнув Матео.</w:t>
      </w:r>
    </w:p>
    <w:p>
      <w:r>
        <w:br/>
        <w:t>Фортунато, ридаючи, спинився за кілька кроків від батька.</w:t>
      </w:r>
    </w:p>
    <w:p>
      <w:r>
        <w:br/>
        <w:t>Підійшла Джузеппа. Зненацька вона помітила ланцюжок від годинника — кінець його виглядав з-під сорочки Фортунато.</w:t>
      </w:r>
    </w:p>
    <w:p>
      <w:r>
        <w:br/>
        <w:t>— Хто дав тобі цього годинника? — спитала вона суворо.</w:t>
      </w:r>
    </w:p>
    <w:p>
      <w:r>
        <w:br/>
        <w:t>— Дядько Гамба.</w:t>
      </w:r>
    </w:p>
    <w:p>
      <w:r>
        <w:br/>
        <w:t>Фальконе вихопив годинника і шпурнув його об камінь. Годинник розбився в друзки.</w:t>
      </w:r>
    </w:p>
    <w:p>
      <w:r>
        <w:br/>
        <w:t>— Жінко! — сказав він.— Чи мій це син?</w:t>
      </w:r>
    </w:p>
    <w:p>
      <w:r>
        <w:br/>
        <w:t>Смагляве лице Джузеппи спалахнуло.</w:t>
      </w:r>
    </w:p>
    <w:p>
      <w:r>
        <w:br/>
        <w:t>— Схаменися, Матео! Подумай, кому це ти кажеш!</w:t>
      </w:r>
    </w:p>
    <w:p>
      <w:r>
        <w:br/>
        <w:t>— Цей хлопець перший у нашому роду став зрадником!</w:t>
      </w:r>
    </w:p>
    <w:p>
      <w:r>
        <w:br/>
        <w:t>Фортунато заридав іще відчайдушніше.</w:t>
      </w:r>
    </w:p>
    <w:p>
      <w:r>
        <w:br/>
        <w:t>Матео не зводив із нього своїх рисячих очей. Нарешті він ударив прикладом рушниці об землю і, почепивши її на плече, рушив у бік макі, гукнувши Фортунато, щоб той ішов слідом за ним.</w:t>
      </w:r>
    </w:p>
    <w:p>
      <w:r>
        <w:br/>
        <w:t>Фортунато скорився.</w:t>
      </w:r>
    </w:p>
    <w:p>
      <w:r>
        <w:br/>
        <w:t>Джузеппа наздогнала Матео й схопила його за руку.</w:t>
      </w:r>
    </w:p>
    <w:p>
      <w:r>
        <w:br/>
        <w:t>— Це ж твій син! — вигукнула вона тремтячим голосом, уп'явшись своїми чорними очима в чоловікові очі й ніби намагаючись прочитати в них те, що діялося в його душі.</w:t>
      </w:r>
    </w:p>
    <w:p>
      <w:r>
        <w:br/>
        <w:t>— Облиш мене,— мовив Матео,— я його батько!</w:t>
      </w:r>
    </w:p>
    <w:p>
      <w:r>
        <w:br/>
        <w:t>Джузеппа поцілувала сина і, плачучи, повернулася в дім. У світлиці вона кинулась на коліна перед образом Богородиці й почала палко молитися.</w:t>
      </w:r>
    </w:p>
    <w:p>
      <w:r>
        <w:br/>
        <w:t>А тим часом Фальконе, пройшовши кроків із двісті по стежці, спустився в неглибоку улоговину. Спробувавши землю прикладом, він переконався, що земля досить пухка і що копати її буде легко. Це місце здалося йому підходящим для виконання того, що він замислив.</w:t>
      </w:r>
    </w:p>
    <w:p>
      <w:r>
        <w:br/>
        <w:t>— Фортунато, стань біля того великого каменя.</w:t>
      </w:r>
    </w:p>
    <w:p>
      <w:r>
        <w:br/>
        <w:t>Хлопець виконав наказ — підійшов до каменя і впав навколішки.</w:t>
      </w:r>
    </w:p>
    <w:p>
      <w:r>
        <w:br/>
        <w:t>— Читай молитву!</w:t>
      </w:r>
    </w:p>
    <w:p>
      <w:r>
        <w:br/>
        <w:t>— Батьку! Батьку! Не вбивай мене!</w:t>
      </w:r>
    </w:p>
    <w:p>
      <w:r>
        <w:br/>
        <w:t>— Молись! — страшним голосом повторив Матео.</w:t>
      </w:r>
    </w:p>
    <w:p>
      <w:r>
        <w:br/>
        <w:t>Затинаючись і схлипуючи, Фортунато прочитав "Отче наш" і "Вірую".</w:t>
      </w:r>
    </w:p>
    <w:p>
      <w:r>
        <w:br/>
        <w:t>Матео в кінці кожної молитви твердо вимовляв: "Амінь!"</w:t>
      </w:r>
    </w:p>
    <w:p>
      <w:r>
        <w:br/>
        <w:t>— Більше ти не знаєш молитов?</w:t>
      </w:r>
    </w:p>
    <w:p>
      <w:r>
        <w:br/>
        <w:t>— Батьку, я знаю ще "Богородице, діво, радуйся" і літанію, якої навчила мене тітонька.</w:t>
      </w:r>
    </w:p>
    <w:p>
      <w:r>
        <w:br/>
        <w:t>— Літанія дуже довга... Ну, все одно, читай.</w:t>
      </w:r>
    </w:p>
    <w:p>
      <w:r>
        <w:br/>
        <w:t>Останні слова літанії Фортунато прошепотів уже ледве</w:t>
      </w:r>
    </w:p>
    <w:p>
      <w:r>
        <w:br/>
        <w:t>чутно.</w:t>
      </w:r>
    </w:p>
    <w:p>
      <w:r>
        <w:br/>
        <w:t>— Ти закінчив?</w:t>
      </w:r>
    </w:p>
    <w:p>
      <w:r>
        <w:br/>
        <w:t>— Батьку, змилуйся! Прости мене! Я більше не буду ніколи! Я попрошу дядечка капрала, щоб Джанетто не карали на смерть!</w:t>
      </w:r>
    </w:p>
    <w:p>
      <w:r>
        <w:br/>
        <w:t>— Нехай простить тобі бог!</w:t>
      </w:r>
    </w:p>
    <w:p>
      <w:r>
        <w:br/>
        <w:t>Фортунато зробив відчайдушне зусилля, щоб підвестися й припасти батькові до ніг, але не встиг. Матео вистрелив, і Фортунато впав мертвий.</w:t>
      </w:r>
    </w:p>
    <w:p>
      <w:r>
        <w:br/>
        <w:t>Навіть не глянувши на тіло сина, Матео знову рушив стежкою до свого дому, щоб узяти лопату.</w:t>
      </w:r>
    </w:p>
    <w:p>
      <w:r>
        <w:br/>
        <w:t>Не встиг він пройти й кількох кроків, як побачив Джузеппу: вона бігла йому назустріч, сполохана пострілом.</w:t>
      </w:r>
    </w:p>
    <w:p>
      <w:r>
        <w:br/>
        <w:t>— Що ти зробив? — вигукнула вона.</w:t>
      </w:r>
    </w:p>
    <w:p>
      <w:r>
        <w:br/>
        <w:t>— Учинив правосуддя.</w:t>
      </w:r>
    </w:p>
    <w:p>
      <w:r>
        <w:br/>
        <w:t>— Де він?</w:t>
      </w:r>
    </w:p>
    <w:p>
      <w:r>
        <w:br/>
        <w:t>— У яру. Я зараз поховаю його. Він помер християнином. Я замовлю месу за упокій його душі... Треба сказати зятеві, Теодоро Б'янкі, щоб він перебрався жити до нас.</w:t>
      </w:r>
    </w:p>
    <w:p>
      <w:r>
        <w:br/>
        <w:t>[1] Pilone. (Прим. автора.)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Матео Фальконе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