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Маскарад</w:t>
      </w:r>
    </w:p>
    <w:p>
      <w:r>
        <w:br/>
        <w:t xml:space="preserve"> МАСКАРАД&lt;br /&gt;</w:t>
        <w:br/>
        <w:t>Віршована драма в 4-х діях&lt;br /&gt;</w:t>
        <w:br/>
        <w:t>ДІЙОВІ ОСОБИ:&lt;br /&gt;</w:t>
        <w:br/>
        <w:t>Арбенін Євгеній Олександрович&lt;br /&gt;</w:t>
        <w:br/>
        <w:t>Ніна, його дружина&lt;br /&gt;</w:t>
        <w:br/>
        <w:t>Князь Звєздич&lt;br /&gt;</w:t>
        <w:br/>
        <w:t>Баронеса Штраль&lt;br /&gt;</w:t>
        <w:br/>
        <w:t>Казарін Афанасій Павлович&lt;br /&gt;</w:t>
        <w:br/>
        <w:t>Шпріх Адам Петрович&lt;br /&gt;</w:t>
        <w:br/>
        <w:t>Маска&lt;br /&gt;</w:t>
        <w:br/>
        <w:t>Чиновник&lt;br /&gt;</w:t>
        <w:br/>
        <w:t>Гравці&lt;br /&gt;</w:t>
        <w:br/>
        <w:t>Гості&lt;br /&gt;</w:t>
        <w:br/>
        <w:t>Слуги та служниці</w:t>
      </w:r>
    </w:p>
    <w:p>
      <w:r>
        <w:br/>
        <w:t>ДІЯ ПЕРША&lt;br /&gt;</w:t>
        <w:br/>
        <w:t>СЦЕНА ПЕРША&lt;br /&gt;</w:t>
        <w:br/>
        <w:t>ВИХІД ПЕРШИЙ&lt;br /&gt;</w:t>
        <w:br/>
        <w:t>Гравці, князьЗвєздич, Казарін та Шпріх.&lt;br /&gt;</w:t>
        <w:br/>
        <w:t>Біля стола мечугь банк і понтирують... Навкруги стоять.&lt;br /&gt;</w:t>
        <w:br/>
        <w:t>1-й понтер&lt;br /&gt;</w:t>
        <w:br/>
        <w:t>Іван Ілліч, дозволите поставить?&lt;br /&gt;</w:t>
        <w:br/>
        <w:t>Банкомет&lt;br /&gt;</w:t>
        <w:br/>
        <w:t>Будь ласка.&lt;br /&gt;</w:t>
        <w:br/>
        <w:t>1-й понтер&lt;br /&gt;</w:t>
        <w:br/>
        <w:t>Ставлю сто.&lt;br /&gt;</w:t>
        <w:br/>
        <w:t>Банкомет&lt;br /&gt;</w:t>
        <w:br/>
        <w:t>Гаразд.&lt;br /&gt;</w:t>
        <w:br/>
        <w:t>2-й понтер&lt;br /&gt;</w:t>
        <w:br/>
        <w:t>Ну, добра путь!&lt;br /&gt;</w:t>
        <w:br/>
        <w:t>3-й понтер&lt;br /&gt;</w:t>
        <w:br/>
        <w:t>Годиться щастя вам поправить,&lt;br /&gt;</w:t>
        <w:br/>
        <w:t>А семпелями кепсько...&lt;br /&gt;</w:t>
        <w:br/>
        <w:t>4-й понтер&lt;br /&gt;</w:t>
        <w:br/>
        <w:t>Треба гнуть.</w:t>
      </w:r>
    </w:p>
    <w:p>
      <w:r>
        <w:br/>
        <w:t>3-й понтер&lt;br /&gt;</w:t>
        <w:br/>
        <w:t>Пусти.&lt;br /&gt;</w:t>
        <w:br/>
        <w:t>2-й понтер&lt;br /&gt;</w:t>
        <w:br/>
        <w:t>На всі?.. Печеться!&lt;br /&gt;</w:t>
        <w:br/>
        <w:t>4-й понтер&lt;br /&gt;</w:t>
        <w:br/>
        <w:t>Послухай, голубе, хто в наші дні не гнеться.&lt;br /&gt;</w:t>
        <w:br/>
        <w:t>Тому ні в чому не ведеться.&lt;br /&gt;</w:t>
        <w:br/>
        <w:t>3-й понтер (тихо до першого)&lt;br /&gt;</w:t>
        <w:br/>
        <w:t>Пильнуй як слід.&lt;br /&gt;</w:t>
        <w:br/>
        <w:t>Князь Звєздич&lt;br /&gt;</w:t>
        <w:br/>
        <w:t>Ва-банк.&lt;br /&gt;</w:t>
        <w:br/>
        <w:t>2-й понтер&lt;br /&gt;</w:t>
        <w:br/>
        <w:t>Ох, князю, знов!&lt;br /&gt;</w:t>
        <w:br/>
        <w:t>При грі не гнівайтесь, бо гнів псує нам кров.&lt;br /&gt;</w:t>
        <w:br/>
        <w:t>Князь&lt;br /&gt;</w:t>
        <w:br/>
        <w:t>З порадами до інших ви зверніться.&lt;br /&gt;</w:t>
        <w:br/>
        <w:t>Банкомет&lt;br /&gt;</w:t>
        <w:br/>
        <w:t>Убита.&lt;br /&gt;</w:t>
        <w:br/>
        <w:t>Князь&lt;br /&gt;</w:t>
        <w:br/>
        <w:t>Чорт!&lt;br /&gt;</w:t>
        <w:br/>
        <w:t>Банкомет&lt;br /&gt;</w:t>
        <w:br/>
        <w:t>Прошу вас, пане, заплатить!&lt;br /&gt;</w:t>
        <w:br/>
        <w:t>2-й понтер (глузливо)&lt;br /&gt;</w:t>
        <w:br/>
        <w:t>Ви, бачу, в запалі готові все спустить.&lt;br /&gt;</w:t>
        <w:br/>
        <w:t>Що, еполети дорогі ці?&lt;br /&gt;</w:t>
        <w:br/>
        <w:t>Князь&lt;br /&gt;</w:t>
        <w:br/>
        <w:t>Я з честю їх дістав, —— і вам їх не купить.&lt;br /&gt;</w:t>
        <w:br/>
        <w:t>2-й понтер (крізь зуби, виходячи)&lt;br /&gt;</w:t>
        <w:br/>
        <w:t>Пораду все ж прийміть:&lt;br /&gt;</w:t>
        <w:br/>
        <w:t>Скромнішим бути слід у вашім віці.</w:t>
      </w:r>
    </w:p>
    <w:p>
      <w:r>
        <w:br/>
        <w:t>(Князь, випивши склянку лимонаду, сідає осторонь&lt;br /&gt;</w:t>
        <w:br/>
        <w:t>і замислюється).&lt;br /&gt;</w:t>
        <w:br/>
        <w:t>Шпріх (підходить із співчуттям)&lt;br /&gt;</w:t>
        <w:br/>
        <w:t>Потрібні гроші, князь?.. Я дам вам залюбки,&lt;br /&gt;</w:t>
        <w:br/>
        <w:t>Проценти незначні... а ждатиму віки.&lt;br /&gt;</w:t>
        <w:br/>
        <w:t>(Князь холодно вклоняється й відвертається.&lt;br /&gt;</w:t>
        <w:br/>
        <w:t>Шпріх, незадоволений, відходить.)&lt;br /&gt;</w:t>
        <w:br/>
        <w:t>ВИХІД ДРУГИЙ&lt;br /&gt;</w:t>
        <w:br/>
        <w:t>А р б е н і н та інші.&lt;br /&gt;</w:t>
        <w:br/>
        <w:t>А р б е н і н входить, вклоняється, підходить до столу; потім робить&lt;br /&gt;</w:t>
        <w:br/>
        <w:t>знаки й відходить з Казаріним.&lt;br /&gt;</w:t>
        <w:br/>
        <w:t>А р б е н і н&lt;br /&gt;</w:t>
        <w:br/>
        <w:t>Ну що, Казарін, ти вже кинув грати?&lt;br /&gt;</w:t>
        <w:br/>
        <w:t>Казарін&lt;br /&gt;</w:t>
        <w:br/>
        <w:t>Дивлюсь от на гравців.&lt;br /&gt;</w:t>
        <w:br/>
        <w:t>А ти став барином, — одружений, багатий,&lt;br /&gt;</w:t>
        <w:br/>
        <w:t>І вже забув своїх товаришів.&lt;br /&gt;</w:t>
        <w:br/>
        <w:t>Арбенін&lt;br /&gt;</w:t>
        <w:br/>
        <w:t>Так, довгий час не був я з вами.&lt;br /&gt;</w:t>
        <w:br/>
        <w:t>Казарін&lt;br /&gt;</w:t>
        <w:br/>
        <w:t>Ділами зайнятий?&lt;br /&gt;</w:t>
        <w:br/>
        <w:t>Арбенін&lt;br /&gt;</w:t>
        <w:br/>
        <w:t>Коханням — не ділами.&lt;br /&gt;</w:t>
        <w:br/>
        <w:t>Казарін&lt;br /&gt;</w:t>
        <w:br/>
        <w:t>На балах з жінкою?&lt;br /&gt;</w:t>
        <w:br/>
        <w:t>Арбенін&lt;br /&gt;</w:t>
        <w:br/>
        <w:t>Ні.&lt;br /&gt;</w:t>
        <w:br/>
        <w:t>Казарін&lt;br /&gt;</w:t>
        <w:br/>
        <w:t>Граєш?</w:t>
      </w:r>
    </w:p>
    <w:p>
      <w:r>
        <w:br/>
        <w:t>Арбенін&lt;br /&gt;</w:t>
        <w:br/>
        <w:t>Ні, затих.&lt;br /&gt;</w:t>
        <w:br/>
        <w:t>Але нові тут є. Хто франтик цей?&lt;br /&gt;</w:t>
        <w:br/>
        <w:t>Казарін&lt;br /&gt;</w:t>
        <w:br/>
        <w:t>Це Шпріх.&lt;br /&gt;</w:t>
        <w:br/>
        <w:t>Адам Петрович... Що, вас познайомить, може?&lt;br /&gt;</w:t>
        <w:br/>
        <w:t>(Шпріх підходить і вклоняється).&lt;br /&gt;</w:t>
        <w:br/>
        <w:t>Мій давній приятель, — рекомендую вам, —&lt;br /&gt;</w:t>
        <w:br/>
        <w:t>Арбенін.&lt;br /&gt;</w:t>
        <w:br/>
        <w:t>Шпріх&lt;br /&gt;</w:t>
        <w:br/>
        <w:t>Я вас знаю.&lt;br /&gt;</w:t>
        <w:br/>
        <w:t>Арбенін&lt;br /&gt;</w:t>
        <w:br/>
        <w:t>Ні, здається, нам&lt;br /&gt;</w:t>
        <w:br/>
        <w:t>Стрічатись не доводилося.&lt;br /&gt;</w:t>
        <w:br/>
        <w:t>Шпріх&lt;br /&gt;</w:t>
        <w:br/>
        <w:t>Боже!&lt;br /&gt;</w:t>
        <w:br/>
        <w:t>Я стільки чув про вас у світі, —— се і те, —-&lt;br /&gt;</w:t>
        <w:br/>
        <w:t>Що познайомитись давним-давно жадаю.&lt;br /&gt;</w:t>
        <w:br/>
        <w:t>Арбенін&lt;br /&gt;</w:t>
        <w:br/>
        <w:t>Про вас нічого я, на жаль, не чув; проте&lt;br /&gt;</w:t>
        <w:br/>
        <w:t>Від вас самих тепер почую все, гадаю.&lt;br /&gt;</w:t>
        <w:br/>
        <w:t>(Розкланюються знову. Шпріх, зсудомивши кислу міну,&lt;br /&gt;</w:t>
        <w:br/>
        <w:t>відходить).&lt;br /&gt;</w:t>
        <w:br/>
        <w:t>Ну, бачив я потвор... Але такої все ж&lt;br /&gt;</w:t>
        <w:br/>
        <w:t>І в жарт ніхто вигадувать не схоче.&lt;br /&gt;</w:t>
        <w:br/>
        <w:t>Злоблива посмішка, немов стеклярус очі, —&lt;br /&gt;</w:t>
        <w:br/>
        <w:t>Неначе і не чорт, та й не людина теж.&lt;br /&gt;</w:t>
        <w:br/>
        <w:t>Казарін&lt;br /&gt;</w:t>
        <w:br/>
        <w:t>Ех, братіку, що зовнішня личина?&lt;br /&gt;</w:t>
        <w:br/>
        <w:t>Нехай він буде й чорт, —— потрібна це людина.&lt;br /&gt;</w:t>
        <w:br/>
        <w:t>Звернись, — він гроші враз вийма,&lt;br /&gt;</w:t>
        <w:br/>
        <w:t>Якої нації, — нікому не відомо,&lt;br /&gt;</w:t>
        <w:br/>
        <w:t>Говорить мовами всіма, —</w:t>
      </w:r>
    </w:p>
    <w:p>
      <w:r>
        <w:br/>
        <w:t>Жид, певне... та дарма.&lt;br /&gt;</w:t>
        <w:br/>
        <w:t>Скрізь має справи він і всюди, наче дома,&lt;br /&gt;</w:t>
        <w:br/>
        <w:t>Вік заклопотаний, мабуть, не без причин,&lt;br /&gt;</w:t>
        <w:br/>
        <w:t>Побитий був; з безбожником безбожник,&lt;br /&gt;</w:t>
        <w:br/>
        <w:t>З ченцями — єзуїт, тут, поміж нас, — картьожник,&lt;br /&gt;</w:t>
        <w:br/>
        <w:t>А з чесними людьми — щонайчесніший він.&lt;br /&gt;</w:t>
        <w:br/>
        <w:t>Ну, словом, ти його полюбиш очевидно.&lt;br /&gt;</w:t>
        <w:br/>
        <w:t>Арбенін&lt;br /&gt;</w:t>
        <w:br/>
        <w:t>Портрет хвалю, — оригінал огидний!..&lt;br /&gt;</w:t>
        <w:br/>
        <w:t>А той вусань, — хто він, скажи мені?&lt;br /&gt;</w:t>
        <w:br/>
        <w:t>Звичайно, відставний коханець?&lt;br /&gt;</w:t>
        <w:br/>
        <w:t>Наводить штучний він рум'янець,&lt;br /&gt;</w:t>
        <w:br/>
        <w:t>Крамничок модних гість, бував на чужині,&lt;br /&gt;</w:t>
        <w:br/>
        <w:t>І, певна річ, герой... в пустелі...&lt;br /&gt;</w:t>
        <w:br/>
        <w:t>Та ще стріляє добре в ціль.&lt;br /&gt;</w:t>
        <w:br/>
        <w:t>Казарін&lt;br /&gt;</w:t>
        <w:br/>
        <w:t>Так... у полку служив і вигнаний звідтіль&lt;br /&gt;</w:t>
        <w:br/>
        <w:t>Був за дуель... Ні, зрікся був дуелі;&lt;br /&gt;</w:t>
        <w:br/>
        <w:t>Убійником боявся надто стать&lt;br /&gt;</w:t>
        <w:br/>
        <w:t>Та й матір строгу мав. Втім, років через п'ять&lt;br /&gt;</w:t>
        <w:br/>
        <w:t>Стрілився, слід сказать,&lt;br /&gt;</w:t>
        <w:br/>
        <w:t>Як знов дійшлося до картелі.&lt;br /&gt;</w:t>
        <w:br/>
        <w:t>Арбенін&lt;br /&gt;</w:t>
        <w:br/>
        <w:t>Ну, а маленький, що пройшов&lt;br /&gt;</w:t>
        <w:br/>
        <w:t>Усміхнений, — розпатланий страшенно?&lt;br /&gt;</w:t>
        <w:br/>
        <w:t>З хрестом і табакеркою...&lt;br /&gt;</w:t>
        <w:br/>
        <w:t>Казарін&lt;br /&gt;</w:t>
        <w:br/>
        <w:t>Трущов.&lt;br /&gt;</w:t>
        <w:br/>
        <w:t>Створіння то неоціненне.&lt;br /&gt;</w:t>
        <w:br/>
        <w:t>Сім років в Грузії служив, —&lt;br /&gt;</w:t>
        <w:br/>
        <w:t>Був посланий з якимось генералом,&lt;br /&gt;</w:t>
        <w:br/>
        <w:t>Там спотайна когось, казали, вбив,&lt;br /&gt;</w:t>
        <w:br/>
        <w:t>Сидів пять років під началом&lt;br /&gt;</w:t>
        <w:br/>
        <w:t>І хрест на шию заробив.</w:t>
      </w:r>
    </w:p>
    <w:p>
      <w:r>
        <w:br/>
        <w:t>Арбенін&lt;br /&gt;</w:t>
        <w:br/>
        <w:t>Та й перебірливі ж ви на нові знайомства!&lt;br /&gt;</w:t>
        <w:br/>
        <w:t>Гравці (гукають)&lt;br /&gt;</w:t>
        <w:br/>
        <w:t>Казарін, Афанасій Павлович, сюди!&lt;br /&gt;</w:t>
        <w:br/>
        <w:t>Казарін&lt;br /&gt;</w:t>
        <w:br/>
        <w:t>Іду.&lt;br /&gt;</w:t>
        <w:br/>
        <w:t>(З удаваним співчуттям).&lt;br /&gt;</w:t>
        <w:br/>
        <w:t>Жахливий приклад віроломства!&lt;br /&gt;</w:t>
        <w:br/>
        <w:t>Ха-ха-ха-ха.&lt;br /&gt;</w:t>
        <w:br/>
        <w:t>1-й понтер&lt;br /&gt;</w:t>
        <w:br/>
        <w:t>Скоріш.&lt;br /&gt;</w:t>
        <w:br/>
        <w:t>Казарін&lt;br /&gt;</w:t>
        <w:br/>
        <w:t>Біда якась? Зажди!&lt;br /&gt;</w:t>
        <w:br/>
        <w:t>(Жвава розмова поміж гравців, потім вони заспокоюються.&lt;br /&gt;</w:t>
        <w:br/>
        <w:t>Арбенін помічає князя Звєздича й підходить.)&lt;br /&gt;</w:t>
        <w:br/>
        <w:t>Арбенін&lt;br /&gt;</w:t>
        <w:br/>
        <w:t>Ви, князю? Тут? І може, вже й не раз?&lt;br /&gt;</w:t>
        <w:br/>
        <w:t>Князь (незадоволено)&lt;br /&gt;</w:t>
        <w:br/>
        <w:t>Те саме щойно я хотів спитать у вас.&lt;br /&gt;</w:t>
        <w:br/>
        <w:t>Арбенін&lt;br /&gt;</w:t>
        <w:br/>
        <w:t>Ваш відповіт я попереджу, князю:&lt;br /&gt;</w:t>
        <w:br/>
        <w:t>Давно знайомий тут, я часто в кожнім разі&lt;br /&gt;</w:t>
        <w:br/>
        <w:t>Дивився з подивом німим,&lt;br /&gt;</w:t>
        <w:br/>
        <w:t>Як колесо фортуни діє, —&lt;br /&gt;</w:t>
        <w:br/>
        <w:t>Один вщасливлений, а інший вбитий ним.&lt;br /&gt;</w:t>
        <w:br/>
        <w:t>Я бачив тут відчай, і радість, і надію,&lt;br /&gt;</w:t>
        <w:br/>
        <w:t>Та заздрощів чи співчуття не знав.&lt;br /&gt;</w:t>
        <w:br/>
        <w:t>Щасливих неуків життя спостерігав, —&lt;br /&gt;</w:t>
        <w:br/>
        <w:t>Душею щирих юнаків, котрих^етою&lt;br /&gt;</w:t>
        <w:br/>
        <w:t>Була колись єдина лиш любов.&lt;br /&gt;</w:t>
        <w:br/>
        <w:t>Вони тут гинули передо мною.&lt;br /&gt;</w:t>
        <w:br/>
        <w:t>І от, судилось це мені побачить знов.</w:t>
      </w:r>
    </w:p>
    <w:p>
      <w:r>
        <w:br/>
        <w:t>Князь (зворушено беручи його заруку)&lt;br /&gt;</w:t>
        <w:br/>
        <w:t>Я вщент програвся.&lt;br /&gt;</w:t>
        <w:br/>
        <w:t>Арбенін&lt;br /&gt;</w:t>
        <w:br/>
        <w:t>Бачу. Що ж, стрілятись?&lt;br /&gt;</w:t>
        <w:br/>
        <w:t>Князь&lt;br /&gt;</w:t>
        <w:br/>
        <w:t>О, я у розпачі!&lt;br /&gt;</w:t>
        <w:br/>
        <w:t>Арбенін&lt;br /&gt;</w:t>
        <w:br/>
        <w:t>Є дві лише путі:&lt;br /&gt;</w:t>
        <w:br/>
        <w:t>Заприсягтись до карт повіки більш не братись,&lt;br /&gt;</w:t>
        <w:br/>
        <w:t>Чи сісти знов... Та мавши на меті&lt;br /&gt;</w:t>
        <w:br/>
        <w:t>У них тут виграшів уперто домагатись,&lt;br /&gt;</w:t>
        <w:br/>
        <w:t>Забути треба честь, родину, — все в житті.&lt;br /&gt;</w:t>
        <w:br/>
        <w:t>Вам треба вивчити і оцінить доцільно&lt;br /&gt;</w:t>
        <w:br/>
        <w:t>Всі ваші здібності і душу; по частках&lt;br /&gt;</w:t>
        <w:br/>
        <w:t>Розкласти їх; навчитись ясно й вільно&lt;br /&gt;</w:t>
        <w:br/>
        <w:t>Думки і наміри угадувать і в очах&lt;br /&gt;</w:t>
        <w:br/>
        <w:t>Суперників; віддати роки,&lt;br /&gt;</w:t>
        <w:br/>
        <w:t>Щоб вправності набути рук,&lt;br /&gt;</w:t>
        <w:br/>
        <w:t>Закон, людей, — все зневажать, забути спокій,&lt;br /&gt;</w:t>
        <w:br/>
        <w:t>Дні думать, ночі грать, мук зазнавать жорстоких,&lt;br /&gt;</w:t>
        <w:br/>
        <w:t>І щоб ніхто не бачив ваших мук,&lt;br /&gt;</w:t>
        <w:br/>
        <w:t>Не зраджувать себе, коли противник вправний&lt;br /&gt;</w:t>
        <w:br/>
        <w:t>От-от вас оганьбить, і знищить, може, вкрай;&lt;br /&gt;</w:t>
        <w:br/>
        <w:t>Не червоніть, коли вам скажуть явно:&lt;br /&gt;</w:t>
        <w:br/>
        <w:t>"Шахрай".&lt;br /&gt;</w:t>
        <w:br/>
        <w:t>(Мовчання. Князь, хвилюючись, ледве слухає його.)&lt;br /&gt;</w:t>
        <w:br/>
        <w:t>Князь&lt;br /&gt;</w:t>
        <w:br/>
        <w:t>Що, що мені робить?&lt;br /&gt;</w:t>
        <w:br/>
        <w:t>Арбенін&lt;br /&gt;</w:t>
        <w:br/>
        <w:t>Мене ви не питайте.&lt;br /&gt;</w:t>
        <w:br/>
        <w:t>Князь&lt;br /&gt;</w:t>
        <w:br/>
        <w:t>А може, щастя я..&lt;br /&gt;</w:t>
        <w:br/>
        <w:t>Арбенін&lt;br /&gt;</w:t>
        <w:br/>
        <w:t>Ні, щастя тут не ждіть.</w:t>
      </w:r>
    </w:p>
    <w:p>
      <w:r>
        <w:br/>
        <w:t>Князь&lt;br /&gt;</w:t>
        <w:br/>
        <w:t>Я все програв, усе... Порадьте, що робить?&lt;br /&gt;</w:t>
        <w:br/>
        <w:t>Арбенін&lt;br /&gt;</w:t>
        <w:br/>
        <w:t>Я не даю порад.&lt;br /&gt;</w:t>
        <w:br/>
        <w:t>Князь&lt;br /&gt;</w:t>
        <w:br/>
        <w:t>Ну, сяду..&lt;br /&gt;</w:t>
        <w:br/>
        <w:t>Арбенін (раптом бере його за руку)&lt;br /&gt;</w:t>
        <w:br/>
        <w:t>Я сяду замість вас. Ви молоді ще, — був&lt;br /&gt;</w:t>
        <w:br/>
        <w:t>Колись і я такий, як ви, юначе,&lt;br /&gt;</w:t>
        <w:br/>
        <w:t>Зухвалий, необачний і гарячий,&lt;br /&gt;</w:t>
        <w:br/>
        <w:t>Якби тоді...&lt;br /&gt;</w:t>
        <w:br/>
        <w:t>(спиняється)&lt;br /&gt;</w:t>
        <w:br/>
        <w:t>розважне слово я почув,&lt;br /&gt;</w:t>
        <w:br/>
        <w:t>То...&lt;br /&gt;</w:t>
        <w:br/>
        <w:t>(Дивиться на нього пильно. Змінивши тон).&lt;br /&gt;</w:t>
        <w:br/>
        <w:t>Мені на щастя руку дайте сміло&lt;br /&gt;</w:t>
        <w:br/>
        <w:t>І край,&lt;br /&gt;</w:t>
        <w:br/>
        <w:t>А далі вже не ваше діло.&lt;br /&gt;</w:t>
        <w:br/>
        <w:t>(Підходить до стола; йому дають місце).&lt;br /&gt;</w:t>
        <w:br/>
        <w:t>Дозвольте карту інваліду.&lt;br /&gt;</w:t>
        <w:br/>
        <w:t>Дізнатись хочу я, що скаже нам судьба, —&lt;br /&gt;</w:t>
        <w:br/>
        <w:t>Чи дасть теперішнім улюбленцям без сліду&lt;br /&gt;</w:t>
        <w:br/>
        <w:t>Старого розчавить раба.&lt;br /&gt;</w:t>
        <w:br/>
        <w:t>Казарін&lt;br /&gt;</w:t>
        <w:br/>
        <w:t>Не витримав, — заграла кров шалена.&lt;br /&gt;</w:t>
        <w:br/>
        <w:t>(Тихо). Ну, покажи їм крам лицем.&lt;br /&gt;</w:t>
        <w:br/>
        <w:t>Пізнає молодь хай зелена,&lt;br /&gt;</w:t>
        <w:br/>
        <w:t>Як з давнім мірятись гравцем.&lt;br /&gt;</w:t>
        <w:br/>
        <w:t>Гр а в ц і&lt;br /&gt;</w:t>
        <w:br/>
        <w:t>Будь ласка, вам і карти в руки, — ви хазяїн,&lt;br /&gt;</w:t>
        <w:br/>
        <w:t>Ми гості...&lt;br /&gt;</w:t>
        <w:br/>
        <w:t>1-й понтер (на вухо до другого)&lt;br /&gt;</w:t>
        <w:br/>
        <w:t>Стережись, це не абихто сів.</w:t>
      </w:r>
    </w:p>
    <w:p>
      <w:r>
        <w:br/>
        <w:t>Не до душі мені цей Ванька Каїн,&lt;br /&gt;</w:t>
        <w:br/>
        <w:t>Не притузив би він моїх тузів,&lt;br /&gt;</w:t>
        <w:br/>
        <w:t>(Гра починається; всі товпляться навколо стола, іноді різні&lt;br /&gt;</w:t>
        <w:br/>
        <w:t>вигуки, на протязі дальшої розмови дехто з гравців похмуро&lt;br /&gt;</w:t>
        <w:br/>
        <w:t>відходить від стола.&lt;br /&gt;</w:t>
        <w:br/>
        <w:t>(Шпріх відводить на авансцену Казаріна).&lt;br /&gt;</w:t>
        <w:br/>
        <w:t>Шпріх (лукаво)&lt;br /&gt;</w:t>
        <w:br/>
        <w:t>Ну, наче грім упав на всю юрбу гравців.&lt;br /&gt;</w:t>
        <w:br/>
        <w:t>Казарін&lt;br /&gt;</w:t>
        <w:br/>
        <w:t>Завдасть він їм на місяць страху.&lt;br /&gt;</w:t>
        <w:br/>
        <w:t>Шпріх&lt;br /&gt;</w:t>
        <w:br/>
        <w:t>ттт м Видно,&lt;br /&gt;</w:t>
        <w:br/>
        <w:t>Що майстер.&lt;br /&gt;</w:t>
        <w:br/>
        <w:t>Казарін&lt;br /&gt;</w:t>
        <w:br/>
        <w:t>Був.&lt;br /&gt;</w:t>
        <w:br/>
        <w:t>Шпріх&lt;br /&gt;</w:t>
        <w:br/>
        <w:t>Був? А тепер?&lt;br /&gt;</w:t>
        <w:br/>
        <w:t>Казарін&lt;br /&gt;</w:t>
        <w:br/>
        <w:t>Тепер&lt;br /&gt;</w:t>
        <w:br/>
        <w:t>Він одружився, став багатий і солідний.&lt;br /&gt;</w:t>
        <w:br/>
        <w:t>Ягнятком дивиться, та в ньому звір не вмер.&lt;br /&gt;</w:t>
        <w:br/>
        <w:t>Натура, кажуть, здатна кожна&lt;br /&gt;</w:t>
        <w:br/>
        <w:t>Переломить себе. Авжеж, дурним скажіть!&lt;br /&gt;</w:t>
        <w:br/>
        <w:t>Удати й ангела святого можна,&lt;br /&gt;</w:t>
        <w:br/>
        <w:t>А чорт, проте, в душі сидить.&lt;br /&gt;</w:t>
        <w:br/>
        <w:t>Ти перед ним...&lt;br /&gt;</w:t>
        <w:br/>
        <w:t>(Ударивши його по плечу)&lt;br /&gt;</w:t>
        <w:br/>
        <w:t>Хоч, може, й немовлятко,&lt;br /&gt;</w:t>
        <w:br/>
        <w:t>А і в тобі сидить десь чортенятко.&lt;br /&gt;</w:t>
        <w:br/>
        <w:t>(Двоє гравців, жваво розмовляючи, підходять.)&lt;br /&gt;</w:t>
        <w:br/>
        <w:t>1-й гравець&lt;br /&gt;</w:t>
        <w:br/>
        <w:t>Казав же я тобі...</w:t>
      </w:r>
    </w:p>
    <w:p>
      <w:r>
        <w:br/>
        <w:t>2-й гравець&lt;br /&gt;</w:t>
        <w:br/>
        <w:t>Що вдієш, брат,&lt;br /&gt;</w:t>
        <w:br/>
        <w:t>Я ж хитрував при кожнім ході.&lt;br /&gt;</w:t>
        <w:br/>
        <w:t>Та бач, — коса на камінь, — всіх підряд!..&lt;br /&gt;</w:t>
        <w:br/>
        <w:t>Ганьба та й годі.&lt;br /&gt;</w:t>
        <w:br/>
        <w:t>Казарін (підходить)&lt;br /&gt;</w:t>
        <w:br/>
        <w:t>Що там у вас? Не до снаги, мабуть?&lt;br /&gt;</w:t>
        <w:br/>
        <w:t>1-й гравець&lt;br /&gt;</w:t>
        <w:br/>
        <w:t>Арбенін ваш мастак.&lt;br /&gt;</w:t>
        <w:br/>
        <w:t>Казарін&lt;br /&gt;</w:t>
        <w:br/>
        <w:t>Та ні, не може буть?&lt;br /&gt;</w:t>
        <w:br/>
        <w:t>(Хвилювання біля стола поміж гравцями).&lt;br /&gt;</w:t>
        <w:br/>
        <w:t>3-й гравець&lt;br /&gt;</w:t>
        <w:br/>
        <w:t>Ста тисяч може він, гнучи отак, доп'ясти.&lt;br /&gt;</w:t>
        <w:br/>
        <w:t>4-й гравець (набік)&lt;br /&gt;</w:t>
        <w:br/>
        <w:t>Обріжеться...&lt;br /&gt;</w:t>
        <w:br/>
        <w:t>5-й понтер&lt;br /&gt;</w:t>
        <w:br/>
        <w:t>Побачим.&lt;br /&gt;</w:t>
        <w:br/>
        <w:t>Арбенін (встаючи)&lt;br /&gt;</w:t>
        <w:br/>
        <w:t>Баста.&lt;br /&gt;</w:t>
        <w:br/>
        <w:t>(Бере золото, відходить, інші залишаються біля столу; Казарін&lt;br /&gt;</w:t>
        <w:br/>
        <w:t>та Шпріх так само біля столу. Арбенін мовчки бере за руку&lt;br /&gt;</w:t>
        <w:br/>
        <w:t>князя й віддає йому гроші; Арбенін блідий).&lt;br /&gt;</w:t>
        <w:br/>
        <w:t>Князь&lt;br /&gt;</w:t>
        <w:br/>
        <w:t>Вік пам'ятатиму. Мені життя&lt;br /&gt;</w:t>
        <w:br/>
        <w:t>Урятували ви.&lt;br /&gt;</w:t>
        <w:br/>
        <w:t>Арбенін&lt;br /&gt;</w:t>
        <w:br/>
        <w:t>І гроші всі так само.&lt;br /&gt;</w:t>
        <w:br/>
        <w:t>(Гірко)&lt;br /&gt;</w:t>
        <w:br/>
        <w:t>А що дорожче — до пуття,&lt;br /&gt;</w:t>
        <w:br/>
        <w:t>Мабуть, не знаємо ми, князю, з вами.</w:t>
      </w:r>
    </w:p>
    <w:p>
      <w:r>
        <w:br/>
        <w:t>Князь&lt;br /&gt;</w:t>
        <w:br/>
        <w:t>Велика жертва це від вас мені.&lt;br /&gt;</w:t>
        <w:br/>
        <w:t>Арбенін&lt;br /&gt;</w:t>
        <w:br/>
        <w:t>Пусте!&lt;br /&gt;</w:t>
        <w:br/>
        <w:t>Радий нагоді був я кров розхвилювати&lt;br /&gt;</w:t>
        <w:br/>
        <w:t>І розтривожити свій розум; через те&lt;br /&gt;</w:t>
        <w:br/>
        <w:t>Я грати сів — як в бій ідуть солдати.&lt;br /&gt;</w:t>
        <w:br/>
        <w:t>Князь&lt;br /&gt;</w:t>
        <w:br/>
        <w:t>Але програти ви могли.&lt;br /&gt;</w:t>
        <w:br/>
        <w:t>Арбенін&lt;br /&gt;</w:t>
        <w:br/>
        <w:t>Я?.. Ні... ті дні щасливі одійшли.&lt;br /&gt;</w:t>
        <w:br/>
        <w:t>Я бачу наскрізь все... їх тонкощі всі знаю,&lt;br /&gt;</w:t>
        <w:br/>
        <w:t>І от чому тепер я вже не граю.&lt;br /&gt;</w:t>
        <w:br/>
        <w:t>Князь&lt;br /&gt;</w:t>
        <w:br/>
        <w:t>Прийнять не хочете подяку ви мою.&lt;br /&gt;</w:t>
        <w:br/>
        <w:t>Арбенін&lt;br /&gt;</w:t>
        <w:br/>
        <w:t>По честі кажучи, подяк я не терплю.&lt;br /&gt;</w:t>
        <w:br/>
        <w:t>Я зобов'язаний ніколи і нікому&lt;br /&gt;</w:t>
        <w:br/>
        <w:t>Не був нічим; коли ж платив добром, —&lt;br /&gt;</w:t>
        <w:br/>
        <w:t>Ніяк не з приязні, а просто лиш у тому&lt;br /&gt;</w:t>
        <w:br/>
        <w:t>Вбачав потребу й зиск разом.&lt;br /&gt;</w:t>
        <w:br/>
        <w:t>Князь&lt;br /&gt;</w:t>
        <w:br/>
        <w:t>Не вірю вам.&lt;br /&gt;</w:t>
        <w:br/>
        <w:t>Арбенін&lt;br /&gt;</w:t>
        <w:br/>
        <w:t>Хто ж силує вас вірить?&lt;br /&gt;</w:t>
        <w:br/>
        <w:t>До цього я давно вже звик. А втім,&lt;br /&gt;</w:t>
        <w:br/>
        <w:t>Коли б не лінощі, почав би лицемірить,&lt;br /&gt;</w:t>
        <w:br/>
        <w:t>Але, даруйте, годі з тим.&lt;br /&gt;</w:t>
        <w:br/>
        <w:t>(Помовчавши),&lt;br /&gt;</w:t>
        <w:br/>
        <w:t>Розвіятись годилося б. Можливо,&lt;br /&gt;</w:t>
        <w:br/>
        <w:t>Ви не від того теж? Сьогодні маскарад&lt;br /&gt;</w:t>
        <w:br/>
        <w:t>У Енгельгардта.</w:t>
      </w:r>
    </w:p>
    <w:p>
      <w:r>
        <w:br/>
        <w:t>Князь&lt;br /&gt;</w:t>
        <w:br/>
        <w:t>Так.&lt;br /&gt;</w:t>
        <w:br/>
        <w:t>Арбенін&lt;br /&gt;</w:t>
        <w:br/>
        <w:t>Поїдем?&lt;br /&gt;</w:t>
        <w:br/>
        <w:t>Князь&lt;br /&gt;</w:t>
        <w:br/>
        <w:t>Залюбки.&lt;br /&gt;</w:t>
        <w:br/>
        <w:t>Арбенін (убік)&lt;br /&gt;</w:t>
        <w:br/>
        <w:t>В юрбі спочину я.&lt;br /&gt;</w:t>
        <w:br/>
        <w:t>Князь&lt;br /&gt;</w:t>
        <w:br/>
        <w:t>Там женщини є — диво!&lt;br /&gt;</w:t>
        <w:br/>
        <w:t>І, кажуть, там бувають потайки...&lt;br /&gt;</w:t>
        <w:br/>
        <w:t>Арбенін&lt;br /&gt;</w:t>
        <w:br/>
        <w:t>Хай кажуть, — нам яке до того діло?&lt;br /&gt;</w:t>
        <w:br/>
        <w:t>У масках рівні всі чини.&lt;br /&gt;</w:t>
        <w:br/>
        <w:t>У маски ні звання, ні серця — тільки тіло.&lt;br /&gt;</w:t>
        <w:br/>
        <w:t>Коли під маскою не видно лиць, — вони&lt;br /&gt;</w:t>
        <w:br/>
        <w:t>З чуттів скидають маску сміло.&lt;br /&gt;</w:t>
        <w:br/>
        <w:t>(Виходять).&lt;br /&gt;</w:t>
        <w:br/>
        <w:t>вихід ТРЕТІЙ&lt;br /&gt;</w:t>
        <w:br/>
        <w:t>Ті самі, крім Арбеніна й князя Звєздича.&lt;br /&gt;</w:t>
        <w:br/>
        <w:t>1-й гравець&lt;br /&gt;</w:t>
        <w:br/>
        <w:t>Забастував до речі він... для нас.&lt;br /&gt;</w:t>
        <w:br/>
        <w:t>2-й гравець&lt;br /&gt;</w:t>
        <w:br/>
        <w:t>Хоч би отямитись нам дав хоч трохи, клятий?&lt;br /&gt;</w:t>
        <w:br/>
        <w:t>Слуга (входить)&lt;br /&gt;</w:t>
        <w:br/>
        <w:t>Вечерю подано...&lt;br /&gt;</w:t>
        <w:br/>
        <w:t>Хазяїн&lt;br /&gt;</w:t>
        <w:br/>
        <w:t>Панове, прошу вас!&lt;br /&gt;</w:t>
        <w:br/>
        <w:t>Шампанське хай вам відшкодує втрати.&lt;br /&gt;</w:t>
        <w:br/>
        <w:t>(Виходять).</w:t>
      </w:r>
    </w:p>
    <w:p>
      <w:r>
        <w:br/>
        <w:t>Шпріх (сам)&lt;br /&gt;</w:t>
        <w:br/>
        <w:t>З Арбеніним зійтися ближче слід...&lt;br /&gt;</w:t>
        <w:br/>
        <w:t>І повечерять непогано...&lt;br /&gt;</w:t>
        <w:br/>
        <w:t>(Приставивши пальця до лоба)&lt;br /&gt;</w:t>
        <w:br/>
        <w:t>Втім... повечеряю... часу мені ще стане, —&lt;br /&gt;</w:t>
        <w:br/>
        <w:t>І в маскарад майну за ними вслід.&lt;br /&gt;</w:t>
        <w:br/>
        <w:t>(Виходить і розмовляє сам із собою).&lt;br /&gt;</w:t>
        <w:br/>
        <w:t>СЦЕНА ДРУГА&lt;br /&gt;</w:t>
        <w:br/>
        <w:t>Маскарад&lt;br /&gt;</w:t>
        <w:br/>
        <w:t>ВИХІД ПЕРШИЙ&lt;br /&gt;</w:t>
        <w:br/>
        <w:t>Маски, Арбенін, згодом князь 3 в є з д и ч.&lt;br /&gt;</w:t>
        <w:br/>
        <w:t>Юрба проходить по сцені вперед і назад. Ліворуч канапа.&lt;br /&gt;</w:t>
        <w:br/>
        <w:t>Арбенін (входить)&lt;br /&gt;</w:t>
        <w:br/>
        <w:t>Даремно скрізь розваг шукаю; нецікава&lt;br /&gt;</w:t>
        <w:br/>
        <w:t>Передо мною ця юрба гуде, мов рій.&lt;br /&gt;</w:t>
        <w:br/>
        <w:t>У серці холодно і спить моя уява:&lt;br /&gt;</w:t>
        <w:br/>
        <w:t>Усі чужі мені, і я усім чужий.&lt;br /&gt;</w:t>
        <w:br/>
        <w:t>(Князь підходить, позіхаючи).&lt;br /&gt;</w:t>
        <w:br/>
        <w:t>Ось покоління вам сучасне!&lt;br /&gt;</w:t>
        <w:br/>
        <w:t>Та чи такий був я колись, в його літа?&lt;br /&gt;</w:t>
        <w:br/>
        <w:t>Що, князь, не трапилось створіння вам прекрасне?&lt;br /&gt;</w:t>
        <w:br/>
        <w:t>Князь&lt;br /&gt;</w:t>
        <w:br/>
        <w:t>Час тільки марно проліта.&lt;br /&gt;</w:t>
        <w:br/>
        <w:t>Арбенін&lt;br /&gt;</w:t>
        <w:br/>
        <w:t>А ви бажаєте, щоб щастя вас ловило?&lt;br /&gt;</w:t>
        <w:br/>
        <w:t>Це щось нове... У світ годилося б пустить.&lt;br /&gt;</w:t>
        <w:br/>
        <w:t>Князь&lt;br /&gt;</w:t>
        <w:br/>
        <w:t>Розумних масок тут нема.&lt;br /&gt;</w:t>
        <w:br/>
        <w:t>Арбенін&lt;br /&gt;</w:t>
        <w:br/>
        <w:t>О, не скажіть!&lt;br /&gt;</w:t>
        <w:br/>
        <w:t>Безмовна маска — сфінкс, а балакуча — мила.</w:t>
      </w:r>
    </w:p>
    <w:p>
      <w:r>
        <w:br/>
        <w:t>Ви вільні посмішці її, словам&lt;br /&gt;</w:t>
        <w:br/>
        <w:t>Надати значення, якого вам завгодно.&lt;br /&gt;</w:t>
        <w:br/>
        <w:t>Ось, приміром, погляньте, там —&lt;br /&gt;</w:t>
        <w:br/>
        <w:t>Як виступає благородно&lt;br /&gt;</w:t>
        <w:br/>
        <w:t>Туркеня та, висока і ставна!&lt;br /&gt;</w:t>
        <w:br/>
        <w:t>Як груди дихають їй пристрасно й природно!&lt;br /&gt;</w:t>
        <w:br/>
        <w:t>А знаєте ви, хто вона?&lt;br /&gt;</w:t>
        <w:br/>
        <w:t>Можливо, горда це графиня чи княжна,&lt;br /&gt;</w:t>
        <w:br/>
        <w:t>Діана в світі цім... Венера в маскараді,&lt;br /&gt;</w:t>
        <w:br/>
        <w:t>Що завтра ввечері, можливо, тайкома,&lt;br /&gt;</w:t>
        <w:br/>
        <w:t>На півгодини вас відвідає сама.&lt;br /&gt;</w:t>
        <w:br/>
        <w:t>Ви, князю, будете у всіх випадках раді.&lt;br /&gt;</w:t>
        <w:br/>
        <w:t>(Виходить).&lt;br /&gt;</w:t>
        <w:br/>
        <w:t>вихід ДРУГИЙ&lt;br /&gt;</w:t>
        <w:br/>
        <w:t>Князь та жіноча маска.&lt;br /&gt;</w:t>
        <w:br/>
        <w:t>Одне доміно підходить і спиняється; князь стоїть замислений.&lt;br /&gt;</w:t>
        <w:br/>
        <w:t>Князь&lt;br /&gt;</w:t>
        <w:br/>
        <w:t>Все так це... на словах, — однак&lt;br /&gt;</w:t>
        <w:br/>
        <w:t>Спливає час, а я все позіхаю.&lt;br /&gt;</w:t>
        <w:br/>
        <w:t>Та ось іде одна... дай господи!&lt;br /&gt;</w:t>
        <w:br/>
        <w:t>(Одна маска відділяється й ударивши його по плечу).&lt;br /&gt;</w:t>
        <w:br/>
        <w:t>Маска&lt;br /&gt;</w:t>
        <w:br/>
        <w:t>Князь&lt;br /&gt;</w:t>
        <w:br/>
        <w:t>І навіть добре, чи не так?&lt;br /&gt;</w:t>
        <w:br/>
        <w:t>Маска&lt;br /&gt;</w:t>
        <w:br/>
        <w:t>1 те, що думав ти, мені не таємниця.&lt;br /&gt;</w:t>
        <w:br/>
        <w:t>Князь&lt;br /&gt;</w:t>
        <w:br/>
        <w:t>Тоді щасливіша за мене ти, ручусь!&lt;br /&gt;</w:t>
        <w:br/>
        <w:t>(Зазирає під маску).&lt;br /&gt;</w:t>
        <w:br/>
        <w:t>Одначе ротик — я клянусь! —-&lt;br /&gt;</w:t>
        <w:br/>
        <w:t>Прегарний в цеї чарівниці.</w:t>
      </w:r>
    </w:p>
    <w:p>
      <w:r>
        <w:br/>
        <w:t>Маска&lt;br /&gt;</w:t>
        <w:br/>
        <w:t>Тобі до серця я? Тим гірше це...&lt;br /&gt;</w:t>
        <w:br/>
        <w:t>Князь&lt;br /&gt;</w:t>
        <w:br/>
        <w:t>Кому?&lt;br /&gt;</w:t>
        <w:br/>
        <w:t>Маска&lt;br /&gt;</w:t>
        <w:br/>
        <w:t>Одному з нас.&lt;br /&gt;</w:t>
        <w:br/>
        <w:t>Князь&lt;br /&gt;</w:t>
        <w:br/>
        <w:t>Проте я не збагну, чому?&lt;br /&gt;</w:t>
        <w:br/>
        <w:t>Ні, віщуваннями мене ти не злякаєш.&lt;br /&gt;</w:t>
        <w:br/>
        <w:t>Не строю з себе мудреця,&lt;br /&gt;</w:t>
        <w:br/>
        <w:t>Та пізнаю, хто ти.&lt;br /&gt;</w:t>
        <w:br/>
        <w:t>Маска&lt;br /&gt;</w:t>
        <w:br/>
        <w:t>То ти, виходить, знаєш,&lt;br /&gt;</w:t>
        <w:br/>
        <w:t>Скінчиться чим розмова ця?&lt;br /&gt;</w:t>
        <w:br/>
        <w:t>Князь&lt;br /&gt;</w:t>
        <w:br/>
        <w:t>Розійдемось, поговоривши.&lt;br /&gt;</w:t>
        <w:br/>
        <w:t>Маска&lt;br /&gt;</w:t>
        <w:br/>
        <w:t>Браво!&lt;br /&gt;</w:t>
        <w:br/>
        <w:t>Князь&lt;br /&gt;</w:t>
        <w:br/>
        <w:t>Ліворуч ти, а я направо.&lt;br /&gt;</w:t>
        <w:br/>
        <w:t>Маска&lt;br /&gt;</w:t>
        <w:br/>
        <w:t>А що, коли я тут навмисно, щоб хоч мить&lt;br /&gt;</w:t>
        <w:br/>
        <w:t>З тобою бачитись і говорить?&lt;br /&gt;</w:t>
        <w:br/>
        <w:t>А що, як я скажу, що присягатись будеш&lt;br /&gt;</w:t>
        <w:br/>
        <w:t>Мені ти в тім, що вік мене вже не забудеш,&lt;br /&gt;</w:t>
        <w:br/>
        <w:t>І будеш рад мені віддати все життя&lt;br /&gt;</w:t>
        <w:br/>
        <w:t>За те, щоб з вуст моїх почути в мить останню,&lt;br /&gt;</w:t>
        <w:br/>
        <w:t>Коли, мов привид, зникну я,&lt;br /&gt;</w:t>
        <w:br/>
        <w:t>Єдине слово: до стрівання!&lt;br /&gt;</w:t>
        <w:br/>
        <w:t>Князь&lt;br /&gt;</w:t>
        <w:br/>
        <w:t>Розумна маска ти, — а слів не бережеш.&lt;br /&gt;</w:t>
        <w:br/>
        <w:t>То знаєш ти мене? Я хочу знати теж.</w:t>
      </w:r>
    </w:p>
    <w:p>
      <w:r>
        <w:br/>
        <w:t>Ти! Безхарактерний, лихий, ти все від'ємне&lt;br /&gt;</w:t>
        <w:br/>
        <w:t>В собі поєднуєш, що має ця юрба.&lt;br /&gt;</w:t>
        <w:br/>
        <w:t>В тобі однім відбилася доба, —&lt;br /&gt;</w:t>
        <w:br/>
        <w:t>Доба теперішня — блискуча і нікчемна.&lt;br /&gt;</w:t>
        <w:br/>
        <w:t>Боїшся пристрастей, жадаючи утіх,&lt;br /&gt;</w:t>
        <w:br/>
        <w:t>Сам хочеш знати все, а жертв — о, ні! не знаєш,&lt;br /&gt;</w:t>
        <w:br/>
        <w:t>Людей без гордощів, без серця зневажаєш, —&lt;br /&gt;</w:t>
        <w:br/>
        <w:t>Сам — іграшка людей таких.&lt;br /&gt;</w:t>
        <w:br/>
        <w:t>О, знаю я тебе!&lt;br /&gt;</w:t>
        <w:br/>
        <w:t>Князь&lt;br /&gt;</w:t>
        <w:br/>
        <w:t>Мені ти лестиш, маско.&lt;br /&gt;</w:t>
        <w:br/>
        <w:t>Маска&lt;br /&gt;</w:t>
        <w:br/>
        <w:t>Ти лихо чиниш всім.&lt;br /&gt;</w:t>
        <w:br/>
        <w:t>Князь&lt;br /&gt;</w:t>
        <w:br/>
        <w:t>Можливо, мимохіть.&lt;br /&gt;</w:t>
        <w:br/>
        <w:t>Маска&lt;br /&gt;</w:t>
        <w:br/>
        <w:t>Не знаю! Вислухай, будь ласка,&lt;br /&gt;</w:t>
        <w:br/>
        <w:t>Ще річ одну: жінкам не слід тебе любить.&lt;br /&gt;</w:t>
        <w:br/>
        <w:t>Князь&lt;br /&gt;</w:t>
        <w:br/>
        <w:t>Любов!.. її я не шукав.&lt;br /&gt;</w:t>
        <w:br/>
        <w:t>Маска&lt;br /&gt;</w:t>
        <w:br/>
        <w:t>Шукать не вмієш.&lt;br /&gt;</w:t>
        <w:br/>
        <w:t>Князь&lt;br /&gt;</w:t>
        <w:br/>
        <w:t>Або стомивсь шукать.&lt;br /&gt;</w:t>
        <w:br/>
        <w:t>Маска&lt;br /&gt;</w:t>
        <w:br/>
        <w:t>А що, коли за мить&lt;br /&gt;</w:t>
        <w:br/>
        <w:t>До тебе з'явиться вона, щоб полонить,&lt;br /&gt;</w:t>
        <w:br/>
        <w:t>Невже нечулим ти лишитися посмієш?&lt;br /&gt;</w:t>
        <w:br/>
        <w:t>Князь&lt;br /&gt;</w:t>
        <w:br/>
        <w:t>Та хто ж вона?.. Звичайно, ідеал?</w:t>
      </w:r>
    </w:p>
    <w:p>
      <w:r>
        <w:br/>
        <w:t>Маска&lt;br /&gt;</w:t>
        <w:br/>
        <w:t>Ні, женщина... а далі, що за діло?&lt;br /&gt;</w:t>
        <w:br/>
        <w:t>Князь&lt;br /&gt;</w:t>
        <w:br/>
        <w:t>То покажи її... з'являється хай сміло.&lt;br /&gt;</w:t>
        <w:br/>
        <w:t>Маска&lt;br /&gt;</w:t>
        <w:br/>
        <w:t>Не мало хочеш ти, вгамуй шаленства пал.&lt;br /&gt;</w:t>
        <w:br/>
        <w:t>(Якусь мить мовчання).&lt;br /&gt;</w:t>
        <w:br/>
        <w:t>Не вимагатиме вона признань, зітхання,&lt;br /&gt;</w:t>
        <w:br/>
        <w:t>Ні сліз гірких, ні полум'яних слів...&lt;br /&gt;</w:t>
        <w:br/>
        <w:t>Але клянись лишити намагання&lt;br /&gt;</w:t>
        <w:br/>
        <w:t>Дізнатись, хто вона... і разом з тим&lt;br /&gt;</w:t>
        <w:br/>
        <w:t>Мовчать.&lt;br /&gt;</w:t>
        <w:br/>
        <w:t>Князь&lt;br /&gt;</w:t>
        <w:br/>
        <w:t>Клянусь землею й небесами,&lt;br /&gt;</w:t>
        <w:br/>
        <w:t>І честю я клянусь!&lt;br /&gt;</w:t>
        <w:br/>
        <w:t>Маска&lt;br /&gt;</w:t>
        <w:br/>
        <w:t>Гляди ж! Тепер ходім&lt;br /&gt;</w:t>
        <w:br/>
        <w:t>І пам'ятай, — не жарти поміж нами.&lt;br /&gt;</w:t>
        <w:br/>
        <w:t>(Виходять попід руки).&lt;br /&gt;</w:t>
        <w:br/>
        <w:t>вихід ТРЕТІЙ&lt;br /&gt;</w:t>
        <w:br/>
        <w:t>Арбенін та дві маски.&lt;br /&gt;</w:t>
        <w:br/>
        <w:t>Арбенін тягне за руку чоловічу маску.&lt;br /&gt;</w:t>
        <w:br/>
        <w:t>Арбенін&lt;br /&gt;</w:t>
        <w:br/>
        <w:t>Це клевета! Це неможливо!&lt;br /&gt;</w:t>
        <w:br/>
        <w:t>Не знаю, пане, хто ви єсть,&lt;br /&gt;</w:t>
        <w:br/>
        <w:t>Та ви мою сплямили честь.&lt;br /&gt;</w:t>
        <w:br/>
        <w:t>Ви знаєте, хто я?&lt;br /&gt;</w:t>
        <w:br/>
        <w:t>Маска&lt;br /&gt;</w:t>
        <w:br/>
        <w:t>Я знаю, ким були ви.&lt;br /&gt;</w:t>
        <w:br/>
        <w:t>Арбенін&lt;br /&gt;</w:t>
        <w:br/>
        <w:t>Скидайте маску! Вийшов час!..&lt;br /&gt;</w:t>
        <w:br/>
        <w:t>Ви дієте безчесно, пане!</w:t>
      </w:r>
    </w:p>
    <w:p>
      <w:r>
        <w:br/>
        <w:t>Навіщо вам? Лице моє незнане&lt;br /&gt;</w:t>
        <w:br/>
        <w:t>Вам, як і маска. Сам я вперше бачу вас.&lt;br /&gt;</w:t>
        <w:br/>
        <w:t>Арбенін&lt;br /&gt;</w:t>
        <w:br/>
        <w:t>Не вірю! Надто ви злякались! Забирайтесь!&lt;br /&gt;</w:t>
        <w:br/>
        <w:t>Я навіть гніватись на вас соромлюсь, — пріч!&lt;br /&gt;</w:t>
        <w:br/>
        <w:t>Маска&lt;br /&gt;</w:t>
        <w:br/>
        <w:t>Я йду. Проте, ви начувайтесь!&lt;br /&gt;</w:t>
        <w:br/>
        <w:t>Нещастя з вами станеться сю ніч.&lt;br /&gt;</w:t>
        <w:br/>
        <w:t>(Зникає в юрбі).&lt;br /&gt;</w:t>
        <w:br/>
        <w:t>Арбенін&lt;br /&gt;</w:t>
        <w:br/>
        <w:t>Стривайте!.. Зник... От, Бог наслав злоріку!&lt;br /&gt;</w:t>
        <w:br/>
        <w:t>Цей боягуз... хтось з ворогів, мабуть...&lt;br /&gt;</w:t>
        <w:br/>
        <w:t>А їх у мене скрізь без ліку.&lt;br /&gt;</w:t>
        <w:br/>
        <w:t>Ха-ха-ха-ха! Ну, що ж, бувай, щаслива путь!&lt;br /&gt;</w:t>
        <w:br/>
        <w:t>вихід ЧЕТВЕРТИЙ&lt;br /&gt;</w:t>
        <w:br/>
        <w:t>Шпріх та Арбенін&lt;br /&gt;</w:t>
        <w:br/>
        <w:t>Шпріх з'являється. На канапі сидять дві жіночі маски. Хтось&lt;br /&gt;</w:t>
        <w:br/>
        <w:t>підходить і інтригує, бере за руку... одна виривається й виходить;&lt;br /&gt;</w:t>
        <w:br/>
        <w:t>з руки її падає браслет.&lt;br /&gt;</w:t>
        <w:br/>
        <w:t>Шпріх&lt;br /&gt;</w:t>
        <w:br/>
        <w:t>Кого ви тут безжально так тягали.&lt;br /&gt;</w:t>
        <w:br/>
        <w:t>Мосьє Арбенін?&lt;br /&gt;</w:t>
        <w:br/>
        <w:t>Арбенін&lt;br /&gt;</w:t>
        <w:br/>
        <w:t>Так... я жартував...&lt;br /&gt;</w:t>
        <w:br/>
        <w:t>Мій приятель...&lt;br /&gt;</w:t>
        <w:br/>
        <w:t>Шпріх&lt;br /&gt;</w:t>
        <w:br/>
        <w:t>Звичайно, жартували&lt;br /&gt;</w:t>
        <w:br/>
        <w:t>Не жартома ви з ним... на вас він нарікав.&lt;br /&gt;</w:t>
        <w:br/>
        <w:t>Арбенін</w:t>
      </w:r>
    </w:p>
    <w:p>
      <w:r>
        <w:br/>
        <w:t>Шпріх&lt;br /&gt;</w:t>
        <w:br/>
        <w:t>Якась там маска.&lt;br /&gt;</w:t>
        <w:br/>
        <w:t>Арбенін&lt;br /&gt;</w:t>
        <w:br/>
        <w:t>Слух на диво&lt;br /&gt;</w:t>
        <w:br/>
        <w:t>У вас.&lt;br /&gt;</w:t>
        <w:br/>
        <w:t>Шпріх&lt;br /&gt;</w:t>
        <w:br/>
        <w:t>Все чую, так... та до чужих я справ&lt;br /&gt;</w:t>
        <w:br/>
        <w:t>Втручатись не люблю, і все мовчу...&lt;br /&gt;</w:t>
        <w:br/>
        <w:t>Арбенін&lt;br /&gt;</w:t>
        <w:br/>
        <w:t>Можливо...&lt;br /&gt;</w:t>
        <w:br/>
        <w:t>То ви не знаєте?.. Ну, сором, особливо&lt;br /&gt;</w:t>
        <w:br/>
        <w:t>Про це...&lt;br /&gt;</w:t>
        <w:br/>
        <w:t>Шпріх&lt;br /&gt;</w:t>
        <w:br/>
        <w:t>А що таке?&lt;br /&gt;</w:t>
        <w:br/>
        <w:t>Арбенін&lt;br /&gt;</w:t>
        <w:br/>
        <w:t>Ні, я пожартував.&lt;br /&gt;</w:t>
        <w:br/>
        <w:t>Шпріх&lt;br /&gt;</w:t>
        <w:br/>
        <w:t>Скажіть...&lt;br /&gt;</w:t>
        <w:br/>
        <w:t>Арбенін&lt;br /&gt;</w:t>
        <w:br/>
        <w:t>У вас жона красуня тут найкраща?&lt;br /&gt;</w:t>
        <w:br/>
        <w:t>Шпріх&lt;br /&gt;</w:t>
        <w:br/>
        <w:t>Ну, що ж?..&lt;br /&gt;</w:t>
        <w:br/>
        <w:t>Арбенін (змінившитон)&lt;br /&gt;</w:t>
        <w:br/>
        <w:t>А їздить ще до вас смуглявий той вусань?&lt;br /&gt;</w:t>
        <w:br/>
        <w:t>(Насвистує пісню й виходить).&lt;br /&gt;</w:t>
        <w:br/>
        <w:t>Шпріх (сам)&lt;br /&gt;</w:t>
        <w:br/>
        <w:t>А щоб тобі засохла паща!&lt;br /&gt;</w:t>
        <w:br/>
        <w:t>Смієшся з мене ти, а сам от-от рогань.&lt;br /&gt;</w:t>
        <w:br/>
        <w:t>(Зникає в натовпі).</w:t>
      </w:r>
    </w:p>
    <w:p>
      <w:r>
        <w:br/>
        <w:t>ВИХЩ П'ЯТИЙ&lt;br /&gt;</w:t>
        <w:br/>
        <w:t>1-а маска, сама.&lt;br /&gt;</w:t>
        <w:br/>
        <w:t>1-а маска, схвильована, швидко входить і падає на канапу.&lt;br /&gt;</w:t>
        <w:br/>
        <w:t>1-а маска&lt;br /&gt;</w:t>
        <w:br/>
        <w:t>Ах, серце вистрибне... Він маску міг зірвати!&lt;br /&gt;</w:t>
        <w:br/>
        <w:t>О, боже мій, як збутися біди?&lt;br /&gt;</w:t>
        <w:br/>
        <w:t>Та ні, він не впізнав... Не міг він і гадати,&lt;br /&gt;</w:t>
        <w:br/>
        <w:t>Що женщина, перед якою світ завжди, —&lt;br /&gt;</w:t>
        <w:br/>
        <w:t>Нехай і заздрячи, схилявся з дивуванням, —&lt;br /&gt;</w:t>
        <w:br/>
        <w:t>Нараз, в запалі самозабуття&lt;br /&gt;</w:t>
        <w:br/>
        <w:t>Йому на шию кинеться з благанням&lt;br /&gt;</w:t>
        <w:br/>
        <w:t>На неї зглянутись; палаючи коханням,&lt;br /&gt;</w:t>
        <w:br/>
        <w:t>Зухвало скаже: я твоя!&lt;br /&gt;</w:t>
        <w:br/>
        <w:t>Цієї тайни він ніколи не пізнає...&lt;br /&gt;</w:t>
        <w:br/>
        <w:t>Нехай... Не хочу я... Та він жадає&lt;br /&gt;</w:t>
        <w:br/>
        <w:t>На згадку в мене взять собі якийсь предмет...&lt;br /&gt;</w:t>
        <w:br/>
        <w:t>Цей перстень.., Ні... Це риск, крий боже!&lt;br /&gt;</w:t>
        <w:br/>
        <w:t>(Помічає долі браслет і підіймає).&lt;br /&gt;</w:t>
        <w:br/>
        <w:t>От щастя! Боже мій! Загублений браслет!&lt;br /&gt;</w:t>
        <w:br/>
        <w:t>Емаль і золото... Віддам йому... Не зможе&lt;br /&gt;</w:t>
        <w:br/>
        <w:t>Він з ним знайти мене...&lt;br /&gt;</w:t>
        <w:br/>
        <w:t>вихід шостий&lt;br /&gt;</w:t>
        <w:br/>
        <w:t>1-а м а с к а та князь 3 в є з д и ч.&lt;br /&gt;</w:t>
        <w:br/>
        <w:t>Князь з лорнетом квапливо продирається.&lt;br /&gt;</w:t>
        <w:br/>
        <w:t>Князь&lt;br /&gt;</w:t>
        <w:br/>
        <w:t>Так... Справді, ось вона.&lt;br /&gt;</w:t>
        <w:br/>
        <w:t>Між тисяч інших я тепер її впізнаю.&lt;br /&gt;</w:t>
        <w:br/>
        <w:t>(Сідає на канапу й бере її за руку).&lt;br /&gt;</w:t>
        <w:br/>
        <w:t>О, ти не зникнеш, ні!..&lt;br /&gt;</w:t>
        <w:br/>
        <w:t>Маска&lt;br /&gt;</w:t>
        <w:br/>
        <w:t>І наміру не маю.&lt;br /&gt;</w:t>
        <w:br/>
        <w:t>Князь&lt;br /&gt;</w:t>
        <w:br/>
        <w:t>Я хочу бачить вас.</w:t>
      </w:r>
    </w:p>
    <w:p>
      <w:r>
        <w:br/>
        <w:t>Ах, думка ця смішна.&lt;br /&gt;</w:t>
        <w:br/>
        <w:t>Я перед вами, тут.&lt;br /&gt;</w:t>
        <w:br/>
        <w:t>Князь&lt;br /&gt;</w:t>
        <w:br/>
        <w:t>Недобрий жарт. Я знаю&lt;br /&gt;</w:t>
        <w:br/>
        <w:t>Твій намір жартувать, — я іншого жадаю.&lt;br /&gt;</w:t>
        <w:br/>
        <w:t>Якщо зречешся ти негайно, вмить,&lt;br /&gt;</w:t>
        <w:br/>
        <w:t>Мені красу свою явить,&lt;br /&gt;</w:t>
        <w:br/>
        <w:t>То я зірву лукаву цю личину,&lt;br /&gt;</w:t>
        <w:br/>
        <w:t>Я силоміць...&lt;br /&gt;</w:t>
        <w:br/>
        <w:t>Маска&lt;br /&gt;</w:t>
        <w:br/>
        <w:t>От і збагни мужчину!&lt;br /&gt;</w:t>
        <w:br/>
        <w:t>Ви невдоволень.. Замало вам того,&lt;br /&gt;</w:t>
        <w:br/>
        <w:t>Що я люблю вас... Ні, вам хочеться всього,&lt;br /&gt;</w:t>
        <w:br/>
        <w:t>Мене знеславити ви маєте бажання,&lt;br /&gt;</w:t>
        <w:br/>
        <w:t>Щоб, стрівши десь на балі, на гулянні,&lt;br /&gt;</w:t>
        <w:br/>
        <w:t>Про цю смішну пригоду розказать&lt;br /&gt;</w:t>
        <w:br/>
        <w:t>Всім друзям, сміючись, могли ви?&lt;br /&gt;</w:t>
        <w:br/>
        <w:t>І, щоб розвіять їх сумніви,&lt;br /&gt;</w:t>
        <w:br/>
        <w:t>Промовить: ось вона... і пальцем показать?&lt;br /&gt;</w:t>
        <w:br/>
        <w:t>Князь&lt;br /&gt;</w:t>
        <w:br/>
        <w:t>Запам'ятаю я твій голос...&lt;br /&gt;</w:t>
        <w:br/>
        <w:t>Маска&lt;br /&gt;</w:t>
        <w:br/>
        <w:t>Справжнє чудо!&lt;br /&gt;</w:t>
        <w:br/>
        <w:t>Та в ста жінок — ручусь! — сто голосів таких&lt;br /&gt;</w:t>
        <w:br/>
        <w:t>Вас засміють, — зверніться лиш до них;&lt;br /&gt;</w:t>
        <w:br/>
        <w:t>Втім, це до речі, навіть, буде.&lt;br /&gt;</w:t>
        <w:br/>
        <w:t>Князь&lt;br /&gt;</w:t>
        <w:br/>
        <w:t>Та щастя повного не маю я...&lt;br /&gt;</w:t>
        <w:br/>
        <w:t>Маска&lt;br /&gt;</w:t>
        <w:br/>
        <w:t>Не знать!&lt;br /&gt;</w:t>
        <w:br/>
        <w:t>За те, що маску цю не хочу я скидать,&lt;br /&gt;</w:t>
        <w:br/>
        <w:t>Вам, може, долю слід благословлять.</w:t>
      </w:r>
    </w:p>
    <w:p>
      <w:r>
        <w:br/>
        <w:t>Що, як стара я і гидка?.. Яку ви міну&lt;br /&gt;</w:t>
        <w:br/>
        <w:t>Мені зсудомите?&lt;br /&gt;</w:t>
        <w:br/>
        <w:t>Князь&lt;br /&gt;</w:t>
        <w:br/>
        <w:t>А, хочеш ти злякать!&lt;br /&gt;</w:t>
        <w:br/>
        <w:t>Та чари знаючи твої наполовину,&lt;br /&gt;</w:t>
        <w:br/>
        <w:t>Чи можна ж решти не вгадать?&lt;br /&gt;</w:t>
        <w:br/>
        <w:t>Маска (хоче йти)&lt;br /&gt;</w:t>
        <w:br/>
        <w:t>Прощай...&lt;br /&gt;</w:t>
        <w:br/>
        <w:t>Князь&lt;br /&gt;</w:t>
        <w:br/>
        <w:t>О, ні! Лиши на спогад щось про себе...&lt;br /&gt;</w:t>
        <w:br/>
        <w:t>Невже, мов тінь, ти зникнеш так з очей?&lt;br /&gt;</w:t>
        <w:br/>
        <w:t>Нема жалю до мене в тебе?&lt;br /&gt;</w:t>
        <w:br/>
        <w:t>Маска (відійшовши два кроки)&lt;br /&gt;</w:t>
        <w:br/>
        <w:t>Мені вас жаль... Гаразд, браслет візьміть оцей.&lt;br /&gt;</w:t>
        <w:br/>
        <w:t>(Кидає браслет долі, поки він його підіймає, вона зникає&lt;br /&gt;</w:t>
        <w:br/>
        <w:t>в юрбі).&lt;br /&gt;</w:t>
        <w:br/>
        <w:t>вихід сьомий&lt;br /&gt;</w:t>
        <w:br/>
        <w:t>Князь, згодом Арбенін.&lt;br /&gt;</w:t>
        <w:br/>
        <w:t>Князь (він даремно шукає її очима)&lt;br /&gt;</w:t>
        <w:br/>
        <w:t>Так ошукать!.. Жалю я справді вартий.&lt;br /&gt;</w:t>
        <w:br/>
        <w:t>Немає...&lt;br /&gt;</w:t>
        <w:br/>
        <w:t>(Побачивши Арбеніна)&lt;br /&gt;</w:t>
        <w:br/>
        <w:t>А...&lt;br /&gt;</w:t>
        <w:br/>
        <w:t>Арбенін (ідезамислений)&lt;br /&gt;</w:t>
        <w:br/>
        <w:t>Хто цей лихий пророк?&lt;br /&gt;</w:t>
        <w:br/>
        <w:t>Мене він знає, так... І не були то жарти.&lt;br /&gt;</w:t>
        <w:br/>
        <w:t>Князь (підходячи)&lt;br /&gt;</w:t>
        <w:br/>
        <w:t>На користь був мені недавній ваш урок.&lt;br /&gt;</w:t>
        <w:br/>
        <w:t>Арбенін&lt;br /&gt;</w:t>
        <w:br/>
        <w:t>Радію щиро я...</w:t>
      </w:r>
    </w:p>
    <w:p>
      <w:r>
        <w:br/>
        <w:t>Князь&lt;br /&gt;</w:t>
        <w:br/>
        <w:t>Та щастя налетіло&lt;br /&gt;</w:t>
        <w:br/>
        <w:t>Само і вмить...&lt;br /&gt;</w:t>
        <w:br/>
        <w:t>Арбенін&lt;br /&gt;</w:t>
        <w:br/>
        <w:t>А з щастям завжди так.&lt;br /&gt;</w:t>
        <w:br/>
        <w:t>Князь&lt;br /&gt;</w:t>
        <w:br/>
        <w:t>І ледь його схопив я, мислячи: от діло!&lt;br /&gt;</w:t>
        <w:br/>
        <w:t>Воно...&lt;br /&gt;</w:t>
        <w:br/>
        <w:t>(дме на долоню)&lt;br /&gt;</w:t>
        <w:br/>
        <w:t>Тепер собі сказать я можу сміло:&lt;br /&gt;</w:t>
        <w:br/>
        <w:t>Коли це все не сон, то дурень я й дивак.&lt;br /&gt;</w:t>
        <w:br/>
        <w:t>Арбенін&lt;br /&gt;</w:t>
        <w:br/>
        <w:t>Щоб заперечувать, потрібно більше знати.&lt;br /&gt;</w:t>
        <w:br/>
        <w:t>Князь&lt;br /&gt;</w:t>
        <w:br/>
        <w:t>Ви все жартуєте... Порадьте, що почати.&lt;br /&gt;</w:t>
        <w:br/>
        <w:t>Послухайте...&lt;br /&gt;</w:t>
        <w:br/>
        <w:t>(Кілька слів на вухо).&lt;br /&gt;</w:t>
        <w:br/>
        <w:t>Ну, як не вразитись мені?&lt;br /&gt;</w:t>
        <w:br/>
        <w:t>Хитрійка вирвалась — і ось...&lt;br /&gt;</w:t>
        <w:br/>
        <w:t>(Показує браслет)&lt;br /&gt;</w:t>
        <w:br/>
        <w:t>Мов уві сні.&lt;br /&gt;</w:t>
        <w:br/>
        <w:t>Такий сумний кінець...&lt;br /&gt;</w:t>
        <w:br/>
        <w:t>Арбенін (посміхаючись)&lt;br /&gt;</w:t>
        <w:br/>
        <w:t>А почали не зле ви.&lt;br /&gt;</w:t>
        <w:br/>
        <w:t>Так. Покажіть мені браслет.&lt;br /&gt;</w:t>
        <w:br/>
        <w:t>Князь&lt;br /&gt;</w:t>
        <w:br/>
        <w:t>Будь ласка, ось.&lt;br /&gt;</w:t>
        <w:br/>
        <w:t>Арбенін&lt;br /&gt;</w:t>
        <w:br/>
        <w:t>Десь бачив ніби я подібний... А! Стривайте!&lt;br /&gt;</w:t>
        <w:br/>
        <w:t>Та ні, не може буть... Здалось.</w:t>
      </w:r>
    </w:p>
    <w:p>
      <w:r>
        <w:br/>
        <w:t>Князь&lt;br /&gt;</w:t>
        <w:br/>
        <w:t>Де відшукать її?&lt;br /&gt;</w:t>
        <w:br/>
        <w:t>Арбенін&lt;br /&gt;</w:t>
        <w:br/>
        <w:t>Та ось вам, вибирайте, —&lt;br /&gt;</w:t>
        <w:br/>
        <w:t>Тут сила їх... між них десь і вона.&lt;br /&gt;</w:t>
        <w:br/>
        <w:t>Князь&lt;br /&gt;</w:t>
        <w:br/>
        <w:t>А що, як ні?&lt;br /&gt;</w:t>
        <w:br/>
        <w:t>Арбенін&lt;br /&gt;</w:t>
        <w:br/>
        <w:t>Дарма, ще знайдеться одна,&lt;br /&gt;</w:t>
        <w:br/>
        <w:t>її ви й підхопіть... а ні, то уявляйте.&lt;br /&gt;</w:t>
        <w:br/>
        <w:t>Князь&lt;br /&gt;</w:t>
        <w:br/>
        <w:t>Ні, з цим браслетом я знайду її, — сама&lt;br /&gt;</w:t>
        <w:br/>
        <w:t>Вона дала його...&lt;br /&gt;</w:t>
        <w:br/>
        <w:t>Арбенін&lt;br /&gt;</w:t>
        <w:br/>
        <w:t>Що ж, зробимо два тури.&lt;br /&gt;</w:t>
        <w:br/>
        <w:t>Але, якщо вона не зовсім дура,&lt;br /&gt;</w:t>
        <w:br/>
        <w:t>То тут її і сліду вже нема.&lt;br /&gt;</w:t>
        <w:br/>
        <w:t>СЦЕНА ТРЕТЯ&lt;br /&gt;</w:t>
        <w:br/>
        <w:t>ВИХІД ПЕРШИЙ&lt;br /&gt;</w:t>
        <w:br/>
        <w:t>Арбенін входить; слуга.&lt;br /&gt;</w:t>
        <w:br/>
        <w:t>Арбенін&lt;br /&gt;</w:t>
        <w:br/>
        <w:t>Минув ще вечір... мов туман, мов чад.&lt;br /&gt;</w:t>
        <w:br/>
        <w:t>Ще мерехтить в моїй уяві&lt;br /&gt;</w:t>
        <w:br/>
        <w:t>Строкатий набрід цей, — увесь цей маскарад,&lt;br /&gt;</w:t>
        <w:br/>
        <w:t>Розмови, лиця нецікаві...&lt;br /&gt;</w:t>
        <w:br/>
        <w:t>І що я там робив — лиш здумать зволь!&lt;br /&gt;</w:t>
        <w:br/>
        <w:t>За інших мріяв, як поети,&lt;br /&gt;</w:t>
        <w:br/>
        <w:t>Порівнював даровані браслети,&lt;br /&gt;</w:t>
        <w:br/>
        <w:t>Чужі відгадував думки і таємниці...&lt;br /&gt;</w:t>
        <w:br/>
        <w:t>Не до лиця подібна роль&lt;br /&gt;</w:t>
        <w:br/>
        <w:t>В моєму віці.</w:t>
      </w:r>
    </w:p>
    <w:p>
      <w:r>
        <w:br/>
        <w:t>(До слуги).&lt;br /&gt;</w:t>
        <w:br/>
        <w:t>Приїхала вже пані?&lt;br /&gt;</w:t>
        <w:br/>
        <w:t>Слуга&lt;br /&gt;</w:t>
        <w:br/>
        <w:t>Ні.&lt;br /&gt;</w:t>
        <w:br/>
        <w:t>Арбенін&lt;br /&gt;</w:t>
        <w:br/>
        <w:t>Коли ж?&lt;br /&gt;</w:t>
        <w:br/>
        <w:t>Повинна бути?&lt;br /&gt;</w:t>
        <w:br/>
        <w:t>Слуга&lt;br /&gt;</w:t>
        <w:br/>
        <w:t>Велено чекати&lt;br /&gt;</w:t>
        <w:br/>
        <w:t>В дванадцять.&lt;br /&gt;</w:t>
        <w:br/>
        <w:t>Арбенін&lt;br /&gt;</w:t>
        <w:br/>
        <w:t>Так. А зараз дві вже, не раніш.&lt;br /&gt;</w:t>
        <w:br/>
        <w:t>Чи там вона лишилась ночувати?&lt;br /&gt;</w:t>
        <w:br/>
        <w:t>Слуга&lt;br /&gt;</w:t>
        <w:br/>
        <w:t>Цього не знаю, пане.&lt;br /&gt;</w:t>
        <w:br/>
        <w:t>Арбенін&lt;br /&gt;</w:t>
        <w:br/>
        <w:t>Ніби? Ну,&lt;br /&gt;</w:t>
        <w:br/>
        <w:t>Іди. Свічу постав на стіл. Гукну.&lt;br /&gt;</w:t>
        <w:br/>
        <w:t>(Слуга виходить; він сідає в крісло).&lt;br /&gt;</w:t>
        <w:br/>
        <w:t>вихід ДРУГИЙ&lt;br /&gt;</w:t>
        <w:br/>
        <w:t>Арбенін (сам)&lt;br /&gt;</w:t>
        <w:br/>
        <w:t>Бог справедливий, і мене спіткало&lt;br /&gt;</w:t>
        <w:br/>
        <w:t>Те лихо, що його немало&lt;br /&gt;</w:t>
        <w:br/>
        <w:t>Завдав я іншим без жалю.&lt;br /&gt;</w:t>
        <w:br/>
        <w:t>Чужі жінки мене чекали так, бувало.&lt;br /&gt;</w:t>
        <w:br/>
        <w:t>Як от чекаю я свою.&lt;br /&gt;</w:t>
        <w:br/>
        <w:t>Поміж примхливиць безоглядно&lt;br /&gt;</w:t>
        <w:br/>
        <w:t>І марно юність я прожив.&lt;br /&gt;</w:t>
        <w:br/>
        <w:t>Мене любили пристрасно, незрадно,&lt;br /&gt;</w:t>
        <w:br/>
        <w:t>Я жодну з них ніколи не любив.&lt;br /&gt;</w:t>
        <w:br/>
        <w:t>Ще в зародку роман, а знав я вже розв'язку,</w:t>
      </w:r>
    </w:p>
    <w:p>
      <w:r>
        <w:br/>
        <w:t>Й слова любові говорив&lt;br /&gt;</w:t>
        <w:br/>
        <w:t>Новим серцям, як няня казку.&lt;br /&gt;</w:t>
        <w:br/>
        <w:t>І тяжко стало й сумно жить!&lt;br /&gt;</w:t>
        <w:br/>
        <w:t>Тоді мені порадив хтось лукаво&lt;br /&gt;</w:t>
        <w:br/>
        <w:t>Женитись, щоб святе вже мати право&lt;br /&gt;</w:t>
        <w:br/>
        <w:t>Анікогісінько на світі не любить.&lt;br /&gt;</w:t>
        <w:br/>
        <w:t>І от, дружину я знайшов... І без вагання&lt;br /&gt;</w:t>
        <w:br/>
        <w:t>Створіння це прекрасне, мов зоря.&lt;br /&gt;</w:t>
        <w:br/>
        <w:t>Неначе жертву на заклання,&lt;br /&gt;</w:t>
        <w:br/>
        <w:t>Я без жалю повів до вівтаря.&lt;br /&gt;</w:t>
        <w:br/>
        <w:t>Та враз забутий звук в мені почувся,&lt;br /&gt;</w:t>
        <w:br/>
        <w:t>В змертвілу душу я свою&lt;br /&gt;</w:t>
        <w:br/>
        <w:t>Поглянув і відчув, що я її люблю.&lt;br /&gt;</w:t>
        <w:br/>
        <w:t>І — сором мовити... жахнувся,&lt;br /&gt;</w:t>
        <w:br/>
        <w:t>І марні мрії та любов&lt;br /&gt;</w:t>
        <w:br/>
        <w:t>У грудях знов буяють на просторі.&lt;br /&gt;</w:t>
        <w:br/>
        <w:t>Човен розбитий вщент, я кинутий у море...&lt;br /&gt;</w:t>
        <w:br/>
        <w:t>Чи повернусь у пристань знов?&lt;br /&gt;</w:t>
        <w:br/>
        <w:t>(Замислюється).&lt;br /&gt;</w:t>
        <w:br/>
        <w:t>ВИХІД ТРЕТІЙ&lt;br /&gt;</w:t>
        <w:br/>
        <w:t>Арбенін та Ніна.&lt;br /&gt;</w:t>
        <w:br/>
        <w:t>Ніна входить навшпиньках і, підійшовши, потихеньку цілує його&lt;br /&gt;</w:t>
        <w:br/>
        <w:t>в чоло.&lt;br /&gt;</w:t>
        <w:br/>
        <w:t>Арбенін&lt;br /&gt;</w:t>
        <w:br/>
        <w:t>Ах, здрастуй, Ніно, ти... Однак...&lt;br /&gt;</w:t>
        <w:br/>
        <w:t>Давно вже час...&lt;br /&gt;</w:t>
        <w:br/>
        <w:t>Ніна&lt;br /&gt;</w:t>
        <w:br/>
        <w:t>А що, хіба так пізно?&lt;br /&gt;</w:t>
        <w:br/>
        <w:t>Арбенін&lt;br /&gt;</w:t>
        <w:br/>
        <w:t>Я вже годину жду.&lt;br /&gt;</w:t>
        <w:br/>
        <w:t>Ніна&lt;br /&gt;</w:t>
        <w:br/>
        <w:t>Невже?&lt;br /&gt;</w:t>
        <w:br/>
        <w:t>Арбенін&lt;br /&gt;</w:t>
        <w:br/>
        <w:t>Приблизно-&lt;br /&gt;</w:t>
        <w:br/>
        <w:t>го</w:t>
      </w:r>
    </w:p>
    <w:p>
      <w:r>
        <w:br/>
        <w:t>Ніна&lt;br /&gt;</w:t>
        <w:br/>
        <w:t>Ти милий мій...&lt;br /&gt;</w:t>
        <w:br/>
        <w:t>Арбенін&lt;br /&gt;</w:t>
        <w:br/>
        <w:t>А думаєш... дивак?&lt;br /&gt;</w:t>
        <w:br/>
        <w:t>Він жде мене... а я...&lt;br /&gt;</w:t>
        <w:br/>
        <w:t>Ніна&lt;br /&gt;</w:t>
        <w:br/>
        <w:t>Ну, ось... отак.&lt;br /&gt;</w:t>
        <w:br/>
        <w:t>Ти щоразу: похмурий, грізний, — нене!&lt;br /&gt;</w:t>
        <w:br/>
        <w:t>Ніяк тобі не догодиш.&lt;br /&gt;</w:t>
        <w:br/>
        <w:t>Смутний, коли не поруч мене,&lt;br /&gt;</w:t>
        <w:br/>
        <w:t>А стрінемось, — бурчиш.&lt;br /&gt;</w:t>
        <w:br/>
        <w:t>Скажи одверто: Ніно,&lt;br /&gt;</w:t>
        <w:br/>
        <w:t>Кинь світ!.. І жити стану я&lt;br /&gt;</w:t>
        <w:br/>
        <w:t>Для тебе лиш; пощо якийсь мужчина,&lt;br /&gt;</w:t>
        <w:br/>
        <w:t>Що дні марнує і життя, —&lt;br /&gt;</w:t>
        <w:br/>
        <w:t>Бульварний франт, затягнений в корсеті,&lt;br /&gt;</w:t>
        <w:br/>
        <w:t>Щодня з тобою десь на балі чи в балеті,&lt;br /&gt;</w:t>
        <w:br/>
        <w:t>А я на день годину лиш якусь&lt;br /&gt;</w:t>
        <w:br/>
        <w:t>З тобою можу мовить слово.&lt;br /&gt;</w:t>
        <w:br/>
        <w:t>Скажи мені це — я готова:&lt;br /&gt;</w:t>
        <w:br/>
        <w:t>Покину все, — бали і моду&lt;br /&gt;</w:t>
        <w:br/>
        <w:t>І осоружну цю свободу.&lt;br /&gt;</w:t>
        <w:br/>
        <w:t>Скажи як другові мені це.". Та дарма,&lt;br /&gt;</w:t>
        <w:br/>
        <w:t>Мене уява так заколисала...&lt;br /&gt;</w:t>
        <w:br/>
        <w:t>Щоправда любиш ти мене, але так мало,&lt;br /&gt;</w:t>
        <w:br/>
        <w:t>Що й не ревнуєш, хоч би трішки, тайкома.&lt;br /&gt;</w:t>
        <w:br/>
        <w:t>Арбенін (посміхаючись)&lt;br /&gt;</w:t>
        <w:br/>
        <w:t>Що ж діяти? Я ревнувать не вмію,&lt;br /&gt;</w:t>
        <w:br/>
        <w:t>Та це і смішно...&lt;br /&gt;</w:t>
        <w:br/>
        <w:t>Ніна&lt;br /&gt;</w:t>
        <w:br/>
        <w:t>Розумію.&lt;br /&gt;</w:t>
        <w:br/>
        <w:t>Арбенін&lt;br /&gt;</w:t>
        <w:br/>
        <w:t>Ти гніваєшся?</w:t>
      </w:r>
    </w:p>
    <w:p>
      <w:r>
        <w:br/>
        <w:t>Ніна&lt;br /&gt;</w:t>
        <w:br/>
        <w:t>Ні, я не корю.&lt;br /&gt;</w:t>
        <w:br/>
        <w:t>Арбенін&lt;br /&gt;</w:t>
        <w:br/>
        <w:t>То засмутилась?&lt;br /&gt;</w:t>
        <w:br/>
        <w:t>Ніна&lt;br /&gt;</w:t>
        <w:br/>
        <w:t>Ні, я тільки говорю,&lt;br /&gt;</w:t>
        <w:br/>
        <w:t>Що ти мене не любиш.&lt;br /&gt;</w:t>
        <w:br/>
        <w:t>Арбенін&lt;br /&gt;</w:t>
        <w:br/>
        <w:t>Ніно!&lt;br /&gt;</w:t>
        <w:br/>
        <w:t>Ніна&lt;br /&gt;</w:t>
        <w:br/>
        <w:t>Що ви?&lt;br /&gt;</w:t>
        <w:br/>
        <w:t>Арбенін&lt;br /&gt;</w:t>
        <w:br/>
        <w:t>Стривай... одної долі нас окови&lt;br /&gt;</w:t>
        <w:br/>
        <w:t>Навік з'єднали... і судити не мені,&lt;br /&gt;</w:t>
        <w:br/>
        <w:t>Була це помилка чи ні.&lt;br /&gt;</w:t>
        <w:br/>
        <w:t>(Притягає її до себе на коліна й цілує).&lt;br /&gt;</w:t>
        <w:br/>
        <w:t>Ти молода. Життя велика книга&lt;br /&gt;</w:t>
        <w:br/>
        <w:t>Для тебе ще нечитана скрижаль,&lt;br /&gt;</w:t>
        <w:br/>
        <w:t>Ти не відчула на собі кормиги&lt;br /&gt;</w:t>
        <w:br/>
        <w:t>Добра і зла; перед тобою вдаль&lt;br /&gt;</w:t>
        <w:br/>
        <w:t>Шляхів лежить багато.&lt;br /&gt;</w:t>
        <w:br/>
        <w:t>І вільна ти собі з них будь-який обрати.&lt;br /&gt;</w:t>
        <w:br/>
        <w:t>Минуле ж в тебе, мов кришталь.&lt;br /&gt;</w:t>
        <w:br/>
        <w:t>Не знаючи мене й себе так само,&lt;br /&gt;</w:t>
        <w:br/>
        <w:t>Ти віддалась мені і любиш, вірю я,&lt;br /&gt;</w:t>
        <w:br/>
        <w:t>Та несвідомо, бавлячись чуттями,&lt;br /&gt;</w:t>
        <w:br/>
        <w:t>Пустуєш, мов дитя.&lt;br /&gt;</w:t>
        <w:br/>
        <w:t>А я люблю інакше, я все знаю,&lt;br /&gt;</w:t>
        <w:br/>
        <w:t>Все пережив, відчув, все зрозумів, пізнав...&lt;br /&gt;</w:t>
        <w:br/>
        <w:t>Любив... частіш ненавидів без краю&lt;br /&gt;</w:t>
        <w:br/>
        <w:t>І більше над усе страждав,&lt;br /&gt;</w:t>
        <w:br/>
        <w:t>Жадаючи всього — все потім зневажав я,&lt;br /&gt;</w:t>
        <w:br/>
        <w:t>То сам себе не визнавав я,&lt;br /&gt;</w:t>
        <w:br/>
        <w:t>То світ мене не визнавав.</w:t>
      </w:r>
    </w:p>
    <w:p>
      <w:r>
        <w:br/>
        <w:t>І на житті своїм відчувши знак прокляття,&lt;br /&gt;</w:t>
        <w:br/>
        <w:t>Все став ще більше зневажать я,&lt;br /&gt;</w:t>
        <w:br/>
        <w:t>Й замкнув обійми для чуттів.&lt;br /&gt;</w:t>
        <w:br/>
        <w:t>Немало так спливло років.&lt;br /&gt;</w:t>
        <w:br/>
        <w:t>Про дні, отруєні пороком,&lt;br /&gt;</w:t>
        <w:br/>
        <w:t>Дні юного мого життя,&lt;br /&gt;</w:t>
        <w:br/>
        <w:t>З яким обуренням глибоким&lt;br /&gt;</w:t>
        <w:br/>
        <w:t>На грудях в тебе мислю я!&lt;br /&gt;</w:t>
        <w:br/>
        <w:t>Так, я колись тобі ціни не знав, нещасний.&lt;br /&gt;</w:t>
        <w:br/>
        <w:t>Та скоро черствості кора&lt;br /&gt;</w:t>
        <w:br/>
        <w:t>З душі злетіла і, мов промінь ясний,&lt;br /&gt;</w:t>
        <w:br/>
        <w:t>Моїм очам відкрився світ прекрасний,&lt;br /&gt;</w:t>
        <w:br/>
        <w:t>І я воскреснув для життя й добра.&lt;br /&gt;</w:t>
        <w:br/>
        <w:t>Але, буває, знов якісь ворожі сили&lt;br /&gt;</w:t>
        <w:br/>
        <w:t>Несуть мене у вир колишніх днів,&lt;br /&gt;</w:t>
        <w:br/>
        <w:t>Стирають з пам'яті й чуттів&lt;br /&gt;</w:t>
        <w:br/>
        <w:t>Твій зір ясний, твій образ, голос милий...&lt;br /&gt;</w:t>
        <w:br/>
        <w:t>У боротьбі з собою я тоді&lt;br /&gt;</w:t>
        <w:br/>
        <w:t>Стаю похмурим іноді.&lt;br /&gt;</w:t>
        <w:br/>
        <w:t>Боюсь зневажити тебе я приторканням,&lt;br /&gt;</w:t>
        <w:br/>
        <w:t>Боюсь, щоб стогін мій тебе не настрашив&lt;br /&gt;</w:t>
        <w:br/>
        <w:t>Чи зойк, породжений стражданням.&lt;br /&gt;</w:t>
        <w:br/>
        <w:t>Тоді говориш ти — мене він розлюбив.&lt;br /&gt;</w:t>
        <w:br/>
        <w:t>(Вона дивиться на нього ласкаво й гладить йому волосся).&lt;br /&gt;</w:t>
        <w:br/>
        <w:t>Ніна&lt;br /&gt;</w:t>
        <w:br/>
        <w:t>Чудна людина ти... так іноді ласкаво&lt;br /&gt;</w:t>
        <w:br/>
        <w:t>Ти про любов свою розказуєш мені,&lt;br /&gt;</w:t>
        <w:br/>
        <w:t>І голова твоя в огні,&lt;br /&gt;</w:t>
        <w:br/>
        <w:t>І мисль в очах сіяє жваво,&lt;br /&gt;</w:t>
        <w:br/>
        <w:t>І вірю я всьому тоді...&lt;br /&gt;</w:t>
        <w:br/>
        <w:t>Та часто...&lt;br /&gt;</w:t>
        <w:br/>
        <w:t>Арбенін&lt;br /&gt;</w:t>
        <w:br/>
        <w:t>Часто?&lt;br /&gt;</w:t>
        <w:br/>
        <w:t>Ніна&lt;br /&gt;</w:t>
        <w:br/>
        <w:t>Ні, та іноді!..&lt;br /&gt;</w:t>
        <w:br/>
        <w:t>і Лєрмонтов&lt;br /&gt;</w:t>
        <w:br/>
        <w:t>193</w:t>
      </w:r>
    </w:p>
    <w:p>
      <w:r>
        <w:br/>
        <w:t>Арбенін&lt;br /&gt;</w:t>
        <w:br/>
        <w:t>Я серцем постарів — ти зовсім ще дитя,&lt;br /&gt;</w:t>
        <w:br/>
        <w:t>Та нас єднать могло б кохання.&lt;br /&gt;</w:t>
        <w:br/>
        <w:t>В твоєму віці вірив я&lt;br /&gt;</w:t>
        <w:br/>
        <w:t>Всьому без жодного вагання.&lt;br /&gt;</w:t>
        <w:br/>
        <w:t>Ніна&lt;br /&gt;</w:t>
        <w:br/>
        <w:t>О боже! Знов похмурий ти й лихий.&lt;br /&gt;</w:t>
        <w:br/>
        <w:t>Арбен ін&lt;br /&gt;</w:t>
        <w:br/>
        <w:t>Ні, ні... Щасливий я... Безумний! Знову&lt;br /&gt;</w:t>
        <w:br/>
        <w:t>На тебе сам я звів обмову.&lt;br /&gt;</w:t>
        <w:br/>
        <w:t>Далеко від юрби, з тобою, раю мій,&lt;br /&gt;</w:t>
        <w:br/>
        <w:t>Щасливий я... і твій.&lt;br /&gt;</w:t>
        <w:br/>
        <w:t>Творець тебе у нагороду&lt;br /&gt;</w:t>
        <w:br/>
        <w:t>З своїх небес послав мені.&lt;br /&gt;</w:t>
        <w:br/>
        <w:t>Забудьмо все тепер — образи і незгоду, —&lt;br /&gt;</w:t>
        <w:br/>
        <w:t>Непам'ять чорній давнині.&lt;br /&gt;</w:t>
        <w:br/>
        <w:t>(Цілує їй руки та раптом, помітивши, що на одній з них немає&lt;br /&gt;</w:t>
        <w:br/>
        <w:t>браслета, спиняється й блідне).&lt;br /&gt;</w:t>
        <w:br/>
        <w:t>Ніна&lt;br /&gt;</w:t>
        <w:br/>
        <w:t>Ти зблід, тремтиш... О, милий боже!&lt;br /&gt;</w:t>
        <w:br/>
        <w:t>Арбенін (схоплюється)&lt;br /&gt;</w:t>
        <w:br/>
        <w:t>Я? Ні.,. Де другий твій браслет? Нема?&lt;br /&gt;</w:t>
        <w:br/>
        <w:t>Ніна&lt;br /&gt;</w:t>
        <w:br/>
        <w:t>Згубила...&lt;br /&gt;</w:t>
        <w:br/>
        <w:t>Арбенін&lt;br /&gt;</w:t>
        <w:br/>
        <w:t>А! Згубила!&lt;br /&gt;</w:t>
        <w:br/>
        <w:t>Ніна&lt;br /&gt;</w:t>
        <w:br/>
        <w:t>Може,&lt;br /&gt;</w:t>
        <w:br/>
        <w:t>Знайдеться ще. А ні, — дарма.&lt;br /&gt;</w:t>
        <w:br/>
        <w:t>Завжди за двадцять п'ять карбованців дістану схожий.&lt;br /&gt;</w:t>
        <w:br/>
        <w:t>Арбенін (сам до себе)&lt;br /&gt;</w:t>
        <w:br/>
        <w:t>Згубила... О, яку тривогу я відчув.</w:t>
      </w:r>
    </w:p>
    <w:p>
      <w:r>
        <w:br/>
        <w:t>Яке страшне в душі збудилось підозріння!&lt;br /&gt;</w:t>
        <w:br/>
        <w:t>Невже засліплений я був&lt;br /&gt;</w:t>
        <w:br/>
        <w:t>І час настав прозріння?&lt;br /&gt;</w:t>
        <w:br/>
        <w:t>Ніна&lt;br /&gt;</w:t>
        <w:br/>
        <w:t>Я не збагну... збентеженість твоя...&lt;br /&gt;</w:t>
        <w:br/>
        <w:t>Арбенін&lt;br /&gt;</w:t>
        <w:br/>
        <w:t>(склавши руки, гостро на неї дивиться)&lt;br /&gt;</w:t>
        <w:br/>
        <w:t>Згубила ти?&lt;br /&gt;</w:t>
        <w:br/>
        <w:t>Ніна (образившись)&lt;br /&gt;</w:t>
        <w:br/>
        <w:t>Ні, вигадала я.&lt;br /&gt;</w:t>
        <w:br/>
        <w:t>Арбенін (сам до себе)&lt;br /&gt;</w:t>
        <w:br/>
        <w:t>Але подібність!..&lt;br /&gt;</w:t>
        <w:br/>
        <w:t>Ніна&lt;br /&gt;</w:t>
        <w:br/>
        <w:t>Певне, я впустила&lt;br /&gt;</w:t>
        <w:br/>
        <w:t>Його в кареті. Ви звеліли б обшукать...&lt;br /&gt;</w:t>
        <w:br/>
        <w:t>Його я не посміла б, звісно, взять,&lt;br /&gt;</w:t>
        <w:br/>
        <w:t>Коли б хоч уявила...&lt;br /&gt;</w:t>
        <w:br/>
        <w:t>ВИХЩ ЧЕТВЕРТИЙ&lt;br /&gt;</w:t>
        <w:br/>
        <w:t>Ті самі й с л у г а.&lt;br /&gt;</w:t>
        <w:br/>
        <w:t>Арбенін&lt;br /&gt;</w:t>
        <w:br/>
        <w:t>(дзвонить, слуга входить). (До слуги).&lt;br /&gt;</w:t>
        <w:br/>
        <w:t>Уздовж і впоперек карету обшукай.&lt;br /&gt;</w:t>
        <w:br/>
        <w:t>Згубила пані там браслет... Ие дай&lt;br /&gt;</w:t>
        <w:br/>
        <w:t>Господь тобі прийти назад без нього!&lt;br /&gt;</w:t>
        <w:br/>
        <w:t>(До неї).&lt;br /&gt;</w:t>
        <w:br/>
        <w:t>Про честь мою, про щастя мова йде.&lt;br /&gt;</w:t>
        <w:br/>
        <w:t>(Слуга виходить). (Після паузи, до неї).&lt;br /&gt;</w:t>
        <w:br/>
        <w:t>Але, якщо він там браслета не знайде?..&lt;br /&gt;</w:t>
        <w:br/>
        <w:t>Ніна&lt;br /&gt;</w:t>
        <w:br/>
        <w:t>То в іншому він місці —ч— тільки й того.</w:t>
      </w:r>
    </w:p>
    <w:p>
      <w:r>
        <w:br/>
        <w:t>Арбенін&lt;br /&gt;</w:t>
        <w:br/>
        <w:t>Де саме? Де? Ти знаєш?&lt;br /&gt;</w:t>
        <w:br/>
        <w:t>Ніна&lt;br /&gt;</w:t>
        <w:br/>
        <w:t>Вперше ви&lt;br /&gt;</w:t>
        <w:br/>
        <w:t>Такі скупі й суворі нині&lt;br /&gt;</w:t>
        <w:br/>
        <w:t>Щоб заспокоїть вас, новий&lt;br /&gt;</w:t>
        <w:br/>
        <w:t>Замовлю завтра я браслет у магазині.&lt;br /&gt;</w:t>
        <w:br/>
        <w:t>(Слуга входить)&lt;br /&gt;</w:t>
        <w:br/>
        <w:t>Арбенін&lt;br /&gt;</w:t>
        <w:br/>
        <w:t>Ну, що?.. Кажи, ти відшукав?&lt;br /&gt;</w:t>
        <w:br/>
        <w:t>Слуга&lt;br /&gt;</w:t>
        <w:br/>
        <w:t>Я винишпорив всю карету.&lt;br /&gt;</w:t>
        <w:br/>
        <w:t>Арбенін&lt;br /&gt;</w:t>
        <w:br/>
        <w:t>Ну?&lt;br /&gt;</w:t>
        <w:br/>
        <w:t>Слуга&lt;br /&gt;</w:t>
        <w:br/>
        <w:t>Там нема браслета.&lt;br /&gt;</w:t>
        <w:br/>
        <w:t>Арбенін&lt;br /&gt;</w:t>
        <w:br/>
        <w:t>Нема? А, я це знав.&lt;br /&gt;</w:t>
        <w:br/>
        <w:t>(Значний погляд на неї).&lt;br /&gt;</w:t>
        <w:br/>
        <w:t>Слуга&lt;br /&gt;</w:t>
        <w:br/>
        <w:t>Його згубили ви, звичайно, в маскараді.&lt;br /&gt;</w:t>
        <w:br/>
        <w:t>Арбенін&lt;br /&gt;</w:t>
        <w:br/>
        <w:t>А!.. В маскараді?.. То були ви там?&lt;br /&gt;</w:t>
        <w:br/>
        <w:t>вихід П'ЯТИЙ&lt;br /&gt;</w:t>
        <w:br/>
        <w:t>Ті самі, крім слуги.&lt;br /&gt;</w:t>
        <w:br/>
        <w:t>Арбенін (до слуги)&lt;br /&gt;</w:t>
        <w:br/>
        <w:t>Іди.&lt;br /&gt;</w:t>
        <w:br/>
        <w:t>(До неї).&lt;br /&gt;</w:t>
        <w:br/>
        <w:t>Невже так важко вам&lt;br /&gt;</w:t>
        <w:br/>
        <w:t>Було сказать про це раніш? Я радо</w:t>
      </w:r>
    </w:p>
    <w:p>
      <w:r>
        <w:br/>
        <w:t>Просив би дозволу туди вас провести&lt;br /&gt;</w:t>
        <w:br/>
        <w:t>І мав би честь назад, додому відвезти.&lt;br /&gt;</w:t>
        <w:br/>
        <w:t>Я б вам не заважав ні пошлим упаданням,&lt;br /&gt;</w:t>
        <w:br/>
        <w:t>Ні пильним поглядом очей.&lt;br /&gt;</w:t>
        <w:br/>
        <w:t>З ким ви були?&lt;br /&gt;</w:t>
        <w:br/>
        <w:t>Ніна&lt;br /&gt;</w:t>
        <w:br/>
        <w:t>Спитайте у людей,&lt;br /&gt;</w:t>
        <w:br/>
        <w:t>Вони охоче вам складуть оповідання,&lt;br /&gt;</w:t>
        <w:br/>
        <w:t>Про все з подробицями, в лад&lt;br /&gt;</w:t>
        <w:br/>
        <w:t>З'ясують: з ким я розмовляла,&lt;br /&gt;</w:t>
        <w:br/>
        <w:t>Хто був, кому браслет подарувала.&lt;br /&gt;</w:t>
        <w:br/>
        <w:t>Дізнаєтесь про все ви краще у стократ,&lt;br /&gt;</w:t>
        <w:br/>
        <w:t>Аніж коли б самі примчали в маскарад.&lt;br /&gt;</w:t>
        <w:br/>
        <w:t>(Сміється).&lt;br /&gt;</w:t>
        <w:br/>
        <w:t>Сміятись хочеться, їй-богу!&lt;br /&gt;</w:t>
        <w:br/>
        <w:t>Не сором вам, не гріх?&lt;br /&gt;</w:t>
        <w:br/>
        <w:t>Хтозна-чого чинить тривогу.&lt;br /&gt;</w:t>
        <w:br/>
        <w:t>Арбенін&lt;br /&gt;</w:t>
        <w:br/>
        <w:t>Дай боже, щоб це був не твій останній сміх.&lt;br /&gt;</w:t>
        <w:br/>
        <w:t>Ніна&lt;br /&gt;</w:t>
        <w:br/>
        <w:t>О, якщо я терпіть це й далі маю,&lt;br /&gt;</w:t>
        <w:br/>
        <w:t>То не останній, запевняю.&lt;br /&gt;</w:t>
        <w:br/>
        <w:t>Арбенін&lt;br /&gt;</w:t>
        <w:br/>
        <w:t>Хто знає... Та на мить&lt;br /&gt;</w:t>
        <w:br/>
        <w:t>Спинись... Послухай, я смішний страшенно&lt;br /&gt;</w:t>
        <w:br/>
        <w:t>Тим, що люблю тебе так міцно, так шалено.&lt;br /&gt;</w:t>
        <w:br/>
        <w:t>Як тільки можна на землі любить.&lt;br /&gt;</w:t>
        <w:br/>
        <w:t>Та й що за діло? В інших є на світі&lt;br /&gt;</w:t>
        <w:br/>
        <w:t>Мільйони цілей та бажань, —&lt;br /&gt;</w:t>
        <w:br/>
        <w:t>У того є багатство на приміті,&lt;br /&gt;</w:t>
        <w:br/>
        <w:t>Той віддає наукам дань,&lt;br /&gt;</w:t>
        <w:br/>
        <w:t>Хто домагається чинів, хрестів — чи слави,&lt;br /&gt;</w:t>
        <w:br/>
        <w:t>Хто любить блиск юрби й забави,&lt;br /&gt;</w:t>
        <w:br/>
        <w:t>Подорожують ті, — тим гра хвилює кров;&lt;br /&gt;</w:t>
        <w:br/>
        <w:t>Я працював і грав, і по світах тинявся,</w:t>
      </w:r>
    </w:p>
    <w:p>
      <w:r>
        <w:br/>
        <w:t>Зрадливу знав і дружбу і любов&lt;br /&gt;</w:t>
        <w:br/>
        <w:t>Та слави не зажив, чинів не домагався.&lt;br /&gt;</w:t>
        <w:br/>
        <w:t>У злиднях скнів, хоч був багатий перед тим,&lt;br /&gt;</w:t>
        <w:br/>
        <w:t>Усюди бачив зло, та, гордий, перед ним&lt;br /&gt;</w:t>
        <w:br/>
        <w:t>Ніколи не схилявся.&lt;br /&gt;</w:t>
        <w:br/>
        <w:t>Все, що в житті тепер приваблює мене,&lt;br /&gt;</w:t>
        <w:br/>
        <w:t>Це ти одна — створіння ніжне й чарівне,&lt;br /&gt;</w:t>
        <w:br/>
        <w:t>Твій зір ясний, краса, твоє кохання...&lt;br /&gt;</w:t>
        <w:br/>
        <w:t>Без них нема мені ні щастя, ні життя,&lt;br /&gt;</w:t>
        <w:br/>
        <w:t>Без них не мислю існування.&lt;br /&gt;</w:t>
        <w:br/>
        <w:t>Але коли обманутий був я...&lt;br /&gt;</w:t>
        <w:br/>
        <w:t>Обманутий... коли багато днів змія&lt;br /&gt;</w:t>
        <w:br/>
        <w:t>На грудях крилася у мене... коли точно&lt;br /&gt;</w:t>
        <w:br/>
        <w:t>Я відгадав... Сліпий... я стільки літ&lt;br /&gt;</w:t>
        <w:br/>
        <w:t>Осміюваний був заочно!..&lt;br /&gt;</w:t>
        <w:br/>
        <w:t>О!.. Я народжений на світ&lt;br /&gt;</w:t>
        <w:br/>
        <w:t>З душею й серцем наче лава:&lt;br /&gt;</w:t>
        <w:br/>
        <w:t>Допоки не розтопиться — тверда&lt;br /&gt;</w:t>
        <w:br/>
        <w:t>Вона, мов камінь... Та страшна забава&lt;br /&gt;</w:t>
        <w:br/>
        <w:t>З її потоком стрінутись, — тоді біда!&lt;br /&gt;</w:t>
        <w:br/>
        <w:t>Тоді даремні сподівання.&lt;br /&gt;</w:t>
        <w:br/>
        <w:t>Закону я на помсту не позву.&lt;br /&gt;</w:t>
        <w:br/>
        <w:t>Сам без жалю й вагання&lt;br /&gt;</w:t>
        <w:br/>
        <w:t>Життя своє й твоє порву.&lt;br /&gt;</w:t>
        <w:br/>
        <w:t>(Хоче взяти її за руку; вона відсахнулася)&lt;br /&gt;</w:t>
        <w:br/>
        <w:t>Ніна&lt;br /&gt;</w:t>
        <w:br/>
        <w:t>О, не підходь!.. Який страшний ти*..&lt;br /&gt;</w:t>
        <w:br/>
        <w:t>Арбенін&lt;br /&gt;</w:t>
        <w:br/>
        <w:t>Я? Страшний?&lt;br /&gt;</w:t>
        <w:br/>
        <w:t>Невже? Ні, ти жартуєш!.. Я смішний...&lt;br /&gt;</w:t>
        <w:br/>
        <w:t>Та смійтеся ж!.. Свого домігшися, для чого&lt;br /&gt;</w:t>
        <w:br/>
        <w:t>Тремтіти й бліднути? Кажіть, хто він такий, —&lt;br /&gt;</w:t>
        <w:br/>
        <w:t>Той маскарадний франт, коханець ваш щасливий?&lt;br /&gt;</w:t>
        <w:br/>
        <w:t>Нехай приходить, де він є?&lt;br /&gt;</w:t>
        <w:br/>
        <w:t>Усіх пекельних мук вкусить мені дали ви,&lt;br /&gt;</w:t>
        <w:br/>
        <w:t>Лише цієї нестає.</w:t>
      </w:r>
    </w:p>
    <w:p>
      <w:r>
        <w:br/>
        <w:t>То ось яка підозра? Боже!&lt;br /&gt;</w:t>
        <w:br/>
        <w:t>І усьому браслет, один браслет вина!&lt;br /&gt;</w:t>
        <w:br/>
        <w:t>Але за це, повірте, може&lt;br /&gt;</w:t>
        <w:br/>
        <w:t>Вас осміять весь світ, не я одна.&lt;br /&gt;</w:t>
        <w:br/>
        <w:t>Арбенін&lt;br /&gt;</w:t>
        <w:br/>
        <w:t>Так, смійтесь з мене ви, усі сліпці нужденні, —&lt;br /&gt;</w:t>
        <w:br/>
        <w:t>Чоловіки довірливі й дурні,&lt;br /&gt;</w:t>
        <w:br/>
        <w:t>Котрих траплялося дурити і мені,&lt;br /&gt;</w:t>
        <w:br/>
        <w:t>Котрі, проте, живуть, немов святі блаженні&lt;br /&gt;</w:t>
        <w:br/>
        <w:t>В раю... але ти, раю мій,&lt;br /&gt;</w:t>
        <w:br/>
        <w:t>Прощай — небесний і земний,&lt;br /&gt;</w:t>
        <w:br/>
        <w:t>Прощай, я знаю все...&lt;br /&gt;</w:t>
        <w:br/>
        <w:t>(До неї).&lt;br /&gt;</w:t>
        <w:br/>
        <w:t>Все знаю!.. Геть від мене!&lt;br /&gt;</w:t>
        <w:br/>
        <w:t>Наївний, я гадав, що з каяттям вона&lt;br /&gt;</w:t>
        <w:br/>
        <w:t>Впаде до ніг мені, зворушена й смутна&lt;br /&gt;</w:t>
        <w:br/>
        <w:t>В усім признається... Ні, ні, почув гієни&lt;br /&gt;</w:t>
        <w:br/>
        <w:t>Я сміх... Та я забув би гнів,&lt;br /&gt;</w:t>
        <w:br/>
        <w:t>Коли б сльозу... сльозу побачив хоч єдину...&lt;br /&gt;</w:t>
        <w:br/>
        <w:t>Ніна&lt;br /&gt;</w:t>
        <w:br/>
        <w:t>Не знаю, хто на мене наклеп звів,&lt;br /&gt;</w:t>
        <w:br/>
        <w:t>Але прощаю вам; не відаю провини.&lt;br /&gt;</w:t>
        <w:br/>
        <w:t>На жаль, не поможу я вам нічим, —&lt;br /&gt;</w:t>
        <w:br/>
        <w:t>І, щоб розважить вас, неправди не повім.&lt;br /&gt;</w:t>
        <w:br/>
        <w:t>Арбенін&lt;br /&gt;</w:t>
        <w:br/>
        <w:t>О, замовчи!.. Прошу тебе... Благаю...&lt;br /&gt;</w:t>
        <w:br/>
        <w:t>Ніна&lt;br /&gt;</w:t>
        <w:br/>
        <w:t>Але невинна я... Нехай&lt;br /&gt;</w:t>
        <w:br/>
        <w:t>Мене скарає Бог, — послухай...&lt;br /&gt;</w:t>
        <w:br/>
        <w:t>Арбенін&lt;br /&gt;</w:t>
        <w:br/>
        <w:t>Годі, край!&lt;br /&gt;</w:t>
        <w:br/>
        <w:t>Все знаю, що ти скажеш...</w:t>
      </w:r>
    </w:p>
    <w:p>
      <w:r>
        <w:br/>
        <w:t>Ніна&lt;br /&gt;</w:t>
        <w:br/>
        <w:t>Сил не маю&lt;br /&gt;</w:t>
        <w:br/>
        <w:t>Твої докори слухать... Я люблю&lt;br /&gt;</w:t>
        <w:br/>
        <w:t>Тебе, Євгеній...&lt;br /&gt;</w:t>
        <w:br/>
        <w:t>Арбенін&lt;br /&gt;</w:t>
        <w:br/>
        <w:t>Справді!.. Чари&lt;br /&gt;</w:t>
        <w:br/>
        <w:t>До речі ваші...&lt;br /&gt;</w:t>
        <w:br/>
        <w:t>Ніна&lt;br /&gt;</w:t>
        <w:br/>
        <w:t>Вислухай, молю...&lt;br /&gt;</w:t>
        <w:br/>
        <w:t>0 боже, та чого ж ти хочеш?..&lt;br /&gt;</w:t>
        <w:br/>
        <w:t>Арбенін&lt;br /&gt;</w:t>
        <w:br/>
        <w:t>Кари.&lt;br /&gt;</w:t>
        <w:br/>
        <w:t>Ніна&lt;br /&gt;</w:t>
        <w:br/>
        <w:t>Кого ж каратимеш?&lt;br /&gt;</w:t>
        <w:br/>
        <w:t>Арбенін&lt;br /&gt;</w:t>
        <w:br/>
        <w:t>О, прийде час&lt;br /&gt;</w:t>
        <w:br/>
        <w:t>1 ви здивуєтеся з того.&lt;br /&gt;</w:t>
        <w:br/>
        <w:t>Ніна&lt;br /&gt;</w:t>
        <w:br/>
        <w:t>Мене?.. Не зволікай...&lt;br /&gt;</w:t>
        <w:br/>
        <w:t>Арбенін&lt;br /&gt;</w:t>
        <w:br/>
        <w:t>Геройство не для вас.&lt;br /&gt;</w:t>
        <w:br/>
        <w:t>Ніна (зневажливо)&lt;br /&gt;</w:t>
        <w:br/>
        <w:t>Кого ж?&lt;br /&gt;</w:t>
        <w:br/>
        <w:t>Арбенін&lt;br /&gt;</w:t>
        <w:br/>
        <w:t>Ви боїтесь? За кого?&lt;br /&gt;</w:t>
        <w:br/>
        <w:t>Ніна&lt;br /&gt;</w:t>
        <w:br/>
        <w:t>Невже рокована я на неправий суд?&lt;br /&gt;</w:t>
        <w:br/>
        <w:t>Ці ревнощі... О ні, не розумію!&lt;br /&gt;</w:t>
        <w:br/>
        <w:t>Мене ти вб'єш цим... Я не вмію&lt;br /&gt;</w:t>
        <w:br/>
        <w:t>Просить... ти невблаганний... Але я і тут&lt;br /&gt;</w:t>
        <w:br/>
        <w:t>Тобі прощаю...</w:t>
      </w:r>
    </w:p>
    <w:p>
      <w:r>
        <w:br/>
        <w:t>Арбенін&lt;br /&gt;</w:t>
        <w:br/>
        <w:t>Марний труд.&lt;br /&gt;</w:t>
        <w:br/>
        <w:t>Ніна&lt;br /&gt;</w:t>
        <w:br/>
        <w:t>Та є на небі Бог... Він не простить.&lt;br /&gt;</w:t>
        <w:br/>
        <w:t>Арбенін&lt;br /&gt;</w:t>
        <w:br/>
        <w:t>Жалію.&lt;br /&gt;</w:t>
        <w:br/>
        <w:t>(Вона в сльозах виходить).&lt;br /&gt;</w:t>
        <w:br/>
        <w:t>(Сам).&lt;br /&gt;</w:t>
        <w:br/>
        <w:t>О, женщина!.. Та знаю я давно&lt;br /&gt;</w:t>
        <w:br/>
        <w:t>Всіх вас, всі ваші ласки й дорікання...&lt;br /&gt;</w:t>
        <w:br/>
        <w:t>Нікчемне, втім, пізнання нам дано&lt;br /&gt;</w:t>
        <w:br/>
        <w:t>І дорого плачу я за навчання!..&lt;br /&gt;</w:t>
        <w:br/>
        <w:t>Та й за що їй було мене любить?&lt;br /&gt;</w:t>
        <w:br/>
        <w:t>Чи не за те, що вигляд в мене грізний?&lt;br /&gt;</w:t>
        <w:br/>
        <w:t>(Підходить до дверей дружини й слухає).&lt;br /&gt;</w:t>
        <w:br/>
        <w:t>Що робите там вона? Сміється чи вже спить?&lt;br /&gt;</w:t>
        <w:br/>
        <w:t>Ні, плаче. (Виходячи). Надто пізно.</w:t>
      </w:r>
    </w:p>
    <w:p>
      <w:r>
        <w:br/>
        <w:t>ДІЯ ДРУГА&lt;br /&gt;</w:t>
        <w:br/>
        <w:t>СЦЕНА ПЕРША&lt;br /&gt;</w:t>
        <w:br/>
        <w:t>ВИХЩ ПЕРШИЙ&lt;br /&gt;</w:t>
        <w:br/>
        <w:t>Баронеса сидить у кріслі, стомлена. Кидає книгу.&lt;br /&gt;</w:t>
        <w:br/>
        <w:t>Баронеса&lt;br /&gt;</w:t>
        <w:br/>
        <w:t>Як здумаєш, для чого ми живем? Достоту,&lt;br /&gt;</w:t>
        <w:br/>
        <w:t>Щоб догоджать комусь і рабствувать всякчас.&lt;br /&gt;</w:t>
        <w:br/>
        <w:t>Жорж Занд мав рацію: що женщина у нас?&lt;br /&gt;</w:t>
        <w:br/>
        <w:t>Без волі власної покірлива істота,&lt;br /&gt;</w:t>
        <w:br/>
        <w:t>Розвага, іграшка для пристрастей чужих;&lt;br /&gt;</w:t>
        <w:br/>
        <w:t>Світ мавши за суддю, без оборони в світі&lt;br /&gt;</w:t>
        <w:br/>
        <w:t>Судилось їй таїть вогонь чуттів своїх.&lt;br /&gt;</w:t>
        <w:br/>
        <w:t>Чи нищить їх у повнім цвіті,&lt;br /&gt;</w:t>
        <w:br/>
        <w:t>Що женщина? її ще з юна чепурять,&lt;br /&gt;</w:t>
        <w:br/>
        <w:t>На продаж вигодам, мов жертву наряджають.&lt;br /&gt;</w:t>
        <w:br/>
        <w:t>Любити інших не велять,&lt;br /&gt;</w:t>
        <w:br/>
        <w:t>І себелюбство закидають.&lt;br /&gt;</w:t>
        <w:br/>
        <w:t>Іноді в серці їй кипить, буяє кров,&lt;br /&gt;</w:t>
        <w:br/>
        <w:t>А пристрасть розум засліпляє,&lt;br /&gt;</w:t>
        <w:br/>
        <w:t>І перед світом страх забувши, геть покров&lt;br /&gt;</w:t>
        <w:br/>
        <w:t>Вона з чуттів своїх скидає,&lt;br /&gt;</w:t>
        <w:br/>
        <w:t>Віддаючись охоче їм, —-&lt;br /&gt;</w:t>
        <w:br/>
        <w:t>Прощай і щастя й спокій з ним.&lt;br /&gt;</w:t>
        <w:br/>
        <w:t>Світ тут... Він тайни знать не хоче; він стрічає&lt;br /&gt;</w:t>
        <w:br/>
        <w:t>Добро і зло по одягу, з очей, —&lt;br /&gt;</w:t>
        <w:br/>
        <w:t>Не стерпить він порушення звичаю</w:t>
      </w:r>
    </w:p>
    <w:p>
      <w:r>
        <w:br/>
        <w:t>І кару винним прирече.&lt;br /&gt;</w:t>
        <w:br/>
        <w:t>(Хоче читать).&lt;br /&gt;</w:t>
        <w:br/>
        <w:t>Ні, де вже тут читати... сил не маю...&lt;br /&gt;</w:t>
        <w:br/>
        <w:t>Думки ці змучили... вони страшні,&lt;br /&gt;</w:t>
        <w:br/>
        <w:t>Неначе недруги... А вчинок свій згадаю —&lt;br /&gt;</w:t>
        <w:br/>
        <w:t>І дивно й соромно мені.&lt;br /&gt;</w:t>
        <w:br/>
        <w:t>(Входить Ніна).&lt;br /&gt;</w:t>
        <w:br/>
        <w:t>вихід ДРУГИЙ&lt;br /&gt;</w:t>
        <w:br/>
        <w:t>Ніна&lt;br /&gt;</w:t>
        <w:br/>
        <w:t>Каталась в санях я, і от на думку спало&lt;br /&gt;</w:t>
        <w:br/>
        <w:t>Тебе відвідать, mon amour.&lt;br /&gt;</w:t>
        <w:br/>
        <w:t>Баронеса&lt;br /&gt;</w:t>
        <w:br/>
        <w:t>C'est une idee sharmante, vous en avez toujours.1&lt;br /&gt;</w:t>
        <w:br/>
        <w:t>(Сідають).&lt;br /&gt;</w:t>
        <w:br/>
        <w:t>Хоч і з морозу, небувало&lt;br /&gt;</w:t>
        <w:br/>
        <w:t>Бліда сьогодні ти... І очі, далебі,&lt;br /&gt;</w:t>
        <w:br/>
        <w:t>Червоні... не від сліз, звичайно? Що тобі?&lt;br /&gt;</w:t>
        <w:br/>
        <w:t>Ніна&lt;br /&gt;</w:t>
        <w:br/>
        <w:t>Цю ніч не спалося, нездужаю від того.&lt;br /&gt;</w:t>
        <w:br/>
        <w:t>Баронеса&lt;br /&gt;</w:t>
        <w:br/>
        <w:t>Негоден лікар твій — візьми нового.&lt;br /&gt;</w:t>
        <w:br/>
        <w:t>вихід ТРЕТІЙ&lt;br /&gt;</w:t>
        <w:br/>
        <w:t>Входить князь 3 в є з д и ч.&lt;br /&gt;</w:t>
        <w:br/>
        <w:t>Баронеса (холодно)&lt;br /&gt;</w:t>
        <w:br/>
        <w:t>Ах, князь!&lt;br /&gt;</w:t>
        <w:br/>
        <w:t>Князь&lt;br /&gt;</w:t>
        <w:br/>
        <w:t>Я завітав до вас&lt;br /&gt;</w:t>
        <w:br/>
        <w:t>Зі звісткою, що з пікніком невдача.</w:t>
      </w:r>
    </w:p>
    <w:p>
      <w:r>
        <w:br/>
        <w:t>Баронеса&lt;br /&gt;</w:t>
        <w:br/>
        <w:t>Прошу сідати, князь.&lt;br /&gt;</w:t>
        <w:br/>
        <w:t>Князь&lt;br /&gt;</w:t>
        <w:br/>
        <w:t>Вважав я увесь час,&lt;br /&gt;</w:t>
        <w:br/>
        <w:t>Що вас це засмутить... а вам байдуже, бачу.&lt;br /&gt;</w:t>
        <w:br/>
        <w:t>Баронеса&lt;br /&gt;</w:t>
        <w:br/>
        <w:t>Мені шкода.&lt;br /&gt;</w:t>
        <w:br/>
        <w:t>Князь&lt;br /&gt;</w:t>
        <w:br/>
        <w:t>А я, признатись, рад.&lt;br /&gt;</w:t>
        <w:br/>
        <w:t>Я двадцять пікніків віддам за маскарад.&lt;br /&gt;</w:t>
        <w:br/>
        <w:t>Ніна&lt;br /&gt;</w:t>
        <w:br/>
        <w:t>Були ви вчора в маскараді?&lt;br /&gt;</w:t>
        <w:br/>
        <w:t>Князь&lt;br /&gt;</w:t>
        <w:br/>
        <w:t>Був.&lt;br /&gt;</w:t>
        <w:br/>
        <w:t>Баронеса&lt;br /&gt;</w:t>
        <w:br/>
        <w:t>У якім наряді?&lt;br /&gt;</w:t>
        <w:br/>
        <w:t>Ніна&lt;br /&gt;</w:t>
        <w:br/>
        <w:t>І хто ж там був?&lt;br /&gt;</w:t>
        <w:br/>
        <w:t>Князь&lt;br /&gt;</w:t>
        <w:br/>
        <w:t>О, там&lt;br /&gt;</w:t>
        <w:br/>
        <w:t>У масках декого пізнав я з наших дам.&lt;br /&gt;</w:t>
        <w:br/>
        <w:t>Звичайно ж, наряджатись вам приємно.&lt;br /&gt;</w:t>
        <w:br/>
        <w:t>(Сміється).&lt;br /&gt;</w:t>
        <w:br/>
        <w:t>Баронеса^яо/ш?,)&lt;br /&gt;</w:t>
        <w:br/>
        <w:t>Даруйте, князю, це страшна&lt;br /&gt;</w:t>
        <w:br/>
        <w:t>На всіх нас клевета і не смішна вона.&lt;br /&gt;</w:t>
        <w:br/>
        <w:t>Порядна женщина не зважиться таємно&lt;br /&gt;</w:t>
        <w:br/>
        <w:t>З'явитися туди, де всякий набрід є,&lt;br /&gt;</w:t>
        <w:br/>
        <w:t>Де будь-який гультяй образить, осміє,&lt;br /&gt;</w:t>
        <w:br/>
        <w:t>Де можуть і впізнать!.. Вам сором, князю, й певно&lt;br /&gt;</w:t>
        <w:br/>
        <w:t>Зректись ви слів своїх ладні.</w:t>
      </w:r>
    </w:p>
    <w:p>
      <w:r>
        <w:br/>
        <w:t>Князь&lt;br /&gt;</w:t>
        <w:br/>
        <w:t>Соромитись ладен, зректись — даруйте — ні.&lt;br /&gt;</w:t>
        <w:br/>
        <w:t>(Входить чиновник).&lt;br /&gt;</w:t>
        <w:br/>
        <w:t>ВИХЩ ЧЕТВЕРТИЙ&lt;br /&gt;</w:t>
        <w:br/>
        <w:t>Ті самій чиновник&lt;br /&gt;</w:t>
        <w:br/>
        <w:t>Баронеса&lt;br /&gt;</w:t>
        <w:br/>
        <w:t>А, ви! Звідкіль?&lt;br /&gt;</w:t>
        <w:br/>
        <w:t>Чиновник&lt;br /&gt;</w:t>
        <w:br/>
        <w:t>Я щойно лиш з правління.&lt;br /&gt;</w:t>
        <w:br/>
        <w:t>Про вашу справу я прийшов поговорить.&lt;br /&gt;</w:t>
        <w:br/>
        <w:t>Баронеса&lt;br /&gt;</w:t>
        <w:br/>
        <w:t>її розв'язано?&lt;br /&gt;</w:t>
        <w:br/>
        <w:t>Чиновник&lt;br /&gt;</w:t>
        <w:br/>
        <w:t>Ще ні, але... простіть,&lt;br /&gt;</w:t>
        <w:br/>
        <w:t>Я перешкодив?&lt;br /&gt;</w:t>
        <w:br/>
        <w:t>Баронеса&lt;br /&gt;</w:t>
        <w:br/>
        <w:t>Ні.&lt;br /&gt;</w:t>
        <w:br/>
        <w:t>(Відходить до вікна, розмовляє).&lt;br /&gt;</w:t>
        <w:br/>
        <w:t>Князь (убік)&lt;br /&gt;</w:t>
        <w:br/>
        <w:t>Ось мить порозуміння.&lt;br /&gt;</w:t>
        <w:br/>
        <w:t>(До Ніни).&lt;br /&gt;</w:t>
        <w:br/>
        <w:t>Сьогодні стрів я в магазині вас.&lt;br /&gt;</w:t>
        <w:br/>
        <w:t>Ніна&lt;br /&gt;</w:t>
        <w:br/>
        <w:t>В якому?&lt;br /&gt;</w:t>
        <w:br/>
        <w:t>Князь&lt;br /&gt;</w:t>
        <w:br/>
        <w:t>В англійськім.&lt;br /&gt;</w:t>
        <w:br/>
        <w:t>Ніна&lt;br /&gt;</w:t>
        <w:br/>
        <w:t>Давно?</w:t>
      </w:r>
    </w:p>
    <w:p>
      <w:r>
        <w:br/>
        <w:t>Князь&lt;br /&gt;</w:t>
        <w:br/>
        <w:t>Оце якраз.&lt;br /&gt;</w:t>
        <w:br/>
        <w:t>Ніна&lt;br /&gt;</w:t>
        <w:br/>
        <w:t>Мене дивує те, що вас я не впізнала.&lt;br /&gt;</w:t>
        <w:br/>
        <w:t>Князь&lt;br /&gt;</w:t>
        <w:br/>
        <w:t>Було вам ніколи.&lt;br /&gt;</w:t>
        <w:br/>
        <w:t>Ніна (поквапно)&lt;br /&gt;</w:t>
        <w:br/>
        <w:t>Браслет я добирала&lt;br /&gt;</w:t>
        <w:br/>
        <w:t>(виймає з ридикюля)&lt;br /&gt;</w:t>
        <w:br/>
        <w:t>До цього ось.&lt;br /&gt;</w:t>
        <w:br/>
        <w:t>Князь&lt;br /&gt;</w:t>
        <w:br/>
        <w:t>Прегарний це браслет.&lt;br /&gt;</w:t>
        <w:br/>
        <w:t>А другий де?&lt;br /&gt;</w:t>
        <w:br/>
        <w:t>Ніна&lt;br /&gt;</w:t>
        <w:br/>
        <w:t>Згубила.&lt;br /&gt;</w:t>
        <w:br/>
        <w:t>Князь&lt;br /&gt;</w:t>
        <w:br/>
        <w:t>Дивовижно!&lt;br /&gt;</w:t>
        <w:br/>
        <w:t>Ніна&lt;br /&gt;</w:t>
        <w:br/>
        <w:t>Що саме?&lt;br /&gt;</w:t>
        <w:br/>
        <w:t>Князь&lt;br /&gt;</w:t>
        <w:br/>
        <w:t>Так... а не секрет,&lt;br /&gt;</w:t>
        <w:br/>
        <w:t>Коли?&lt;br /&gt;</w:t>
        <w:br/>
        <w:t>Ніна&lt;br /&gt;</w:t>
        <w:br/>
        <w:t>Три дні тому, учора, на тім тижні&lt;br /&gt;</w:t>
        <w:br/>
        <w:t>Чи не однаково?&lt;br /&gt;</w:t>
        <w:br/>
        <w:t>Князь&lt;br /&gt;</w:t>
        <w:br/>
        <w:t>Я думку певну мав,&lt;br /&gt;</w:t>
        <w:br/>
        <w:t>І досить дивну, бути може.&lt;br /&gt;</w:t>
        <w:br/>
        <w:t>(Убік).&lt;br /&gt;</w:t>
        <w:br/>
        <w:t>її питаннями своїми я стривожив.</w:t>
      </w:r>
    </w:p>
    <w:p>
      <w:r>
        <w:br/>
        <w:t>Ох, ці вже скромниці!.&lt;br /&gt;</w:t>
        <w:br/>
        <w:t>(До неї).&lt;br /&gt;</w:t>
        <w:br/>
        <w:t>Я б у послузі став&lt;br /&gt;</w:t>
        <w:br/>
        <w:t>Охоче вам, щоб той браслет скоріш найшли ви.&lt;br /&gt;</w:t>
        <w:br/>
        <w:t>Ніна&lt;br /&gt;</w:t>
        <w:br/>
        <w:t>Будь ласка. Але де?&lt;br /&gt;</w:t>
        <w:br/>
        <w:t>Князь&lt;br /&gt;</w:t>
        <w:br/>
        <w:t>А де ж ви з ним були?&lt;br /&gt;</w:t>
        <w:br/>
        <w:t>Ніна&lt;br /&gt;</w:t>
        <w:br/>
        <w:t>Не пам'ятаю я.&lt;br /&gt;</w:t>
        <w:br/>
        <w:t>Князь&lt;br /&gt;</w:t>
        <w:br/>
        <w:t>На балі десь?&lt;br /&gt;</w:t>
        <w:br/>
        <w:t>Ніна&lt;br /&gt;</w:t>
        <w:br/>
        <w:t>Можливо.&lt;br /&gt;</w:t>
        <w:br/>
        <w:t>Князь&lt;br /&gt;</w:t>
        <w:br/>
        <w:t>Подарувать його комусь ви не могли?&lt;br /&gt;</w:t>
        <w:br/>
        <w:t>Ніна&lt;br /&gt;</w:t>
        <w:br/>
        <w:t>Чому подібне вам на думку, князю, спало?&lt;br /&gt;</w:t>
        <w:br/>
        <w:t>Подарувала я? Кому ж?&lt;br /&gt;</w:t>
        <w:br/>
        <w:t>Хіба що мужеві?&lt;br /&gt;</w:t>
        <w:br/>
        <w:t>Князь&lt;br /&gt;</w:t>
        <w:br/>
        <w:t>Чи в світі ж тільки муж?&lt;br /&gt;</w:t>
        <w:br/>
        <w:t>Подружницям у вас немає переводу.&lt;br /&gt;</w:t>
        <w:br/>
        <w:t>Ну, хай він згублений — та ось&lt;br /&gt;</w:t>
        <w:br/>
        <w:t>Його для вас знаходить хтось —&lt;br /&gt;</w:t>
        <w:br/>
        <w:t>Чи матиме від вас він щось у нагороду?&lt;br /&gt;</w:t>
        <w:br/>
        <w:t>Ніна (посміхаючись)&lt;br /&gt;</w:t>
        <w:br/>
        <w:t>Не знать!..&lt;br /&gt;</w:t>
        <w:br/>
        <w:t>Князь&lt;br /&gt;</w:t>
        <w:br/>
        <w:t>А що, як він&lt;br /&gt;</w:t>
        <w:br/>
        <w:t>Кохає палко вас? А що, як за один</w:t>
      </w:r>
    </w:p>
    <w:p>
      <w:r>
        <w:br/>
        <w:t>Чарівний усміх ваш чи слово, він земного&lt;br /&gt;</w:t>
        <w:br/>
        <w:t>Не пошкодує у житті нічого?&lt;br /&gt;</w:t>
        <w:br/>
        <w:t>Що, як йому, таємно, може буть,&lt;br /&gt;</w:t>
        <w:br/>
        <w:t>Наважилися натякнуть&lt;br /&gt;</w:t>
        <w:br/>
        <w:t>Самі ви про майбутнє раювання?&lt;br /&gt;</w:t>
        <w:br/>
        <w:t>Що, як колись, під маскою, його&lt;br /&gt;</w:t>
        <w:br/>
        <w:t>Ви пестили словами про кохання?&lt;br /&gt;</w:t>
        <w:br/>
        <w:t>О! Зрозумійте це!&lt;br /&gt;</w:t>
        <w:br/>
        <w:t>Ніна&lt;br /&gt;</w:t>
        <w:br/>
        <w:t>Я з цього усього&lt;br /&gt;</w:t>
        <w:br/>
        <w:t>Те зрозуміла, князь, що вас би не годилось&lt;br /&gt;</w:t>
        <w:br/>
        <w:t>Мені і слухати. Прошу покірно вас&lt;br /&gt;</w:t>
        <w:br/>
        <w:t>Мене покинути віднині навсякчас.&lt;br /&gt;</w:t>
        <w:br/>
        <w:t>Князь&lt;br /&gt;</w:t>
        <w:br/>
        <w:t>О, боже!.. Мріяв я... Невже ви розгнівились?&lt;br /&gt;</w:t>
        <w:br/>
        <w:t>(Сам до себе).&lt;br /&gt;</w:t>
        <w:br/>
        <w:t>А! Викрутилась ти! Дарма, ще буде час —&lt;br /&gt;</w:t>
        <w:br/>
        <w:t>Свого я не зречусь без бою.&lt;br /&gt;</w:t>
        <w:br/>
        <w:t>(Ніна відходить до баронеси. Чиновник розкланюється й&lt;br /&gt;</w:t>
        <w:br/>
        <w:t>виходить).&lt;br /&gt;</w:t>
        <w:br/>
        <w:t>Ніна&lt;br /&gt;</w:t>
        <w:br/>
        <w:t>Adieu, ma ch&amp;#232;re, до завтра. Я вже йду.&lt;br /&gt;</w:t>
        <w:br/>
        <w:t>Баронеса&lt;br /&gt;</w:t>
        <w:br/>
        <w:t>О, ні, mon ange, зажди! Не мовила зі мною&lt;br /&gt;</w:t>
        <w:br/>
        <w:t>Ще й слова ти.&lt;br /&gt;</w:t>
        <w:br/>
        <w:t>(Цілуються).&lt;br /&gt;</w:t>
        <w:br/>
        <w:t>Ніна (виходячи)&lt;br /&gt;</w:t>
        <w:br/>
        <w:t>Тебе я завтра вранці жду.&lt;br /&gt;</w:t>
        <w:br/>
        <w:t>(Виходить).&lt;br /&gt;</w:t>
        <w:br/>
        <w:t>Баронеса&lt;br /&gt;</w:t>
        <w:br/>
        <w:t>За тиждень стане день до зустрічі з тобою.</w:t>
      </w:r>
    </w:p>
    <w:p>
      <w:r>
        <w:br/>
        <w:t>ВИХІД П'ЯТИЙ&lt;br /&gt;</w:t>
        <w:br/>
        <w:t>Ті самі, крім Ніни й чиновника.&lt;br /&gt;</w:t>
        <w:br/>
        <w:t>Князь (убік)&lt;br /&gt;</w:t>
        <w:br/>
        <w:t>Я ще помщусь тобі! От скромниця знайшлась!&lt;br /&gt;</w:t>
        <w:br/>
        <w:t>Можливо, я дурний, можливо, ще й зречеться,&lt;br /&gt;</w:t>
        <w:br/>
        <w:t>Та я впізнав браслет.&lt;br /&gt;</w:t>
        <w:br/>
        <w:t>Баронеса&lt;br /&gt;</w:t>
        <w:br/>
        <w:t>Задумалися, князь?&lt;br /&gt;</w:t>
        <w:br/>
        <w:t>Князь&lt;br /&gt;</w:t>
        <w:br/>
        <w:t>Так, дещо розгадати доведеться.&lt;br /&gt;</w:t>
        <w:br/>
        <w:t>Баронеса&lt;br /&gt;</w:t>
        <w:br/>
        <w:t>Ви з Ніною, мені здалось,&lt;br /&gt;</w:t>
        <w:br/>
        <w:t>Тут сперечалися про щось?&lt;br /&gt;</w:t>
        <w:br/>
        <w:t>Князь&lt;br /&gt;</w:t>
        <w:br/>
        <w:t>Доводив я, що стрів у маскараді...&lt;br /&gt;</w:t>
        <w:br/>
        <w:t>Баронеса&lt;br /&gt;</w:t>
        <w:br/>
        <w:t>Кого?&lt;br /&gt;</w:t>
        <w:br/>
        <w:t>Князь&lt;br /&gt;</w:t>
        <w:br/>
        <w:t>її.&lt;br /&gt;</w:t>
        <w:br/>
        <w:t>Баронеса&lt;br /&gt;</w:t>
        <w:br/>
        <w:t>Що? Ніну?&lt;br /&gt;</w:t>
        <w:br/>
        <w:t>Князь&lt;br /&gt;</w:t>
        <w:br/>
        <w:t>Так.&lt;br /&gt;</w:t>
        <w:br/>
        <w:t>Я їй довів це.&lt;br /&gt;</w:t>
        <w:br/>
        <w:t>Баронеса&lt;br /&gt;</w:t>
        <w:br/>
        <w:t>Ви, однак,&lt;br /&gt;</w:t>
        <w:br/>
        <w:t>Неславити людей і в вічі навіть раді.&lt;br /&gt;</w:t>
        <w:br/>
        <w:t>Князь&lt;br /&gt;</w:t>
        <w:br/>
        <w:t>Цього зректись не міг би я ніяк.</w:t>
      </w:r>
    </w:p>
    <w:p>
      <w:r>
        <w:br/>
        <w:t>Баронеса&lt;br /&gt;</w:t>
        <w:br/>
        <w:t>То пощадіть хоч би заочно.&lt;br /&gt;</w:t>
        <w:br/>
        <w:t>Де докази цього, скажіть?&lt;br /&gt;</w:t>
        <w:br/>
        <w:t>Князь&lt;br /&gt;</w:t>
        <w:br/>
        <w:t>Дано браслет мені учора... а цю мить&lt;br /&gt;</w:t>
        <w:br/>
        <w:t>У неї бачив я такий от точно.&lt;br /&gt;</w:t>
        <w:br/>
        <w:t>Баронеса&lt;br /&gt;</w:t>
        <w:br/>
        <w:t>Ну, от вам логіка! Це доказ? Не смішіть.&lt;br /&gt;</w:t>
        <w:br/>
        <w:t>Подібні є у кожнім магазині.&lt;br /&gt;</w:t>
        <w:br/>
        <w:t>Князь&lt;br /&gt;</w:t>
        <w:br/>
        <w:t>Сьогодні всі оглянув їх&lt;br /&gt;</w:t>
        <w:br/>
        <w:t>І пересвідчився, що тільки два таких.&lt;br /&gt;</w:t>
        <w:br/>
        <w:t>(Після мовчання).&lt;br /&gt;</w:t>
        <w:br/>
        <w:t>Баронеса&lt;br /&gt;</w:t>
        <w:br/>
        <w:t>Дам завтра ж я пораду добру Ніні:&lt;br /&gt;</w:t>
        <w:br/>
        <w:t>Не довірять балакунам.&lt;br /&gt;</w:t>
        <w:br/>
        <w:t>Князь&lt;br /&gt;</w:t>
        <w:br/>
        <w:t>Мені яка порада?&lt;br /&gt;</w:t>
        <w:br/>
        <w:t>Баронеса&lt;br /&gt;</w:t>
        <w:br/>
        <w:t>Вам?&lt;br /&gt;</w:t>
        <w:br/>
        <w:t>Почате з успіхом продовжувать обачно,&lt;br /&gt;</w:t>
        <w:br/>
        <w:t>І дорожити більше честю дам.&lt;br /&gt;</w:t>
        <w:br/>
        <w:t>Князь&lt;br /&gt;</w:t>
        <w:br/>
        <w:t>За дві поради ці подвійно вам я вдячний.&lt;br /&gt;</w:t>
        <w:br/>
        <w:t>(Виходить).&lt;br /&gt;</w:t>
        <w:br/>
        <w:t>вихщ шостий&lt;br /&gt;</w:t>
        <w:br/>
        <w:t>Баронеса&lt;br /&gt;</w:t>
        <w:br/>
        <w:t>Так честю женщини безкарно жартувать!&lt;br /&gt;</w:t>
        <w:br/>
        <w:t>Відкрийся я — мені було б те саме, може!&lt;br /&gt;</w:t>
        <w:br/>
        <w:t>Прощайте, князю! Ні, оману викривать</w:t>
      </w:r>
    </w:p>
    <w:p>
      <w:r>
        <w:br/>
        <w:t>Я вам тепер не стану... Ах, крий боже!&lt;br /&gt;</w:t>
        <w:br/>
        <w:t>Одне дивує лиш: як я знайти могла&lt;br /&gt;</w:t>
        <w:br/>
        <w:t>її браслет... Так, Ніна там була.&lt;br /&gt;</w:t>
        <w:br/>
        <w:t>І от розв'язання шаради.&lt;br /&gt;</w:t>
        <w:br/>
        <w:t>Не відаю чому, та я його люблю...&lt;br /&gt;</w:t>
        <w:br/>
        <w:t>Можливо, так, з нудьги, або з досади,&lt;br /&gt;</w:t>
        <w:br/>
        <w:t>Чи з ревності... та муки я терплю&lt;br /&gt;</w:t>
        <w:br/>
        <w:t>І не знайду собі розради.&lt;br /&gt;</w:t>
        <w:br/>
        <w:t>Мені вже чується глумливий сміх юрби,&lt;br /&gt;</w:t>
        <w:br/>
        <w:t>Злостиве співчуття, і шепотіння,&lt;br /&gt;</w:t>
        <w:br/>
        <w:t>О, ні! Від сорому врятуюсь я... хоч би&lt;br /&gt;</w:t>
        <w:br/>
        <w:t>Рахунком іншої... хай потім мук сумління&lt;br /&gt;</w:t>
        <w:br/>
        <w:t>За це зазнаю я, та збудуся ганьби.&lt;br /&gt;</w:t>
        <w:br/>
        <w:t>(Замислюється).&lt;br /&gt;</w:t>
        <w:br/>
        <w:t>Жахливий збіг провин! О, я нещасна!&lt;br /&gt;</w:t>
        <w:br/>
        <w:t>вихід сьомий&lt;br /&gt;</w:t>
        <w:br/>
        <w:t>Баронеса та Шпріх.&lt;br /&gt;</w:t>
        <w:br/>
        <w:t>Ш п р і х (входить, розкланюється)&lt;br /&gt;</w:t>
        <w:br/>
        <w:t>Баронеса&lt;br /&gt;</w:t>
        <w:br/>
        <w:t>Ах, Шпріх! Ти завжди вчасно.&lt;br /&gt;</w:t>
        <w:br/>
        <w:t>Шпріх&lt;br /&gt;</w:t>
        <w:br/>
        <w:t>Та, боже мій! Щасливий був би я,&lt;br /&gt;</w:t>
        <w:br/>
        <w:t>Коли б вам міг корисний бути.&lt;br /&gt;</w:t>
        <w:br/>
        <w:t>Ваш чоловік...&lt;br /&gt;</w:t>
        <w:br/>
        <w:t>Баронеса&lt;br /&gt;</w:t>
        <w:br/>
        <w:t>П'ять літ тому, ще за життя,&lt;br /&gt;</w:t>
        <w:br/>
        <w:t>Я знаю це.&lt;br /&gt;</w:t>
        <w:br/>
        <w:t>Шпріх&lt;br /&gt;</w:t>
        <w:br/>
        <w:t>Позичив тисяч...&lt;br /&gt;</w:t>
        <w:br/>
        <w:t>Баронеса</w:t>
      </w:r>
    </w:p>
    <w:p>
      <w:r>
        <w:br/>
        <w:t>Проценти всі, за п'ять років, віддам&lt;br /&gt;</w:t>
        <w:br/>
        <w:t>Тобі сьогодні ж я.&lt;br /&gt;</w:t>
        <w:br/>
        <w:t>Шпріх&lt;br /&gt;</w:t>
        <w:br/>
        <w:t>Та годі, годі вам!&lt;br /&gt;</w:t>
        <w:br/>
        <w:t>Про гроші згадувать і звички я не маю.&lt;br /&gt;</w:t>
        <w:br/>
        <w:t>Баронеса&lt;br /&gt;</w:t>
        <w:br/>
        <w:t>Які новини є?&lt;br /&gt;</w:t>
        <w:br/>
        <w:t>Шпріх&lt;br /&gt;</w:t>
        <w:br/>
        <w:t>У графа щойно був&lt;br /&gt;</w:t>
        <w:br/>
        <w:t>Одного я, і там такого&lt;br /&gt;</w:t>
        <w:br/>
        <w:t>Наслухався, — історій тьма!&lt;br /&gt;</w:t>
        <w:br/>
        <w:t>Баронеса&lt;br /&gt;</w:t>
        <w:br/>
        <w:t>Не чув&lt;br /&gt;</w:t>
        <w:br/>
        <w:t>Про князя Звєздича й Арбеніну нічого?&lt;br /&gt;</w:t>
        <w:br/>
        <w:t>Шпріх (спантеличено)&lt;br /&gt;</w:t>
        <w:br/>
        <w:t>Ні... так... А втім, сказати слід,&lt;br /&gt;</w:t>
        <w:br/>
        <w:t>Що й говорить про це уже покинув світ...&lt;br /&gt;</w:t>
        <w:br/>
        <w:t>(Убік).&lt;br /&gt;</w:t>
        <w:br/>
        <w:t>От жах який! — не відаю, що власне!&lt;br /&gt;</w:t>
        <w:br/>
        <w:t>Баронеса&lt;br /&gt;</w:t>
        <w:br/>
        <w:t>О, якщо це таке вже гласне,&lt;br /&gt;</w:t>
        <w:br/>
        <w:t>Тоді нема чого й казать.&lt;br /&gt;</w:t>
        <w:br/>
        <w:t>Шпріх&lt;br /&gt;</w:t>
        <w:br/>
        <w:t>А ви про це скажіть, коли ласкаві.&lt;br /&gt;</w:t>
        <w:br/>
        <w:t>Самі що зволите гадать?&lt;br /&gt;</w:t>
        <w:br/>
        <w:t>Баронеса&lt;br /&gt;</w:t>
        <w:br/>
        <w:t>Світ їх піддав уже неславі...&lt;br /&gt;</w:t>
        <w:br/>
        <w:t>Проте могла б я їм поради дать цікаві.&lt;br /&gt;</w:t>
        <w:br/>
        <w:t>Йому сказала б я, що люблять всі жінки&lt;br /&gt;</w:t>
        <w:br/>
        <w:t>Настійливість в мужчині —&lt;br /&gt;</w:t>
        <w:br/>
        <w:t>Щоб годен був піти він залюбки&lt;br /&gt;</w:t>
        <w:br/>
        <w:t>На все, заради героїні.</w:t>
      </w:r>
    </w:p>
    <w:p>
      <w:r>
        <w:br/>
        <w:t>А їй... їй побажала б я&lt;br /&gt;</w:t>
        <w:br/>
        <w:t>Не так суворості, як скромності зажити.&lt;br /&gt;</w:t>
        <w:br/>
        <w:t>Пробачте, мосьє Шпріх! Мене сестра моя&lt;br /&gt;</w:t>
        <w:br/>
        <w:t>Жде на обід, і я вас мушу залишити.&lt;br /&gt;</w:t>
        <w:br/>
        <w:t>(Виходячи, убік).&lt;br /&gt;</w:t>
        <w:br/>
        <w:t>Я врятувалася... урок на все життя!&lt;br /&gt;</w:t>
        <w:br/>
        <w:t>вихід восьмий&lt;br /&gt;</w:t>
        <w:br/>
        <w:t>Шпріх (сам)&lt;br /&gt;</w:t>
        <w:br/>
        <w:t>О, не турбуйтеся: все розумію я,&lt;br /&gt;</w:t>
        <w:br/>
        <w:t>Повторювати марна справа,&lt;br /&gt;</w:t>
        <w:br/>
        <w:t>Кмітливість розуму яка! Яка уява!&lt;br /&gt;</w:t>
        <w:br/>
        <w:t>Інтрига тут... втручусь — лицем не вдарю в грязь;&lt;br /&gt;</w:t>
        <w:br/>
        <w:t>По-перше, буде вдячний князь,&lt;br /&gt;</w:t>
        <w:br/>
        <w:t>І траплю я йому в агенти;&lt;br /&gt;</w:t>
        <w:br/>
        <w:t>Відтак сюди з рапортом прилечу&lt;br /&gt;</w:t>
        <w:br/>
        <w:t>Й тоді одержу вже і полічу&lt;br /&gt;</w:t>
        <w:br/>
        <w:t>Я п'ятирічні всі проценти.&lt;br /&gt;</w:t>
        <w:br/>
        <w:t>СЦЕНА ДРУГА&lt;br /&gt;</w:t>
        <w:br/>
        <w:t>ВИХЩ ПЕРШИЙ&lt;br /&gt;</w:t>
        <w:br/>
        <w:t>Кабінет Арбеніна&lt;br /&gt;</w:t>
        <w:br/>
        <w:t>Арбенін сам, згодом слуга.&lt;br /&gt;</w:t>
        <w:br/>
        <w:t>Арбенін&lt;br /&gt;</w:t>
        <w:br/>
        <w:t>Все ясно ревності, а доказів нема.&lt;br /&gt;</w:t>
        <w:br/>
        <w:t>Боюсь я помилки, але несила терпіти це.&lt;br /&gt;</w:t>
        <w:br/>
        <w:t>Вважать, що все дарма?&lt;br /&gt;</w:t>
        <w:br/>
        <w:t>Таке життя — то краще вже могила.&lt;br /&gt;</w:t>
        <w:br/>
        <w:t>Я знав людей, що їм душа застила;&lt;br /&gt;</w:t>
        <w:br/>
        <w:t>Вони раюючи спокійно сплять в грозу.&lt;br /&gt;</w:t>
        <w:br/>
        <w:t>Спокусливе життя!..&lt;br /&gt;</w:t>
        <w:br/>
        <w:t>Слуга (входить)&lt;br /&gt;</w:t>
        <w:br/>
        <w:t>Жде посланець внизу.&lt;br /&gt;</w:t>
        <w:br/>
        <w:t>Приніс він барині записку від княгині.</w:t>
      </w:r>
    </w:p>
    <w:p>
      <w:r>
        <w:br/>
        <w:t>Арбенін&lt;br /&gt;</w:t>
        <w:br/>
        <w:t>Що? Від якої?&lt;br /&gt;</w:t>
        <w:br/>
        <w:t>Слуга&lt;br /&gt;</w:t>
        <w:br/>
        <w:t>Не дочув.&lt;br /&gt;</w:t>
        <w:br/>
        <w:t>Арбенін&lt;br /&gt;</w:t>
        <w:br/>
        <w:t>Записка? Ніні?&lt;br /&gt;</w:t>
        <w:br/>
        <w:t>(Іде; слуга залишається).&lt;br /&gt;</w:t>
        <w:br/>
        <w:t>вихід ДРУГИЙ&lt;br /&gt;</w:t>
        <w:br/>
        <w:t>Афанасій Павлович Казарін та слуга.&lt;br /&gt;</w:t>
        <w:br/>
        <w:t>Слуга&lt;br /&gt;</w:t>
        <w:br/>
        <w:t>Оце лиш барин вийшли. Почекайте&lt;br /&gt;</w:t>
        <w:br/>
        <w:t>Хвилинку їх.&lt;br /&gt;</w:t>
        <w:br/>
        <w:t>Казарін&lt;br /&gt;</w:t>
        <w:br/>
        <w:t>Гаразд.&lt;br /&gt;</w:t>
        <w:br/>
        <w:t>Слуга&lt;br /&gt;</w:t>
        <w:br/>
        <w:t>Я зараз доповім.&lt;br /&gt;</w:t>
        <w:br/>
        <w:t>(Виходить).&lt;br /&gt;</w:t>
        <w:br/>
        <w:t>Казарін&lt;br /&gt;</w:t>
        <w:br/>
        <w:t>Я ждатиму хоч рік, мосьє Арбенін: знайте,&lt;br /&gt;</w:t>
        <w:br/>
        <w:t>Не відступлюсь ні перед чим!&lt;br /&gt;</w:t>
        <w:br/>
        <w:t>Діла мої погані неймовірно,&lt;br /&gt;</w:t>
        <w:br/>
        <w:t>Потрібен друг — товариш вірний,&lt;br /&gt;</w:t>
        <w:br/>
        <w:t>Що мав би тисяч зо три душ,&lt;br /&gt;</w:t>
        <w:br/>
        <w:t>Великодушний був би, можний —&lt;br /&gt;</w:t>
        <w:br/>
        <w:t>Мав, тобто, грошей добрий куш&lt;br /&gt;</w:t>
        <w:br/>
        <w:t>І покровительство вельможне.&lt;br /&gt;</w:t>
        <w:br/>
        <w:t>Арбеніна будь-що я знов тепер втягну&lt;br /&gt;</w:t>
        <w:br/>
        <w:t>До гри; не зрадить він старовину,&lt;br /&gt;</w:t>
        <w:br/>
        <w:t>Товариша завжди підтримати зуміє,&lt;br /&gt;</w:t>
        <w:br/>
        <w:t>Перед дітьми не сторопіє.&lt;br /&gt;</w:t>
        <w:br/>
        <w:t>А молодь ця дурна —</w:t>
      </w:r>
    </w:p>
    <w:p>
      <w:r>
        <w:br/>
        <w:t>Мов ніж мені вона;&lt;br /&gt;</w:t>
        <w:br/>
        <w:t>Кажи їй що завгодно&lt;br /&gt;</w:t>
        <w:br/>
        <w:t>Нездатні ні почать, ні кинуть вчасно грать,&lt;br /&gt;</w:t>
        <w:br/>
        <w:t>Ні чесність гордо показать.&lt;br /&gt;</w:t>
        <w:br/>
        <w:t>Пересмикнувши благородно.&lt;br /&gt;</w:t>
        <w:br/>
        <w:t>Погляньте ви на стариків:&lt;br /&gt;</w:t>
        <w:br/>
        <w:t>Чимало з них при грі добилося чинів,&lt;br /&gt;</w:t>
        <w:br/>
        <w:t>Та й з грязі&lt;br /&gt;</w:t>
        <w:br/>
        <w:t>Знечев'я вийшли в князі.&lt;br /&gt;</w:t>
        <w:br/>
        <w:t>А все чому? Тому, що вміли без вагань&lt;br /&gt;</w:t>
        <w:br/>
        <w:t>Охоронять свої звичаї та закони.&lt;br /&gt;</w:t>
        <w:br/>
        <w:t>Держались правил... Глянь!..&lt;br /&gt;</w:t>
        <w:br/>
        <w:t>При них і честь і міліони.&lt;br /&gt;</w:t>
        <w:br/>
        <w:t>вихід ТРЕТІЙ&lt;br /&gt;</w:t>
        <w:br/>
        <w:t>Казарін та Шпріх.&lt;br /&gt;</w:t>
        <w:br/>
        <w:t>Входить Шпріх.&lt;br /&gt;</w:t>
        <w:br/>
        <w:t>Шпріх&lt;br /&gt;</w:t>
        <w:br/>
        <w:t>Ах, Афанасій Павлович! Вам шана!&lt;br /&gt;</w:t>
        <w:br/>
        <w:t>Зустріти вас не думав тут ніяк.&lt;br /&gt;</w:t>
        <w:br/>
        <w:t>Казарін&lt;br /&gt;</w:t>
        <w:br/>
        <w:t>Я теж. Ти що, з візитом?&lt;br /&gt;</w:t>
        <w:br/>
        <w:t>Шпріх&lt;br /&gt;</w:t>
        <w:br/>
        <w:t>Так.&lt;br /&gt;</w:t>
        <w:br/>
        <w:t>А ви?&lt;br /&gt;</w:t>
        <w:br/>
        <w:t>Казарін&lt;br /&gt;</w:t>
        <w:br/>
        <w:t>І я.&lt;br /&gt;</w:t>
        <w:br/>
        <w:t>Шпріх&lt;br /&gt;</w:t>
        <w:br/>
        <w:t>Невже? А непогано,&lt;br /&gt;</w:t>
        <w:br/>
        <w:t>Що стрілись ми... Якраз такий случай —&lt;br /&gt;</w:t>
        <w:br/>
        <w:t>Про діло є розмова з вами.&lt;br /&gt;</w:t>
        <w:br/>
        <w:t>Казарін&lt;br /&gt;</w:t>
        <w:br/>
        <w:t>Бувало ти все зайнятий ділами,&lt;br /&gt;</w:t>
        <w:br/>
        <w:t>А ділом — первина.</w:t>
      </w:r>
    </w:p>
    <w:p>
      <w:r>
        <w:br/>
        <w:t>Шпріх&lt;br /&gt;</w:t>
        <w:br/>
        <w:t>Bon mot1 все тільки й знай!&lt;br /&gt;</w:t>
        <w:br/>
        <w:t>А річ важлива це.&lt;br /&gt;</w:t>
        <w:br/>
        <w:t>Казарін&lt;br /&gt;</w:t>
        <w:br/>
        <w:t>До тебе маю справу&lt;br /&gt;</w:t>
        <w:br/>
        <w:t>Я теж.&lt;br /&gt;</w:t>
        <w:br/>
        <w:t>Шпріх&lt;br /&gt;</w:t>
        <w:br/>
        <w:t>От і гаразд! Зголосимось на славу.&lt;br /&gt;</w:t>
        <w:br/>
        <w:t>Казарін&lt;br /&gt;</w:t>
        <w:br/>
        <w:t>Не знаю... Ну, кажи!&lt;br /&gt;</w:t>
        <w:br/>
        <w:t>Шпріх&lt;br /&gt;</w:t>
        <w:br/>
        <w:t>Дозвольте лиш спитать:&lt;br /&gt;</w:t>
        <w:br/>
        <w:t>Чи чули ви, що друг ваш милий Арбенін...&lt;br /&gt;</w:t>
        <w:br/>
        <w:t>(Робить з пальців ріжки)&lt;br /&gt;</w:t>
        <w:br/>
        <w:t>Казарін&lt;br /&gt;</w:t>
        <w:br/>
        <w:t>Що?.. Та звідки знать&lt;br /&gt;</w:t>
        <w:br/>
        <w:t>Ти можеш це?&lt;br /&gt;</w:t>
        <w:br/>
        <w:t>Шпріх&lt;br /&gt;</w:t>
        <w:br/>
        <w:t>Небесні сили!&lt;br /&gt;</w:t>
        <w:br/>
        <w:t>Я уладновував це п'ять хвилин тому.&lt;br /&gt;</w:t>
        <w:br/>
        <w:t>Кому ж і знать?&lt;br /&gt;</w:t>
        <w:br/>
        <w:t>Казарін&lt;br /&gt;</w:t>
        <w:br/>
        <w:t>Та чорту ж, не кому!&lt;br /&gt;</w:t>
        <w:br/>
        <w:t>Шпріх&lt;br /&gt;</w:t>
        <w:br/>
        <w:t>От бачите, його дружина ці дні&lt;br /&gt;</w:t>
        <w:br/>
        <w:t>Не знаю вже — на балі, на обідні&lt;br /&gt;</w:t>
        <w:br/>
        <w:t>Чи в маскараді — стрілася з одним&lt;br /&gt;</w:t>
        <w:br/>
        <w:t>Князьком... Відтак вони спізнались,&lt;br /&gt;</w:t>
        <w:br/>
        <w:t>І князь щасливим став. Та тільки річ у тім,</w:t>
      </w:r>
    </w:p>
    <w:p>
      <w:r>
        <w:br/>
        <w:t>Що враз красуня перед ним&lt;br /&gt;</w:t>
        <w:br/>
        <w:t>Від усього ледь-ледь не відклепалась.&lt;br /&gt;</w:t>
        <w:br/>
        <w:t>Князь в лють запав — та й ну — туди й сюди&lt;br /&gt;</w:t>
        <w:br/>
        <w:t>Розповідать!.. Тепер біда того й гляди.&lt;br /&gt;</w:t>
        <w:br/>
        <w:t>Мене владнати це просили діло.&lt;br /&gt;</w:t>
        <w:br/>
        <w:t>Що ж! Взявся я — одразу все й приспіло:&lt;br /&gt;</w:t>
        <w:br/>
        <w:t>Князь обіцяв мовчать, записку написав.&lt;br /&gt;</w:t>
        <w:br/>
        <w:t>Покірний ваш слуга її ледь-ледь підправив&lt;br /&gt;</w:t>
        <w:br/>
        <w:t>І за призначенням доставив.&lt;br /&gt;</w:t>
        <w:br/>
        <w:t>Казарін&lt;br /&gt;</w:t>
        <w:br/>
        <w:t>Гляди, щоб вуха муж тобі не обірвав.&lt;br /&gt;</w:t>
        <w:br/>
        <w:t>Шпріх&lt;br /&gt;</w:t>
        <w:br/>
        <w:t>Пусте! В бувальцях я бував,&lt;br /&gt;</w:t>
        <w:br/>
        <w:t>Але миналось без картелі.&lt;br /&gt;</w:t>
        <w:br/>
        <w:t>Казарін&lt;br /&gt;</w:t>
        <w:br/>
        <w:t>І битий ще не був?&lt;br /&gt;</w:t>
        <w:br/>
        <w:t>Шпріх&lt;br /&gt;</w:t>
        <w:br/>
        <w:t>Вам тільки жарти й сміх,&lt;br /&gt;</w:t>
        <w:br/>
        <w:t>А я завжди скажу: безглуздо на дуелі&lt;br /&gt;</w:t>
        <w:br/>
        <w:t>Життям ризикувать...&lt;br /&gt;</w:t>
        <w:br/>
        <w:t>Казарін&lt;br /&gt;</w:t>
        <w:br/>
        <w:t>Ти правий, мудрагелю!&lt;br /&gt;</w:t>
        <w:br/>
        <w:t>Ризикувать життям, таким для всіх&lt;br /&gt;</w:t>
        <w:br/>
        <w:t>Коштовним і значним — це справді гріх.&lt;br /&gt;</w:t>
        <w:br/>
        <w:t>Шпріх&lt;br /&gt;</w:t>
        <w:br/>
        <w:t>Одначе, годі з тим — я про важливе з вами&lt;br /&gt;</w:t>
        <w:br/>
        <w:t>Поговорити мав...&lt;br /&gt;</w:t>
        <w:br/>
        <w:t>Казарін&lt;br /&gt;</w:t>
        <w:br/>
        <w:t>А це що ж?&lt;br /&gt;</w:t>
        <w:br/>
        <w:t>Шпріх&lt;br /&gt;</w:t>
        <w:br/>
        <w:t>Анекдот,&lt;br /&gt;</w:t>
        <w:br/>
        <w:t>А діло в тім...</w:t>
      </w:r>
    </w:p>
    <w:p>
      <w:r>
        <w:br/>
        <w:t>Казарін&lt;br /&gt;</w:t>
        <w:br/>
        <w:t>Та пек тобі з ділами!&lt;br /&gt;</w:t>
        <w:br/>
        <w:t>Іде Арбенін.&lt;br /&gt;</w:t>
        <w:br/>
        <w:t>Шпріх&lt;br /&gt;</w:t>
        <w:br/>
        <w:t>Ні... Так от,&lt;br /&gt;</w:t>
        <w:br/>
        <w:t>Хортів мені прислали — від самого&lt;br /&gt;</w:t>
        <w:br/>
        <w:t>Від графа Вруті — добрі п'ять собак.&lt;br /&gt;</w:t>
        <w:br/>
        <w:t>Казарін&lt;br /&gt;</w:t>
        <w:br/>
        <w:t>Твій анекдот кумедний, їй же богу!&lt;br /&gt;</w:t>
        <w:br/>
        <w:t>Шпріх&lt;br /&gt;</w:t>
        <w:br/>
        <w:t>Ваш брат мисливець — взяв би хоч одного.&lt;br /&gt;</w:t>
        <w:br/>
        <w:t>Казарін&lt;br /&gt;</w:t>
        <w:br/>
        <w:t>Ну та й Арбенін — от дивак!&lt;br /&gt;</w:t>
        <w:br/>
        <w:t>Шпріх&lt;br /&gt;</w:t>
        <w:br/>
        <w:t>Купіть...&lt;br /&gt;</w:t>
        <w:br/>
        <w:t>Казарін&lt;br /&gt;</w:t>
        <w:br/>
        <w:t>Пошитись в дурні так!&lt;br /&gt;</w:t>
        <w:br/>
        <w:t>От і женися після цього —&lt;br /&gt;</w:t>
        <w:br/>
        <w:t>Одурений, осміяний...&lt;br /&gt;</w:t>
        <w:br/>
        <w:t>Шпріх&lt;br /&gt;</w:t>
        <w:br/>
        <w:t>Ваш брат,&lt;br /&gt;</w:t>
        <w:br/>
        <w:t>їй-богу ж, дуже буде рад.&lt;br /&gt;</w:t>
        <w:br/>
        <w:t>Казарін&lt;br /&gt;</w:t>
        <w:br/>
        <w:t>Честь, вірність — все брехня і всі жінки однакі.&lt;br /&gt;</w:t>
        <w:br/>
        <w:t>Шпріх — не женись!&lt;br /&gt;</w:t>
        <w:br/>
        <w:t>Шпріх&lt;br /&gt;</w:t>
        <w:br/>
        <w:t>Давно жонатий я — от на!&lt;br /&gt;</w:t>
        <w:br/>
        <w:t>Послухайте мене — це ж просто клад...&lt;br /&gt;</w:t>
        <w:br/>
        <w:t>Казарін&lt;br /&gt;</w:t>
        <w:br/>
        <w:t>Жона?</w:t>
      </w:r>
    </w:p>
    <w:p>
      <w:r>
        <w:br/>
        <w:t>Шпріх&lt;br /&gt;</w:t>
        <w:br/>
        <w:t>Та ні, собака.&lt;br /&gt;</w:t>
        <w:br/>
        <w:t>Казарін&lt;br /&gt;</w:t>
        <w:br/>
        <w:t>От дались собаки!&lt;br /&gt;</w:t>
        <w:br/>
        <w:t>Казав ти, скільки їх там штук?&lt;br /&gt;</w:t>
        <w:br/>
        <w:t>Як жінку — не скажу, що Бог дасть — невідомо.&lt;br /&gt;</w:t>
        <w:br/>
        <w:t>Але собак не скоро збудеш з рук.&lt;br /&gt;</w:t>
        <w:br/>
        <w:t>(Арбенін входить з листом, вони стояли з лівого боку&lt;br /&gt;</w:t>
        <w:br/>
        <w:t>біля бюро, і він їх не помітив).&lt;br /&gt;</w:t>
        <w:br/>
        <w:t>Замислений, з листом... дізнатися б, що в ньому?&lt;br /&gt;</w:t>
        <w:br/>
        <w:t>ВИХІД ЧЕТВЕРТИЙ&lt;br /&gt;</w:t>
        <w:br/>
        <w:t>Ті самі та Арбенін.&lt;br /&gt;</w:t>
        <w:br/>
        <w:t>Арбенін (непомічаючи їх)&lt;br /&gt;</w:t>
        <w:br/>
        <w:t>О, вдячносте людська!.. Хіба не я&lt;br /&gt;</w:t>
        <w:br/>
        <w:t>Недавно ще, не знавши навіть, хто ти,&lt;br /&gt;</w:t>
        <w:br/>
        <w:t>Честь врятував тобі й життя... І що ж?.. Змія!&lt;br /&gt;</w:t>
        <w:br/>
        <w:t>Нечувана підступність... В дім мій, потай,&lt;br /&gt;</w:t>
        <w:br/>
        <w:t>Мов злодій влізши, оганьбив&lt;br /&gt;</w:t>
        <w:br/>
        <w:t>Мою він честь і соромом окрив&lt;br /&gt;</w:t>
        <w:br/>
        <w:t>Моє ім'я. А я — сліпий достоту,&lt;br /&gt;</w:t>
        <w:br/>
        <w:t>Мов те дитя, незнале ворогів,&lt;br /&gt;</w:t>
        <w:br/>
        <w:t>Забувши все, весь досвід давніх днів,&lt;br /&gt;</w:t>
        <w:br/>
        <w:t>Не запідозрив би цього злочинства зроду.&lt;br /&gt;</w:t>
        <w:br/>
        <w:t>Мені здавалося, що тут її вина...&lt;br /&gt;</w:t>
        <w:br/>
        <w:t>А він... він, думав я, не знає, хто вона,&lt;br /&gt;</w:t>
        <w:br/>
        <w:t>І вже забув, як сон, нічну свою пригоду.&lt;br /&gt;</w:t>
        <w:br/>
        <w:t>Він не забув. Він став шукать її й знайшов,&lt;br /&gt;</w:t>
        <w:br/>
        <w:t>І тут не міг угамуватись.&lt;br /&gt;</w:t>
        <w:br/>
        <w:t>О, вдячносте! Чого лише не знав&lt;br /&gt;</w:t>
        <w:br/>
        <w:t>Я у житті!.. А довелось ще дивуватись.&lt;br /&gt;</w:t>
        <w:br/>
        <w:t>(Перечитує лист)&lt;br /&gt;</w:t>
        <w:br/>
        <w:t>"Зреклися ви, коли я вас найшов,&lt;br /&gt;</w:t>
        <w:br/>
        <w:t>Мені признатися..." О, скромність виняткова!</w:t>
      </w:r>
    </w:p>
    <w:p>
      <w:r>
        <w:br/>
        <w:t>"Пересудів боялись ви й розмов.&lt;br /&gt;</w:t>
        <w:br/>
        <w:t>Могли нас чути, випадково,&lt;br /&gt;</w:t>
        <w:br/>
        <w:t>Так... не зневажливість, а страх&lt;br /&gt;</w:t>
        <w:br/>
        <w:t>Читав тоді у ваших я очах.&lt;br /&gt;</w:t>
        <w:br/>
        <w:t>Ви тайни любите — гаразд, це буде тайна!&lt;br /&gt;</w:t>
        <w:br/>
        <w:t>Та я радніше вмру, аніж зречуся вас".&lt;br /&gt;</w:t>
        <w:br/>
        <w:t>Шпріх&lt;br /&gt;</w:t>
        <w:br/>
        <w:t>Лист!.. Оце так!.. Ну, от — пропало все нараз!&lt;br /&gt;</w:t>
        <w:br/>
        <w:t>Арбенін&lt;br /&gt;</w:t>
        <w:br/>
        <w:t>О, звабник вправний він, на славу!&lt;br /&gt;</w:t>
        <w:br/>
        <w:t>Я хочу відповідь послать йому криваву!&lt;br /&gt;</w:t>
        <w:br/>
        <w:t>(До Казаріна)&lt;br /&gt;</w:t>
        <w:br/>
        <w:t>А, ти був тут?&lt;br /&gt;</w:t>
        <w:br/>
        <w:t>Казарін&lt;br /&gt;</w:t>
        <w:br/>
        <w:t>Я жду вже довгий час.&lt;br /&gt;</w:t>
        <w:br/>
        <w:t>Шпріх (убік)&lt;br /&gt;</w:t>
        <w:br/>
        <w:t>Піду до баронеси. Хай клопоче&lt;br /&gt;</w:t>
        <w:br/>
        <w:t>І розсипається, як хоче.&lt;br /&gt;</w:t>
        <w:br/>
        <w:t>(Наближається до дверей).&lt;br /&gt;</w:t>
        <w:br/>
        <w:t>вихщ П'ЯТИЙ&lt;br /&gt;</w:t>
        <w:br/>
        <w:t>Ті самі крім Шпріха.&lt;br /&gt;</w:t>
        <w:br/>
        <w:t>Шпріх непомітно виходить.&lt;br /&gt;</w:t>
        <w:br/>
        <w:t>Казарін&lt;br /&gt;</w:t>
        <w:br/>
        <w:t>Ми з Шпріхом... Де ж той Шпріх?&lt;br /&gt;</w:t>
        <w:br/>
        <w:t>Пропав десь... (убік) Лист!.. Ах, он що! Ну, віншую!&lt;br /&gt;</w:t>
        <w:br/>
        <w:t>(До нього)&lt;br /&gt;</w:t>
        <w:br/>
        <w:t>Чого замислився?&lt;br /&gt;</w:t>
        <w:br/>
        <w:t>Арбенін&lt;br /&gt;</w:t>
        <w:br/>
        <w:t>Атак, думки... міркую.&lt;br /&gt;</w:t>
        <w:br/>
        <w:t>Казарін&lt;br /&gt;</w:t>
        <w:br/>
        <w:t>Про марність всіх надій і благ земних?</w:t>
      </w:r>
    </w:p>
    <w:p>
      <w:r>
        <w:br/>
        <w:t>Арбенін&lt;br /&gt;</w:t>
        <w:br/>
        <w:t>Вгадав: про вдячність.&lt;br /&gt;</w:t>
        <w:br/>
        <w:t>Казарін&lt;br /&gt;</w:t>
        <w:br/>
        <w:t>Знов розумування1&lt;br /&gt;</w:t>
        <w:br/>
        <w:t>Про це розбіжні є думки,&lt;br /&gt;</w:t>
        <w:br/>
        <w:t>Та хто і що не думав би, такий&lt;br /&gt;</w:t>
        <w:br/>
        <w:t>Предмет завжди достойний міркування&lt;br /&gt;</w:t>
        <w:br/>
        <w:t>Арбенін&lt;br /&gt;</w:t>
        <w:br/>
        <w:t>Що мислиш ти?&lt;br /&gt;</w:t>
        <w:br/>
        <w:t>Казарін&lt;br /&gt;</w:t>
        <w:br/>
        <w:t>Я мислю, друже мій,&lt;br /&gt;</w:t>
        <w:br/>
        <w:t>Про вдячність так: це річ, що від ціни послуги&lt;br /&gt;</w:t>
        <w:br/>
        <w:t>Залежить вельми. Зрозумій,&lt;br /&gt;</w:t>
        <w:br/>
        <w:t>Що не завжди твоє добро — твоя заслуга.&lt;br /&gt;</w:t>
        <w:br/>
        <w:t>Ось приклад: Слукін вчора знов&lt;br /&gt;</w:t>
        <w:br/>
        <w:t>Мені щось тисяч п'ять програв — був би здоров!&lt;br /&gt;</w:t>
        <w:br/>
        <w:t>Ціну тому я скласти незугарен!&lt;br /&gt;</w:t>
        <w:br/>
        <w:t>Повіриш: п'ю, чи їм, чи сплю —&lt;br /&gt;</w:t>
        <w:br/>
        <w:t>Все дякую йому,&lt;br /&gt;</w:t>
        <w:br/>
        <w:t>Арбенін&lt;br /&gt;</w:t>
        <w:br/>
        <w:t>Жартуєш все, Казарін?&lt;br /&gt;</w:t>
        <w:br/>
        <w:t>Казарін&lt;br /&gt;</w:t>
        <w:br/>
        <w:t>Послухай, я тебе люблю.&lt;br /&gt;</w:t>
        <w:br/>
        <w:t>Але молю уклінно й слізно:&lt;br /&gt;</w:t>
        <w:br/>
        <w:t>Будь ласка, схаменись, облиш цей вигляд грізний,&lt;br /&gt;</w:t>
        <w:br/>
        <w:t>Тоді тобі відкрию всю земну&lt;br /&gt;</w:t>
        <w:br/>
        <w:t>Премудрість я — її глибінь і таїну.&lt;br /&gt;</w:t>
        <w:br/>
        <w:t>Про вдячність знати міркування&lt;br /&gt;</w:t>
        <w:br/>
        <w:t>Мої ти хочеш? Зволь; я докладу старання:&lt;br /&gt;</w:t>
        <w:br/>
        <w:t>Що не кажи Вольтер там чи Декарт,&lt;br /&gt;</w:t>
        <w:br/>
        <w:t>Для мене світ — колода карт,&lt;br /&gt;</w:t>
        <w:br/>
        <w:t>Тут фатум — банкомет, а я — я граю.&lt;br /&gt;</w:t>
        <w:br/>
        <w:t>І слушно це, повір.</w:t>
      </w:r>
    </w:p>
    <w:p>
      <w:r>
        <w:br/>
        <w:t>На прикладі я так би це представив:&lt;br /&gt;</w:t>
        <w:br/>
        <w:t>Нехай би тисячу на туза я поставив —&lt;br /&gt;</w:t>
        <w:br/>
        <w:t>Так, з прочуття, — я в картах марновір —&lt;br /&gt;</w:t>
        <w:br/>
        <w:t>Уявимо, що раптом, без обмину&lt;br /&gt;</w:t>
        <w:br/>
        <w:t>Він виграє — ну, що ж, я дуже рад,&lt;br /&gt;</w:t>
        <w:br/>
        <w:t>Та дякувати все ж я тузові не стану&lt;br /&gt;</w:t>
        <w:br/>
        <w:t>А мовчки загребу свій клад&lt;br /&gt;</w:t>
        <w:br/>
        <w:t>І буду гнуть та й гнуть, хоч з вечора до рана.&lt;br /&gt;</w:t>
        <w:br/>
        <w:t>А там підсумував,&lt;br /&gt;</w:t>
        <w:br/>
        <w:t>Зім'яту карту геть — і встав!&lt;br /&gt;</w:t>
        <w:br/>
        <w:t>Тепер... одначе, ти не слухаєш, мій милий?&lt;br /&gt;</w:t>
        <w:br/>
        <w:t>Арбенін (вроздумі)&lt;br /&gt;</w:t>
        <w:br/>
        <w:t>Усюди лихо, скрізь обман...&lt;br /&gt;</w:t>
        <w:br/>
        <w:t>Я ж слухав мовчки, ніби істукан,&lt;br /&gt;</w:t>
        <w:br/>
        <w:t>Про те, як сталось все і як мене дурили!&lt;br /&gt;</w:t>
        <w:br/>
        <w:t>Казарін (набік)&lt;br /&gt;</w:t>
        <w:br/>
        <w:t>Замислився... (до нього)&lt;br /&gt;</w:t>
        <w:br/>
        <w:t>Це, друже, щодо карт.&lt;br /&gt;</w:t>
        <w:br/>
        <w:t>Та інший казус нам розглянути ще варі;&lt;br /&gt;</w:t>
        <w:br/>
        <w:t>Лиш послідовно, щоб не збиться.&lt;br /&gt;</w:t>
        <w:br/>
        <w:t>Уявимо, що знов в розпусту або гру&lt;br /&gt;</w:t>
        <w:br/>
        <w:t>Як-небудь здумав ти пуститься,&lt;br /&gt;</w:t>
        <w:br/>
        <w:t>А тут хтось з друзів нагодиться&lt;br /&gt;</w:t>
        <w:br/>
        <w:t>І скаже: "Стережись: бо не бувать добру"&lt;br /&gt;</w:t>
        <w:br/>
        <w:t>Та й наговорить мудровито&lt;br /&gt;</w:t>
        <w:br/>
        <w:t>Тобі сім кіп того й сього.&lt;br /&gt;</w:t>
        <w:br/>
        <w:t>А ти випадком, так, послухаєш його —&lt;br /&gt;</w:t>
        <w:br/>
        <w:t>Уклін йому та многі літа.&lt;br /&gt;</w:t>
        <w:br/>
        <w:t>Якщо він стримав твій пияцтва шал,&lt;br /&gt;</w:t>
        <w:br/>
        <w:t>То ти напій його негайно, без вагання,&lt;br /&gt;</w:t>
        <w:br/>
        <w:t>І в карти обіграй в подяку за навчання,&lt;br /&gt;</w:t>
        <w:br/>
        <w:t>А врятував від гри — то ти піди на бал,&lt;br /&gt;</w:t>
        <w:br/>
        <w:t>І закохайся там в його жону, мій друже,&lt;br /&gt;</w:t>
        <w:br/>
        <w:t>Чи спокуси її, щоб розплатиться з мужем,&lt;br /&gt;</w:t>
        <w:br/>
        <w:t>І правий будеш ти, хоч так, хоч так, дружок,&lt;br /&gt;</w:t>
        <w:br/>
        <w:t>Бо тільки сплатиш тим уроком за урок.</w:t>
      </w:r>
    </w:p>
    <w:p>
      <w:r>
        <w:br/>
        <w:t>Арбенін&lt;br /&gt;</w:t>
        <w:br/>
        <w:t>О, з тебе мораліст!&lt;br /&gt;</w:t>
        <w:br/>
        <w:t>(Набік)&lt;br /&gt;</w:t>
        <w:br/>
        <w:t>То все це вже не тайна!..&lt;br /&gt;</w:t>
        <w:br/>
        <w:t>А, князь... за ваш урок я вам сплачу, звичайно.&lt;br /&gt;</w:t>
        <w:br/>
        <w:t>К а з а р і н (не звертаючи уваги)&lt;br /&gt;</w:t>
        <w:br/>
        <w:t>Останній пункт розглянуть треба нам:&lt;br /&gt;</w:t>
        <w:br/>
        <w:t>Ти любиш женщину... їй жертвуєш ти честю,&lt;br /&gt;</w:t>
        <w:br/>
        <w:t>Багатством, дружбою, можливо, всім життям,&lt;br /&gt;</w:t>
        <w:br/>
        <w:t>Ти оточив її увагою і лестю...&lt;br /&gt;</w:t>
        <w:br/>
        <w:t>Та за що дякувать тобі їй? Сам&lt;br /&gt;</w:t>
        <w:br/>
        <w:t>Скажи, подумавши уважно:&lt;br /&gt;</w:t>
        <w:br/>
        <w:t>Ти жертвував усім цим, — зваж-но! —&lt;br /&gt;</w:t>
        <w:br/>
        <w:t>Не задля неї, ні — її ти полонить&lt;br /&gt;</w:t>
        <w:br/>
        <w:t>Хотів, щоб пристрасть вдовольнить,&lt;br /&gt;</w:t>
        <w:br/>
        <w:t>І самолюбство... ось! Зваж все це послідовно&lt;br /&gt;</w:t>
        <w:br/>
        <w:t>І скажеш сам, що в світі все умовне.&lt;br /&gt;</w:t>
        <w:br/>
        <w:t>Арбенін (розстроєно)&lt;br /&gt;</w:t>
        <w:br/>
        <w:t>Так, правий ти: що женщині любов?&lt;br /&gt;</w:t>
        <w:br/>
        <w:t>Потрібні їй нові всякчасно перемоги.&lt;br /&gt;</w:t>
        <w:br/>
        <w:t>Благай і плач, терзайся знов і знов —&lt;br /&gt;</w:t>
        <w:br/>
        <w:t>Лише смішний ти будеш їй... О, боги!&lt;br /&gt;</w:t>
        <w:br/>
        <w:t>Так, дурень той, хто в женщині самій&lt;br /&gt;</w:t>
        <w:br/>
        <w:t>Жадав знайти свій рай земний!&lt;br /&gt;</w:t>
        <w:br/>
        <w:t>Казарін&lt;br /&gt;</w:t>
        <w:br/>
        <w:t>Розумно мислиш ти, мій друже,&lt;br /&gt;</w:t>
        <w:br/>
        <w:t>Хоч сам щасливий в шлюбі.&lt;br /&gt;</w:t>
        <w:br/>
        <w:t>Арбенін&lt;br /&gt;</w:t>
        <w:br/>
        <w:t>Дуже!&lt;br /&gt;</w:t>
        <w:br/>
        <w:t>Казарін&lt;br /&gt;</w:t>
        <w:br/>
        <w:t>Хіба не так?&lt;br /&gt;</w:t>
        <w:br/>
        <w:t>Арбенін&lt;br /&gt;</w:t>
        <w:br/>
        <w:t>О, так!,. Щасливий...</w:t>
      </w:r>
    </w:p>
    <w:p>
      <w:r>
        <w:br/>
        <w:t>Казарін&lt;br /&gt;</w:t>
        <w:br/>
        <w:t>Що ж, я рад!&lt;br /&gt;</w:t>
        <w:br/>
        <w:t>А все-таки шкода, що ти жонатий, брат.&lt;br /&gt;</w:t>
        <w:br/>
        <w:t>Арбенін&lt;br /&gt;</w:t>
        <w:br/>
        <w:t>А що?&lt;br /&gt;</w:t>
        <w:br/>
        <w:t>Казарін&lt;br /&gt;</w:t>
        <w:br/>
        <w:t>Так... Згадую, як ми бувало&lt;br /&gt;</w:t>
        <w:br/>
        <w:t>Бенкетували ночі й дні...&lt;br /&gt;</w:t>
        <w:br/>
        <w:t>Мінився світ, у головах тріщало,&lt;br /&gt;</w:t>
        <w:br/>
        <w:t>Хоч голови були у нас міцні.&lt;br /&gt;</w:t>
        <w:br/>
        <w:t>Було колись... солодкий спочин зранку&lt;br /&gt;</w:t>
        <w:br/>
        <w:t>Та спогади про ніч, про втіхи до світанку,&lt;br /&gt;</w:t>
        <w:br/>
        <w:t>Тоді обід, вино... Рауля честь...&lt;br /&gt;</w:t>
        <w:br/>
        <w:t>В гранчастих кубках піниться та грає...&lt;br /&gt;</w:t>
        <w:br/>
        <w:t>Розмови, дотепи... всього бувало єсть,&lt;br /&gt;</w:t>
        <w:br/>
        <w:t>А там в театр... Душа співає,&lt;br /&gt;</w:t>
        <w:br/>
        <w:t>Коли пригадую, як часом з-за куліс&lt;br /&gt;</w:t>
        <w:br/>
        <w:t>Ми танцівниць виманювали та актрис.&lt;br /&gt;</w:t>
        <w:br/>
        <w:t>Погодься, брат, раніше&lt;br /&gt;</w:t>
        <w:br/>
        <w:t>Було все краще й приємніше.&lt;br /&gt;</w:t>
        <w:br/>
        <w:t>Ось п'єсу скінчено — ми летимо мерщій&lt;br /&gt;</w:t>
        <w:br/>
        <w:t>До друга... увійшли... там гра вже в повній силі,&lt;br /&gt;</w:t>
        <w:br/>
        <w:t>На картах золото горою... той радий,&lt;br /&gt;</w:t>
        <w:br/>
        <w:t>А той тремтить, блідий, —&lt;br /&gt;</w:t>
        <w:br/>
        <w:t>&lt; Достоту мертвий у могилі.&lt;br /&gt;</w:t>
        <w:br/>
        <w:t>Ми сіли теж — і от почався бій.&lt;br /&gt;</w:t>
        <w:br/>
        <w:t>Тут, тут крізь душу переходить&lt;br /&gt;</w:t>
        <w:br/>
        <w:t>Жаги і відчуваннів тьма&lt;br /&gt;</w:t>
        <w:br/>
        <w:t>І думка враз бентежить і заводить&lt;br /&gt;</w:t>
        <w:br/>
        <w:t>Пружину гострого ума...&lt;br /&gt;</w:t>
        <w:br/>
        <w:t>А переможеш супротивника, й покірно&lt;br /&gt;</w:t>
        <w:br/>
        <w:t>Тобі до ніг впаде судьба сумирна,&lt;br /&gt;</w:t>
        <w:br/>
        <w:t>То й сам Наполеон тобі&lt;br /&gt;</w:t>
        <w:br/>
        <w:t>Нікчемою здається, далебі.&lt;br /&gt;</w:t>
        <w:br/>
        <w:t>(Арбенін відвертається).</w:t>
      </w:r>
    </w:p>
    <w:p>
      <w:r>
        <w:br/>
        <w:t>Арбенін&lt;br /&gt;</w:t>
        <w:br/>
        <w:t>О, хто поверне... вас, надії й сподівання.&lt;br /&gt;</w:t>
        <w:br/>
        <w:t>І вас, нестерпні вкрай та полум'яні дні!&lt;br /&gt;</w:t>
        <w:br/>
        <w:t>За вас віддам я спокій свій, бажання,&lt;br /&gt;</w:t>
        <w:br/>
        <w:t>І щастя неука — пощо воно мені?&lt;br /&gt;</w:t>
        <w:br/>
        <w:t>Мені — отцем сімейства й мужем бути?&lt;br /&gt;</w:t>
        <w:br/>
        <w:t>Мені, мені, хто все давно спізнав,&lt;br /&gt;</w:t>
        <w:br/>
        <w:t>Пороку й зла солодку пив отруту&lt;br /&gt;</w:t>
        <w:br/>
        <w:t>І перед їх лицем не зблід, не трепетав?&lt;br /&gt;</w:t>
        <w:br/>
        <w:t>Геть, доброчесність: Я тебе не знаю, —&lt;br /&gt;</w:t>
        <w:br/>
        <w:t>Ти теж обман... Тож нетривкий&lt;br /&gt;</w:t>
        <w:br/>
        <w:t>Союз наш нині я навіки розриваю,&lt;br /&gt;</w:t>
        <w:br/>
        <w:t>Прощай, прощай...&lt;br /&gt;</w:t>
        <w:br/>
        <w:t>(Падає на стілець і затуляє обличчя)&lt;br /&gt;</w:t>
        <w:br/>
        <w:t>Казарін&lt;br /&gt;</w:t>
        <w:br/>
        <w:t>Тепер він мій!&lt;br /&gt;</w:t>
        <w:br/>
        <w:t>СЦЕНА ТРЕТЯ&lt;br /&gt;</w:t>
        <w:br/>
        <w:t>Кімната в князя. Двері до іншої відчинені.&lt;br /&gt;</w:t>
        <w:br/>
        <w:t>Він у іншій спить на канапі.&lt;br /&gt;</w:t>
        <w:br/>
        <w:t>ВИХІД ПЕРШИЙ&lt;br /&gt;</w:t>
        <w:br/>
        <w:t>Іван, згодом Арбенін. Слуга дивиться на годинник.&lt;br /&gt;</w:t>
        <w:br/>
        <w:t>Іван&lt;br /&gt;</w:t>
        <w:br/>
        <w:t>Уже от-от спливає сьома,&lt;br /&gt;</w:t>
        <w:br/>
        <w:t>А він звелів себе о восьмій розбудить.&lt;br /&gt;</w:t>
        <w:br/>
        <w:t>По-руському він спить, відомо,&lt;br /&gt;</w:t>
        <w:br/>
        <w:t>І встигну ще в крамничку я сходить,&lt;br /&gt;</w:t>
        <w:br/>
        <w:t>А двері на замок... воно вірніше.&lt;br /&gt;</w:t>
        <w:br/>
        <w:t>Ну от!.. Іде хтось... От загин!..&lt;br /&gt;</w:t>
        <w:br/>
        <w:t>Скажу: немає й край, а сам з очей скоріше...&lt;br /&gt;</w:t>
        <w:br/>
        <w:t>(Арбенін входить).&lt;br /&gt;</w:t>
        <w:br/>
        <w:t>Арбенін&lt;br /&gt;</w:t>
        <w:br/>
        <w:t>Князь дома?&lt;br /&gt;</w:t>
        <w:br/>
        <w:t>кжтов</w:t>
      </w:r>
    </w:p>
    <w:p>
      <w:r>
        <w:br/>
        <w:t>Іван&lt;br /&gt;</w:t>
        <w:br/>
        <w:t>Ні, нема.&lt;br /&gt;</w:t>
        <w:br/>
        <w:t>Арбенін&lt;br /&gt;</w:t>
        <w:br/>
        <w:t>Неправда.&lt;br /&gt;</w:t>
        <w:br/>
        <w:t>Іван&lt;br /&gt;</w:t>
        <w:br/>
        <w:t>П'ять хвилин&lt;br /&gt;</w:t>
        <w:br/>
        <w:t>Тому пішли.&lt;br /&gt;</w:t>
        <w:br/>
        <w:t>Арбенін (прислухається)&lt;br /&gt;</w:t>
        <w:br/>
        <w:t>Брехня! Тут він,&lt;br /&gt;</w:t>
        <w:br/>
        <w:t>(показує на кабінет)&lt;br /&gt;</w:t>
        <w:br/>
        <w:t>І спить спокійним сном, прислухайся, як диха.&lt;br /&gt;</w:t>
        <w:br/>
        <w:t>(Убік)&lt;br /&gt;</w:t>
        <w:br/>
        <w:t>Коли б не перестав!&lt;br /&gt;</w:t>
        <w:br/>
        <w:t>Іван (убік)&lt;br /&gt;</w:t>
        <w:br/>
        <w:t>Почув. От лихо!&lt;br /&gt;</w:t>
        <w:br/>
        <w:t>(До нього)&lt;br /&gt;</w:t>
        <w:br/>
        <w:t>Себе будити князь наказу не давав.&lt;br /&gt;</w:t>
        <w:br/>
        <w:t>Арбенін&lt;br /&gt;</w:t>
        <w:br/>
        <w:t>Він любить спать... Тим краще: доведеться&lt;br /&gt;</w:t>
        <w:br/>
        <w:t>І вічно спать іще.&lt;br /&gt;</w:t>
        <w:br/>
        <w:t>(До слуги)&lt;br /&gt;</w:t>
        <w:br/>
        <w:t>Я вже сказав,&lt;br /&gt;</w:t>
        <w:br/>
        <w:t>Що ждатиму його. Ти ж чув, здається?..&lt;br /&gt;</w:t>
        <w:br/>
        <w:t>(Слуга виходить).&lt;br /&gt;</w:t>
        <w:br/>
        <w:t>вихщ ДРУГИЙ&lt;br /&gt;</w:t>
        <w:br/>
        <w:t>Арбенін (сам)&lt;br /&gt;</w:t>
        <w:br/>
        <w:t>Тепер... або ніколи. Так, це слушна мить;&lt;br /&gt;</w:t>
        <w:br/>
        <w:t>Тепер я все зроблю — рука не затремтить.&lt;br /&gt;</w:t>
        <w:br/>
        <w:t>Я доведу, що в нашім поколінні&lt;br /&gt;</w:t>
        <w:br/>
        <w:t>Є хоч одна душа, яка з насіння&lt;br /&gt;</w:t>
        <w:br/>
        <w:t>Образи плід дає... О, не слуга я їм,&lt;br /&gt;</w:t>
        <w:br/>
        <w:t>Щоб перед ними тут згинатись;</w:t>
      </w:r>
    </w:p>
    <w:p>
      <w:r>
        <w:br/>
        <w:t>Якби став битися я з ворогом своїм,&lt;br /&gt;</w:t>
        <w:br/>
        <w:t>Вони б сміялися... Тепер їм не сміятись!&lt;br /&gt;</w:t>
        <w:br/>
        <w:t>О, ні, я не такий... ганьби на все життя&lt;br /&gt;</w:t>
        <w:br/>
        <w:t>На голові своїй не потерплю без кари.&lt;br /&gt;</w:t>
        <w:br/>
        <w:t>(Прочиняє двері)&lt;br /&gt;</w:t>
        <w:br/>
        <w:t>Він спить... що бачить він в останнім сні?.&lt;br /&gt;</w:t>
        <w:br/>
        <w:t>(Страшно посміхаючись)&lt;br /&gt;</w:t>
        <w:br/>
        <w:t>Гадаю, що помре він від удару, —&lt;br /&gt;</w:t>
        <w:br/>
        <w:t>Він звісив голову... Хто б крові допоміг,&lt;br /&gt;</w:t>
        <w:br/>
        <w:t>Щоб сталось все природи коштом?..&lt;br /&gt;</w:t>
        <w:br/>
        <w:t>(Заходить до кімнати.&lt;br /&gt;</w:t>
        <w:br/>
        <w:t>Стоїть хвилини дві й виходить блідий)&lt;br /&gt;</w:t>
        <w:br/>
        <w:t>Я не зміг!..&lt;br /&gt;</w:t>
        <w:br/>
        <w:t>(Мовчання)&lt;br /&gt;</w:t>
        <w:br/>
        <w:t>Над силу це мені... О, боже!&lt;br /&gt;</w:t>
        <w:br/>
        <w:t>Так зрадити себе!.. Я затремтів&lt;br /&gt;</w:t>
        <w:br/>
        <w:t>Уперше за життя... Чи, може,&lt;br /&gt;</w:t>
        <w:br/>
        <w:t>Я боягуз? Я? Хто сказать це смів?&lt;br /&gt;</w:t>
        <w:br/>
        <w:t>Я сам... істото жалюгідна,&lt;br /&gt;</w:t>
        <w:br/>
        <w:t>Тікай і червоній... Ганьба, ганьба!&lt;br /&gt;</w:t>
        <w:br/>
        <w:t>Як і усіх, тебе притиснула доба.&lt;br /&gt;</w:t>
        <w:br/>
        <w:t>Перед собою сам ти вихвалявся, видно.&lt;br /&gt;</w:t>
        <w:br/>
        <w:t>Так, жалюгідний ти... як всі, знеміг&lt;br /&gt;</w:t>
        <w:br/>
        <w:t>І ти під тягарем освіти!&lt;br /&gt;</w:t>
        <w:br/>
        <w:t>Любити ти не вмів... не вмів... а мстити&lt;br /&gt;</w:t>
        <w:br/>
        <w:t>Хотів... прийшов і — і не зміг.&lt;br /&gt;</w:t>
        <w:br/>
        <w:t>(Мовчання. Сідає)&lt;br /&gt;</w:t>
        <w:br/>
        <w:t>Злетів я високо без краю.&lt;br /&gt;</w:t>
        <w:br/>
        <w:t>Певніший слід обрати шлях.&lt;br /&gt;</w:t>
        <w:br/>
        <w:t>І задум я новий плекаю&lt;br /&gt;</w:t>
        <w:br/>
        <w:t>У змученому серці і думках...&lt;br /&gt;</w:t>
        <w:br/>
        <w:t>Так, так, він житиме... Убивство вже не в моді.&lt;br /&gt;</w:t>
        <w:br/>
        <w:t>Тепер не те вже, що раніш&lt;br /&gt;</w:t>
        <w:br/>
        <w:t>За наших днів живе освіта у народі:&lt;br /&gt;</w:t>
        <w:br/>
        <w:t>Язик і гроші — ось отрута наша й ніж.&lt;br /&gt;</w:t>
        <w:br/>
        <w:t>(Бере чорнило й пише записку, бере капелюха)</w:t>
      </w:r>
    </w:p>
    <w:p>
      <w:r>
        <w:br/>
        <w:t>ВИХІД ТРЕТІЙ&lt;br /&gt;</w:t>
        <w:br/>
        <w:t>Арбенін і баронеса.&lt;br /&gt;</w:t>
        <w:br/>
        <w:t>Іде до дверей, стикається з дамою у вуалі.&lt;br /&gt;</w:t>
        <w:br/>
        <w:t>Дама у вуалі&lt;br /&gt;</w:t>
        <w:br/>
        <w:t>О боже!&lt;br /&gt;</w:t>
        <w:br/>
        <w:t>Арбенін&lt;br /&gt;</w:t>
        <w:br/>
        <w:t>А!&lt;br /&gt;</w:t>
        <w:br/>
        <w:t>Дама (вириваючись)&lt;br /&gt;</w:t>
        <w:br/>
        <w:t>Пустіть!.. О, пожалійте!&lt;br /&gt;</w:t>
        <w:br/>
        <w:t>Арбенін&lt;br /&gt;</w:t>
        <w:br/>
        <w:t>Ні, не удаваний це крик&lt;br /&gt;</w:t>
        <w:br/>
        <w:t>Продажної чесноти.&lt;br /&gt;</w:t>
        <w:br/>
        <w:t>(До неї суворо)&lt;br /&gt;</w:t>
        <w:br/>
        <w:t>Годі! Стійте!&lt;br /&gt;</w:t>
        <w:br/>
        <w:t>Яке підозріння!.. Мовчіть! Відкрийте&lt;br /&gt;</w:t>
        <w:br/>
        <w:t>Обличчя ваше, підійміть вуаль.&lt;br /&gt;</w:t>
        <w:br/>
        <w:t>Дама&lt;br /&gt;</w:t>
        <w:br/>
        <w:t>Я помилилася дверима...&lt;br /&gt;</w:t>
        <w:br/>
        <w:t>Арбенін&lt;br /&gt;</w:t>
        <w:br/>
        <w:t>Це нічого,&lt;br /&gt;</w:t>
        <w:br/>
        <w:t>Втім, помилилися, на жаль,&lt;br /&gt;</w:t>
        <w:br/>
        <w:t>Лиш часом, а не місцем.&lt;br /&gt;</w:t>
        <w:br/>
        <w:t>Дама&lt;br /&gt;</w:t>
        <w:br/>
        <w:t>Ради бога,&lt;br /&gt;</w:t>
        <w:br/>
        <w:t>Пустіть!.. Я... Я не знаю вас.&lt;br /&gt;</w:t>
        <w:br/>
        <w:t>Арбенін&lt;br /&gt;</w:t>
        <w:br/>
        <w:t>Як ви збентежились!.. Ви мусите відкритись...&lt;br /&gt;</w:t>
        <w:br/>
        <w:t>Ще спить, та може він прокинутись всякчас.&lt;br /&gt;</w:t>
        <w:br/>
        <w:t>Все знаю я... а подивитись&lt;br /&gt;</w:t>
        <w:br/>
        <w:t>Повинен...</w:t>
      </w:r>
    </w:p>
    <w:p>
      <w:r>
        <w:br/>
        <w:t>Дама&lt;br /&gt;</w:t>
        <w:br/>
        <w:t>Знаєте!..&lt;br /&gt;</w:t>
        <w:br/>
        <w:t>(Він відкидає вуаль і здивований відступає, тоді&lt;br /&gt;</w:t>
        <w:br/>
        <w:t>отямлюється)&lt;br /&gt;</w:t>
        <w:br/>
        <w:t>Арбенін&lt;br /&gt;</w:t>
        <w:br/>
        <w:t>Хвала тобі, Творець,&lt;br /&gt;</w:t>
        <w:br/>
        <w:t>Що ти хоч раз мені дозволив помилитись!&lt;br /&gt;</w:t>
        <w:br/>
        <w:t>Баронеса&lt;br /&gt;</w:t>
        <w:br/>
        <w:t>О! Що вчинила я? Тепер всьому кінець!..&lt;br /&gt;</w:t>
        <w:br/>
        <w:t>Арбенін&lt;br /&gt;</w:t>
        <w:br/>
        <w:t>Дурниці! Розпач ваш даремний.&lt;br /&gt;</w:t>
        <w:br/>
        <w:t>Я згоден, прикро, що замість&lt;br /&gt;</w:t>
        <w:br/>
        <w:t>Палких обіймів, неприємний&lt;br /&gt;</w:t>
        <w:br/>
        <w:t>Вам тут зустрівся раптом гість.&lt;br /&gt;</w:t>
        <w:br/>
        <w:t>Та це хвилинний страх... вам вийшло на користь,&lt;br /&gt;</w:t>
        <w:br/>
        <w:t>Що це не хтось, а я — благословляйте Бога!&lt;br /&gt;</w:t>
        <w:br/>
        <w:t>Я при собі лишу цю вість,&lt;br /&gt;</w:t>
        <w:br/>
        <w:t>А то була б у місті скрізь тривога.&lt;br /&gt;</w:t>
        <w:br/>
        <w:t>Баронеса&lt;br /&gt;</w:t>
        <w:br/>
        <w:t>Ах, він прокинувся, говорить...&lt;br /&gt;</w:t>
        <w:br/>
        <w:t>Арбенін&lt;br /&gt;</w:t>
        <w:br/>
        <w:t>Уві сні.&lt;br /&gt;</w:t>
        <w:br/>
        <w:t>О, заспокойтеся, вже час іти мені.&lt;br /&gt;</w:t>
        <w:br/>
        <w:t>З'ясуйте лиш одне: чим, владою якою&lt;br /&gt;</w:t>
        <w:br/>
        <w:t>Цей Купідон усіх вас полонив; чому,&lt;br /&gt;</w:t>
        <w:br/>
        <w:t>Хоч сам холодний він, немов метал, йому&lt;br /&gt;</w:t>
        <w:br/>
        <w:t>Ви всі скоряєтесь, палаючи жагою,&lt;br /&gt;</w:t>
        <w:br/>
        <w:t>Чому не він тут, біля ваших ніг, з слізьми,&lt;br /&gt;</w:t>
        <w:br/>
        <w:t>З палким і пристрасним зітханням, тьмяним зором,&lt;br /&gt;</w:t>
        <w:br/>
        <w:t>А ви... ви, женщина, з душею, ви самі&lt;br /&gt;</w:t>
        <w:br/>
        <w:t>Йому віддатися прийшли, забувши сором?&lt;br /&gt;</w:t>
        <w:br/>
        <w:t>Чому ще женщина одна йому&lt;br /&gt;</w:t>
        <w:br/>
        <w:t>За погляд, усмішку, єдине слово&lt;br /&gt;</w:t>
        <w:br/>
        <w:t>Свою любов, життя і честь віддать готова?</w:t>
      </w:r>
    </w:p>
    <w:p>
      <w:r>
        <w:br/>
        <w:t>Чому? О, я сліпий!..&lt;br /&gt;</w:t>
        <w:br/>
        <w:t>(Шаленіючи)&lt;br /&gt;</w:t>
        <w:br/>
        <w:t>Чому, чому?&lt;br /&gt;</w:t>
        <w:br/>
        <w:t>Баронеса (рішуче)&lt;br /&gt;</w:t>
        <w:br/>
        <w:t>Я зрозуміла вас... ви кажете... я знаю,&lt;br /&gt;</w:t>
        <w:br/>
        <w:t>Що ви прийшли...&lt;br /&gt;</w:t>
        <w:br/>
        <w:t>Арбенін&lt;br /&gt;</w:t>
        <w:br/>
        <w:t>Що? Хто вам розповів?&lt;br /&gt;</w:t>
        <w:br/>
        <w:t>(Отямившись)&lt;br /&gt;</w:t>
        <w:br/>
        <w:t>А що ви знаєте?&lt;br /&gt;</w:t>
        <w:br/>
        <w:t>Баронеса&lt;br /&gt;</w:t>
        <w:br/>
        <w:t>О, згляньтеся, благаю,&lt;br /&gt;</w:t>
        <w:br/>
        <w:t>Простіть мені.&lt;br /&gt;</w:t>
        <w:br/>
        <w:t>Арбенін&lt;br /&gt;</w:t>
        <w:br/>
        <w:t>Та я вас не винив&lt;br /&gt;</w:t>
        <w:br/>
        <w:t>Ні в чім і навпаки — радий за князя щиро.&lt;br /&gt;</w:t>
        <w:br/>
        <w:t>Баронеса&lt;br /&gt;</w:t>
        <w:br/>
        <w:t>Я пристрастю була без міри&lt;br /&gt;</w:t>
        <w:br/>
        <w:t>Засліплена. Молю вас вислухать...&lt;br /&gt;</w:t>
        <w:br/>
        <w:t>Арбенін&lt;br /&gt;</w:t>
        <w:br/>
        <w:t>Мета&lt;br /&gt;</w:t>
        <w:br/>
        <w:t>Яка тому? Мораль не стану я читати.&lt;br /&gt;</w:t>
        <w:br/>
        <w:t>Баронеса&lt;br /&gt;</w:t>
        <w:br/>
        <w:t>Але коли б не я, то не було б листа.&lt;br /&gt;</w:t>
        <w:br/>
        <w:t>Арбенін /&lt;br /&gt;</w:t>
        <w:br/>
        <w:t>Он що1... Цього вже забагато.&lt;br /&gt;</w:t>
        <w:br/>
        <w:t>Листа? Якого? Лист! А, то це ви?.. Давно&lt;br /&gt;</w:t>
        <w:br/>
        <w:t>Ви їх звели?.. Що ж, з власної ви волі&lt;br /&gt;</w:t>
        <w:br/>
        <w:t>Взялися до цієї ролі?&lt;br /&gt;</w:t>
        <w:br/>
        <w:t>І як? Вам до смаку воно?&lt;br /&gt;</w:t>
        <w:br/>
        <w:t>Чи жертви всі свої приводите сюди ви?</w:t>
      </w:r>
    </w:p>
    <w:p>
      <w:r>
        <w:br/>
        <w:t>Скажу одверто, пані, вам:&lt;br /&gt;</w:t>
        <w:br/>
        <w:t>Ви у вітальнях скарб на диво,&lt;br /&gt;</w:t>
        <w:br/>
        <w:t>Але не диво вже розпуста наших дам.&lt;br /&gt;</w:t>
        <w:br/>
        <w:t>Баронеса&lt;br /&gt;</w:t>
        <w:br/>
        <w:t>0, боже мій!&lt;br /&gt;</w:t>
        <w:br/>
        <w:t>Арбенін&lt;br /&gt;</w:t>
        <w:br/>
        <w:t>Я це кажу без лесті.&lt;br /&gt;</w:t>
        <w:br/>
        <w:t>А скільки платять вам, цікаво знать мені?&lt;br /&gt;</w:t>
        <w:br/>
        <w:t>Баронеса (падає в крісло)&lt;br /&gt;</w:t>
        <w:br/>
        <w:t>Ви... ви немилосердні!&lt;br /&gt;</w:t>
        <w:br/>
        <w:t>Арбенін&lt;br /&gt;</w:t>
        <w:br/>
        <w:t>Ні,&lt;br /&gt;</w:t>
        <w:br/>
        <w:t>Помилився я, ви служите їм з честі.&lt;br /&gt;</w:t>
        <w:br/>
        <w:t>(Хоче йти)&lt;br /&gt;</w:t>
        <w:br/>
        <w:t>Баронеса&lt;br /&gt;</w:t>
        <w:br/>
        <w:t>Я збожеволію... Стривайте! Він іде...&lt;br /&gt;</w:t>
        <w:br/>
        <w:t>Я...&lt;br /&gt;</w:t>
        <w:br/>
        <w:t>Арбенін&lt;br /&gt;</w:t>
        <w:br/>
        <w:t>Що ж! Продовжуйте своє, часу не гайте,&lt;br /&gt;</w:t>
        <w:br/>
        <w:t>Вас це до слави приведе.&lt;br /&gt;</w:t>
        <w:br/>
        <w:t>Тепер мене не бійтесь, прощавайте,&lt;br /&gt;</w:t>
        <w:br/>
        <w:t>Та якщо стрінемось ми ще — вас лихо жде.&lt;br /&gt;</w:t>
        <w:br/>
        <w:t>Взяли у мене все ви, все на світі.&lt;br /&gt;</w:t>
        <w:br/>
        <w:t>Нещадно буду вас гонити я завжди&lt;br /&gt;</w:t>
        <w:br/>
        <w:t>І скрізь... на вулиці, на самоті і в світі,&lt;br /&gt;</w:t>
        <w:br/>
        <w:t>1, якщо ми зіткнемось, ждіть біди!&lt;br /&gt;</w:t>
        <w:br/>
        <w:t>Я б вас убив... та смерть я зберігаю #&lt;br /&gt;</w:t>
        <w:br/>
        <w:t>Для іншої, мов дар, немов належну дань,&lt;br /&gt;</w:t>
        <w:br/>
        <w:t>Для вас же добрий я: вам рай земний лишаю&lt;br /&gt;</w:t>
        <w:br/>
        <w:t>Замість пекельних катувань.&lt;br /&gt;</w:t>
        <w:br/>
        <w:t>(Виходить)</w:t>
      </w:r>
    </w:p>
    <w:p>
      <w:r>
        <w:br/>
        <w:t>ВИХЩ ЧЕТВЕРТИЙ&lt;br /&gt;</w:t>
        <w:br/>
        <w:t>Баронеса сама.&lt;br /&gt;</w:t>
        <w:br/>
        <w:t>Баронеса (услідйому)&lt;br /&gt;</w:t>
        <w:br/>
        <w:t>Послухайте! Клянусь — це був обман.... вона&lt;br /&gt;</w:t>
        <w:br/>
        <w:t>Невинна... і браслет!.. Все я, моя вина...&lt;br /&gt;</w:t>
        <w:br/>
        <w:t>Пішов... не чує, ах, що діять? Всюди&lt;br /&gt;</w:t>
        <w:br/>
        <w:t>Лише відчай... байдуже... врятувать&lt;br /&gt;</w:t>
        <w:br/>
        <w:t>Його будь-що я хочу... Так, я буду&lt;br /&gt;</w:t>
        <w:br/>
        <w:t>Просить принижено, благать!..&lt;br /&gt;</w:t>
        <w:br/>
        <w:t>Признатися в усьому треба...&lt;br /&gt;</w:t>
        <w:br/>
        <w:t>Він... він іде... Наважусь я... О, небо!&lt;br /&gt;</w:t>
        <w:br/>
        <w:t>вихщ П'ЯТИЙ&lt;br /&gt;</w:t>
        <w:br/>
        <w:t>Баронеса та князь&lt;br /&gt;</w:t>
        <w:br/>
        <w:t>Князь (з іншої кімнати)&lt;br /&gt;</w:t>
        <w:br/>
        <w:t>Іван! Хто там?.. Ну от мені напасть!&lt;br /&gt;</w:t>
        <w:br/>
        <w:t>Який народ!.Хвилинки відпочить не дасть.&lt;br /&gt;</w:t>
        <w:br/>
        <w:t>(Входить)&lt;br /&gt;</w:t>
        <w:br/>
        <w:t>О, маю честь вітати в себе&lt;br /&gt;</w:t>
        <w:br/>
        <w:t>Красуню я! Безмежно рад...&lt;br /&gt;</w:t>
        <w:br/>
        <w:t>(Впізнає й відскакує)&lt;br /&gt;</w:t>
        <w:br/>
        <w:t>Ах, баронеса! Ви?.. Чи міг я знати?&lt;br /&gt;</w:t>
        <w:br/>
        <w:t>Баронеса&lt;br /&gt;</w:t>
        <w:br/>
        <w:t>Чого ви кинулись назад?&lt;br /&gt;</w:t>
        <w:br/>
        <w:t>(Слабким голосом)&lt;br /&gt;</w:t>
        <w:br/>
        <w:t>Ви здивувалися?&lt;br /&gt;</w:t>
        <w:br/>
        <w:t>Князь (зніяковіло)&lt;br /&gt;</w:t>
        <w:br/>
        <w:t>Радий я вас вітати,&lt;br /&gt;</w:t>
        <w:br/>
        <w:t>Та щастя я такого не чекав...&lt;br /&gt;</w:t>
        <w:br/>
        <w:t>Баронеса&lt;br /&gt;</w:t>
        <w:br/>
        <w:t>Я здивувалася б, якби чекали.</w:t>
      </w:r>
    </w:p>
    <w:p>
      <w:r>
        <w:br/>
        <w:t>Князь&lt;br /&gt;</w:t>
        <w:br/>
        <w:t>Що думав я собі? Коли б я знав!&lt;br /&gt;</w:t>
        <w:br/>
        <w:t>Баронеса&lt;br /&gt;</w:t>
        <w:br/>
        <w:t>Все знати ви могли, але ви не бажали.&lt;br /&gt;</w:t>
        <w:br/>
        <w:t>Князь&lt;br /&gt;</w:t>
        <w:br/>
        <w:t>Свою провину я б хотів&lt;br /&gt;</w:t>
        <w:br/>
        <w:t>Спокутувать; від вас найтяжче покарання&lt;br /&gt;</w:t>
        <w:br/>
        <w:t>Прийму покірно я. Сліпець! Моє незнання&lt;br /&gt;</w:t>
        <w:br/>
        <w:t>Злочинне, і тепер я не знаходжу слів.&lt;br /&gt;</w:t>
        <w:br/>
        <w:t>(Бере її за руку)&lt;br /&gt;</w:t>
        <w:br/>
        <w:t>Та ваші руки лід! Вам на лиці страждання,&lt;br /&gt;</w:t>
        <w:br/>
        <w:t>Невже не вірите ви в щирість слів моїх?&lt;br /&gt;</w:t>
        <w:br/>
        <w:t>Баронеса&lt;br /&gt;</w:t>
        <w:br/>
        <w:t>Ви помиляєтесь... не вимагать палких&lt;br /&gt;</w:t>
        <w:br/>
        <w:t>Признань і не молить кохання&lt;br /&gt;</w:t>
        <w:br/>
        <w:t>Я зважилась сюди сама,&lt;br /&gt;</w:t>
        <w:br/>
        <w:t>Забувши сором, страх, приїхать тайкома.&lt;br /&gt;</w:t>
        <w:br/>
        <w:t>Ні, лиш з обов'язку святого&lt;br /&gt;</w:t>
        <w:br/>
        <w:t>Прийшла до вас сьогодні я;&lt;br /&gt;</w:t>
        <w:br/>
        <w:t>Я залишаю світ; нового&lt;br /&gt;</w:t>
        <w:br/>
        <w:t>В селі шукатиму життя;&lt;br /&gt;</w:t>
        <w:br/>
        <w:t>Але причиною страшного&lt;br /&gt;</w:t>
        <w:br/>
        <w:t>Була я зла і прагну каяття.&lt;br /&gt;</w:t>
        <w:br/>
        <w:t>Мені рятунку вже немає.&lt;br /&gt;</w:t>
        <w:br/>
        <w:t>Та іншого я врятувати маю.&lt;br /&gt;</w:t>
        <w:br/>
        <w:t>Князь&lt;br /&gt;</w:t>
        <w:br/>
        <w:t>Але...&lt;br /&gt;</w:t>
        <w:br/>
        <w:t>Баронеса&lt;br /&gt;</w:t>
        <w:br/>
        <w:t>Не заважайте, князь, мовчіть,&lt;br /&gt;</w:t>
        <w:br/>
        <w:t>Мені і так було над сили&lt;br /&gt;</w:t>
        <w:br/>
        <w:t>Себе примусити заговорить....&lt;br /&gt;</w:t>
        <w:br/>
        <w:t>0 боже! Світ мені давно немилий,&lt;br /&gt;</w:t>
        <w:br/>
        <w:t>1 ви, лиш ви, причиною тому...&lt;br /&gt;</w:t>
        <w:br/>
        <w:t>Все ж мушу вас я врятувать... чому?</w:t>
      </w:r>
    </w:p>
    <w:p>
      <w:r>
        <w:br/>
        <w:t>Не знаю,.. Ви не заслужили&lt;br /&gt;</w:t>
        <w:br/>
        <w:t>Всіх жертв оцих... мене ані любить&lt;br /&gt;</w:t>
        <w:br/>
        <w:t>Ви не могли, ні, навіть, зрозуміть.&lt;br /&gt;</w:t>
        <w:br/>
        <w:t>Втім я цього й не домагалась, —&lt;br /&gt;</w:t>
        <w:br/>
        <w:t>Та слухайте, сьогодні я дізналась&lt;br /&gt;</w:t>
        <w:br/>
        <w:t>Про ваш необережний крок:&lt;br /&gt;</w:t>
        <w:br/>
        <w:t>Писали вчора ви Арбеніна дружині.&lt;br /&gt;</w:t>
        <w:br/>
        <w:t>Вона не любить вас; чуток&lt;br /&gt;</w:t>
        <w:br/>
        <w:t>Не дослухайтесь, і, молю, віднині&lt;br /&gt;</w:t>
        <w:br/>
        <w:t>Не вірте їм... ні, ні, ця думка лиш одна&lt;br /&gt;</w:t>
        <w:br/>
        <w:t>Занапастить нас всіх! Вона&lt;br /&gt;</w:t>
        <w:br/>
        <w:t>Про лист не відає... а він читав таємно...&lt;br /&gt;</w:t>
        <w:br/>
        <w:t>Страшний це в люті чоловік,&lt;br /&gt;</w:t>
        <w:br/>
        <w:t>Він вас уб'є... він тут вже був... він звик&lt;br /&gt;</w:t>
        <w:br/>
        <w:t>До злочину і мсти...&lt;br /&gt;</w:t>
        <w:br/>
        <w:t>Князь&lt;br /&gt;</w:t>
        <w:br/>
        <w:t>Пусте. Ви боїтесь даремно&lt;br /&gt;</w:t>
        <w:br/>
        <w:t>Арбенін в світі жив, не стане він повік&lt;br /&gt;</w:t>
        <w:br/>
        <w:t>Шукать прилюдного скандалу,&lt;br /&gt;</w:t>
        <w:br/>
        <w:t>Чи домагатися безглуздого завжди&lt;br /&gt;</w:t>
        <w:br/>
        <w:t>В пустій комедії — кривавого фіналу.&lt;br /&gt;</w:t>
        <w:br/>
        <w:t>А розгнівився, — що ж! І в тім нема біди —&lt;br /&gt;</w:t>
        <w:br/>
        <w:t>Тоді Лепажа пістолети&lt;br /&gt;</w:t>
        <w:br/>
        <w:t>І секунданти з двох боків.&lt;br /&gt;</w:t>
        <w:br/>
        <w:t>Я заслужив ці еполети&lt;br /&gt;</w:t>
        <w:br/>
        <w:t>Не тим же, що тікав від ворогів.&lt;br /&gt;</w:t>
        <w:br/>
        <w:t>Баронеса&lt;br /&gt;</w:t>
        <w:br/>
        <w:t>А що, як ваше, князь, життя дорожче, може,&lt;br /&gt;</w:t>
        <w:br/>
        <w:t>Комусь, ніж вам самим? І жінка це одна...&lt;br /&gt;</w:t>
        <w:br/>
        <w:t>А що, як вас уб'ють... уб'ють... О боже!&lt;br /&gt;</w:t>
        <w:br/>
        <w:t>І я всьому вина.&lt;br /&gt;</w:t>
        <w:br/>
        <w:t>Князь&lt;br /&gt;</w:t>
        <w:br/>
        <w:t>Ви?&lt;br /&gt;</w:t>
        <w:br/>
        <w:t>Баронеса&lt;br /&gt;</w:t>
        <w:br/>
        <w:t>Згляньтесь!</w:t>
      </w:r>
    </w:p>
    <w:p>
      <w:r>
        <w:br/>
        <w:t>Князь (подумавши)&lt;br /&gt;</w:t>
        <w:br/>
        <w:t>Ні, стрілятись доведеться.&lt;br /&gt;</w:t>
        <w:br/>
        <w:t>Я винен перед ним. Хоч несвідомо, честь&lt;br /&gt;</w:t>
        <w:br/>
        <w:t>Його образив я... і виходу, здається,&lt;br /&gt;</w:t>
        <w:br/>
        <w:t>Немає.&lt;br /&gt;</w:t>
        <w:br/>
        <w:t>Баронеса&lt;br /&gt;</w:t>
        <w:br/>
        <w:t>Вихід єсть!&lt;br /&gt;</w:t>
        <w:br/>
        <w:t>Князь&lt;br /&gt;</w:t>
        <w:br/>
        <w:t>Зректись? О ні, інакший вихід дайте.&lt;br /&gt;</w:t>
        <w:br/>
        <w:t>Я не зречусь, щоб зберегти життя,&lt;br /&gt;</w:t>
        <w:br/>
        <w:t>І йду, не гаючись.&lt;br /&gt;</w:t>
        <w:br/>
        <w:t>Баронеса&lt;br /&gt;</w:t>
        <w:br/>
        <w:t>Єдину мить! Стривайте!&lt;br /&gt;</w:t>
        <w:br/>
        <w:t>В усім вина моя.&lt;br /&gt;</w:t>
        <w:br/>
        <w:t>(Бере його за руку)&lt;br /&gt;</w:t>
        <w:br/>
        <w:t>Вас всіх одурено!.. І маска та...&lt;br /&gt;</w:t>
        <w:br/>
        <w:t>(Схиляється на стіл, падаючи)&lt;br /&gt;</w:t>
        <w:br/>
        <w:t>Це я!&lt;br /&gt;</w:t>
        <w:br/>
        <w:t>Князь&lt;br /&gt;</w:t>
        <w:br/>
        <w:t>Що? Ви? Це неможливо!&lt;br /&gt;</w:t>
        <w:br/>
        <w:t>(Мовчання)&lt;br /&gt;</w:t>
        <w:br/>
        <w:t>А Шпріх!.. Це він казав... і винний він в усім.&lt;br /&gt;</w:t>
        <w:br/>
        <w:t>Баронеса (отямившись і відходячи)&lt;br /&gt;</w:t>
        <w:br/>
        <w:t>Була то помилка жахлива,&lt;br /&gt;</w:t>
        <w:br/>
        <w:t>Чудне безумство... О, я гірко каюсь в нім!..&lt;br /&gt;</w:t>
        <w:br/>
        <w:t>Воно минулося і... годі з тим.&lt;br /&gt;</w:t>
        <w:br/>
        <w:t>Віддайте їй браслет... його я випадково&lt;br /&gt;</w:t>
        <w:br/>
        <w:t>Знайшла. Не говоріть&lt;br /&gt;</w:t>
        <w:br/>
        <w:t>Про все, що сталося, ні слова&lt;br /&gt;</w:t>
        <w:br/>
        <w:t>Нікому ви... Бог буде нас судить.&lt;br /&gt;</w:t>
        <w:br/>
        <w:t>Вам він простить... мені простить не в вашій волі.&lt;br /&gt;</w:t>
        <w:br/>
        <w:t>Але я мушу йти, доволі.&lt;br /&gt;</w:t>
        <w:br/>
        <w:t>Хай вам щастить...</w:t>
      </w:r>
    </w:p>
    <w:p>
      <w:r>
        <w:br/>
        <w:t>(Підійшовши до дверей, бачить, що він хоче кинутись&lt;br /&gt;</w:t>
        <w:br/>
        <w:t>слідом за нею)&lt;br /&gt;</w:t>
        <w:br/>
        <w:t>Ні, ні, за мною, князь, не йдіть.&lt;br /&gt;</w:t>
        <w:br/>
        <w:t>(Виходить)&lt;br /&gt;</w:t>
        <w:br/>
        <w:t>вихід шостий&lt;br /&gt;</w:t>
        <w:br/>
        <w:t>Князь сам.&lt;br /&gt;</w:t>
        <w:br/>
        <w:t>Князь (після тривалого міркування)&lt;br /&gt;</w:t>
        <w:br/>
        <w:t>Що думати я вже й не знаю.&lt;br /&gt;</w:t>
        <w:br/>
        <w:t>А зрозумів одне лиш я з усього цього,&lt;br /&gt;</w:t>
        <w:br/>
        <w:t>Що слушну я нагоду пропускаю,&lt;br /&gt;</w:t>
        <w:br/>
        <w:t>Немов школяр...&lt;br /&gt;</w:t>
        <w:br/>
        <w:t>(Підходить до стола)&lt;br /&gt;</w:t>
        <w:br/>
        <w:t>Ото!&lt;br /&gt;</w:t>
        <w:br/>
        <w:t>Записка від Арбеніна. Його&lt;br /&gt;</w:t>
        <w:br/>
        <w:t>Рука і підпис... Прочитаю!&lt;br /&gt;</w:t>
        <w:br/>
        <w:t>"Дорогий князь! Приїзди сьогодні увечері до ЛГ; Там буде&lt;br /&gt;</w:t>
        <w:br/>
        <w:t>багато... і ми весело перебудемо час... Я не хотів збудити тебе,&lt;br /&gt;</w:t>
        <w:br/>
        <w:t>а то б ти дрімав увесь вечір. Прощавай. Чекаю неодмінно.&lt;br /&gt;</w:t>
        <w:br/>
        <w:t>Твій щирий&lt;br /&gt;</w:t>
        <w:br/>
        <w:t>Євгеній Арбенін".&lt;br /&gt;</w:t>
        <w:br/>
        <w:t>Ну, треба добре око мати,&lt;br /&gt;</w:t>
        <w:br/>
        <w:t>Щоб в цьому бачити картель.&lt;br /&gt;</w:t>
        <w:br/>
        <w:t>Хто б на бенкет став зазивати,&lt;br /&gt;</w:t>
        <w:br/>
        <w:t>Щоб потім кликать на дуель?&lt;br /&gt;</w:t>
        <w:br/>
        <w:t>СЦЕНА ЧЕТВЕРТА&lt;br /&gt;</w:t>
        <w:br/>
        <w:t>Кімната у N.&lt;br /&gt;</w:t>
        <w:br/>
        <w:t>ВИХІД ПЕРШИЙ&lt;br /&gt;</w:t>
        <w:br/>
        <w:t>Казарін, господар та Арбенін, сідають грати.&lt;br /&gt;</w:t>
        <w:br/>
        <w:t>Казарін&lt;br /&gt;</w:t>
        <w:br/>
        <w:t>То справді зрікся ти химер отих дивацьких,&lt;br /&gt;</w:t>
        <w:br/>
        <w:t>Якими так пишався світ,&lt;br /&gt;</w:t>
        <w:br/>
        <w:t>І став на путь колишніх днів юнацьких!</w:t>
      </w:r>
    </w:p>
    <w:p>
      <w:r>
        <w:br/>
        <w:t>Чудесна думка це, і ти, з усіх приміт,&lt;br /&gt;</w:t>
        <w:br/>
        <w:t>Поет... та ні, ще більше, геній.&lt;br /&gt;</w:t>
        <w:br/>
        <w:t>Родинне коло, далебі,&lt;br /&gt;</w:t>
        <w:br/>
        <w:t>Тісне вже, друже мій, тобі?&lt;br /&gt;</w:t>
        <w:br/>
        <w:t>Ти наш.&lt;br /&gt;</w:t>
        <w:br/>
        <w:t>Арбенін&lt;br /&gt;</w:t>
        <w:br/>
        <w:t>Я ваш віднині.&lt;br /&gt;</w:t>
        <w:br/>
        <w:t>Казарін&lt;br /&gt;</w:t>
        <w:br/>
        <w:t>Ах, Євгеній,&lt;br /&gt;</w:t>
        <w:br/>
        <w:t>Приємно бачити мені,&lt;br /&gt;</w:t>
        <w:br/>
        <w:t>Як дивляться на світ розумні люди нині:&lt;br /&gt;</w:t>
        <w:br/>
        <w:t>Немов кайдани їм пристойності страшні...&lt;br /&gt;</w:t>
        <w:br/>
        <w:t>Зі мною будеш ти, гадаю, в половині?&lt;br /&gt;</w:t>
        <w:br/>
        <w:t>Господар&lt;br /&gt;</w:t>
        <w:br/>
        <w:t>А слід би поскубти князька!&lt;br /&gt;</w:t>
        <w:br/>
        <w:t>Казарін&lt;br /&gt;</w:t>
        <w:br/>
        <w:t>Тік... так...&lt;br /&gt;</w:t>
        <w:br/>
        <w:t>(Набік)&lt;br /&gt;</w:t>
        <w:br/>
        <w:t>Та й сутичка ж почнеться!&lt;br /&gt;</w:t>
        <w:br/>
        <w:t>Господар&lt;br /&gt;</w:t>
        <w:br/>
        <w:t>Побачим. Транспорт!..&lt;br /&gt;</w:t>
        <w:br/>
        <w:t>(Чути шум)&lt;br /&gt;</w:t>
        <w:br/>
        <w:t>Арбенін&lt;br /&gt;</w:t>
        <w:br/>
        <w:t>Він, це він.&lt;br /&gt;</w:t>
        <w:br/>
        <w:t>Казарін&lt;br /&gt;</w:t>
        <w:br/>
        <w:t>Рука&lt;br /&gt;</w:t>
        <w:br/>
        <w:t>Тобі тремтить.&lt;br /&gt;</w:t>
        <w:br/>
        <w:t>Арбенін&lt;br /&gt;</w:t>
        <w:br/>
        <w:t>Відвик... та це минеться.&lt;br /&gt;</w:t>
        <w:br/>
        <w:t>(Князь входить)</w:t>
      </w:r>
    </w:p>
    <w:p>
      <w:r>
        <w:br/>
        <w:t>ВИХІД ДРУГИЙ&lt;br /&gt;</w:t>
        <w:br/>
        <w:t>Ті самі й князь.&lt;br /&gt;</w:t>
        <w:br/>
        <w:t>Господар&lt;br /&gt;</w:t>
        <w:br/>
        <w:t>Ах, князь, це ви? Радий у себе вас вітать.&lt;br /&gt;</w:t>
        <w:br/>
        <w:t>Сідайте, прошу, скиньте шаблю.&lt;br /&gt;</w:t>
        <w:br/>
        <w:t>У нас запеклий бій.&lt;br /&gt;</w:t>
        <w:br/>
        <w:t>Князь&lt;br /&gt;</w:t>
        <w:br/>
        <w:t>Я подивлюсь.&lt;br /&gt;</w:t>
        <w:br/>
        <w:t>Арбенін&lt;br /&gt;</w:t>
        <w:br/>
        <w:t>А грать&lt;br /&gt;</w:t>
        <w:br/>
        <w:t>Все боїтесь іще? О, нині я вас зваблю.&lt;br /&gt;</w:t>
        <w:br/>
        <w:t>Князь&lt;br /&gt;</w:t>
        <w:br/>
        <w:t>0 ні, я з вами не боюсь.&lt;br /&gt;</w:t>
        <w:br/>
        <w:t>(Убік)&lt;br /&gt;</w:t>
        <w:br/>
        <w:t>От маєш: мужеві старанно догоджаю,&lt;br /&gt;</w:t>
        <w:br/>
        <w:t>А за жоною волочусь.&lt;br /&gt;</w:t>
        <w:br/>
        <w:t>Аби лиш виграть там, а тут нехай програю.&lt;br /&gt;</w:t>
        <w:br/>
        <w:t>(Сідає)&lt;br /&gt;</w:t>
        <w:br/>
        <w:t>Арбенін&lt;br /&gt;</w:t>
        <w:br/>
        <w:t>Я нині був у вас.&lt;br /&gt;</w:t>
        <w:br/>
        <w:t>Князь&lt;br /&gt;</w:t>
        <w:br/>
        <w:t>Записку я читав.&lt;br /&gt;</w:t>
        <w:br/>
        <w:t>1 бачите, слухняний.&lt;br /&gt;</w:t>
        <w:br/>
        <w:t>Арбенін&lt;br /&gt;</w:t>
        <w:br/>
        <w:t>На порозі&lt;br /&gt;</w:t>
        <w:br/>
        <w:t>Мені зустрівся хтось — збентежений, в тривозі.&lt;br /&gt;</w:t>
        <w:br/>
        <w:t>Князь&lt;br /&gt;</w:t>
        <w:br/>
        <w:t>І ви впізнали?&lt;br /&gt;</w:t>
        <w:br/>
        <w:t>Арбенін (сміючись)&lt;br /&gt;</w:t>
        <w:br/>
        <w:t>Далебі впізнав.&lt;br /&gt;</w:t>
        <w:br/>
        <w:t>Ви, князь, облесник небезпечний.&lt;br /&gt;</w:t>
        <w:br/>
        <w:t>Я все збагнув і відгадав.</w:t>
      </w:r>
    </w:p>
    <w:p>
      <w:r>
        <w:br/>
        <w:t>Князь (убік)&lt;br /&gt;</w:t>
        <w:br/>
        <w:t>Він не збагнув нічого, безперечно.&lt;br /&gt;</w:t>
        <w:br/>
        <w:t>(Відходить і кладе шаблю)&lt;br /&gt;</w:t>
        <w:br/>
        <w:t>Арбенін&lt;br /&gt;</w:t>
        <w:br/>
        <w:t>Я б не хотів, щоб вам жона моя&lt;br /&gt;</w:t>
        <w:br/>
        <w:t>Сподобалась.&lt;br /&gt;</w:t>
        <w:br/>
        <w:t>Князь (неуважно)&lt;br /&gt;</w:t>
        <w:br/>
        <w:t>Це дивно дуже.&lt;br /&gt;</w:t>
        <w:br/>
        <w:t>Арбенін&lt;br /&gt;</w:t>
        <w:br/>
        <w:t>Чеснотами, яких завжди шукає в мужа&lt;br /&gt;</w:t>
        <w:br/>
        <w:t>Коханець — не владаю я...&lt;br /&gt;</w:t>
        <w:br/>
        <w:t>(Убік)&lt;br /&gt;</w:t>
        <w:br/>
        <w:t>Спокійний він... Але я спокій цей порушу,&lt;br /&gt;</w:t>
        <w:br/>
        <w:t>Я в твій солодкий світ отрути піділлю.&lt;br /&gt;</w:t>
        <w:br/>
        <w:t>Коли б ти навіть міг на карту кинуть душу,&lt;br /&gt;</w:t>
        <w:br/>
        <w:t>То проти неї я поставив би свою.&lt;br /&gt;</w:t>
        <w:br/>
        <w:t>(Грають. Арбенін мене)&lt;br /&gt;</w:t>
        <w:br/>
        <w:t>Казарін&lt;br /&gt;</w:t>
        <w:br/>
        <w:t>Я ставлю п'ятдесят.&lt;br /&gt;</w:t>
        <w:br/>
        <w:t>Князь&lt;br /&gt;</w:t>
        <w:br/>
        <w:t>Я п'ятдесят так само.&lt;br /&gt;</w:t>
        <w:br/>
        <w:t>Арбенін&lt;br /&gt;</w:t>
        <w:br/>
        <w:t>Я розповім вам анекдот,&lt;br /&gt;</w:t>
        <w:br/>
        <w:t>Що чув, коли молодший був літами:&lt;br /&gt;</w:t>
        <w:br/>
        <w:t>Мені з думок не йде сьогодні він; так от&lt;br /&gt;</w:t>
        <w:br/>
        <w:t>Послухайте: один поважний барин,&lt;br /&gt;</w:t>
        <w:br/>
        <w:t>Він був одружений — твоя взяла, Казарін,&lt;br /&gt;</w:t>
        <w:br/>
        <w:t>Він був одружений і спав спокійним сном,&lt;br /&gt;</w:t>
        <w:br/>
        <w:t>На вірність жінчину поклавшись нерозважно...&lt;br /&gt;</w:t>
        <w:br/>
        <w:t>Заслухались ви, князю, і притьмом&lt;br /&gt;</w:t>
        <w:br/>
        <w:t>Програєтесь. Це легковажно.&lt;br /&gt;</w:t>
        <w:br/>
        <w:t>Сердечно люблений, муж мирно раював;</w:t>
      </w:r>
    </w:p>
    <w:p>
      <w:r>
        <w:br/>
        <w:t>В довершення всіх благ був даний чоловіку&lt;br /&gt;</w:t>
        <w:br/>
        <w:t>Ще й приятель... колись йому велику&lt;br /&gt;</w:t>
        <w:br/>
        <w:t>Зробив він послугу і через те вважав&lt;br /&gt;</w:t>
        <w:br/>
        <w:t>За друга справжнього, що честь і совість мав.&lt;br /&gt;</w:t>
        <w:br/>
        <w:t>І що ж! Скажу вам щиро,&lt;br /&gt;</w:t>
        <w:br/>
        <w:t>Не знати як, та муж прознав,&lt;br /&gt;</w:t>
        <w:br/>
        <w:t>Що вдячний друг — боржник сумлінний понад міру —&lt;br /&gt;</w:t>
        <w:br/>
        <w:t>Дружині послуги свої пропонував.&lt;br /&gt;</w:t>
        <w:br/>
        <w:t>Князь&lt;br /&gt;</w:t>
        <w:br/>
        <w:t>Що ж муж?&lt;br /&gt;</w:t>
        <w:br/>
        <w:t>Арбенін (немов не чувши запитання)&lt;br /&gt;</w:t>
        <w:br/>
        <w:t>Гнете не дивлячися, князю.&lt;br /&gt;</w:t>
        <w:br/>
        <w:t>Про гру забули ви.&lt;br /&gt;</w:t>
        <w:br/>
        <w:t>(Поглянувши на нього пильно)&lt;br /&gt;</w:t>
        <w:br/>
        <w:t>Що муж, цікаво вам?&lt;br /&gt;</w:t>
        <w:br/>
        <w:t>Пусте щось вигадав — що я не знаю й сам,&lt;br /&gt;</w:t>
        <w:br/>
        <w:t>І дав поличника... Що ви в такому разі&lt;br /&gt;</w:t>
        <w:br/>
        <w:t>Вчинили б, князь?&lt;br /&gt;</w:t>
        <w:br/>
        <w:t>Князь&lt;br /&gt;</w:t>
        <w:br/>
        <w:t>Те саме. Ну, а там&lt;br /&gt;</w:t>
        <w:br/>
        <w:t>Дуель?&lt;br /&gt;</w:t>
        <w:br/>
        <w:t>Ні.&lt;br /&gt;</w:t>
        <w:br/>
        <w:t>Арбенін&lt;br /&gt;</w:t>
        <w:br/>
        <w:t>Казарін&lt;br /&gt;</w:t>
        <w:br/>
        <w:t>Як? Не бились?&lt;br /&gt;</w:t>
        <w:br/>
        <w:t>Арбенін&lt;br /&gt;</w:t>
        <w:br/>
        <w:t>Ні, ні...&lt;br /&gt;</w:t>
        <w:br/>
        <w:t>Казарін&lt;br /&gt;</w:t>
        <w:br/>
        <w:t>То, може, помирились?&lt;br /&gt;</w:t>
        <w:br/>
        <w:t>Арбенін (гіркопосміхаючись)&lt;br /&gt;</w:t>
        <w:br/>
        <w:t>О, ні. "&lt;br /&gt;</w:t>
        <w:br/>
        <w:t>Князь&lt;br /&gt;</w:t>
        <w:br/>
        <w:t>То що він все ж зробив?</w:t>
      </w:r>
    </w:p>
    <w:p>
      <w:r>
        <w:br/>
        <w:t>Арбенін&lt;br /&gt;</w:t>
        <w:br/>
        <w:t>Він звабнику лишив&lt;br /&gt;</w:t>
        <w:br/>
        <w:t>Поличника та й край. Така йому відплата.&lt;br /&gt;</w:t>
        <w:br/>
        <w:t>Князь (сміється)&lt;br /&gt;</w:t>
        <w:br/>
        <w:t>Це проти правил, слід сказати.&lt;br /&gt;</w:t>
        <w:br/>
        <w:t>Арбенін&lt;br /&gt;</w:t>
        <w:br/>
        <w:t>Де і який у нас&lt;br /&gt;</w:t>
        <w:br/>
        <w:t>Про мсту й ненависть є закон або указ?&lt;br /&gt;</w:t>
        <w:br/>
        <w:t>(Грають. Мовчання)&lt;br /&gt;</w:t>
        <w:br/>
        <w:t>Взяла... взяла...&lt;br /&gt;</w:t>
        <w:br/>
        <w:t>(Встаючи)&lt;br /&gt;</w:t>
        <w:br/>
        <w:t>Стривайте, ви цю карту&lt;br /&gt;</w:t>
        <w:br/>
        <w:t>Підтасували.&lt;br /&gt;</w:t>
        <w:br/>
        <w:t>Князь&lt;br /&gt;</w:t>
        <w:br/>
        <w:t>Я! Послухайте, ви.&lt;br /&gt;</w:t>
        <w:br/>
        <w:t>Арбенін&lt;br /&gt;</w:t>
        <w:br/>
        <w:t>Край!&lt;br /&gt;</w:t>
        <w:br/>
        <w:t>Продовжувати гру не варто.&lt;br /&gt;</w:t>
        <w:br/>
        <w:t>Ви...&lt;br /&gt;</w:t>
        <w:br/>
        <w:t>(задихаючись)&lt;br /&gt;</w:t>
        <w:br/>
        <w:t>ви негідник і шахрай.&lt;br /&gt;</w:t>
        <w:br/>
        <w:t>Князь&lt;br /&gt;</w:t>
        <w:br/>
        <w:t>Я?.. Я?..&lt;br /&gt;</w:t>
        <w:br/>
        <w:t>Арбенін&lt;br /&gt;</w:t>
        <w:br/>
        <w:t>Шахрай, і я вас тут відзначу,&lt;br /&gt;</w:t>
        <w:br/>
        <w:t>Щоб знали всі тепер про вашу підлу вдачу.&lt;br /&gt;</w:t>
        <w:br/>
        <w:t>(Кидає карти йому в обличчя. Князь такий вражений,&lt;br /&gt;</w:t>
        <w:br/>
        <w:t>що не знає, що робить).&lt;br /&gt;</w:t>
        <w:br/>
        <w:t>(Притишивши голос)&lt;br /&gt;</w:t>
        <w:br/>
        <w:t>Ми поквитались.&lt;br /&gt;</w:t>
        <w:br/>
        <w:t>Казарін&lt;br /&gt;</w:t>
        <w:br/>
        <w:t>Що тобі?</w:t>
      </w:r>
    </w:p>
    <w:p>
      <w:r>
        <w:br/>
        <w:t>(До господаря)&lt;br /&gt;</w:t>
        <w:br/>
        <w:t>Він збожеволів у найкращім місці.&lt;br /&gt;</w:t>
        <w:br/>
        <w:t>Той розпалився вже й спустив би тисяч двісті.&lt;br /&gt;</w:t>
        <w:br/>
        <w:t>Князь (отямившись, підхоплюється)&lt;br /&gt;</w:t>
        <w:br/>
        <w:t>За мною! Далебі&lt;br /&gt;</w:t>
        <w:br/>
        <w:t>Лиш кров! Лиш кров образу змиє люту.&lt;br /&gt;</w:t>
        <w:br/>
        <w:t>Арбенін&lt;br /&gt;</w:t>
        <w:br/>
        <w:t>Стрілятись? З вами? Ні, цьому не бути.&lt;br /&gt;</w:t>
        <w:br/>
        <w:t>Князь&lt;br /&gt;</w:t>
        <w:br/>
        <w:t>Ви боягуз!&lt;br /&gt;</w:t>
        <w:br/>
        <w:t>(Хоче кинутись на нього)&lt;br /&gt;</w:t>
        <w:br/>
        <w:t>Арбенін (грізно)&lt;br /&gt;</w:t>
        <w:br/>
        <w:t>А підступать&lt;br /&gt;</w:t>
        <w:br/>
        <w:t>Не раджу вам. І тут не раджу залишатись.&lt;br /&gt;</w:t>
        <w:br/>
        <w:t>Я боягуз, та не злякать&lt;br /&gt;</w:t>
        <w:br/>
        <w:t>І боягуза вам.&lt;br /&gt;</w:t>
        <w:br/>
        <w:t>Князь&lt;br /&gt;</w:t>
        <w:br/>
        <w:t>Я змушу вас стрілятись.&lt;br /&gt;</w:t>
        <w:br/>
        <w:t>Про вчинок підлий ваш я скрізь розголошу,&lt;br /&gt;</w:t>
        <w:br/>
        <w:t>Негідник ви — не я...&lt;br /&gt;</w:t>
        <w:br/>
        <w:t>Арбенін&lt;br /&gt;</w:t>
        <w:br/>
        <w:t>Розголосіть, прошу.&lt;br /&gt;</w:t>
        <w:br/>
        <w:t>Князь (підходячиближче)&lt;br /&gt;</w:t>
        <w:br/>
        <w:t>Я розповім, що з вашою жоною...&lt;br /&gt;</w:t>
        <w:br/>
        <w:t>Браслет згадайте!.. Він... він ще у мене десь.&lt;br /&gt;</w:t>
        <w:br/>
        <w:t>Арбенін&lt;br /&gt;</w:t>
        <w:br/>
        <w:t>Я вас за це скарав уже ганьбою.&lt;br /&gt;</w:t>
        <w:br/>
        <w:t>Князь&lt;br /&gt;</w:t>
        <w:br/>
        <w:t>О, божевілля! Де я? Світ увесь&lt;br /&gt;</w:t>
        <w:br/>
        <w:t>Супроти мене... Я вас вб'ю!</w:t>
      </w:r>
    </w:p>
    <w:p>
      <w:r>
        <w:br/>
        <w:t>Арбенін&lt;br /&gt;</w:t>
        <w:br/>
        <w:t>Пораду&lt;br /&gt;</w:t>
        <w:br/>
        <w:t>І щодо цього вам так само дам я радо:&lt;br /&gt;</w:t>
        <w:br/>
        <w:t>Вбивайте, та мерщій, бо за короткий час&lt;br /&gt;</w:t>
        <w:br/>
        <w:t>Хоробрість ця пригасне в вас.&lt;br /&gt;</w:t>
        <w:br/>
        <w:t>Князь&lt;br /&gt;</w:t>
        <w:br/>
        <w:t>О, де ти, честь моя!.. Віддайте, ради бога!&lt;br /&gt;</w:t>
        <w:br/>
        <w:t>Віддайте честь мені... Моє ім'я!.. Кінець...&lt;br /&gt;</w:t>
        <w:br/>
        <w:t>Невже не маєте святого ви нічого?&lt;br /&gt;</w:t>
        <w:br/>
        <w:t>Людина ви чи демон?&lt;br /&gt;</w:t>
        <w:br/>
        <w:t>Арбенін&lt;br /&gt;</w:t>
        <w:br/>
        <w:t>Я гравець!&lt;br /&gt;</w:t>
        <w:br/>
        <w:t>Князь (падаючи й затуляючи обличчя)&lt;br /&gt;</w:t>
        <w:br/>
        <w:t>Честь, честь моя!..&lt;br /&gt;</w:t>
        <w:br/>
        <w:t>Арбенін&lt;br /&gt;</w:t>
        <w:br/>
        <w:t>Так, честь не повернути.&lt;br /&gt;</w:t>
        <w:br/>
        <w:t>Бар'єр зруйновано поміж добром і злом.&lt;br /&gt;</w:t>
        <w:br/>
        <w:t>Тобі судилося зневаги біль відчути,&lt;br /&gt;</w:t>
        <w:br/>
        <w:t>Віднині підеш скрізь ганебним ти шляхом,&lt;br /&gt;</w:t>
        <w:br/>
        <w:t>Пізнаєш смак кривавих сліз, розпуку&lt;br /&gt;</w:t>
        <w:br/>
        <w:t>І щастя ближнього сприйматимеш, як муку&lt;br /&gt;</w:t>
        <w:br/>
        <w:t>Душі своєї; день і ніч разом&lt;br /&gt;</w:t>
        <w:br/>
        <w:t>Ти будеш думати лиш про одне; поволі&lt;br /&gt;</w:t>
        <w:br/>
        <w:t>Всі почуття твої пригаснуть, відімруть.&lt;br /&gt;</w:t>
        <w:br/>
        <w:t>Не матимеш тепер ні щастя, ані долі!&lt;br /&gt;</w:t>
        <w:br/>
        <w:t>Мов листя з дерева гнилого, відпадуть&lt;br /&gt;</w:t>
        <w:br/>
        <w:t>Від тебе друзі всі, і без надії,&lt;br /&gt;</w:t>
        <w:br/>
        <w:t>Оганьблений в юрбі ходити будеш ти&lt;br /&gt;</w:t>
        <w:br/>
        <w:t>І сором буде більш тебе пекти,&lt;br /&gt;</w:t>
        <w:br/>
        <w:t>Ніж злочин лиходія.&lt;br /&gt;</w:t>
        <w:br/>
        <w:t>Тепер прощай...&lt;br /&gt;</w:t>
        <w:br/>
        <w:t>(Виходячи)&lt;br /&gt;</w:t>
        <w:br/>
        <w:t>Бажаю довго жить.&lt;br /&gt;</w:t>
        <w:br/>
        <w:t>(Виходить)</w:t>
      </w:r>
    </w:p>
    <w:p>
      <w:r>
        <w:br/>
        <w:t>ДІЯ ТРЕТЯ&lt;br /&gt;</w:t>
        <w:br/>
        <w:t>СЦЕНА ПЕРША&lt;br /&gt;</w:t>
        <w:br/>
        <w:t>Бал.&lt;br /&gt;</w:t>
        <w:br/>
        <w:t>ВИХЩ ПЕРШИЙ&lt;br /&gt;</w:t>
        <w:br/>
        <w:t>Господиня&lt;br /&gt;</w:t>
        <w:br/>
        <w:t>Жду баронесу, та не знаю, —&lt;br /&gt;</w:t>
        <w:br/>
        <w:t>Чогось нема її... Мені вас жаль.&lt;br /&gt;</w:t>
        <w:br/>
        <w:t>1-й гість&lt;br /&gt;</w:t>
        <w:br/>
        <w:t>Мене? Як розуміть це маю?&lt;br /&gt;</w:t>
        <w:br/>
        <w:t>2-й гість&lt;br /&gt;</w:t>
        <w:br/>
        <w:t>Ждете ви баронесу Штраль?&lt;br /&gt;</w:t>
        <w:br/>
        <w:t>Вона від'їхала!..&lt;br /&gt;</w:t>
        <w:br/>
        <w:t>Багато хто&lt;br /&gt;</w:t>
        <w:br/>
        <w:t>Куди? Чого? Коли це?&lt;br /&gt;</w:t>
        <w:br/>
        <w:t>2-й гість&lt;br /&gt;</w:t>
        <w:br/>
        <w:t>В село, сьогодні вранці.&lt;br /&gt;</w:t>
        <w:br/>
        <w:t>Дама&lt;br /&gt;</w:t>
        <w:br/>
        <w:t>Як, сама?&lt;br /&gt;</w:t>
        <w:br/>
        <w:t>Своєю волею? Мій боже, от дивниця!&lt;br /&gt;</w:t>
        <w:br/>
        <w:t>2-й гість&lt;br /&gt;</w:t>
        <w:br/>
        <w:t>Фантазії! Романи!.. Сил нема,&lt;br /&gt;</w:t>
        <w:br/>
        <w:t>Таке!..&lt;br /&gt;</w:t>
        <w:br/>
        <w:t>(Розходяться. Інша група мужчин).</w:t>
      </w:r>
    </w:p>
    <w:p>
      <w:r>
        <w:br/>
        <w:t>3-й гість&lt;br /&gt;</w:t>
        <w:br/>
        <w:t>Ви знаєте, князь Звєздич знов програвся.&lt;br /&gt;</w:t>
        <w:br/>
        <w:t>4-й гість&lt;br /&gt;</w:t>
        <w:br/>
        <w:t>Ні, кажуть, виграв він — та на галай-балай,&lt;br /&gt;</w:t>
        <w:br/>
        <w:t>І ляпаса дістав.&lt;br /&gt;</w:t>
        <w:br/>
        <w:t>5-й гість&lt;br /&gt;</w:t>
        <w:br/>
        <w:t>Невже? Стрілявся?&lt;br /&gt;</w:t>
        <w:br/>
        <w:t>4-й гість&lt;br /&gt;</w:t>
        <w:br/>
        <w:t>Ні, не схотів.&lt;br /&gt;</w:t>
        <w:br/>
        <w:t>3-й гість&lt;br /&gt;</w:t>
        <w:br/>
        <w:t>Який же він шахрай!&lt;br /&gt;</w:t>
        <w:br/>
        <w:t>Хто б здумав!..&lt;br /&gt;</w:t>
        <w:br/>
        <w:t>1-й гість&lt;br /&gt;</w:t>
        <w:br/>
        <w:t>О, віднині — край&lt;br /&gt;</w:t>
        <w:br/>
        <w:t>Знайомству з ним.&lt;br /&gt;</w:t>
        <w:br/>
        <w:t>6-й гість&lt;br /&gt;</w:t>
        <w:br/>
        <w:t>І я з ним більше не знайомий.&lt;br /&gt;</w:t>
        <w:br/>
        <w:t>Він буде тут?&lt;br /&gt;</w:t>
        <w:br/>
        <w:t>3-й гість&lt;br /&gt;</w:t>
        <w:br/>
        <w:t>Не зважиться, по всьому...&lt;br /&gt;</w:t>
        <w:br/>
        <w:t>4-й гість&lt;br /&gt;</w:t>
        <w:br/>
        <w:t>Ось він!..&lt;br /&gt;</w:t>
        <w:br/>
        <w:t>(Князь підходить, до нього ледве вклоняються.&lt;br /&gt;</w:t>
        <w:br/>
        <w:t>Всі, крім 5-го та 6-го гостей, відходять.&lt;br /&gt;</w:t>
        <w:br/>
        <w:t>Згодом і вони відходять. Ніна сідає на канапі).&lt;br /&gt;</w:t>
        <w:br/>
        <w:t>Князь&lt;br /&gt;</w:t>
        <w:br/>
        <w:t>Тепер нас тут залишено самих.&lt;br /&gt;</w:t>
        <w:br/>
        <w:t>Нагода слушна для розмови.&lt;br /&gt;</w:t>
        <w:br/>
        <w:t>(До неї)&lt;br /&gt;</w:t>
        <w:br/>
        <w:t>Я маю вам сказать два слова, —&lt;br /&gt;</w:t>
        <w:br/>
        <w:t>Повинні вислухать ви їх.</w:t>
      </w:r>
    </w:p>
    <w:p>
      <w:r>
        <w:br/>
        <w:t>Ніна&lt;br /&gt;</w:t>
        <w:br/>
        <w:t>Повинна?&lt;br /&gt;</w:t>
        <w:br/>
        <w:t>Князь&lt;br /&gt;</w:t>
        <w:br/>
        <w:t>Я про ваше щастя дбаю.&lt;br /&gt;</w:t>
        <w:br/>
        <w:t>Ніна&lt;br /&gt;</w:t>
        <w:br/>
        <w:t>Мене дивує це без краю.&lt;br /&gt;</w:t>
        <w:br/>
        <w:t>Князь&lt;br /&gt;</w:t>
        <w:br/>
        <w:t>Так, дивно це: на вас лежить вина&lt;br /&gt;</w:t>
        <w:br/>
        <w:t>Моєї згуби; все ж мені вас жаль; рукою&lt;br /&gt;</w:t>
        <w:br/>
        <w:t>Я вражений тією, що вона&lt;br /&gt;</w:t>
        <w:br/>
        <w:t>Вас вб'є... Я помстою дрібною&lt;br /&gt;</w:t>
        <w:br/>
        <w:t>Себе не оганьблю — послухайте ж мене:&lt;br /&gt;</w:t>
        <w:br/>
        <w:t>Ваш чоловік, — пильнуйте невідступно! —&lt;br /&gt;</w:t>
        <w:br/>
        <w:t>Він лиходій, безбожний і підступний,&lt;br /&gt;</w:t>
        <w:br/>
        <w:t>І, знаю, лихо вам загрожує страшне.&lt;br /&gt;</w:t>
        <w:br/>
        <w:t>Прощайте. Лиходій не викритий; не здатний&lt;br /&gt;</w:t>
        <w:br/>
        <w:t>Я ще скарать його, але свого діждусь, —&lt;br /&gt;</w:t>
        <w:br/>
        <w:t>Настане час, — я повернусь.&lt;br /&gt;</w:t>
        <w:br/>
        <w:t>Ось ваш браслет... Мені він більше непридатний.&lt;br /&gt;</w:t>
        <w:br/>
        <w:t>(Арбенін дивиться на них здаля).&lt;br /&gt;</w:t>
        <w:br/>
        <w:t>Ніна&lt;br /&gt;</w:t>
        <w:br/>
        <w:t>Ви збожеволіли — на вас&lt;br /&gt;</w:t>
        <w:br/>
        <w:t>І гніватись було б негідно.&lt;br /&gt;</w:t>
        <w:br/>
        <w:t>Князь&lt;br /&gt;</w:t>
        <w:br/>
        <w:t>Я правду вам сказав. Прощайте навсякчас.&lt;br /&gt;</w:t>
        <w:br/>
        <w:t>Ніна&lt;br /&gt;</w:t>
        <w:br/>
        <w:t>Куди ж ви ідете? Далеко, очевидно!&lt;br /&gt;</w:t>
        <w:br/>
        <w:t>Та не на Місяць же?&lt;br /&gt;</w:t>
        <w:br/>
        <w:t>Князь&lt;br /&gt;</w:t>
        <w:br/>
        <w:t>Ні, ближче, — на Кавказ.&lt;br /&gt;</w:t>
        <w:br/>
        <w:t>(Виходить)</w:t>
      </w:r>
    </w:p>
    <w:p>
      <w:r>
        <w:br/>
        <w:t>Господиня (додекого)&lt;br /&gt;</w:t>
        <w:br/>
        <w:t>Всі поз'їздилися, і тут нам буде тісно.&lt;br /&gt;</w:t>
        <w:br/>
        <w:t>Mesieurs, прошу до зали вас!&lt;br /&gt;</w:t>
        <w:br/>
        <w:t>Mesdames, приєднуйтесь до нас.&lt;br /&gt;</w:t>
        <w:br/>
        <w:t>(Виходять)&lt;br /&gt;</w:t>
        <w:br/>
        <w:t>вихід ДРУГИЙ&lt;br /&gt;</w:t>
        <w:br/>
        <w:t>Арбенін (сам до себе)&lt;br /&gt;</w:t>
        <w:br/>
        <w:t>І я мав сумнів! я! А всім відомо, звісно;&lt;br /&gt;</w:t>
        <w:br/>
        <w:t>Злостиві натяки я чую від усіх,&lt;br /&gt;</w:t>
        <w:br/>
        <w:t>Я жалюгідний став, смішний для них.&lt;br /&gt;</w:t>
        <w:br/>
        <w:t>Де плід старань моїх, де сили&lt;br /&gt;</w:t>
        <w:br/>
        <w:t>І влада та, якою все життя&lt;br /&gt;</w:t>
        <w:br/>
        <w:t>Карав юрбу дотепним словом я?..&lt;br /&gt;</w:t>
        <w:br/>
        <w:t>Дві женщини її убили!&lt;br /&gt;</w:t>
        <w:br/>
        <w:t>Одна з них та, що я її люблю...&lt;br /&gt;</w:t>
        <w:br/>
        <w:t>Люблю... О, так мене дурити!&lt;br /&gt;</w:t>
        <w:br/>
        <w:t>Ні, людям я її не відступлю...&lt;br /&gt;</w:t>
        <w:br/>
        <w:t>Не будуть нас вони судити...&lt;br /&gt;</w:t>
        <w:br/>
        <w:t>Сам довершу страшний свій суд...&lt;br /&gt;</w:t>
        <w:br/>
        <w:t>Я кару їй знайду... Моя ж хай буде тут!&lt;br /&gt;</w:t>
        <w:br/>
        <w:t>(Показує на серце)&lt;br /&gt;</w:t>
        <w:br/>
        <w:t>Вона помре... Разом нам жить доволі...&lt;br /&gt;</w:t>
        <w:br/>
        <w:t>А жити нарізно?..&lt;br /&gt;</w:t>
        <w:br/>
        <w:t>(Немовби злякавшись самого себе)&lt;br /&gt;</w:t>
        <w:br/>
        <w:t>Ні, ні, мерщій!&lt;br /&gt;</w:t>
        <w:br/>
        <w:t>Вона помре, помре... Своєї волі&lt;br /&gt;</w:t>
        <w:br/>
        <w:t>Я не зламаю: смерть судилась їй.&lt;br /&gt;</w:t>
        <w:br/>
        <w:t>їй, любленій безмежна, невситимо&lt;br /&gt;</w:t>
        <w:br/>
        <w:t>Таким, як я, злобителем, насміть&lt;br /&gt;</w:t>
        <w:br/>
        <w:t>Любити іншого? О, боже, ти незримий,&lt;br /&gt;</w:t>
        <w:br/>
        <w:t>Але всевидящий! Візьми її, святий!&lt;br /&gt;</w:t>
        <w:br/>
        <w:t>Як свій заклад її тобі вручаю —&lt;br /&gt;</w:t>
        <w:br/>
        <w:t>Благослови її й прости.&lt;br /&gt;</w:t>
        <w:br/>
        <w:t>А я не Бог і не прощаю!..&lt;br /&gt;</w:t>
        <w:br/>
        <w:t>(Чути звуки музики)</w:t>
      </w:r>
    </w:p>
    <w:p>
      <w:r>
        <w:br/>
        <w:t>(Ходить по кімнаті, раптом спиняється).&lt;br /&gt;</w:t>
        <w:br/>
        <w:t>В юнацтві ще, коли я лиш вступав&lt;br /&gt;</w:t>
        <w:br/>
        <w:t>На поприще розпусти й тліну,&lt;br /&gt;</w:t>
        <w:br/>
        <w:t>Одної ночі все до нитки я програв;&lt;br /&gt;</w:t>
        <w:br/>
        <w:t>Тоді вже знав я злата ціну,&lt;br /&gt;</w:t>
        <w:br/>
        <w:t>Але ціни життя не знав;&lt;br /&gt;</w:t>
        <w:br/>
        <w:t>І ось отрути я з одчаю та з досади&lt;br /&gt;</w:t>
        <w:br/>
        <w:t>Купив — і повернувся знов&lt;br /&gt;</w:t>
        <w:br/>
        <w:t>До карточних столів — кипіла в грудях кров,&lt;br /&gt;</w:t>
        <w:br/>
        <w:t>В лівицю взяв я склянку лимонаду,&lt;br /&gt;</w:t>
        <w:br/>
        <w:t>Четвірку пік в правицю взяв...&lt;br /&gt;</w:t>
        <w:br/>
        <w:t>В кишені лиш карбованець зостався&lt;br /&gt;</w:t>
        <w:br/>
        <w:t>Та порошок — риск був страшний, я знав;&lt;br /&gt;</w:t>
        <w:br/>
        <w:t>Та щастя винесло тоді — я відігрався!&lt;br /&gt;</w:t>
        <w:br/>
        <w:t>Цей порошок у мене й досі є;&lt;br /&gt;</w:t>
        <w:br/>
        <w:t>Його, мов талісман таємний,&lt;br /&gt;</w:t>
        <w:br/>
        <w:t>Беріг відтоді я — і не даремно!&lt;br /&gt;</w:t>
        <w:br/>
        <w:t>Беріг на чорний день... і день цей настає.&lt;br /&gt;</w:t>
        <w:br/>
        <w:t>(Швидко виходить)&lt;br /&gt;</w:t>
        <w:br/>
        <w:t>вихід ТРЕТІЙ&lt;br /&gt;</w:t>
        <w:br/>
        <w:t>Господиня, Ніна, кілька дам і кавалерів&lt;br /&gt;</w:t>
        <w:br/>
        <w:t>Під час останніх рядків входять.&lt;br /&gt;</w:t>
        <w:br/>
        <w:t>Господиня&lt;br /&gt;</w:t>
        <w:br/>
        <w:t>Спочиньмо тут. Прошу сідать, mesdames.&lt;br /&gt;</w:t>
        <w:br/>
        <w:t>Дама (до іншої)&lt;br /&gt;</w:t>
        <w:br/>
        <w:t>Так жарко тут — я знемагаю.&lt;br /&gt;</w:t>
        <w:br/>
        <w:t>Петров&lt;br /&gt;</w:t>
        <w:br/>
        <w:t>Настасья Павлівна щось заспіває нам.&lt;br /&gt;</w:t>
        <w:br/>
        <w:t>Ніна&lt;br /&gt;</w:t>
        <w:br/>
        <w:t>Нових романсів я, на жаль, не знаю,&lt;br /&gt;</w:t>
        <w:br/>
        <w:t>А всі старі самій набридли вкрай.&lt;br /&gt;</w:t>
        <w:br/>
        <w:t>Дама&lt;br /&gt;</w:t>
        <w:br/>
        <w:t>Ах, справді, Ніно, просим, заспівай.</w:t>
      </w:r>
    </w:p>
    <w:p>
      <w:r>
        <w:br/>
        <w:t>Господиня&lt;br /&gt;</w:t>
        <w:br/>
        <w:t>Така ти мила, що не будеш, знаю,&lt;br /&gt;</w:t>
        <w:br/>
        <w:t>Примушувать просити довгий час.&lt;br /&gt;</w:t>
        <w:br/>
        <w:t>Ніна (сідаючиза піано)&lt;br /&gt;</w:t>
        <w:br/>
        <w:t>Та слухати уважно, — мій наказ.&lt;br /&gt;</w:t>
        <w:br/>
        <w:t>Хоч трошки цим наказом вас&lt;br /&gt;</w:t>
        <w:br/>
        <w:t>Я покараю.&lt;br /&gt;</w:t>
        <w:br/>
        <w:t>(Співає)&lt;br /&gt;</w:t>
        <w:br/>
        <w:t>Коли в очах твоїх сльозою&lt;br /&gt;</w:t>
        <w:br/>
        <w:t>Печаль промчиться іноді —&lt;br /&gt;</w:t>
        <w:br/>
        <w:t>Немає болю за тобою.&lt;br /&gt;</w:t>
        <w:br/>
        <w:t>Ти нещаслива з ним тоді.&lt;br /&gt;</w:t>
        <w:br/>
        <w:t>Незримий змій гризе й тривожить&lt;br /&gt;</w:t>
        <w:br/>
        <w:t>Твоє життя, судьбу твою,&lt;br /&gt;</w:t>
        <w:br/>
        <w:t>І радий я, що він не може&lt;br /&gt;</w:t>
        <w:br/>
        <w:t>Тебе любить, як я люблю.&lt;br /&gt;</w:t>
        <w:br/>
        <w:t>А щастя усміх лиш єдиний&lt;br /&gt;</w:t>
        <w:br/>
        <w:t>У тебе промайне з-під вій,&lt;br /&gt;</w:t>
        <w:br/>
        <w:t>І я від мук таємних гину,&lt;br /&gt;</w:t>
        <w:br/>
        <w:t>І пекло у душі моїй.&lt;br /&gt;</w:t>
        <w:br/>
        <w:t>ВИХЩ ЧЕТВЕРТИЙ&lt;br /&gt;</w:t>
        <w:br/>
        <w:t>Ті самій Арбенін.&lt;br /&gt;</w:t>
        <w:br/>
        <w:t>(У кінці третього куплета муж входить і спирається на фортепіано.&lt;br /&gt;</w:t>
        <w:br/>
        <w:t>Вона, побачивши, спиняється).&lt;br /&gt;</w:t>
        <w:br/>
        <w:t>Арбенін&lt;br /&gt;</w:t>
        <w:br/>
        <w:t>Продовжуйте.&lt;br /&gt;</w:t>
        <w:br/>
        <w:t>Ніна&lt;br /&gt;</w:t>
        <w:br/>
        <w:t>Забула я, й мені&lt;br /&gt;</w:t>
        <w:br/>
        <w:t>Кінця не пригадать сьогодні.&lt;br /&gt;</w:t>
        <w:br/>
        <w:t>Арбенін&lt;br /&gt;</w:t>
        <w:br/>
        <w:t>Я нагадаю.</w:t>
      </w:r>
    </w:p>
    <w:p>
      <w:r>
        <w:br/>
        <w:t>Ніна (збентежено)&lt;br /&gt;</w:t>
        <w:br/>
        <w:t>Нащо? Ні.&lt;br /&gt;</w:t>
        <w:br/>
        <w:t>(Убік, до господині)&lt;br /&gt;</w:t>
        <w:br/>
        <w:t>Чогось нездужаю.&lt;br /&gt;</w:t>
        <w:br/>
        <w:t>(Підводиться).&lt;br /&gt;</w:t>
        <w:br/>
        <w:t>Гість (додругого)&lt;br /&gt;</w:t>
        <w:br/>
        <w:t>У кожній пісні модній&lt;br /&gt;</w:t>
        <w:br/>
        <w:t>Слова завсіди є такі,&lt;br /&gt;</w:t>
        <w:br/>
        <w:t>Що їх і вимовить не зважаться жінки.&lt;br /&gt;</w:t>
        <w:br/>
        <w:t>2-й гість&lt;br /&gt;</w:t>
        <w:br/>
        <w:t>Занадто вже прямий цей наш язик природний&lt;br /&gt;</w:t>
        <w:br/>
        <w:t>І до жіночих примх він досі ще не звик.&lt;br /&gt;</w:t>
        <w:br/>
        <w:t>3-й гість&lt;br /&gt;</w:t>
        <w:br/>
        <w:t>Так, справді, мов дикун, підвладний лиш природі,&lt;br /&gt;</w:t>
        <w:br/>
        <w:t>Не гнеться гордий наш язик.&lt;br /&gt;</w:t>
        <w:br/>
        <w:t>Зате вже ми гнемося так, що й годі.&lt;br /&gt;</w:t>
        <w:br/>
        <w:t>(Подають морозиво. Гості йдуть у другий кінець зали і по&lt;br /&gt;</w:t>
        <w:br/>
        <w:t>одному розходяться по інших кімнатах, так, що нарешті&lt;br /&gt;</w:t>
        <w:br/>
        <w:t>Арбенін і Ніна залишаються вдвох. Невідомий з'являється в&lt;br /&gt;</w:t>
        <w:br/>
        <w:t>глибині театру).&lt;br /&gt;</w:t>
        <w:br/>
        <w:t>Ніна (догосподині)&lt;br /&gt;</w:t>
        <w:br/>
        <w:t>Десь осторонь спочить хотіла б я тепер.&lt;br /&gt;</w:t>
        <w:br/>
        <w:t>Даруйте,&lt;br /&gt;</w:t>
        <w:br/>
        <w:t>(до чоловіка)&lt;br /&gt;</w:t>
        <w:br/>
        <w:t>Принеси морозиво,&lt;br /&gt;</w:t>
        <w:br/>
        <w:t>(Арбенін здригається і йде по морозиво; повертається&lt;br /&gt;</w:t>
        <w:br/>
        <w:t>й всипає отруту).&lt;br /&gt;</w:t>
        <w:br/>
        <w:t>Арбенін (убік)&lt;br /&gt;</w:t>
        <w:br/>
        <w:t>Смерть, поможи!&lt;br /&gt;</w:t>
        <w:br/>
        <w:t>Ніна (донього)&lt;br /&gt;</w:t>
        <w:br/>
        <w:t>Так журно знов... Іноді&lt;br /&gt;</w:t>
        <w:br/>
        <w:t>Нещастя жду якогось я.</w:t>
      </w:r>
    </w:p>
    <w:p>
      <w:r>
        <w:br/>
        <w:t>Арбенін (убік)&lt;br /&gt;</w:t>
        <w:br/>
        <w:t>Я вірю, інколи, в передчуття.&lt;br /&gt;</w:t>
        <w:br/>
        <w:t>(Подаючи)&lt;br /&gt;</w:t>
        <w:br/>
        <w:t>Ось ліки від нудьги, як є охота.&lt;br /&gt;</w:t>
        <w:br/>
        <w:t>Ніна&lt;br /&gt;</w:t>
        <w:br/>
        <w:t>Так, це прохолодить.&lt;br /&gt;</w:t>
        <w:br/>
        <w:t>Арбенін&lt;br /&gt;</w:t>
        <w:br/>
        <w:t>О, так, прохолодить.&lt;br /&gt;</w:t>
        <w:br/>
        <w:t>Ніна&lt;br /&gt;</w:t>
        <w:br/>
        <w:t>Тут нині скучно.&lt;br /&gt;</w:t>
        <w:br/>
        <w:t>Арбенін&lt;br /&gt;</w:t>
        <w:br/>
        <w:t>Що ж робить?&lt;br /&gt;</w:t>
        <w:br/>
        <w:t>Щоб не скучать з людьми, годилося б привчить&lt;br /&gt;</w:t>
        <w:br/>
        <w:t>Себе дивитись на підступство і глупоту&lt;br /&gt;</w:t>
        <w:br/>
        <w:t>На цьому світ стоїть, а решта все дарма.&lt;br /&gt;</w:t>
        <w:br/>
        <w:t>Ніна&lt;br /&gt;</w:t>
        <w:br/>
        <w:t>Жахливо це і неприємно.&lt;br /&gt;</w:t>
        <w:br/>
        <w:t>Арбенін&lt;br /&gt;</w:t>
        <w:br/>
        <w:t>Неприємно.&lt;br /&gt;</w:t>
        <w:br/>
        <w:t>Ніна&lt;br /&gt;</w:t>
        <w:br/>
        <w:t>Немає непорочних душ.&lt;br /&gt;</w:t>
        <w:br/>
        <w:t>Арбенін&lt;br /&gt;</w:t>
        <w:br/>
        <w:t>Нема.&lt;br /&gt;</w:t>
        <w:br/>
        <w:t>Я думав, що знайшов одну, але даремно.&lt;br /&gt;</w:t>
        <w:br/>
        <w:t>Ніна&lt;br /&gt;</w:t>
        <w:br/>
        <w:t>Що ти говориш?&lt;br /&gt;</w:t>
        <w:br/>
        <w:t>Арбенін&lt;br /&gt;</w:t>
        <w:br/>
        <w:t>Я сказав,&lt;br /&gt;</w:t>
        <w:br/>
        <w:t>Що в світі всім таку одну лиш відшукав я.&lt;br /&gt;</w:t>
        <w:br/>
        <w:t>...Тебе. .&lt;br /&gt;</w:t>
        <w:br/>
        <w:t>Ніна&lt;br /&gt;</w:t>
        <w:br/>
        <w:t>Ти зблід.</w:t>
      </w:r>
    </w:p>
    <w:p>
      <w:r>
        <w:br/>
        <w:t>Арбенін&lt;br /&gt;</w:t>
        <w:br/>
        <w:t>Багато танцював.&lt;br /&gt;</w:t>
        <w:br/>
        <w:t>Ніна&lt;br /&gt;</w:t>
        <w:br/>
        <w:t>Опам'ятайся-но! Ти ж з місця не вставав.&lt;br /&gt;</w:t>
        <w:br/>
        <w:t>Арбенін&lt;br /&gt;</w:t>
        <w:br/>
        <w:t>То значить через те, що мало танцював я.&lt;br /&gt;</w:t>
        <w:br/>
        <w:t>Ніна (віддає порожнє блюдечко)&lt;br /&gt;</w:t>
        <w:br/>
        <w:t>Візьми, постав на стіл.&lt;br /&gt;</w:t>
        <w:br/>
        <w:t>Арбенін (бере)&lt;br /&gt;</w:t>
        <w:br/>
        <w:t>Все, все!&lt;br /&gt;</w:t>
        <w:br/>
        <w:t>Мені й краплини не лишить! Жорстоко!&lt;br /&gt;</w:t>
        <w:br/>
        <w:t>(Роздумуючи)&lt;br /&gt;</w:t>
        <w:br/>
        <w:t>Фатального назад не повернути кроку.&lt;br /&gt;</w:t>
        <w:br/>
        <w:t>Та хай нікому більш це згуби не несе.&lt;br /&gt;</w:t>
        <w:br/>
        <w:t>(Кидає блюдечко на землю й розбиває його).&lt;br /&gt;</w:t>
        <w:br/>
        <w:t>Ніна&lt;br /&gt;</w:t>
        <w:br/>
        <w:t>Необережний ти!&lt;br /&gt;</w:t>
        <w:br/>
        <w:t>Арбенін&lt;br /&gt;</w:t>
        <w:br/>
        <w:t>Я... я недужий.&lt;br /&gt;</w:t>
        <w:br/>
        <w:t>Додому їдьмо... та мерщій.&lt;br /&gt;</w:t>
        <w:br/>
        <w:t>Ніна&lt;br /&gt;</w:t>
        <w:br/>
        <w:t>Гаразд. Але чого похмурий ти такий?&lt;br /&gt;</w:t>
        <w:br/>
        <w:t>Незадоволений ти з мене чимсь, мій друже?&lt;br /&gt;</w:t>
        <w:br/>
        <w:t>Арбенін&lt;br /&gt;</w:t>
        <w:br/>
        <w:t>Ні, задоволений я з тебе і радий.&lt;br /&gt;</w:t>
        <w:br/>
        <w:t>(Виходять).&lt;br /&gt;</w:t>
        <w:br/>
        <w:t>Невідомий (залишаєтьсясам)&lt;br /&gt;</w:t>
        <w:br/>
        <w:t>Мені шкода її... і ледве, мимоволі,&lt;br /&gt;</w:t>
        <w:br/>
        <w:t>Не кинувся вперед, до неї я...&lt;br /&gt;</w:t>
        <w:br/>
        <w:t>(Замислюється)</w:t>
      </w:r>
    </w:p>
    <w:p>
      <w:r>
        <w:br/>
        <w:t>Ні, ні, збувається хай визначення долі,&lt;br /&gt;</w:t>
        <w:br/>
        <w:t>А діяти черга настане ще моя.&lt;br /&gt;</w:t>
        <w:br/>
        <w:t>(Виходить).&lt;br /&gt;</w:t>
        <w:br/>
        <w:t>СЦЕНА ДРУГА&lt;br /&gt;</w:t>
        <w:br/>
        <w:t>ВИХЩ ПЕРШИЙ&lt;br /&gt;</w:t>
        <w:br/>
        <w:t>Спальня Арбенін а&lt;br /&gt;</w:t>
        <w:br/>
        <w:t>(Входить Ніна, слідом служниця).&lt;br /&gt;</w:t>
        <w:br/>
        <w:t>Служниця&lt;br /&gt;</w:t>
        <w:br/>
        <w:t>Вам, пані, зле? Ви на лиці змінились.&lt;br /&gt;</w:t>
        <w:br/>
        <w:t>Ніна (скидаючисережки)&lt;br /&gt;</w:t>
        <w:br/>
        <w:t>Нездужаю.&lt;br /&gt;</w:t>
        <w:br/>
        <w:t>Служниця&lt;br /&gt;</w:t>
        <w:br/>
        <w:t>То ви стомились.&lt;br /&gt;</w:t>
        <w:br/>
        <w:t>Ніна (убік)&lt;br /&gt;</w:t>
        <w:br/>
        <w:t>Мій муж мене лякає, а чого —&lt;br /&gt;</w:t>
        <w:br/>
        <w:t>Не знаю я. Чудне мовчання, зір його...&lt;br /&gt;</w:t>
        <w:br/>
        <w:t>(До служниці)&lt;br /&gt;</w:t>
        <w:br/>
        <w:t>Так тисне цей корсет... Чогось мені погано.&lt;br /&gt;</w:t>
        <w:br/>
        <w:t>Скажи, я до лиця була сьогодні вбрана?&lt;br /&gt;</w:t>
        <w:br/>
        <w:t>(Іде до дзеркала)&lt;br /&gt;</w:t>
        <w:br/>
        <w:t>Бліда... бліда, мов смерть... Та що за дивина?&lt;br /&gt;</w:t>
        <w:br/>
        <w:t>У Петербурзі тут хто не блідий, цікаво?&lt;br /&gt;</w:t>
        <w:br/>
        <w:t>Хіба, що лиш стара княжна,&lt;br /&gt;</w:t>
        <w:br/>
        <w:t>Та й то — рум'яна! Світ лукавий.&lt;br /&gt;</w:t>
        <w:br/>
        <w:t>(Скидає буклі й згортає косу)&lt;br /&gt;</w:t>
        <w:br/>
        <w:t>Кинь десь її та дай-но шаль.&lt;br /&gt;</w:t>
        <w:br/>
        <w:t>(Сідає в крісло)&lt;br /&gt;</w:t>
        <w:br/>
        <w:t>Який чарівний вальс! В п'янкім зачаруванні&lt;br /&gt;</w:t>
        <w:br/>
        <w:t>Все круженяла я, і дивне поривання&lt;br /&gt;</w:t>
        <w:br/>
        <w:t>Мене й думки мої манило десь у даль.&lt;br /&gt;</w:t>
        <w:br/>
        <w:t>І серце біль проймав: немовби то печаль,&lt;br /&gt;</w:t>
        <w:br/>
        <w:t>Немовби радість... Сашо, дай-но книжку...</w:t>
      </w:r>
    </w:p>
    <w:p>
      <w:r>
        <w:br/>
        <w:t>Так знову князь набрид, що й не сказать!&lt;br /&gt;</w:t>
        <w:br/>
        <w:t>Хоч і шкода його, признатись, трішки.&lt;br /&gt;</w:t>
        <w:br/>
        <w:t>Що він казав там? Лиходій, скарать,&lt;br /&gt;</w:t>
        <w:br/>
        <w:t>Кавказ... біда... Пусте!&lt;br /&gt;</w:t>
        <w:br/>
        <w:t>Служниця&lt;br /&gt;</w:t>
        <w:br/>
        <w:t>Накажете прибрать?&lt;br /&gt;</w:t>
        <w:br/>
        <w:t>(Показує на наряди).&lt;br /&gt;</w:t>
        <w:br/>
        <w:t>Ніна&lt;br /&gt;</w:t>
        <w:br/>
        <w:t>Облиш.&lt;br /&gt;</w:t>
        <w:br/>
        <w:t>(Поринає в задуму.&lt;br /&gt;</w:t>
        <w:br/>
        <w:t>Арбенін з'являється в дверях).&lt;br /&gt;</w:t>
        <w:br/>
        <w:t>Служниця&lt;br /&gt;</w:t>
        <w:br/>
        <w:t>Накажете іти?&lt;br /&gt;</w:t>
        <w:br/>
        <w:t>Арбенін (до служниці, глухо)&lt;br /&gt;</w:t>
        <w:br/>
        <w:t>Іди.&lt;br /&gt;</w:t>
        <w:br/>
        <w:t>(Служниця не йде)&lt;br /&gt;</w:t>
        <w:br/>
        <w:t>Ти чула?&lt;br /&gt;</w:t>
        <w:br/>
        <w:t>(Служниця виходить. Арбенін замикає двері).&lt;br /&gt;</w:t>
        <w:br/>
        <w:t>вихщ ДРУГИЙ&lt;br /&gt;</w:t>
        <w:br/>
        <w:t>Арбенін і Ніна&lt;br /&gt;</w:t>
        <w:br/>
        <w:t>Арбенін&lt;br /&gt;</w:t>
        <w:br/>
        <w:t>Хіба вона потрібна ще тобі?&lt;br /&gt;</w:t>
        <w:br/>
        <w:t>Ніна&lt;br /&gt;</w:t>
        <w:br/>
        <w:t>Ти тут?&lt;br /&gt;</w:t>
        <w:br/>
        <w:t>Арбенін&lt;br /&gt;</w:t>
        <w:br/>
        <w:t>Я тут.&lt;br /&gt;</w:t>
        <w:br/>
        <w:t>Ніна&lt;br /&gt;</w:t>
        <w:br/>
        <w:t>Я хвора, далебі;&lt;br /&gt;</w:t>
        <w:br/>
        <w:t>В усьому тілі млость і голова спахнула.&lt;br /&gt;</w:t>
        <w:br/>
        <w:t>Дай руку — ось: мов у вогні; це я собі&lt;br /&gt;</w:t>
        <w:br/>
        <w:t>Морозивом нашкодила, як їла.&lt;br /&gt;</w:t>
        <w:br/>
        <w:t>То й застудилася тоді, мабуть.&lt;br /&gt;</w:t>
        <w:br/>
        <w:t>Так?</w:t>
      </w:r>
    </w:p>
    <w:p>
      <w:r>
        <w:br/>
        <w:t>Арбенін (неуважно)&lt;br /&gt;</w:t>
        <w:br/>
        <w:t>Що? Морозиво?.. А... може буть...&lt;br /&gt;</w:t>
        <w:br/>
        <w:t>Ніна&lt;br /&gt;</w:t>
        <w:br/>
        <w:t>Мій любий! Я тобі давно сказать хотіла!&lt;br /&gt;</w:t>
        <w:br/>
        <w:t>Змінився зовсім ти з недавніх пір;&lt;br /&gt;</w:t>
        <w:br/>
        <w:t>Колишніх ласк від тебе я не бачу,&lt;br /&gt;</w:t>
        <w:br/>
        <w:t>Такий суворий став, холодний в тебе зір...&lt;br /&gt;</w:t>
        <w:br/>
        <w:t>І все за маскарад — клену я їх і плачу,&lt;br /&gt;</w:t>
        <w:br/>
        <w:t>Заприсяглась собі обходити їх пріч.&lt;br /&gt;</w:t>
        <w:br/>
        <w:t>Арбенін (убік)&lt;br /&gt;</w:t>
        <w:br/>
        <w:t>Тоді, як їм вже віддано належне.&lt;br /&gt;</w:t>
        <w:br/>
        <w:t>Ніна&lt;br /&gt;</w:t>
        <w:br/>
        <w:t>Що значить раз, хоч раз вчинить необережно.&lt;br /&gt;</w:t>
        <w:br/>
        <w:t>Арбенін&lt;br /&gt;</w:t>
        <w:br/>
        <w:t>Необережно! О!&lt;br /&gt;</w:t>
        <w:br/>
        <w:t>Ніна&lt;br /&gt;</w:t>
        <w:br/>
        <w:t>У тому ж тільки й річ.&lt;br /&gt;</w:t>
        <w:br/>
        <w:t>Арбенін&lt;br /&gt;</w:t>
        <w:br/>
        <w:t>Все слід було раніш обміркувати.&lt;br /&gt;</w:t>
        <w:br/>
        <w:t>Ніна&lt;br /&gt;</w:t>
        <w:br/>
        <w:t>О, якби знала я раніш характер твій,&lt;br /&gt;</w:t>
        <w:br/>
        <w:t>З тобою вік не зав'язала б свій —&lt;br /&gt;</w:t>
        <w:br/>
        <w:t>Терзать тебе, страждать самій,&lt;br /&gt;</w:t>
        <w:br/>
        <w:t>Приємно й мило, — що й казати.&lt;br /&gt;</w:t>
        <w:br/>
        <w:t>Арбенін&lt;br /&gt;</w:t>
        <w:br/>
        <w:t>Та й то: пощо тобі моя любов?&lt;br /&gt;</w:t>
        <w:br/>
        <w:t>Ніна&lt;br /&gt;</w:t>
        <w:br/>
        <w:t>Яка вже тут любов! Я жить так незугарна.&lt;br /&gt;</w:t>
        <w:br/>
        <w:t>Арбенін (сідає біля неї)&lt;br /&gt;</w:t>
        <w:br/>
        <w:t>Так, справді! Що таке життя? Життя — річ марна!&lt;br /&gt;</w:t>
        <w:br/>
        <w:t>Допоки в серці швидко ллється кров,&lt;br /&gt;</w:t>
        <w:br/>
        <w:t>На світі все нам радість і відрада.</w:t>
      </w:r>
    </w:p>
    <w:p>
      <w:r>
        <w:br/>
        <w:t>А проминуть роки бажань, жаги —&lt;br /&gt;</w:t>
        <w:br/>
        <w:t>Лиш тьма лишиться навкруги!&lt;br /&gt;</w:t>
        <w:br/>
        <w:t>Так — що життя? Відома всім шарада,&lt;br /&gt;</w:t>
        <w:br/>
        <w:t>Що й дітям розв'язати до снаги.&lt;br /&gt;</w:t>
        <w:br/>
        <w:t>В ній перше — це народження! В ній друге —&lt;br /&gt;</w:t>
        <w:br/>
        <w:t>Жахливий ряд турбот і біль таємних ран;&lt;br /&gt;</w:t>
        <w:br/>
        <w:t>Смерть —— це останнє в ній, а ціле в ній — обман.&lt;br /&gt;</w:t>
        <w:br/>
        <w:t>Ніна (показуючи на груди)&lt;br /&gt;</w:t>
        <w:br/>
        <w:t>Тут щось пече.&lt;br /&gt;</w:t>
        <w:br/>
        <w:t>Арбенін (продовжуючи)&lt;br /&gt;</w:t>
        <w:br/>
        <w:t>Зроби послугу:&lt;br /&gt;</w:t>
        <w:br/>
        <w:t>Мовчи і слухай, прошу я.&lt;br /&gt;</w:t>
        <w:br/>
        <w:t>Життя нам дороге, поки воно прекрасне.&lt;br /&gt;</w:t>
        <w:br/>
        <w:t>Чи довго ж? Ні, життя,&lt;br /&gt;</w:t>
        <w:br/>
        <w:t>Мов бал, — танцюєш ти — і весело, і ясно,&lt;br /&gt;</w:t>
        <w:br/>
        <w:t>І грає музика, й вогнями сяє зал...&lt;br /&gt;</w:t>
        <w:br/>
        <w:t>А там — утома лиш, і згас твій пал.&lt;br /&gt;</w:t>
        <w:br/>
        <w:t>То краще в юності навік з ним розлучитись, —&lt;br /&gt;</w:t>
        <w:br/>
        <w:t>Поки душа не звикла ще миритись&lt;br /&gt;</w:t>
        <w:br/>
        <w:t>З його нікчемністю... і вмить&lt;br /&gt;</w:t>
        <w:br/>
        <w:t>У потойбічний світ перелетіть,&lt;br /&gt;</w:t>
        <w:br/>
        <w:t>Поки минулим ум не став іще журитись&lt;br /&gt;</w:t>
        <w:br/>
        <w:t>І поки легка ще зі смертю боротьба.&lt;br /&gt;</w:t>
        <w:br/>
        <w:t>Це щастя, та не всім дає його судьба.&lt;br /&gt;</w:t>
        <w:br/>
        <w:t>Ніна&lt;br /&gt;</w:t>
        <w:br/>
        <w:t>Ні, хочу жити я.&lt;br /&gt;</w:t>
        <w:br/>
        <w:t>Арбенін&lt;br /&gt;</w:t>
        <w:br/>
        <w:t>Дарма.&lt;br /&gt;</w:t>
        <w:br/>
        <w:t>Ніна&lt;br /&gt;</w:t>
        <w:br/>
        <w:t>Євгеній,&lt;br /&gt;</w:t>
        <w:br/>
        <w:t>Я мучусь, хвора я!&lt;br /&gt;</w:t>
        <w:br/>
        <w:t>Арбенін&lt;br /&gt;</w:t>
        <w:br/>
        <w:t>О, муки є шалені,&lt;br /&gt;</w:t>
        <w:br/>
        <w:t>Яких тобі повік не зрозуміть!</w:t>
      </w:r>
    </w:p>
    <w:p>
      <w:r>
        <w:br/>
        <w:t>Ніна&lt;br /&gt;</w:t>
        <w:br/>
        <w:t>Ах, лікаря!&lt;br /&gt;</w:t>
        <w:br/>
        <w:t>Арбенін&lt;br /&gt;</w:t>
        <w:br/>
        <w:t>Життя — це вічність; смерть — лиш мить!&lt;br /&gt;</w:t>
        <w:br/>
        <w:t>Ніна&lt;br /&gt;</w:t>
        <w:br/>
        <w:t>Та жити хочу я!&lt;br /&gt;</w:t>
        <w:br/>
        <w:t>Арбенін&lt;br /&gt;</w:t>
        <w:br/>
        <w:t>І душі незліченні&lt;br /&gt;</w:t>
        <w:br/>
        <w:t>Там втіхи ждуть собі.&lt;br /&gt;</w:t>
        <w:br/>
        <w:t>Ніна (злякано)&lt;br /&gt;</w:t>
        <w:br/>
        <w:t>О, я молю ——&lt;br /&gt;</w:t>
        <w:br/>
        <w:t>Пошли по лікаря скоріше!&lt;br /&gt;</w:t>
        <w:br/>
        <w:t>Арбенін (підводиться, холодно)&lt;br /&gt;</w:t>
        <w:br/>
        <w:t>Не пошлю.&lt;br /&gt;</w:t>
        <w:br/>
        <w:t>Ніна (післямовчання)&lt;br /&gt;</w:t>
        <w:br/>
        <w:t>Жартуєш ти... Але так жартувать — безбожно.&lt;br /&gt;</w:t>
        <w:br/>
        <w:t>Умерти можу я — пошли мерщій.&lt;br /&gt;</w:t>
        <w:br/>
        <w:t>Арбенін&lt;br /&gt;</w:t>
        <w:br/>
        <w:t>То що ж? Хіба умерти вам не можна&lt;br /&gt;</w:t>
        <w:br/>
        <w:t>Без лікаря?&lt;br /&gt;</w:t>
        <w:br/>
        <w:t>Ніна&lt;br /&gt;</w:t>
        <w:br/>
        <w:t>Ти лиходій,&lt;br /&gt;</w:t>
        <w:br/>
        <w:t>Євгеній — я жона твоя.&lt;br /&gt;</w:t>
        <w:br/>
        <w:t>Арбенін&lt;br /&gt;</w:t>
        <w:br/>
        <w:t>Так! Знаю, знаю!&lt;br /&gt;</w:t>
        <w:br/>
        <w:t>Ніна&lt;br /&gt;</w:t>
        <w:br/>
        <w:t>О, зглянься! Лікаря скоріш!&lt;br /&gt;</w:t>
        <w:br/>
        <w:t>Вогонь у грудях... я вмираю...&lt;br /&gt;</w:t>
        <w:br/>
        <w:t>Арбенін&lt;br /&gt;</w:t>
        <w:br/>
        <w:t>Так скоро? Ні, ще ні.&lt;br /&gt;</w:t>
        <w:br/>
        <w:t>(Дивиться на годинник)&lt;br /&gt;</w:t>
        <w:br/>
        <w:t>За півгодини лиш.</w:t>
      </w:r>
    </w:p>
    <w:p>
      <w:r>
        <w:br/>
        <w:t>Ніна&lt;br /&gt;</w:t>
        <w:br/>
        <w:t>О, ти мене не любиш! Ні!&lt;br /&gt;</w:t>
        <w:br/>
        <w:t>Арбенін&lt;br /&gt;</w:t>
        <w:br/>
        <w:t>А може&lt;br /&gt;</w:t>
        <w:br/>
        <w:t>Любити той, кому ти вкинула страшне&lt;br /&gt;</w:t>
        <w:br/>
        <w:t>У груди пекло? Ні, лиш веселять мене&lt;br /&gt;</w:t>
        <w:br/>
        <w:t>Твої страждання... Боже, боже!&lt;br /&gt;</w:t>
        <w:br/>
        <w:t>Ти, що любов не вміла шанувать, —&lt;br /&gt;</w:t>
        <w:br/>
        <w:t>Ти зважилась любові вимагать!&lt;br /&gt;</w:t>
        <w:br/>
        <w:t>Єдину мав я у житті відраду —&lt;br /&gt;</w:t>
        <w:br/>
        <w:t>Тебе... великих жертв від тебе не жадав.&lt;br /&gt;</w:t>
        <w:br/>
        <w:t>Твій ніжний усміх, зір, — ось все, чого бажав.&lt;br /&gt;</w:t>
        <w:br/>
        <w:t>І що ж? Що я знайшов? Підступство й зраду.&lt;br /&gt;</w:t>
        <w:br/>
        <w:t>Мене облеснику продать!&lt;br /&gt;</w:t>
        <w:br/>
        <w:t>За поцілунок! О! Мене, який за тебе&lt;br /&gt;</w:t>
        <w:br/>
        <w:t>Радий був душу всю, життя своє віддать!&lt;br /&gt;</w:t>
        <w:br/>
        <w:t>Так зрадити мене! О, небо!&lt;br /&gt;</w:t>
        <w:br/>
        <w:t>Ніна&lt;br /&gt;</w:t>
        <w:br/>
        <w:t>Якби сама я зрозуміть свою&lt;br /&gt;</w:t>
        <w:br/>
        <w:t>Могла провину, то...&lt;br /&gt;</w:t>
        <w:br/>
        <w:t>Арбенін&lt;br /&gt;</w:t>
        <w:br/>
        <w:t>Мовчи, мовчи, молю!&lt;br /&gt;</w:t>
        <w:br/>
        <w:t>Я збожеволію від цих страждань і болю!&lt;br /&gt;</w:t>
        <w:br/>
        <w:t>Ніна&lt;br /&gt;</w:t>
        <w:br/>
        <w:t>Браслет мій князь знайшов, а ти&lt;br /&gt;</w:t>
        <w:br/>
        <w:t>Став дослухатись клевеги —&lt;br /&gt;</w:t>
        <w:br/>
        <w:t>Тебе обмануто...&lt;br /&gt;</w:t>
        <w:br/>
        <w:t>Арбенін&lt;br /&gt;</w:t>
        <w:br/>
        <w:t>О, так!.. Доволі!&lt;br /&gt;</w:t>
        <w:br/>
        <w:t>Мене обмануто!.. А я гадав,&lt;br /&gt;</w:t>
        <w:br/>
        <w:t>Що міг би знов щасливим бути... Мріяв&lt;br /&gt;</w:t>
        <w:br/>
        <w:t>Любити й вірити... та долі час настав,&lt;br /&gt;</w:t>
        <w:br/>
        <w:t>І, мов уяви хворий вияв,&lt;br /&gt;</w:t>
        <w:br/>
        <w:t>Все вмить розвіялось... Я щастя осягти,&lt;br /&gt;</w:t>
        <w:br/>
        <w:t>Можливо, міг би ще, і в серці повнім&lt;br /&gt;</w:t>
        <w:br/>
        <w:t>Знов оживив би те, що в давнину цвіло в нім,</w:t>
      </w:r>
    </w:p>
    <w:p>
      <w:r>
        <w:br/>
        <w:t>Ти не схотіла, ти!&lt;br /&gt;</w:t>
        <w:br/>
        <w:t>Плач! Плач!.. Та що ті сльози, Ніно?&lt;br /&gt;</w:t>
        <w:br/>
        <w:t>Що сльози женщини? Вода.&lt;br /&gt;</w:t>
        <w:br/>
        <w:t>Я ж плакав? Я — мужчина!&lt;br /&gt;</w:t>
        <w:br/>
        <w:t>Від люті й ревності... Не знаєш ти, шкода —&lt;br /&gt;</w:t>
        <w:br/>
        <w:t>Страшна біда,&lt;br /&gt;</w:t>
        <w:br/>
        <w:t>Коли від сорому, збезумілий неначе,&lt;br /&gt;</w:t>
        <w:br/>
        <w:t>Мужчина в люті плаче.&lt;br /&gt;</w:t>
        <w:br/>
        <w:t>О! Стережись його тоді — це ж^х —&lt;br /&gt;</w:t>
        <w:br/>
        <w:t>У нього пекло й смерть у грудях і в руках.&lt;br /&gt;</w:t>
        <w:br/>
        <w:t>Ніна&lt;br /&gt;</w:t>
        <w:br/>
        <w:t>(у сльозах падає на коліна й здіймає руки до неба)&lt;br /&gt;</w:t>
        <w:br/>
        <w:t>Творець всевладний в небесах!&lt;br /&gt;</w:t>
        <w:br/>
        <w:t>Не чує він, а ти все чуєш — ти все знаєш,&lt;br /&gt;</w:t>
        <w:br/>
        <w:t>І ти мені, всевладний, співчуваєш!&lt;br /&gt;</w:t>
        <w:br/>
        <w:t>Арбенін&lt;br /&gt;</w:t>
        <w:br/>
        <w:t>Хоч перед ним неправди не кажи.&lt;br /&gt;</w:t>
        <w:br/>
        <w:t>Ніна&lt;br /&gt;</w:t>
        <w:br/>
        <w:t>Його святині не порушу&lt;br /&gt;</w:t>
        <w:br/>
        <w:t>Неправдою ніколи в світі я,&lt;br /&gt;</w:t>
        <w:br/>
        <w:t>Йому я віддаю свою стражденну душу,&lt;br /&gt;</w:t>
        <w:br/>
        <w:t>Мені захисник він — тобі суддя.&lt;br /&gt;</w:t>
        <w:br/>
        <w:t>Арбенін&lt;br /&gt;</w:t>
        <w:br/>
        <w:t>(який в цей час ходить по кімнаті, згорнувши руки)&lt;br /&gt;</w:t>
        <w:br/>
        <w:t>Тобі пора молитись, Ніно,&lt;br /&gt;</w:t>
        <w:br/>
        <w:t>Надходить час твій... так, ти вмерти мусиш тут,&lt;br /&gt;</w:t>
        <w:br/>
        <w:t>І буде тайною для всіх людей причина&lt;br /&gt;</w:t>
        <w:br/>
        <w:t>Твоєї смерті... Нас розсудить божий суд.&lt;br /&gt;</w:t>
        <w:br/>
        <w:t>Ніна&lt;br /&gt;</w:t>
        <w:br/>
        <w:t>Як? Вмерти? О!.. Сказав він правду... боже!&lt;br /&gt;</w:t>
        <w:br/>
        <w:t>Арбенін (сміючись)&lt;br /&gt;</w:t>
        <w:br/>
        <w:t>Я знав заздалегідь, що вас це так стривожить.&lt;br /&gt;</w:t>
        <w:br/>
        <w:t>Ніна&lt;br /&gt;</w:t>
        <w:br/>
        <w:t>Смерть! Смерть! Вогонь у грудях запалав!</w:t>
      </w:r>
    </w:p>
    <w:p>
      <w:r>
        <w:br/>
        <w:t>Арбенін&lt;br /&gt;</w:t>
        <w:br/>
        <w:t>На балі я тобі отрути дав.&lt;br /&gt;</w:t>
        <w:br/>
        <w:t>(Мовчання)&lt;br /&gt;</w:t>
        <w:br/>
        <w:t>Ніна&lt;br /&gt;</w:t>
        <w:br/>
        <w:t>Не вірю, неможливо, ні, ти знов зо мною&lt;br /&gt;</w:t>
        <w:br/>
        <w:t>Жартуєш... (Кидається до нього)&lt;br /&gt;</w:t>
        <w:br/>
        <w:t>Ти не звір, о, ні!.. В душі твоїй&lt;br /&gt;</w:t>
        <w:br/>
        <w:t>Є іскра добрості... З байдужістю такою&lt;br /&gt;</w:t>
        <w:br/>
        <w:t>Мене ти не погубиш... Боже мій,&lt;br /&gt;</w:t>
        <w:br/>
        <w:t>Євгеній, зглянься на моє благання,&lt;br /&gt;</w:t>
        <w:br/>
        <w:t>Не додавай мені страждання,&lt;br /&gt;</w:t>
        <w:br/>
        <w:t>Врятуй мене, розвій мій страх...&lt;br /&gt;</w:t>
        <w:br/>
        <w:t>Поглянь сюди...&lt;br /&gt;</w:t>
        <w:br/>
        <w:t>(Дивиться йому просто в вічі й рвучко відхиляється)&lt;br /&gt;</w:t>
        <w:br/>
        <w:t>О! Смерть в твоїх очах!&lt;br /&gt;</w:t>
        <w:br/>
        <w:t>(Падає на стілець і заплющує очі&lt;br /&gt;</w:t>
        <w:br/>
        <w:t>Він підходить до неї й цілує її).&lt;br /&gt;</w:t>
        <w:br/>
        <w:t>Арбенін&lt;br /&gt;</w:t>
        <w:br/>
        <w:t>Так, ти помреш — і сам зостанусь я...&lt;br /&gt;</w:t>
        <w:br/>
        <w:t>Навіки сам... Мине життя,&lt;br /&gt;</w:t>
        <w:br/>
        <w:t>Помру... та буду все лиш сам! Жахливо!&lt;br /&gt;</w:t>
        <w:br/>
        <w:t>Та ти не бійся, ти щаслива,&lt;br /&gt;</w:t>
        <w:br/>
        <w:t>Тобі прослалася ясна на небо путь,&lt;br /&gt;</w:t>
        <w:br/>
        <w:t>І ангели тебе в свій світ візьмуть.&lt;br /&gt;</w:t>
        <w:br/>
        <w:t>(Плаче)&lt;br /&gt;</w:t>
        <w:br/>
        <w:t>Так, я люблю тебе, люблю... Вже не зважаю&lt;br /&gt;</w:t>
        <w:br/>
        <w:t>Я на минуле... помсті теж межа є,&lt;br /&gt;</w:t>
        <w:br/>
        <w:t>І ось вона: дивись, твій вбивця — я&lt;br /&gt;</w:t>
        <w:br/>
        <w:t>Ридаю над тобою, мов дитя.&lt;br /&gt;</w:t>
        <w:br/>
        <w:t>(Мовчання).&lt;br /&gt;</w:t>
        <w:br/>
        <w:t>Ніна (виривається й підхоплюється)&lt;br /&gt;</w:t>
        <w:br/>
        <w:t>Допоможіть!.. Отрута! Я вмираю!..&lt;br /&gt;</w:t>
        <w:br/>
        <w:t>Сюди... Не чують... Так, я знаю,&lt;br /&gt;</w:t>
        <w:br/>
        <w:t>Ти завбачав... нема нікого тут.</w:t>
      </w:r>
    </w:p>
    <w:p>
      <w:r>
        <w:br/>
        <w:t>Та пам'ятай! Є божий суд!&lt;br /&gt;</w:t>
        <w:br/>
        <w:t>Убивця ти, тебе я проклинаю.&lt;br /&gt;</w:t>
        <w:br/>
        <w:t>(Не добігши до дверей, падає непритомна).&lt;br /&gt;</w:t>
        <w:br/>
        <w:t>Арбенін (гіркосміючись)&lt;br /&gt;</w:t>
        <w:br/>
        <w:t>О, що мені з оцих твоїх проклять!&lt;br /&gt;</w:t>
        <w:br/>
        <w:t>Я Богом проклятий!&lt;br /&gt;</w:t>
        <w:br/>
        <w:t>(Підходить)&lt;br /&gt;</w:t>
        <w:br/>
        <w:t>Нещасній&lt;br /&gt;</w:t>
        <w:br/>
        <w:t>Над силу кара...&lt;br /&gt;</w:t>
        <w:br/>
        <w:t>(Стоїть, згорнувши руки)&lt;br /&gt;</w:t>
        <w:br/>
        <w:t>" . . Зір їй гасне,&lt;br /&gt;</w:t>
        <w:br/>
        <w:t>Бліда!&lt;br /&gt;</w:t>
        <w:br/>
        <w:t>(Здригається)&lt;br /&gt;</w:t>
        <w:br/>
        <w:t>Та риси всі спокійні, і не знать&lt;br /&gt;</w:t>
        <w:br/>
        <w:t>По них, що криється в душі стражденній.&lt;br /&gt;</w:t>
        <w:br/>
        <w:t>Невже?&lt;br /&gt;</w:t>
        <w:br/>
        <w:t>Ніна (слабко)&lt;br /&gt;</w:t>
        <w:br/>
        <w:t>Прощай, Євгеній!&lt;br /&gt;</w:t>
        <w:br/>
        <w:t>Ти лиходій... Вмираю без вини...&lt;br /&gt;</w:t>
        <w:br/>
        <w:t>Арбенін&lt;br /&gt;</w:t>
        <w:br/>
        <w:t>Облиш,&lt;br /&gt;</w:t>
        <w:br/>
        <w:t>Не говори — тобі тепер ніщо не допоможе,&lt;br /&gt;</w:t>
        <w:br/>
        <w:t>Ні хитрощі, ні лжа... Кажи скоріш, —&lt;br /&gt;</w:t>
        <w:br/>
        <w:t>Мене обмануто?.. — І пекло так не може&lt;br /&gt;</w:t>
        <w:br/>
        <w:t>Коханням жартувать... Мовчиш?&lt;br /&gt;</w:t>
        <w:br/>
        <w:t>А! Розумію: мста мені це?&lt;br /&gt;</w:t>
        <w:br/>
        <w:t>Та все дарма — помреш ти і в труні&lt;br /&gt;</w:t>
        <w:br/>
        <w:t>Сховаєш від людей жахливу таємницю.&lt;br /&gt;</w:t>
        <w:br/>
        <w:t>Ніна&lt;br /&gt;</w:t>
        <w:br/>
        <w:t>Тепер байдуже все мені,&lt;br /&gt;</w:t>
        <w:br/>
        <w:t>Але невинная...&lt;br /&gt;</w:t>
        <w:br/>
        <w:t>(Вмирає)&lt;br /&gt;</w:t>
        <w:br/>
        <w:t>Арбенін (підходить до неї й швидко відвертається)&lt;br /&gt;</w:t>
        <w:br/>
        <w:t>Неправда, ні!&lt;br /&gt;</w:t>
        <w:br/>
        <w:t>(Падає в крісло)</w:t>
      </w:r>
    </w:p>
    <w:p>
      <w:r>
        <w:br/>
        <w:t>ДІЯ ЧЕТВЕРТА&lt;br /&gt;</w:t>
        <w:br/>
        <w:t>СЦЕНА ПЕРША&lt;br /&gt;</w:t>
        <w:br/>
        <w:t>ВИХІД ПЕРШИЙ&lt;br /&gt;</w:t>
        <w:br/>
        <w:t>Арбенін (сидить біля столу на канапі)&lt;br /&gt;</w:t>
        <w:br/>
        <w:t>Знемігся в боротьбі страшній&lt;br /&gt;</w:t>
        <w:br/>
        <w:t>З самим собою я до краю&lt;br /&gt;</w:t>
        <w:br/>
        <w:t>І, сили втративши, впадаю&lt;br /&gt;</w:t>
        <w:br/>
        <w:t>В якийсь пригнітливий, оманний супокій.&lt;br /&gt;</w:t>
        <w:br/>
        <w:t>Лиш іноді турбота мимоволі&lt;br /&gt;</w:t>
        <w:br/>
        <w:t>Бентежить душу знов у цім холоднім сні,&lt;br /&gt;</w:t>
        <w:br/>
        <w:t>І серце змучене стискається від болю.&lt;br /&gt;</w:t>
        <w:br/>
        <w:t>Невже все скінчено й лишилось на землі&lt;br /&gt;</w:t>
        <w:br/>
        <w:t>Лише нових страждань та мук зазнать мені?&lt;br /&gt;</w:t>
        <w:br/>
        <w:t>Дурниці! Все минеться скоро.&lt;br /&gt;</w:t>
        <w:br/>
        <w:t>Під тягарем років помре уява хвора...&lt;br /&gt;</w:t>
        <w:br/>
        <w:t>Та мусить же колись в душі оцій&lt;br /&gt;</w:t>
        <w:br/>
        <w:t>Знов оселитись супокій.&lt;br /&gt;</w:t>
        <w:br/>
        <w:t>(Замислюється, раптом підводить голову)&lt;br /&gt;</w:t>
        <w:br/>
        <w:t>Я помилився!.. Пам'ять невмолимо&lt;br /&gt;</w:t>
        <w:br/>
        <w:t>Бентежить душу!.. О, як ясно бачу я&lt;br /&gt;</w:t>
        <w:br/>
        <w:t>її відчай, благання... Мимо, мимо,&lt;br /&gt;</w:t>
        <w:br/>
        <w:t>О, ти, пробуджена змія!&lt;br /&gt;</w:t>
        <w:br/>
        <w:t>(Падає головою на руки)</w:t>
      </w:r>
    </w:p>
    <w:p>
      <w:r>
        <w:br/>
        <w:t>ВИХІД ДРУГИЙ&lt;br /&gt;</w:t>
        <w:br/>
        <w:t>Казарін (тихо)&lt;br /&gt;</w:t>
        <w:br/>
        <w:t>Арбенін тут? Зажурений, зітхає.&lt;br /&gt;</w:t>
        <w:br/>
        <w:t>Побачимо, як він комедію заграє.&lt;br /&gt;</w:t>
        <w:br/>
        <w:t>(До нього)&lt;br /&gt;</w:t>
        <w:br/>
        <w:t>Спішив до тебе, друже мій,&lt;br /&gt;</w:t>
        <w:br/>
        <w:t>Дізнавшись про твоє нещастя.&lt;br /&gt;</w:t>
        <w:br/>
        <w:t>Що вдієш — так судилось їй,&lt;br /&gt;</w:t>
        <w:br/>
        <w:t>У всякого свої напасті.&lt;br /&gt;</w:t>
        <w:br/>
        <w:t>(Мовчання)&lt;br /&gt;</w:t>
        <w:br/>
        <w:t>Та годі, брат, не опускай очей,&lt;br /&gt;</w:t>
        <w:br/>
        <w:t>Приреченості та покори&lt;br /&gt;</w:t>
        <w:br/>
        <w:t>Не удавай... Це добре для людей,&lt;br /&gt;</w:t>
        <w:br/>
        <w:t>Для публіки, — ми ж, друже мій, актори.&lt;br /&gt;</w:t>
        <w:br/>
        <w:t>Скажи мені... Ох, та й блідий ти став, —&lt;br /&gt;</w:t>
        <w:br/>
        <w:t>Так, ніби цілу ніч до ранку в карти грав.&lt;br /&gt;</w:t>
        <w:br/>
        <w:t>Ох, шалапут!.. Та ми розговоритись&lt;br /&gt;</w:t>
        <w:br/>
        <w:t>Ще встигнемо... Іде твоя рідня —&lt;br /&gt;</w:t>
        <w:br/>
        <w:t>Небіжчиці прийшли, звичайно, поклонитись.&lt;br /&gt;</w:t>
        <w:br/>
        <w:t>Прощай, до іншого якогось дня.&lt;br /&gt;</w:t>
        <w:br/>
        <w:t>(Виходить)&lt;br /&gt;</w:t>
        <w:br/>
        <w:t>вихід ТРЕТІЙ&lt;br /&gt;</w:t>
        <w:br/>
        <w:t>Родичі приходять.&lt;br /&gt;</w:t>
        <w:br/>
        <w:t>Дама (до племінниці)&lt;br /&gt;</w:t>
        <w:br/>
        <w:t>Ну, певна річ, над ним господнє є прокляття.&lt;br /&gt;</w:t>
        <w:br/>
        <w:t>Був кепський муж, був кепський син...&lt;br /&gt;</w:t>
        <w:br/>
        <w:t>Ох, нагадай заїхать в магазин, —&lt;br /&gt;</w:t>
        <w:br/>
        <w:t>Купить матерії для траурного плаття,&lt;br /&gt;</w:t>
        <w:br/>
        <w:t>Прибутків, бач, нема, а треба для рідні&lt;br /&gt;</w:t>
        <w:br/>
        <w:t>Робить витрати, ще й значні.&lt;br /&gt;</w:t>
        <w:br/>
        <w:t>Племінниця&lt;br /&gt;</w:t>
        <w:br/>
        <w:t>Ma tante, скажіть, яка причина,&lt;br /&gt;</w:t>
        <w:br/>
        <w:t>Що вмерла нагло так кузина?</w:t>
      </w:r>
    </w:p>
    <w:p>
      <w:r>
        <w:br/>
        <w:t>Дама&lt;br /&gt;</w:t>
        <w:br/>
        <w:t>Та, що ваш модний світ дурний; того й гляди&lt;br /&gt;</w:t>
        <w:br/>
        <w:t>Доживете ви до біди.&lt;br /&gt;</w:t>
        <w:br/>
        <w:t>(Виходять)&lt;br /&gt;</w:t>
        <w:br/>
        <w:t>ВИХІД ЧЕТВЕРТИЙ&lt;br /&gt;</w:t>
        <w:br/>
        <w:t>З кімнати небіжчиці виходять л і к а р і старик.&lt;br /&gt;</w:t>
        <w:br/>
        <w:t>Старик&lt;br /&gt;</w:t>
        <w:br/>
        <w:t>При вас вона померла?&lt;br /&gt;</w:t>
        <w:br/>
        <w:t>Лікар&lt;br /&gt;</w:t>
        <w:br/>
        <w:t>Ні, спізнились&lt;br /&gt;</w:t>
        <w:br/>
        <w:t>Мене знайти... Біда, казав я всім,&lt;br /&gt;</w:t>
        <w:br/>
        <w:t>З балами та з морозивом отим.&lt;br /&gt;</w:t>
        <w:br/>
        <w:t>Старик&lt;br /&gt;</w:t>
        <w:br/>
        <w:t>А покрив дорогий — парчу ви роздивились?&lt;br /&gt;</w:t>
        <w:br/>
        <w:t>У мого брата, рік тому, ще навесні,&lt;br /&gt;</w:t>
        <w:br/>
        <w:t>Точнісінько такий був на труні.&lt;br /&gt;</w:t>
        <w:br/>
        <w:t>(Виходить)&lt;br /&gt;</w:t>
        <w:br/>
        <w:t>вихщ П'ЯТИЙ&lt;br /&gt;</w:t>
        <w:br/>
        <w:t>Лікар підходить до Арбенін а й бере його за руку.&lt;br /&gt;</w:t>
        <w:br/>
        <w:t>Лікар&lt;br /&gt;</w:t>
        <w:br/>
        <w:t>Спочити треба вам.&lt;br /&gt;</w:t>
        <w:br/>
        <w:t>Арбенін (здригаючись)&lt;br /&gt;</w:t>
        <w:br/>
        <w:t>А!..&lt;br /&gt;</w:t>
        <w:br/>
        <w:t>(Набік)&lt;br /&gt;</w:t>
        <w:br/>
        <w:t>Серце впало!..&lt;br /&gt;</w:t>
        <w:br/>
        <w:t>Лікар&lt;br /&gt;</w:t>
        <w:br/>
        <w:t>Сю ніч занадто ви вдавалися в печаль.&lt;br /&gt;</w:t>
        <w:br/>
        <w:t>Засніть.&lt;br /&gt;</w:t>
        <w:br/>
        <w:t>Арбенін&lt;br /&gt;</w:t>
        <w:br/>
        <w:t>Я спробую.</w:t>
      </w:r>
    </w:p>
    <w:p>
      <w:r>
        <w:br/>
        <w:t>Лікар&lt;br /&gt;</w:t>
        <w:br/>
        <w:t>Допомогти, на жаль,&lt;br /&gt;</w:t>
        <w:br/>
        <w:t>Не можна вже... Страшне спіткало&lt;br /&gt;</w:t>
        <w:br/>
        <w:t>Вас лихо. Все ж...&lt;br /&gt;</w:t>
        <w:br/>
        <w:t>Арбенін&lt;br /&gt;</w:t>
        <w:br/>
        <w:t>О, не загину я.&lt;br /&gt;</w:t>
        <w:br/>
        <w:t>Яких лиш за свого життя&lt;br /&gt;</w:t>
        <w:br/>
        <w:t>Не зазнавав страждань я, що лиш не бувало,&lt;br /&gt;</w:t>
        <w:br/>
        <w:t>А все живий ось... Щастя я жадав —&lt;br /&gt;</w:t>
        <w:br/>
        <w:t>В подобі ангела Господь його послав,&lt;br /&gt;</w:t>
        <w:br/>
        <w:t>Та приторком своїм злощасним&lt;br /&gt;</w:t>
        <w:br/>
        <w:t>Святиню осквернив я в нім,&lt;br /&gt;</w:t>
        <w:br/>
        <w:t>І — ось воно, — створіння це прекрасне,&lt;br /&gt;</w:t>
        <w:br/>
        <w:t>Холодним стало і німим.&lt;br /&gt;</w:t>
        <w:br/>
        <w:t>Раз у житті чужу мені людину,&lt;br /&gt;</w:t>
        <w:br/>
        <w:t>Рискнувши честю, я від згуби врятував.&lt;br /&gt;</w:t>
        <w:br/>
        <w:t>І що ж? Врятований підступно, в мить єдину,&lt;br /&gt;</w:t>
        <w:br/>
        <w:t>Ілузливо сміючись, все в мене, все забрав.&lt;br /&gt;</w:t>
        <w:br/>
        <w:t>(Виходить)&lt;br /&gt;</w:t>
        <w:br/>
        <w:t>Лікар&lt;br /&gt;</w:t>
        <w:br/>
        <w:t>Немає сумніву — він хворий небезпечно,&lt;br /&gt;</w:t>
        <w:br/>
        <w:t>І божевілля тут загрожує... Однак,&lt;br /&gt;</w:t>
        <w:br/>
        <w:t>Якщо це справді буде так,&lt;br /&gt;</w:t>
        <w:br/>
        <w:t>То житиме він безперечно.&lt;br /&gt;</w:t>
        <w:br/>
        <w:t>(Виходячи, здибується з двома).&lt;br /&gt;</w:t>
        <w:br/>
        <w:t>вихід шостий&lt;br /&gt;</w:t>
        <w:br/>
        <w:t>Входять Невідомий і князь.&lt;br /&gt;</w:t>
        <w:br/>
        <w:t>Невідомий&lt;br /&gt;</w:t>
        <w:br/>
        <w:t>Могли б ми бачити Арбеніна, чи ні?&lt;br /&gt;</w:t>
        <w:br/>
        <w:t>Лікар&lt;br /&gt;</w:t>
        <w:br/>
        <w:t>Що відповісти вам, я до ладу й не знаю:&lt;br /&gt;</w:t>
        <w:br/>
        <w:t>Сю ніч жона його померла.</w:t>
      </w:r>
    </w:p>
    <w:p>
      <w:r>
        <w:br/>
        <w:t>Невідомий&lt;br /&gt;</w:t>
        <w:br/>
        <w:t>Жаль мені.&lt;br /&gt;</w:t>
        <w:br/>
        <w:t>Лікар&lt;br /&gt;</w:t>
        <w:br/>
        <w:t>У тузі він.&lt;br /&gt;</w:t>
        <w:br/>
        <w:t>Невідомий&lt;br /&gt;</w:t>
        <w:br/>
        <w:t>О, і йому я співчуваю.&lt;br /&gt;</w:t>
        <w:br/>
        <w:t>Він вдома?&lt;br /&gt;</w:t>
        <w:br/>
        <w:t>Лікар&lt;br /&gt;</w:t>
        <w:br/>
        <w:t>Так, але ж кажу, сю ніч...&lt;br /&gt;</w:t>
        <w:br/>
        <w:t>Невідомий&lt;br /&gt;</w:t>
        <w:br/>
        <w:t>Важливу дуже я до нього справу маю.&lt;br /&gt;</w:t>
        <w:br/>
        <w:t>Лікар&lt;br /&gt;</w:t>
        <w:br/>
        <w:t>Скажіть-но, друзі ви йому, звичайна річ?&lt;br /&gt;</w:t>
        <w:br/>
        <w:t>Невідомий&lt;br /&gt;</w:t>
        <w:br/>
        <w:t>Ще ні, та стрівшися з ним віч-на-віч,&lt;br /&gt;</w:t>
        <w:br/>
        <w:t>Здружитись матимемо змогу.&lt;br /&gt;</w:t>
        <w:br/>
        <w:t>Лікар&lt;br /&gt;</w:t>
        <w:br/>
        <w:t>Він хворий небезпечно.&lt;br /&gt;</w:t>
        <w:br/>
        <w:t>Князь (злякано)&lt;br /&gt;</w:t>
        <w:br/>
        <w:t>Лежить?&lt;br /&gt;</w:t>
        <w:br/>
        <w:t>Без пам'яті?&lt;br /&gt;</w:t>
        <w:br/>
        <w:t>Лікар&lt;br /&gt;</w:t>
        <w:br/>
        <w:t>Ні, ходить, і цю мить&lt;br /&gt;</w:t>
        <w:br/>
        <w:t>Був тут. Ще є надія.&lt;br /&gt;</w:t>
        <w:br/>
        <w:t>Князь&lt;br /&gt;</w:t>
        <w:br/>
        <w:t>Слава богу!&lt;br /&gt;</w:t>
        <w:br/>
        <w:t>(Лікар виходить).</w:t>
      </w:r>
    </w:p>
    <w:p>
      <w:r>
        <w:br/>
        <w:t>ВИХІД сьомий&lt;br /&gt;</w:t>
        <w:br/>
        <w:t>Князь&lt;br /&gt;</w:t>
        <w:br/>
        <w:t>Нарешті!&lt;br /&gt;</w:t>
        <w:br/>
        <w:t>Невідомий&lt;br /&gt;</w:t>
        <w:br/>
        <w:t>Так... Лице вам у вогні.&lt;br /&gt;</w:t>
        <w:br/>
        <w:t>Вагаєтеся ви, можливо?&lt;br /&gt;</w:t>
        <w:br/>
        <w:t>Князь&lt;br /&gt;</w:t>
        <w:br/>
        <w:t>А ви... ви ручитесь мені&lt;br /&gt;</w:t>
        <w:br/>
        <w:t>В тім, що підозра ваша справедлива?&lt;br /&gt;</w:t>
        <w:br/>
        <w:t>Невідомий&lt;br /&gt;</w:t>
        <w:br/>
        <w:t>Послухайте: у нас обох мета одна,&lt;br /&gt;</w:t>
        <w:br/>
        <w:t>Єднає нас до нього злоба,&lt;br /&gt;</w:t>
        <w:br/>
        <w:t>Та ви душі його не знаєте — страшна&lt;br /&gt;</w:t>
        <w:br/>
        <w:t>Глибока, наче двері гроба;&lt;br /&gt;</w:t>
        <w:br/>
        <w:t>Чому хоч раз відкриється вона,&lt;br /&gt;</w:t>
        <w:br/>
        <w:t>Те в ній поховане навік-віків; ревнивий,&lt;br /&gt;</w:t>
        <w:br/>
        <w:t>Підозру він за доказ має; мстивий,&lt;br /&gt;</w:t>
        <w:br/>
        <w:t>Коли ображений, стає&lt;br /&gt;</w:t>
        <w:br/>
        <w:t>В шаленій люті він жахливий,&lt;br /&gt;</w:t>
        <w:br/>
        <w:t>І мсти... лиш мсти закони визнає.&lt;br /&gt;</w:t>
        <w:br/>
        <w:t>Так, сталась смерть оця не без причини...&lt;br /&gt;</w:t>
        <w:br/>
        <w:t>Я знав: він ворог ваш... і я служить вам рад,&lt;br /&gt;</w:t>
        <w:br/>
        <w:t>Ви битись станете — я крок чи два назад,&lt;br /&gt;</w:t>
        <w:br/>
        <w:t>І буду глядачем картини.&lt;br /&gt;</w:t>
        <w:br/>
        <w:t>Князь&lt;br /&gt;</w:t>
        <w:br/>
        <w:t>Та як дізнались ви, що день тому насмів&lt;br /&gt;</w:t>
        <w:br/>
        <w:t>Мене образить він?&lt;br /&gt;</w:t>
        <w:br/>
        <w:t>Невідомий&lt;br /&gt;</w:t>
        <w:br/>
        <w:t>Я б радо розповів,&lt;br /&gt;</w:t>
        <w:br/>
        <w:t>Та це вам надокучить...&lt;br /&gt;</w:t>
        <w:br/>
        <w:t>Скрізь гомонить про це юрба.&lt;br /&gt;</w:t>
        <w:br/>
        <w:t>Князь&lt;br /&gt;</w:t>
        <w:br/>
        <w:t>Нестерпна думка!</w:t>
      </w:r>
    </w:p>
    <w:p>
      <w:r>
        <w:br/>
        <w:t>Невідомий&lt;br /&gt;</w:t>
        <w:br/>
        <w:t>Так, і вас це надто мучить.&lt;br /&gt;</w:t>
        <w:br/>
        <w:t>Князь&lt;br /&gt;</w:t>
        <w:br/>
        <w:t>О, ви не знали, що то є ганьба!&lt;br /&gt;</w:t>
        <w:br/>
        <w:t>Невідомий&lt;br /&gt;</w:t>
        <w:br/>
        <w:t>Ганьба? Ні. Забувать про неї досвід учить.&lt;br /&gt;</w:t>
        <w:br/>
        <w:t>Князь&lt;br /&gt;</w:t>
        <w:br/>
        <w:t>Хто ж ви?&lt;br /&gt;</w:t>
        <w:br/>
        <w:t>Невідомий&lt;br /&gt;</w:t>
        <w:br/>
        <w:t>Ім'я потрібне вам?&lt;br /&gt;</w:t>
        <w:br/>
        <w:t>Навіщо? Спільник ваш велінням долі,&lt;br /&gt;</w:t>
        <w:br/>
        <w:t>За вашу честь обстав я сам, —&lt;br /&gt;</w:t>
        <w:br/>
        <w:t>Хіба цього вам не доволі?&lt;br /&gt;</w:t>
        <w:br/>
        <w:t>Та йдуть сюди... його хода важка й повільна.&lt;br /&gt;</w:t>
        <w:br/>
        <w:t>З ним давні справи є у нас,&lt;br /&gt;</w:t>
        <w:br/>
        <w:t>І зараз бути вам за свідка недоцільно.&lt;br /&gt;</w:t>
        <w:br/>
        <w:t>(Князь відходить убік).&lt;br /&gt;</w:t>
        <w:br/>
        <w:t>вихід восьмий&lt;br /&gt;</w:t>
        <w:br/>
        <w:t>Арбенін зі свічкою.&lt;br /&gt;</w:t>
        <w:br/>
        <w:t>Арбенін&lt;br /&gt;</w:t>
        <w:br/>
        <w:t>Смерть! Смерть... О, скрізь це слово: смерть!&lt;br /&gt;</w:t>
        <w:br/>
        <w:t>Воно мене заполонило вщерть,&lt;br /&gt;</w:t>
        <w:br/>
        <w:t>І переслідує всякчас; безмовно&lt;br /&gt;</w:t>
        <w:br/>
        <w:t>Дивився щойно я на труп німий,&lt;br /&gt;</w:t>
        <w:br/>
        <w:t>І серце туга невимовна,&lt;br /&gt;</w:t>
        <w:br/>
        <w:t>А мозок біль проймав страшний.&lt;br /&gt;</w:t>
        <w:br/>
        <w:t>Безжурний спокій ліг на лагідне обличчя&lt;br /&gt;</w:t>
        <w:br/>
        <w:t>І вічна посмішка тихенько розцвіла,&lt;br /&gt;</w:t>
        <w:br/>
        <w:t>Коли відкрилось потойбіччя&lt;br /&gt;</w:t>
        <w:br/>
        <w:t>її душі, що там судьбу свою знайшла.&lt;br /&gt;</w:t>
        <w:br/>
        <w:t>Невже я помилився? Неможливо&lt;br /&gt;</w:t>
        <w:br/>
        <w:t>Так помилитися... Хто доведе&lt;br /&gt;</w:t>
        <w:br/>
        <w:t>її невинність? Хто правдиво</w:t>
      </w:r>
    </w:p>
    <w:p>
      <w:r>
        <w:br/>
        <w:t>Про все повідає мені? Де доказ, де?&lt;br /&gt;</w:t>
        <w:br/>
        <w:t>Так, муж я був палкий, але суддя&lt;br /&gt;</w:t>
        <w:br/>
        <w:t>Холодний — хто ж переконає&lt;br /&gt;</w:t>
        <w:br/>
        <w:t>Мене тепер?&lt;br /&gt;</w:t>
        <w:br/>
        <w:t>Невідомий&lt;br /&gt;</w:t>
        <w:br/>
        <w:t>Переконаю я.&lt;br /&gt;</w:t>
        <w:br/>
        <w:t>Арбенін&lt;br /&gt;</w:t>
        <w:br/>
        <w:t>(спочатку лякається й, відійшовши, підносить до лиця свічку)&lt;br /&gt;</w:t>
        <w:br/>
        <w:t>Хто ви такий?&lt;br /&gt;</w:t>
        <w:br/>
        <w:t>Невідомий&lt;br /&gt;</w:t>
        <w:br/>
        <w:t>Ти не пізнав, Євгеній?&lt;br /&gt;</w:t>
        <w:br/>
        <w:t>А приязню колись єднало нас життя.&lt;br /&gt;</w:t>
        <w:br/>
        <w:t>Арбенін&lt;br /&gt;</w:t>
        <w:br/>
        <w:t>Та хто ж ви?&lt;br /&gt;</w:t>
        <w:br/>
        <w:t>Невідомий&lt;br /&gt;</w:t>
        <w:br/>
        <w:t>Я твій добрий гений&lt;br /&gt;</w:t>
        <w:br/>
        <w:t>Я непомітно скрізь з тобою був разом.&lt;br /&gt;</w:t>
        <w:br/>
        <w:t>Завжди маскуючись, в інакшому наряді;&lt;br /&gt;</w:t>
        <w:br/>
        <w:t>Всі знав діла твої і мислі знав часом...&lt;br /&gt;</w:t>
        <w:br/>
        <w:t>Попереджав тебе недавно в маскараді.&lt;br /&gt;</w:t>
        <w:br/>
        <w:t>Арбенін (здригаючись)&lt;br /&gt;</w:t>
        <w:br/>
        <w:t>Пророків не люблю і прошу вас&lt;br /&gt;</w:t>
        <w:br/>
        <w:t>Негайно вийти геть — я не жартую.&lt;br /&gt;</w:t>
        <w:br/>
        <w:t>Невідомий&lt;br /&gt;</w:t>
        <w:br/>
        <w:t>О ні, я не піду, дарма, що чую&lt;br /&gt;</w:t>
        <w:br/>
        <w:t>Цей грізний голос і наказ.&lt;br /&gt;</w:t>
        <w:br/>
        <w:t>Так, не пізнав мене ти, безперечно,&lt;br /&gt;</w:t>
        <w:br/>
        <w:t>Та я не з тих людей — і це відчуєш ти, —&lt;br /&gt;</w:t>
        <w:br/>
        <w:t>Що від мети їх небезпечна&lt;br /&gt;</w:t>
        <w:br/>
        <w:t>Хвилина може відтягти.&lt;br /&gt;</w:t>
        <w:br/>
        <w:t>Мети своєї я домігся вже, нівроку!&lt;br /&gt;</w:t>
        <w:br/>
        <w:t>Помру, але назад не відступлю я й кроку.</w:t>
      </w:r>
    </w:p>
    <w:p>
      <w:r>
        <w:br/>
        <w:t>Арбенін&lt;br /&gt;</w:t>
        <w:br/>
        <w:t>Я сам такий, проте цим не хвалюсь.&lt;br /&gt;</w:t>
        <w:br/>
        <w:t>(Сідає)&lt;br /&gt;</w:t>
        <w:br/>
        <w:t>Що ж, слухаю.&lt;br /&gt;</w:t>
        <w:br/>
        <w:t>Невідомий (убік)&lt;br /&gt;</w:t>
        <w:br/>
        <w:t>До слів моїх на диво&lt;br /&gt;</w:t>
        <w:br/>
        <w:t>Байдужий він... Ні, ні, я подивлюсь,&lt;br /&gt;</w:t>
        <w:br/>
        <w:t>Що буде далі... неможливо,&lt;br /&gt;</w:t>
        <w:br/>
        <w:t>Щоб помилився я...&lt;br /&gt;</w:t>
        <w:br/>
        <w:t>(До нього)&lt;br /&gt;</w:t>
        <w:br/>
        <w:t>Сім літ тому... О, ти забув,&lt;br /&gt;</w:t>
        <w:br/>
        <w:t>Ти пізнавав мене; я молодий, багатий&lt;br /&gt;</w:t>
        <w:br/>
        <w:t>І недосвідчений тоді ще був,&lt;br /&gt;</w:t>
        <w:br/>
        <w:t>А ти... у грудях ти зневагу й холод, знати,&lt;br /&gt;</w:t>
        <w:br/>
        <w:t>Уже таїв до всього і до всіх,&lt;br /&gt;</w:t>
        <w:br/>
        <w:t>Пишаючися ними всюди.&lt;br /&gt;</w:t>
        <w:br/>
        <w:t>Не відаю, що породило їх, —&lt;br /&gt;</w:t>
        <w:br/>
        <w:t>Душі твоєї тут я розбирать не буду —&lt;br /&gt;</w:t>
        <w:br/>
        <w:t>її Господь лиш може зрозуміть,&lt;br /&gt;</w:t>
        <w:br/>
        <w:t>Бо тільки він подібну міг створить.&lt;br /&gt;</w:t>
        <w:br/>
        <w:t>Арбенін&lt;br /&gt;</w:t>
        <w:br/>
        <w:t>Дебют прекрасний...&lt;br /&gt;</w:t>
        <w:br/>
        <w:t>Невідомий&lt;br /&gt;</w:t>
        <w:br/>
        <w:t>Жди кінця такого ж:&lt;br /&gt;</w:t>
        <w:br/>
        <w:t>Раз ти мене до себе заманив...&lt;br /&gt;</w:t>
        <w:br/>
        <w:t>О, грошей не лічив&lt;br /&gt;</w:t>
        <w:br/>
        <w:t>Тоді я, і до того ж&lt;br /&gt;</w:t>
        <w:br/>
        <w:t>У щастя вірив — юний і сліпий.&lt;br /&gt;</w:t>
        <w:br/>
        <w:t>Сів грати я й програв. Суворий і скупий&lt;br /&gt;</w:t>
        <w:br/>
        <w:t>У мене був отець, і, щоб не наражатись&lt;br /&gt;</w:t>
        <w:br/>
        <w:t>На закиди, я здумав відігратись.&lt;br /&gt;</w:t>
        <w:br/>
        <w:t>Та ти, хоч молодий, мене тримав&lt;br /&gt;</w:t>
        <w:br/>
        <w:t>У пазурах — і знов я все програв.&lt;br /&gt;</w:t>
        <w:br/>
        <w:t>У розпач^впав тоді я, і з одчаю&lt;br /&gt;</w:t>
        <w:br/>
        <w:t>Благав, принижено молив,</w:t>
      </w:r>
    </w:p>
    <w:p>
      <w:r>
        <w:br/>
        <w:t>І плакав, далебі... А ти, холодний, пам'ятаю,&lt;br /&gt;</w:t>
        <w:br/>
        <w:t>Сміявся лиш... О, краще б простромив&lt;br /&gt;</w:t>
        <w:br/>
        <w:t>Мене кинджалом ти!.. Але тоді ти&lt;br /&gt;</w:t>
        <w:br/>
        <w:t>Не вмів провістливо дивитися на світ,&lt;br /&gt;</w:t>
        <w:br/>
        <w:t>І сім'я, злом ущерть налите,&lt;br /&gt;</w:t>
        <w:br/>
        <w:t>Лише тепер дало свій плід.&lt;br /&gt;</w:t>
        <w:br/>
        <w:t>(Арбенін хоче схопитися, але замислюється)&lt;br /&gt;</w:t>
        <w:br/>
        <w:t>Тоді все кинув я: всі сподівання,&lt;br /&gt;</w:t>
        <w:br/>
        <w:t>І женщин, і любов, блаженство юних літ,&lt;br /&gt;</w:t>
        <w:br/>
        <w:t>Мрійливість лагідну й солодкі хвилювання,&lt;br /&gt;</w:t>
        <w:br/>
        <w:t>І в світі цим новий побачив світ, —&lt;br /&gt;</w:t>
        <w:br/>
        <w:t>Світ таємничий різнородних,&lt;br /&gt;</w:t>
        <w:br/>
        <w:t>Знедолених людей, світ дивних відчувань,&lt;br /&gt;</w:t>
        <w:br/>
        <w:t>Привабних мук, нездійснених бажань,&lt;br /&gt;</w:t>
        <w:br/>
        <w:t>Думок і пристрастей холодних.&lt;br /&gt;</w:t>
        <w:br/>
        <w:t>Побачив я, що гроші — цар землі,&lt;br /&gt;</w:t>
        <w:br/>
        <w:t>І поклонився їм. Та злидні і жалі&lt;br /&gt;</w:t>
        <w:br/>
        <w:t>Опали знов мене: зрадливе щастя знову&lt;br /&gt;</w:t>
        <w:br/>
        <w:t>Мене покинуло, а сили час пожер...&lt;br /&gt;</w:t>
        <w:br/>
        <w:t>Тоді останню склав я з долею умову —&lt;br /&gt;</w:t>
        <w:br/>
        <w:t>І от став тим, що є тепер...&lt;br /&gt;</w:t>
        <w:br/>
        <w:t>А! Ти тремтиш... ти добираєш,&lt;br /&gt;</w:t>
        <w:br/>
        <w:t>До чого я веду і що сказав?&lt;br /&gt;</w:t>
        <w:br/>
        <w:t>Ну, повтори тепер, що ти мене не знаєш!..&lt;br /&gt;</w:t>
        <w:br/>
        <w:t>Арбенін&lt;br /&gt;</w:t>
        <w:br/>
        <w:t>Геть! Я впізнав тебе — впізнав!&lt;br /&gt;</w:t>
        <w:br/>
        <w:t>Невідомий&lt;br /&gt;</w:t>
        <w:br/>
        <w:t>Геть? Ні... Хіба це все? Ти з мене насміявся —&lt;br /&gt;</w:t>
        <w:br/>
        <w:t>Я посміятись радий теж.&lt;br /&gt;</w:t>
        <w:br/>
        <w:t>Недавно, — з прослуху, — я випадком дізнався,&lt;br /&gt;</w:t>
        <w:br/>
        <w:t>Що, взявши шлюб, безжурно ти живеш...&lt;br /&gt;</w:t>
        <w:br/>
        <w:t>І гірко ремствувать зболіле серце стало,&lt;br /&gt;</w:t>
        <w:br/>
        <w:t>І довго думав я — пощо ж&lt;br /&gt;</w:t>
        <w:br/>
        <w:t>Щасливий він?.. Шептало&lt;br /&gt;</w:t>
        <w:br/>
        <w:t>Мені чуття якесь: "Іди, іди, стривож".&lt;br /&gt;</w:t>
        <w:br/>
        <w:t>І за тобою я дні й ночі, далебі,</w:t>
      </w:r>
    </w:p>
    <w:p>
      <w:r>
        <w:br/>
        <w:t>Став стежити, ховаючись в юрбі;&lt;br /&gt;</w:t>
        <w:br/>
        <w:t>Все чув і бачив я все сам,&lt;br /&gt;</w:t>
        <w:br/>
        <w:t>І от — кінець моїм трудам.&lt;br /&gt;</w:t>
        <w:br/>
        <w:t>Послухай-но: дізнався і відкрию&lt;br /&gt;</w:t>
        <w:br/>
        <w:t>Тобі я істину одну:&lt;br /&gt;</w:t>
        <w:br/>
        <w:t>(чітко, поволі)&lt;br /&gt;</w:t>
        <w:br/>
        <w:t>Послухай... ти... ти вбив свою жону!..&lt;br /&gt;</w:t>
        <w:br/>
        <w:t>(Арбенін відскакує. Князь підходить)&lt;br /&gt;</w:t>
        <w:br/>
        <w:t>Арбенін&lt;br /&gt;</w:t>
        <w:br/>
        <w:t>Убив?.. Я?.. Князь! О! Розумію!&lt;br /&gt;</w:t>
        <w:br/>
        <w:t>Невідомий (відступаючи)&lt;br /&gt;</w:t>
        <w:br/>
        <w:t>Я все сказав.&lt;br /&gt;</w:t>
        <w:br/>
        <w:t>Князь&lt;br /&gt;</w:t>
        <w:br/>
        <w:t>А я додать посмію...&lt;br /&gt;</w:t>
        <w:br/>
        <w:t>Арбенін (шаленіючи)&lt;br /&gt;</w:t>
        <w:br/>
        <w:t>А! Змова тут!.. То я в руках у вас?&lt;br /&gt;</w:t>
        <w:br/>
        <w:t>Хто вам тут стане на заваді?&lt;br /&gt;</w:t>
        <w:br/>
        <w:t>Ніхто... Ви тут царі... Душа моя всякчас&lt;br /&gt;</w:t>
        <w:br/>
        <w:t>Тремтітиме... Я в вашій владі...&lt;br /&gt;</w:t>
        <w:br/>
        <w:t>Пошився в дурні я, немов дитя,&lt;br /&gt;</w:t>
        <w:br/>
        <w:t>І відповісти вам нічого не зумію...&lt;br /&gt;</w:t>
        <w:br/>
        <w:t>Я переможений, і, мовчки, зараз я&lt;br /&gt;</w:t>
        <w:br/>
        <w:t>Сам... сам схилю свою на плаху шию.&lt;br /&gt;</w:t>
        <w:br/>
        <w:t>Та ви не зважили, що розум при мені&lt;br /&gt;</w:t>
        <w:br/>
        <w:t>Зостався... досвід є у мене... є ще сила!&lt;br /&gt;</w:t>
        <w:br/>
        <w:t>Гадали ви, що все взяла її могила?&lt;br /&gt;</w:t>
        <w:br/>
        <w:t>Що я вам не сплачу за все, як в давні дні?&lt;br /&gt;</w:t>
        <w:br/>
        <w:t>То ось яким мене собі ви уявили,&lt;br /&gt;</w:t>
        <w:br/>
        <w:t>Повіривши дурним чуткам!&lt;br /&gt;</w:t>
        <w:br/>
        <w:t>Так, вдало сцену цю задумано... та вам&lt;br /&gt;</w:t>
        <w:br/>
        <w:t>Кінець додумать не до сили.&lt;br /&gt;</w:t>
        <w:br/>
        <w:t>А хлопчик цей — зо мною він також&lt;br /&gt;</w:t>
        <w:br/>
        <w:t>Боротись здумав? Отже мало&lt;br /&gt;</w:t>
        <w:br/>
        <w:t>Було поличника — ще прагнете? Ну, що ж!&lt;br /&gt;</w:t>
        <w:br/>
        <w:t>Дістанете... Чи, може, стало</w:t>
      </w:r>
    </w:p>
    <w:p>
      <w:r>
        <w:br/>
        <w:t>Життя немиле? А! Вас наситило вщерть&lt;br /&gt;</w:t>
        <w:br/>
        <w:t>Життя розпусника, окрите&lt;br /&gt;</w:t>
        <w:br/>
        <w:t>Ганьбою й соромом? Гаразд: вас буде вбито;&lt;br /&gt;</w:t>
        <w:br/>
        <w:t>З ім'ям негідника судилася вам смерть.&lt;br /&gt;</w:t>
        <w:br/>
        <w:t>Князь&lt;br /&gt;</w:t>
        <w:br/>
        <w:t>Побачимо! Скоріш!&lt;br /&gt;</w:t>
        <w:br/>
        <w:t>Арбенін&lt;br /&gt;</w:t>
        <w:br/>
        <w:t>Ходім, ходім!&lt;br /&gt;</w:t>
        <w:br/>
        <w:t>Князь&lt;br /&gt;</w:t>
        <w:br/>
        <w:t>Тепер щасливий я!&lt;br /&gt;</w:t>
        <w:br/>
        <w:t>Невідомий (спиняючи)&lt;br /&gt;</w:t>
        <w:br/>
        <w:t>Князь, головне забули.&lt;br /&gt;</w:t>
        <w:br/>
        <w:t>Князь (спиняючи Арбеніна)&lt;br /&gt;</w:t>
        <w:br/>
        <w:t>Стривайте, — справді, я забув — ви ще не чули&lt;br /&gt;</w:t>
        <w:br/>
        <w:t>Найголовнішого: нічим&lt;br /&gt;</w:t>
        <w:br/>
        <w:t>Не завинила ваша жертва, — не відчули&lt;br /&gt;</w:t>
        <w:br/>
        <w:t>Ви щирості її — карайтесь нині цим.&lt;br /&gt;</w:t>
        <w:br/>
        <w:t>Тепер все сказано... Ходім.&lt;br /&gt;</w:t>
        <w:br/>
        <w:t>Арбенін&lt;br /&gt;</w:t>
        <w:br/>
        <w:t>Що, що?&lt;br /&gt;</w:t>
        <w:br/>
        <w:t>Невідомий&lt;br /&gt;</w:t>
        <w:br/>
        <w:t>Твоя жона невинна — і жорстоко&lt;br /&gt;</w:t>
        <w:br/>
        <w:t>Повівся з нею ти.&lt;br /&gt;</w:t>
        <w:br/>
        <w:t>Арбенін (шаленосміючись)&lt;br /&gt;</w:t>
        <w:br/>
        <w:t>О, жарт дотепний це, нівроку.&lt;br /&gt;</w:t>
        <w:br/>
        <w:t>Князь&lt;br /&gt;</w:t>
        <w:br/>
        <w:t>Ні, ні, клянусь, я не жартую, ні.&lt;br /&gt;</w:t>
        <w:br/>
        <w:t>Потрапив долею чудною&lt;br /&gt;</w:t>
        <w:br/>
        <w:t>Браслет до баронеси, і мені&lt;br /&gt;</w:t>
        <w:br/>
        <w:t>Був даний він її рукою.&lt;br /&gt;</w:t>
        <w:br/>
        <w:t>Я помилився сам... та вашою жоною&lt;br /&gt;</w:t>
        <w:br/>
        <w:t>Моя любов відкинута була.&lt;br /&gt;</w:t>
        <w:br/>
        <w:t>Якби я знав, що може стільки статись</w:t>
      </w:r>
    </w:p>
    <w:p>
      <w:r>
        <w:br/>
        <w:t>Від помилки цієї зла,&lt;br /&gt;</w:t>
        <w:br/>
        <w:t>Не став би усміху її я домагатись.&lt;br /&gt;</w:t>
        <w:br/>
        <w:t>Ось лист від баронеси — в нім&lt;br /&gt;</w:t>
        <w:br/>
        <w:t>Вона призналась вам в усім.&lt;br /&gt;</w:t>
        <w:br/>
        <w:t>Як прочитаєте — я жду... жду вас тоді я.&lt;br /&gt;</w:t>
        <w:br/>
        <w:t>(Арбенін придивляється до листа і читає)&lt;br /&gt;</w:t>
        <w:br/>
        <w:t>Невідомий (звівши очі до неба, лицемірно)&lt;br /&gt;</w:t>
        <w:br/>
        <w:t>Карає доля лиходія!&lt;br /&gt;</w:t>
        <w:br/>
        <w:t>Загинула невинна — жаль!&lt;br /&gt;</w:t>
        <w:br/>
        <w:t>Та тут судилась їй печаль&lt;br /&gt;</w:t>
        <w:br/>
        <w:t>І муки безнадії.&lt;br /&gt;</w:t>
        <w:br/>
        <w:t>О, бачив я — в очах її сльоза&lt;br /&gt;</w:t>
        <w:br/>
        <w:t>Всю чистоту душі відображала ясно,&lt;br /&gt;</w:t>
        <w:br/>
        <w:t>Хто міг би здумати, що цвіт такий прекрасний&lt;br /&gt;</w:t>
        <w:br/>
        <w:t>Зімне негадана гроза&lt;br /&gt;</w:t>
        <w:br/>
        <w:t>І прийме смерть дочасно.&lt;br /&gt;</w:t>
        <w:br/>
        <w:t>Чого ж мовчиш?.. Кричи... Злочинець ти,&lt;br /&gt;</w:t>
        <w:br/>
        <w:t>Терзайся ж, о, нещасний!&lt;br /&gt;</w:t>
        <w:br/>
        <w:t>Арбенін (кидається на них)&lt;br /&gt;</w:t>
        <w:br/>
        <w:t>Я повбиваю вас, кати!&lt;br /&gt;</w:t>
        <w:br/>
        <w:t>(Раптом знесилюється й падає в крісло)&lt;br /&gt;</w:t>
        <w:br/>
        <w:t>Князь (штовхаючи, грубо)&lt;br /&gt;</w:t>
        <w:br/>
        <w:t>Розкаянням вам не відбути&lt;br /&gt;</w:t>
        <w:br/>
        <w:t>Відплати... ні, ждуть пістолети нас.&lt;br /&gt;</w:t>
        <w:br/>
        <w:t>Мовчить... не слухає... чи, може, враз&lt;br /&gt;</w:t>
        <w:br/>
        <w:t>Він збожеволів?&lt;br /&gt;</w:t>
        <w:br/>
        <w:t>Невідомий&lt;br /&gt;</w:t>
        <w:br/>
        <w:t>Може бути.&lt;br /&gt;</w:t>
        <w:br/>
        <w:t>Князь&lt;br /&gt;</w:t>
        <w:br/>
        <w:t>Ви перешкодили мені.&lt;br /&gt;</w:t>
        <w:br/>
        <w:t>Невідомий&lt;br /&gt;</w:t>
        <w:br/>
        <w:t>Мета в нас різна.&lt;br /&gt;</w:t>
        <w:br/>
        <w:t>Я вже помстився — вам, гадаю, пізно.</w:t>
      </w:r>
    </w:p>
    <w:p>
      <w:r>
        <w:br/>
        <w:t>Арбенін (встаючи з диким поглядом)&lt;br /&gt;</w:t>
        <w:br/>
        <w:t>О, що сказали ви?.. Я уявив...&lt;br /&gt;</w:t>
        <w:br/>
        <w:t>Я був ображений... Я такії* любив...&lt;br /&gt;</w:t>
        <w:br/>
        <w:t>, Прости!.. О, боже мій!.. Мені, мені простити!..&lt;br /&gt;</w:t>
        <w:br/>
        <w:t>(Безумно сміючись)&lt;br /&gt;</w:t>
        <w:br/>
        <w:t>А ти, безсердний, ти, неситий, —&lt;br /&gt;</w:t>
        <w:br/>
        <w:t>Ти їй простив?&lt;br /&gt;</w:t>
        <w:br/>
        <w:t>(Стає на коліна)&lt;br /&gt;</w:t>
        <w:br/>
        <w:t>Ну, от — до ваших ніг і я схилився радо:&lt;br /&gt;</w:t>
        <w:br/>
        <w:t>Скажіть мені, молю: лукавство й зрада&lt;br /&gt;</w:t>
        <w:br/>
        <w:t>її доведені... Скажіть, я хочу, я велю&lt;br /&gt;</w:t>
        <w:br/>
        <w:t>Вам зараз ствердити її провину...&lt;br /&gt;</w:t>
        <w:br/>
        <w:t>Вона невинна? О, хоч мить єдину&lt;br /&gt;</w:t>
        <w:br/>
        <w:t>Дивились в душу ви мою?&lt;br /&gt;</w:t>
        <w:br/>
        <w:t>Як я тепер прошу, так і вона благала...&lt;br /&gt;</w:t>
        <w:br/>
        <w:t>Я помилився... Що ж, мені&lt;br /&gt;</w:t>
        <w:br/>
        <w:t>Те саме і вона казала, —&lt;br /&gt;</w:t>
        <w:br/>
        <w:t>Я ж відповів: неправда, ні.&lt;br /&gt;</w:t>
        <w:br/>
        <w:t>(Підводиться)&lt;br /&gt;</w:t>
        <w:br/>
        <w:t>Я відповів це їй...&lt;br /&gt;</w:t>
        <w:br/>
        <w:t>(Мовчання)&lt;br /&gt;</w:t>
        <w:br/>
        <w:t>Я вам відкрию таємницю:&lt;br /&gt;</w:t>
        <w:br/>
        <w:t>Не я убив її.&lt;br /&gt;</w:t>
        <w:br/>
        <w:t>(Пильний погляд на Невідомого)&lt;br /&gt;</w:t>
        <w:br/>
        <w:t>Ти, ти певніш)&lt;br /&gt;</w:t>
        <w:br/>
        <w:t>Признайся ж, говори скоріш,&lt;br /&gt;</w:t>
        <w:br/>
        <w:t>Одвертай будь, скажи мені це...&lt;br /&gt;</w:t>
        <w:br/>
        <w:t>Навіщо ж був жорстокий ти? О, я&lt;br /&gt;</w:t>
        <w:br/>
        <w:t>Любив її, любив... я б небесам і раю&lt;br /&gt;</w:t>
        <w:br/>
        <w:t>її єдиної сльози/поки життя,&lt;br /&gt;</w:t>
        <w:br/>
        <w:t>Не відступив... Та я тобі прощаю.&lt;br /&gt;</w:t>
        <w:br/>
        <w:t>(Падає йому на груди й плаче)&lt;br /&gt;</w:t>
        <w:br/>
        <w:t>Невідомий (відштовхуючи його грубо)&lt;br /&gt;</w:t>
        <w:br/>
        <w:t>Опам'ятайся — годі!&lt;br /&gt;</w:t>
        <w:br/>
        <w:t>(До князя)</w:t>
      </w:r>
    </w:p>
    <w:p>
      <w:r>
        <w:br/>
        <w:t>Заберім&lt;br /&gt;</w:t>
        <w:br/>
        <w:t>Його звідціль... Він на повітрі, може,&lt;br /&gt;</w:t>
        <w:br/>
        <w:t>Отямиться...&lt;br /&gt;</w:t>
        <w:br/>
        <w:t>(Бере його за руку)&lt;br /&gt;</w:t>
        <w:br/>
        <w:t>Арбенін!&lt;br /&gt;</w:t>
        <w:br/>
        <w:t>Арбенін&lt;br /&gt;</w:t>
        <w:br/>
        <w:t>Боже!&lt;br /&gt;</w:t>
        <w:br/>
        <w:t>Ми не побачимось... Прощай... Ходім, ходім —&lt;br /&gt;</w:t>
        <w:br/>
        <w:t>Сюди.&lt;br /&gt;</w:t>
        <w:br/>
        <w:t>(Виривається, кидається в двері, де труна її).&lt;br /&gt;</w:t>
        <w:br/>
        <w:t>Князь&lt;br /&gt;</w:t>
        <w:br/>
        <w:t>Спиніть його, тримайте!&lt;br /&gt;</w:t>
        <w:br/>
        <w:t>Невідомий&lt;br /&gt;</w:t>
        <w:br/>
        <w:t>Цей гордий розум теж сьогодні вкрай знеміг.&lt;br /&gt;</w:t>
        <w:br/>
        <w:t>Арбенін (повертаючись з диким стогоном)&lt;br /&gt;</w:t>
        <w:br/>
        <w:t>Тут подивіться, тут. Стривайте!&lt;br /&gt;</w:t>
        <w:br/>
        <w:t>(Вибігаючи на середину сцени)&lt;br /&gt;</w:t>
        <w:br/>
        <w:t>Який ти був жорстокий, як ти міг!&lt;br /&gt;</w:t>
        <w:br/>
        <w:t>(Падає на землю й сидить напівлежачи з нерухомими очима.&lt;br /&gt;</w:t>
        <w:br/>
        <w:t>Князь та Невідомий стоять над ним).&lt;br /&gt;</w:t>
        <w:br/>
        <w:t>Невідомий&lt;br /&gt;</w:t>
        <w:br/>
        <w:t>Жадав я помсти довгі роки,&lt;br /&gt;</w:t>
        <w:br/>
        <w:t>І помста справдилась моя.&lt;br /&gt;</w:t>
        <w:br/>
        <w:t>Князь&lt;br /&gt;</w:t>
        <w:br/>
        <w:t>Стерявся він... щасливий... я ж... на все життя&lt;br /&gt;</w:t>
        <w:br/>
        <w:t>Я втратив честь і спокій.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Маскарад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