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 Чурай</w:t>
      </w:r>
    </w:p>
    <w:p>
      <w:r>
        <w:t>Історичний роман у віршах&lt;br /&gt;</w:t>
        <w:br/>
        <w:br/>
        <w:t>ЯКБИ ЗНАЙШЛАСЬ&lt;br /&gt;</w:t>
        <w:br/>
        <w:br/>
        <w:t>НЕОПАЛИМА КНИГА&lt;br /&gt;</w:t>
        <w:br/>
        <w:br/>
        <w:t>Розділ І&lt;br /&gt;</w:t>
        <w:br/>
        <w:br/>
        <w:t>Влітку 1658 року Полтава згоріла дощенту.&lt;br /&gt;</w:t>
        <w:br/>
        <w:br/>
        <w:t>Горіли солом&amp;rsquo;яні стріхи над Ворсклою.&lt;br /&gt;</w:t>
        <w:br/>
        <w:br/>
        <w:t>Плавились бані дерев&amp;rsquo;яних церков.&lt;br /&gt;</w:t>
        <w:br/>
        <w:br/>
        <w:t>Вітер був сильний. Полум&amp;rsquo;я гуготіло.&lt;br /&gt;</w:t>
        <w:br/>
        <w:br/>
        <w:t>І довго ще літав над руїнами магістрату&lt;br /&gt;</w:t>
        <w:br/>
        <w:br/>
        <w:t>легенький попіл&lt;br /&gt;</w:t>
        <w:br/>
        <w:br/>
        <w:t>спалених паперів &amp;mdash;&lt;br /&gt;</w:t>
        <w:br/>
        <w:br/>
        <w:t>всіх отих книг міських Полтавських,&lt;br /&gt;</w:t>
        <w:br/>
        <w:br/>
        <w:t>де були записи поточних судових справ.&lt;br /&gt;</w:t>
        <w:br/>
        <w:br/>
        <w:t>Може, там була і справа Марусі Чурай?&lt;br /&gt;</w:t>
        <w:br/>
        <w:br/>
        <w:t>Може, тому і не дійшло до нас&lt;br /&gt;</w:t>
        <w:br/>
        <w:br/>
        <w:t>жодних свідчень про неї,&lt;br /&gt;</w:t>
        <w:br/>
        <w:br/>
        <w:t>що книги міські Полтавські &amp;quot;през войну,&lt;br /&gt;</w:t>
        <w:br/>
        <w:br/>
        <w:t>под час рабованя города огнем спалени&amp;quot;?&lt;br /&gt;</w:t>
        <w:br/>
        <w:br/>
        <w:t>А що, якби знайшлася хоч одна,&amp;mdash;&lt;br /&gt;</w:t>
        <w:br/>
        <w:br/>
        <w:t>в монастирі десь або на горищі?&lt;br /&gt;</w:t>
        <w:br/>
        <w:br/>
        <w:t>Якби вціліла в тому пожарищі &amp;mdash;&lt;br /&gt;</w:t>
        <w:br/>
        <w:br/>
        <w:t>неопалима &amp;mdash; наче купина?&lt;br /&gt;</w:t>
        <w:br/>
        <w:br/>
        <w:t>І ми б читали старовинний том,&lt;br /&gt;</w:t>
        <w:br/>
        <w:br/>
        <w:t>де писар вивів гусячим пером,&lt;br /&gt;</w:t>
        <w:br/>
        <w:br/>
        <w:t>що року божого такого-то, і місяця такого-то, і дня,&lt;br /&gt;</w:t>
        <w:br/>
        <w:br/>
        <w:t>перед Мартином Пушкарем, полковником,&lt;br /&gt;</w:t>
        <w:br/>
        <w:br/>
        <w:t>в присутності Семена Горбаня,&lt;br /&gt;</w:t>
        <w:br/>
        <w:br/>
        <w:t>що був на той час війтом у Полтаві,&lt;br /&gt;</w:t>
        <w:br/>
        <w:br/>
        <w:t>перед суддею, богом і людьми&lt;br /&gt;</w:t>
        <w:br/>
        <w:br/>
        <w:t>Чурай Маруся &amp;mdash; на підсудній лаві,&lt;br /&gt;</w:t>
        <w:br/>
        <w:br/>
        <w:t>і пів-Полтави свідків за дверми.&lt;br /&gt;</w:t>
        <w:br/>
        <w:br/>
        <w:t>І загула б та книга голосами,&lt;br /&gt;</w:t>
        <w:br/>
        <w:br/>
        <w:t>і всі б щось говорили не те саме.&lt;br /&gt;</w:t>
        <w:br/>
        <w:br/>
        <w:t>І чорні бурі пристрастей людських&lt;br /&gt;</w:t>
        <w:br/>
        <w:br/>
        <w:t>пройшли б над полем буковок хистких.&lt;br /&gt;</w:t>
        <w:br/>
        <w:br/>
        <w:t>Тоді стара Бобренчиха, вдова,&lt;br /&gt;</w:t>
        <w:br/>
        <w:br/>
        <w:t>суду такі промовила б слова:&lt;br /&gt;</w:t>
        <w:br/>
        <w:br/>
        <w:t>&amp;mdash; Пане полковнику і пане войте!&lt;br /&gt;</w:t>
        <w:br/>
        <w:br/>
        <w:t>Ускаржаюся Богу і вам&lt;br /&gt;</w:t>
        <w:br/>
        <w:br/>
        <w:t>на Марусю,&lt;br /&gt;</w:t>
        <w:br/>
        <w:br/>
        <w:t>що вона, забувши страх божий,&lt;br /&gt;</w:t>
        <w:br/>
        <w:br/>
        <w:t>отруїла сина мого Григорія.&lt;br /&gt;</w:t>
        <w:br/>
        <w:br/>
        <w:t>І втеди син мій Григорій наглою смертю вмер,&lt;br /&gt;</w:t>
        <w:br/>
        <w:br/>
        <w:t>на здоровлі перед тим не скорбівши,&lt;br /&gt;</w:t>
        <w:br/>
        <w:br/>
        <w:t>през отруєння і през чари бісовські.&lt;br /&gt;</w:t>
        <w:br/>
        <w:br/>
        <w:t>То вам, панове, правдиво, під сумлінням, кажу&lt;br /&gt;</w:t>
        <w:br/>
        <w:br/>
        <w:t>і людьми те освідчу.&lt;br /&gt;</w:t>
        <w:br/>
        <w:br/>
        <w:t>Оскаржену Марусю Чураївну&lt;br /&gt;</w:t>
        <w:br/>
        <w:br/>
        <w:t>тоді суддя суворо запитав, &amp;mdash;&lt;br /&gt;</w:t>
        <w:br/>
        <w:br/>
        <w:t>коли, чого і для якой причини&lt;br /&gt;</w:t>
        <w:br/>
        <w:br/>
        <w:t>таке незбожне діло учинила?&lt;br /&gt;</w:t>
        <w:br/>
        <w:br/>
        <w:t>Але вона ні слова не сказала,&lt;br /&gt;</w:t>
        <w:br/>
        <w:br/>
        <w:t>усправедливлень жодних не дала,&lt;br /&gt;</w:t>
        <w:br/>
        <w:br/>
        <w:t>тілько стояла, яко з каменю тесана.&lt;br /&gt;</w:t>
        <w:br/>
        <w:br/>
        <w:t>Тоді громада загула прелюто:&lt;br /&gt;</w:t>
        <w:br/>
        <w:br/>
        <w:t>&amp;mdash; Вона ж свій злочин визнала прилюдно!&lt;br /&gt;</w:t>
        <w:br/>
        <w:br/>
        <w:t>Бо, як до Гриця, мертвого, припала,&lt;br /&gt;</w:t>
        <w:br/>
        <w:br/>
        <w:t>казала все &amp;mdash; як зілля те копала,&lt;br /&gt;</w:t>
        <w:br/>
        <w:br/>
        <w:t>як полоскала, як його варила&lt;br /&gt;</w:t>
        <w:br/>
        <w:br/>
        <w:t>і як уранці Гриця отруїла.&lt;br /&gt;</w:t>
        <w:br/>
        <w:br/>
        <w:t>Вона ж співала, наче голосила,&lt;br /&gt;</w:t>
        <w:br/>
        <w:br/>
        <w:t>на себе кари божої просила.&lt;br /&gt;</w:t>
        <w:br/>
        <w:br/>
        <w:t>Співала так, як лиш вона уміла!&lt;br /&gt;</w:t>
        <w:br/>
        <w:br/>
        <w:t>А потім враз &amp;mdash; неначе заніміла.&lt;br /&gt;</w:t>
        <w:br/>
        <w:br/>
        <w:t>Тоді ми, вряд, упевнившись на ділі,&lt;br /&gt;</w:t>
        <w:br/>
        <w:br/>
        <w:t>що Гриць умер, отруєний, в четвер,&lt;br /&gt;</w:t>
        <w:br/>
        <w:br/>
        <w:t>предать землі звеліли до неділі,&lt;br /&gt;</w:t>
        <w:br/>
        <w:br/>
        <w:t>прийнявши справу криміналітер.&lt;br /&gt;</w:t>
        <w:br/>
        <w:br/>
        <w:t>Убивницю ж, Марусю, до росправи&lt;br /&gt;</w:t>
        <w:br/>
        <w:br/>
        <w:t>скріпить в&amp;rsquo;яз&amp;eacute;ням города Полтави.&lt;br /&gt;</w:t>
        <w:br/>
        <w:br/>
        <w:t>Бобренчиха ж, та зацна удова,&lt;br /&gt;</w:t>
        <w:br/>
        <w:br/>
        <w:t>нехай на бога в горі упова&lt;br /&gt;</w:t>
        <w:br/>
        <w:br/>
        <w:t>та настановить свідків, віри годних,&lt;br /&gt;</w:t>
        <w:br/>
        <w:br/>
        <w:t>не підозр&amp;eacute;нних у проступствах жодних.&lt;br /&gt;</w:t>
        <w:br/>
        <w:br/>
        <w:t>Аби по правді свідчили про злочин,&lt;br /&gt;</w:t>
        <w:br/>
        <w:br/>
        <w:t>що тут убивці іншого нема,&lt;br /&gt;</w:t>
        <w:br/>
        <w:br/>
        <w:t>бо то не є ще доказ остаточний,&lt;br /&gt;</w:t>
        <w:br/>
        <w:br/>
        <w:t>якщо підсудна визнала сама.&lt;br /&gt;</w:t>
        <w:br/>
        <w:br/>
        <w:t>На то ставши, Параска Демиха, в літах подейшлих,&lt;br /&gt;</w:t>
        <w:br/>
        <w:br/>
        <w:t>зізнала:&lt;br /&gt;</w:t>
        <w:br/>
        <w:br/>
        <w:t>&amp;mdash; Єдну душу Богу ховаю, а було так.&lt;br /&gt;</w:t>
        <w:br/>
        <w:br/>
        <w:t>Недавнечко, о півнях, вийшла я...&lt;br /&gt;</w:t>
        <w:br/>
        <w:br/>
        <w:t>&amp;mdash; ...трусити Левкову грушу,&amp;mdash; підказав хтось.&lt;br /&gt;</w:t>
        <w:br/>
        <w:br/>
        <w:t>&amp;mdash; Панове судді.&lt;br /&gt;</w:t>
        <w:br/>
        <w:br/>
        <w:t>Лесько Черкес мене на цноті змазує!&lt;br /&gt;</w:t>
        <w:br/>
        <w:br/>
        <w:t>Тоді ми, вряд, казали-сьмо Черкесу і всім так&amp;oacute;ж&lt;br /&gt;</w:t>
        <w:br/>
        <w:br/>
        <w:t>особам принаявним, щоб мову свідкам не перебивали,&lt;br /&gt;</w:t>
        <w:br/>
        <w:br/>
        <w:t>понєваж будуть випхані із ратушу,&lt;br /&gt;</w:t>
        <w:br/>
        <w:br/>
        <w:t>а двері будуть взяті на скабу.</w:t>
      </w:r>
    </w:p>
    <w:p>
      <w:r>
        <w:br/>
        <w:br/>
        <w:t>&amp;mdash; Отож, кажу, недавнечко, о півнях,&lt;br /&gt;</w:t>
        <w:br/>
        <w:br/>
        <w:t>коли я вийшла глянути знадвору,&lt;br /&gt;</w:t>
        <w:br/>
        <w:br/>
        <w:t>бо щось мені ускочило в димар, &amp;mdash;&lt;br /&gt;</w:t>
        <w:br/>
        <w:br/>
        <w:t>дивлюсь: Грицько вертається додому.</w:t>
      </w:r>
    </w:p>
    <w:p>
      <w:r>
        <w:br/>
        <w:br/>
        <w:t>Ізвідки б то? Ще й наче напідпитку.&lt;br /&gt;</w:t>
        <w:br/>
        <w:br/>
        <w:t>Якийсь такий, ніяк не вдягне свитку.&lt;br /&gt;</w:t>
        <w:br/>
        <w:br/>
        <w:t>То я й питаю, ми ж сусіди: &amp;mdash; Гей,&lt;br /&gt;</w:t>
        <w:br/>
        <w:br/>
        <w:t>це де ж тебе так, хлопче, забарило?</w:t>
      </w:r>
    </w:p>
    <w:p>
      <w:r>
        <w:br/>
        <w:br/>
        <w:t>&amp;mdash; Та, чарку випив, там, в одних людей.&lt;br /&gt;</w:t>
        <w:br/>
        <w:br/>
        <w:t>Чогось так біля серця заварило.</w:t>
      </w:r>
    </w:p>
    <w:p>
      <w:r>
        <w:br/>
        <w:br/>
        <w:t>Коли ж невдовзі чую &amp;mdash;&amp;mdash; у Бобренків&lt;br /&gt;</w:t>
        <w:br/>
        <w:br/>
        <w:t>великий гвалт. То я туди городом.&lt;br /&gt;</w:t>
        <w:br/>
        <w:br/>
        <w:t>Лежить Грицько, увесь уже посинів,&lt;br /&gt;</w:t>
        <w:br/>
        <w:br/>
        <w:t>хрипить, здрігає, роздирає ковнір.&lt;br /&gt;</w:t>
        <w:br/>
        <w:br/>
        <w:t>А я кажу Бобренчисі: ой кумо,&lt;br /&gt;</w:t>
        <w:br/>
        <w:br/>
        <w:t>ой кумо, це запитяна хвороба!&lt;br /&gt;</w:t>
        <w:br/>
        <w:br/>
        <w:t>І що ми вже Грицькові не робили,&amp;mdash;&lt;br /&gt;</w:t>
        <w:br/>
        <w:br/>
        <w:t>вишіптували, терли, ізсилали,&lt;br /&gt;</w:t>
        <w:br/>
        <w:br/>
        <w:t>свячене зілля клали під потилицю,&lt;br /&gt;</w:t>
        <w:br/>
        <w:br/>
        <w:t>водою мили і переливали&lt;br /&gt;</w:t>
        <w:br/>
        <w:br/>
        <w:t>хоробу на бобренківського пса, &amp;mdash;&lt;br /&gt;</w:t>
        <w:br/>
        <w:br/>
        <w:t>не помогло. Ще й щось таке балакав!&lt;br /&gt;</w:t>
        <w:br/>
        <w:br/>
        <w:t>Там хто стояв, то мало хто не плакав.</w:t>
      </w:r>
    </w:p>
    <w:p>
      <w:r>
        <w:br/>
        <w:br/>
        <w:t>В таких походах куля обминула,&lt;br /&gt;</w:t>
        <w:br/>
        <w:br/>
        <w:t>не подолала вражеська рука,&lt;br /&gt;</w:t>
        <w:br/>
        <w:br/>
        <w:t>щоб де? аж дома! дівка підманула,&lt;br /&gt;</w:t>
        <w:br/>
        <w:br/>
        <w:t>струїла геть такого козака!&lt;br /&gt;</w:t>
        <w:br/>
        <w:br/>
        <w:t>І от лежить у гробі в чорнобривцях,&lt;br /&gt;</w:t>
        <w:br/>
        <w:br/>
        <w:t>на смерть убит. А тая чарівниця...</w:t>
      </w:r>
    </w:p>
    <w:p>
      <w:r>
        <w:br/>
        <w:br/>
        <w:t>&amp;mdash; Є докази, що це вона дала пиття?</w:t>
      </w:r>
    </w:p>
    <w:p>
      <w:r>
        <w:br/>
        <w:br/>
        <w:t>&amp;mdash; А хто ж би ще труїв Бобренка Гриця?&lt;br /&gt;</w:t>
        <w:br/>
        <w:br/>
        <w:t>Кому він ще так знівечив життя?</w:t>
      </w:r>
    </w:p>
    <w:p>
      <w:r>
        <w:br/>
        <w:br/>
        <w:t>Тоді на вряд був ставлений Фесько,&lt;br /&gt;</w:t>
        <w:br/>
        <w:br/>
        <w:t>млинів дозорця скарбу войськов&amp;oacute;го,&lt;br /&gt;</w:t>
        <w:br/>
        <w:br/>
        <w:t>що під боязню божою признав:&lt;br /&gt;</w:t>
        <w:br/>
        <w:br/>
        <w:t>&amp;mdash; Панове суд!&lt;br /&gt;</w:t>
        <w:br/>
        <w:br/>
        <w:t>Того я добре звісен.&lt;br /&gt;</w:t>
        <w:br/>
        <w:br/>
        <w:t>Як що не так, беру на душу гріх.&lt;br /&gt;</w:t>
        <w:br/>
        <w:br/>
        <w:t>Цю дівчину разів, мабуть, із вісім&lt;br /&gt;</w:t>
        <w:br/>
        <w:br/>
        <w:t>коло млина вночі я спостеріг.&lt;br /&gt;</w:t>
        <w:br/>
        <w:br/>
        <w:t>Над Ворсклою з небіжчиком стояла.&lt;br /&gt;</w:t>
        <w:br/>
        <w:br/>
        <w:t>Ну, тобто він ще був живий тоді.&lt;br /&gt;</w:t>
        <w:br/>
        <w:br/>
        <w:t>І що воно, гадаю, за проява &amp;mdash;&lt;br /&gt;</w:t>
        <w:br/>
        <w:br/>
        <w:t>дві тіні, млин і місяць на воді.&lt;br /&gt;</w:t>
        <w:br/>
        <w:br/>
        <w:t>Мені-то що? На це ж нема заказу,&lt;br /&gt;</w:t>
        <w:br/>
        <w:br/>
        <w:t>стояння &amp;mdash; діло добре загалом.&lt;br /&gt;</w:t>
        <w:br/>
        <w:br/>
        <w:t>А я таки чогось подумав зразу,&amp;mdash;&lt;br /&gt;</w:t>
        <w:br/>
        <w:br/>
        <w:t>аж де зійшлись, чого б то за селом?&lt;br /&gt;</w:t>
        <w:br/>
        <w:br/>
        <w:t>А якось бачу &amp;mdash; щось майнуло з греблі.&lt;br /&gt;</w:t>
        <w:br/>
        <w:br/>
        <w:t>Шубовснуло &amp;mdash; аж зойкнула вода.&lt;br /&gt;</w:t>
        <w:br/>
        <w:br/>
        <w:t>А я ж туди і ніг не дотереблю.&lt;br /&gt;</w:t>
        <w:br/>
        <w:br/>
        <w:t>Ну, думаю, втопилась, от біда.&lt;br /&gt;</w:t>
        <w:br/>
        <w:br/>
        <w:t>То добре, що Іван тут нагодився&lt;br /&gt;</w:t>
        <w:br/>
        <w:br/>
        <w:t>та витяг із води напівживу.&lt;br /&gt;</w:t>
        <w:br/>
        <w:br/>
        <w:t>Бо там колись мій шурин утопився,&lt;br /&gt;</w:t>
        <w:br/>
        <w:br/>
        <w:t>то гибле місце, я й не допливу.</w:t>
      </w:r>
    </w:p>
    <w:p>
      <w:r>
        <w:br/>
        <w:br/>
        <w:t>Суддя сказав: &amp;mdash; Усе це прикро, справді,&lt;br /&gt;</w:t>
        <w:br/>
        <w:br/>
        <w:t>і ті млини, і втоплений шуряк.&lt;br /&gt;</w:t>
        <w:br/>
        <w:br/>
        <w:t>Але ж ми іншу розглядаєм справу &amp;mdash;&lt;br /&gt;</w:t>
        <w:br/>
        <w:br/>
        <w:t>не як топилась, а труїла як.</w:t>
      </w:r>
    </w:p>
    <w:p>
      <w:r>
        <w:br/>
        <w:br/>
        <w:t>Тож свідок мовив трохи не до діла.&lt;br /&gt;</w:t>
        <w:br/>
        <w:br/>
        <w:t>Тут треба чітко провести межу.</w:t>
      </w:r>
    </w:p>
    <w:p>
      <w:r>
        <w:br/>
        <w:br/>
        <w:t>&amp;mdash; То я ж не бачив, як вона труїла.&lt;br /&gt;</w:t>
        <w:br/>
        <w:br/>
        <w:t>А як топилась, &amp;mdash; бачив. То й кажу.</w:t>
      </w:r>
    </w:p>
    <w:p>
      <w:r>
        <w:br/>
        <w:br/>
        <w:t>Тоді Бобренчиха становила інших осіб,&lt;br /&gt;</w:t>
        <w:br/>
        <w:br/>
        <w:t>числом сімнадцять,&lt;br /&gt;</w:t>
        <w:br/>
        <w:br/>
        <w:t>а з тих сімнадцяти має п&amp;rsquo;ять,&lt;br /&gt;</w:t>
        <w:br/>
        <w:br/>
        <w:t>котрі до присяги годні будуть.</w:t>
      </w:r>
    </w:p>
    <w:p>
      <w:r>
        <w:br/>
        <w:br/>
        <w:t>Ну, ті сказали, що Маруся &amp;mdash; відьма,&lt;br /&gt;</w:t>
        <w:br/>
        <w:br/>
        <w:t>що у Полтаві гіршої нема,&lt;br /&gt;</w:t>
        <w:br/>
        <w:br/>
        <w:t>що всі це знають, і по ній це видно,&lt;br /&gt;</w:t>
        <w:br/>
        <w:br/>
        <w:t>і що вона ж співала і сама:&lt;br /&gt;</w:t>
        <w:br/>
        <w:br/>
        <w:t>&amp;quot;Котра дівчина чорні брови має,&lt;br /&gt;</w:t>
        <w:br/>
        <w:br/>
        <w:t>то тая дівчина усі чари знає&amp;quot;.&lt;br /&gt;</w:t>
        <w:br/>
        <w:br/>
        <w:t>І то ж вона наврочила, нівроку,&lt;br /&gt;</w:t>
        <w:br/>
        <w:br/>
        <w:t>що покалічив Савку Саврадим.&lt;br /&gt;</w:t>
        <w:br/>
        <w:br/>
        <w:t>Уміє перекинутись в сороку,&lt;br /&gt;</w:t>
        <w:br/>
        <w:br/>
        <w:t>а то виходить з комина, як дим.</w:t>
      </w:r>
    </w:p>
    <w:p>
      <w:r>
        <w:br/>
        <w:br/>
        <w:t>&amp;mdash; Панове судді, я прошу пробачення,&amp;mdash;&lt;br /&gt;</w:t>
        <w:br/>
        <w:br/>
        <w:t>сказав Горбань з паперами в руці.&amp;mdash;&lt;br /&gt;</w:t>
        <w:br/>
        <w:br/>
        <w:t>З&amp;rsquo;ясую стисло свідкам звинувачення,&lt;br /&gt;</w:t>
        <w:br/>
        <w:br/>
        <w:t>щоб не збивали суд на манівці.</w:t>
      </w:r>
    </w:p>
    <w:p>
      <w:r>
        <w:br/>
        <w:br/>
        <w:t>Козак Бобренко, на ім&amp;rsquo;я Григорій,&lt;br /&gt;</w:t>
        <w:br/>
        <w:br/>
        <w:t>єдиний син достойної вдови,&lt;br /&gt;</w:t>
        <w:br/>
        <w:br/>
        <w:t>котора зараз у такому горі,&lt;br /&gt;</w:t>
        <w:br/>
        <w:br/>
        <w:t>що не схилить не можна голови,&amp;mdash;</w:t>
      </w:r>
    </w:p>
    <w:p>
      <w:r>
        <w:br/>
        <w:br/>
        <w:t>чотири годи бувши у походах,&lt;br /&gt;</w:t>
        <w:br/>
        <w:br/>
        <w:t>ні в чім нагани жодної не мав.&lt;br /&gt;</w:t>
        <w:br/>
        <w:br/>
        <w:t>Був на Пиляві, і на Жовтих Водах,&lt;br /&gt;</w:t>
        <w:br/>
        <w:br/>
        <w:t>і скрізь, де полк Полтавський воював.</w:t>
      </w:r>
    </w:p>
    <w:p>
      <w:r>
        <w:br/>
        <w:br/>
        <w:t>А це улітку повернувсь додому,&lt;br /&gt;</w:t>
        <w:br/>
        <w:br/>
        <w:t>в хазяйство, підупале за війну,&lt;br /&gt;</w:t>
        <w:br/>
        <w:br/>
        <w:t>і, як годиться хлопцю молодому,&lt;br /&gt;</w:t>
        <w:br/>
        <w:br/>
        <w:t>хотів ввести у дім собі жону.</w:t>
      </w:r>
    </w:p>
    <w:p>
      <w:r>
        <w:br/>
        <w:br/>
        <w:t>Отож нагледів дівку, собі рівну,&lt;br /&gt;</w:t>
        <w:br/>
        <w:br/>
        <w:t>дізнавши, певно, що і він їй люб,&lt;br /&gt;</w:t>
        <w:br/>
        <w:br/>
        <w:t>Грицько посватав Галю Вишняківну,&lt;br /&gt;</w:t>
        <w:br/>
        <w:br/>
        <w:t>повзявши намір брати з нею шлюб.</w:t>
      </w:r>
    </w:p>
    <w:p>
      <w:r>
        <w:br/>
        <w:br/>
        <w:t>Чурай Маруся, що його любила,&lt;br /&gt;</w:t>
        <w:br/>
        <w:br/>
        <w:t>любила, справді, вірно і давно,&lt;br /&gt;</w:t>
        <w:br/>
        <w:br/>
        <w:t>тоді його із ревнощів убила,&lt;br /&gt;</w:t>
        <w:br/>
        <w:br/>
        <w:t>підсипавши отруту у вино.</w:t>
      </w:r>
    </w:p>
    <w:p>
      <w:r>
        <w:br/>
        <w:br/>
        <w:t>Чи це свідомо, чи під впливом хвилі,&lt;br /&gt;</w:t>
        <w:br/>
        <w:br/>
        <w:t>як не було, а ревнощі &amp;mdash; це сказ.&lt;br /&gt;</w:t>
        <w:br/>
        <w:br/>
        <w:t>Так стався злочин. Хлопець у могилі.&lt;br /&gt;</w:t>
        <w:br/>
        <w:br/>
        <w:t>І от стоїть убивниця пред нас.</w:t>
      </w:r>
    </w:p>
    <w:p>
      <w:r>
        <w:br/>
        <w:br/>
        <w:t>Страшна, панове, приточилась справа.&lt;br /&gt;</w:t>
        <w:br/>
        <w:br/>
        <w:t>Хай стане совість на сторожі права!</w:t>
      </w:r>
    </w:p>
    <w:p>
      <w:r>
        <w:br/>
        <w:br/>
        <w:t>Порадившись, звеліли ми пред вряд&lt;br /&gt;</w:t>
        <w:br/>
        <w:br/>
        <w:t>поставити Грицькову наречену.&lt;br /&gt;</w:t>
        <w:br/>
        <w:br/>
        <w:t>Тож Галя Вишняківна підійшла,&lt;br /&gt;</w:t>
        <w:br/>
        <w:br/>
        <w:t>була про все розпитана дискретно&lt;br /&gt;</w:t>
        <w:br/>
        <w:br/>
        <w:t>і лагідно, як молода особа,&lt;br /&gt;</w:t>
        <w:br/>
        <w:br/>
        <w:t>з уникненням подробиць, що могли б&lt;br /&gt;</w:t>
        <w:br/>
        <w:br/>
        <w:t>ще більше їй розвередити душу.</w:t>
      </w:r>
    </w:p>
    <w:p>
      <w:r>
        <w:br/>
        <w:br/>
        <w:t>І теж вона признала під сумлінням,&amp;mdash;&lt;br /&gt;</w:t>
        <w:br/>
        <w:br/>
        <w:t>що так було, любилися ми з Грицем,&lt;br /&gt;</w:t>
        <w:br/>
        <w:br/>
        <w:t>побратись мали... мови не стає...&lt;br /&gt;</w:t>
        <w:br/>
        <w:br/>
        <w:t>Що він ходив до тої чарівниці,&lt;br /&gt;</w:t>
        <w:br/>
        <w:br/>
        <w:t>панове суд, то істина не є.&lt;br /&gt;</w:t>
        <w:br/>
        <w:br/>
        <w:t>Вона у нього розум відіймила,&lt;br /&gt;</w:t>
        <w:br/>
        <w:br/>
        <w:t>але було це не тепер, колись.&lt;br /&gt;</w:t>
        <w:br/>
        <w:br/>
        <w:t>А як вона була йому немила,&lt;br /&gt;</w:t>
        <w:br/>
        <w:br/>
        <w:t>то хто ж його присилує: женись!&lt;br /&gt;</w:t>
        <w:br/>
        <w:br/>
        <w:t>Вона ж, дурна, чогось була топилась,&lt;br /&gt;</w:t>
        <w:br/>
        <w:br/>
        <w:t>по тому ще й заслабла і злягла.&lt;br /&gt;</w:t>
        <w:br/>
        <w:br/>
        <w:t>А я кажу: чого ти причепилась?&lt;br /&gt;</w:t>
        <w:br/>
        <w:br/>
        <w:t>Чи ти його у власність набула?&lt;br /&gt;</w:t>
        <w:br/>
        <w:br/>
        <w:t>А він такий, що він брехать не буде.&lt;br /&gt;</w:t>
        <w:br/>
        <w:br/>
        <w:t>Грицько був чесний, не якийсь бабій.&lt;br /&gt;</w:t>
        <w:br/>
        <w:br/>
        <w:t>Він сам казав, що вже її забуде.&lt;br /&gt;</w:t>
        <w:br/>
        <w:br/>
        <w:t>У домі в нас він був уже, як свій.&lt;br /&gt;</w:t>
        <w:br/>
        <w:br/>
        <w:t>Оце увосень мали ми побратись.&lt;br /&gt;</w:t>
        <w:br/>
        <w:br/>
        <w:t>Помщаючись, пропала ж і сама.&lt;br /&gt;</w:t>
        <w:br/>
        <w:br/>
        <w:t>Вже тато наш і на весілля втратились,&lt;br /&gt;</w:t>
        <w:br/>
        <w:br/>
        <w:t>а Гриць умер... а Гриця вже нема...</w:t>
      </w:r>
    </w:p>
    <w:p>
      <w:r>
        <w:br/>
        <w:br/>
        <w:t>&amp;mdash; В такому разі будемо відверті,&amp;mdash;&lt;br /&gt;</w:t>
        <w:br/>
        <w:br/>
        <w:t>сказав суддя,&amp;mdash; бо тут не до прикрас.&lt;br /&gt;</w:t>
        <w:br/>
        <w:br/>
        <w:t>Чого ж тоді він в ніч своєї смерті&lt;br /&gt;</w:t>
        <w:br/>
        <w:br/>
        <w:t>таки у неї був, а не у вас?</w:t>
      </w:r>
    </w:p>
    <w:p>
      <w:r>
        <w:br/>
        <w:br/>
        <w:t>Тоді Вишняк, жал&amp;oacute;сний за такую&lt;br /&gt;</w:t>
        <w:br/>
        <w:br/>
        <w:t>тяжку зневагу дому свойого,&lt;br /&gt;</w:t>
        <w:br/>
        <w:br/>
        <w:t>просив дочку не спитувати більше.&lt;br /&gt;</w:t>
        <w:br/>
        <w:br/>
        <w:t>Галю спочутливо одвели&lt;br /&gt;</w:t>
        <w:br/>
        <w:br/>
        <w:t>баби в бабинець, сплакану,&lt;br /&gt;</w:t>
        <w:br/>
        <w:br/>
        <w:t>понєваж&lt;br /&gt;</w:t>
        <w:br/>
        <w:br/>
        <w:t>при кождім ділі&lt;br /&gt;</w:t>
        <w:br/>
        <w:br/>
        <w:t>свій бабинець є.</w:t>
      </w:r>
    </w:p>
    <w:p>
      <w:r>
        <w:br/>
        <w:br/>
        <w:t>Суддя поглянув на підсудну лаву:&lt;br /&gt;</w:t>
        <w:br/>
        <w:br/>
        <w:t>&amp;mdash; Що скаже нам убивниця на се?</w:t>
      </w:r>
    </w:p>
    <w:p>
      <w:r>
        <w:br/>
        <w:br/>
        <w:t>Вона ні слова не сказала праву.&lt;br /&gt;</w:t>
        <w:br/>
        <w:br/>
        <w:t>Стоїть. Мовчить. І дивиться. І все.</w:t>
      </w:r>
    </w:p>
    <w:p>
      <w:r>
        <w:br/>
        <w:br/>
        <w:t>Тоді сама Бобренчиха, вдова,&lt;br /&gt;</w:t>
        <w:br/>
        <w:br/>
        <w:t>суду сказала у тії слова:</w:t>
      </w:r>
    </w:p>
    <w:p>
      <w:r>
        <w:br/>
        <w:br/>
        <w:t>&amp;mdash; Мовчить, бо стидно. Бачив бог із неба.&lt;br /&gt;</w:t>
        <w:br/>
        <w:br/>
        <w:t>Я знаю все, так наче там була.&lt;br /&gt;</w:t>
        <w:br/>
        <w:br/>
        <w:t>В ту ніч вона сама його до себе,&lt;br /&gt;</w:t>
        <w:br/>
        <w:br/>
        <w:t>розпутниця, обманом затягла.</w:t>
      </w:r>
    </w:p>
    <w:p>
      <w:r>
        <w:br/>
        <w:br/>
        <w:t>Яка стоїть немов свята та божа.&lt;br /&gt;</w:t>
        <w:br/>
        <w:br/>
        <w:t>Ото така вже вдача потайна.&lt;br /&gt;</w:t>
        <w:br/>
        <w:br/>
        <w:t>Бо на обличчя з янголами схожа,&lt;br /&gt;</w:t>
        <w:br/>
        <w:br/>
        <w:t>але в душі &amp;mdash; то чистий сатана.</w:t>
      </w:r>
    </w:p>
    <w:p>
      <w:r>
        <w:br/>
        <w:br/>
        <w:t>Якби я вам про неї розказала,&lt;br /&gt;</w:t>
        <w:br/>
        <w:br/>
        <w:t>що говорив про неї хто кому!&lt;br /&gt;</w:t>
        <w:br/>
        <w:br/>
        <w:t>Вона в Полтаві світу зав&amp;rsquo;язала&lt;br /&gt;</w:t>
        <w:br/>
        <w:br/>
        <w:t>хіба Грицькові тільки одному?!</w:t>
      </w:r>
    </w:p>
    <w:p>
      <w:r>
        <w:br/>
        <w:br/>
        <w:t>І осінило раптом Горбаня:&lt;br /&gt;</w:t>
        <w:br/>
        <w:br/>
        <w:t>&amp;mdash; А може, то було якесь дання?&lt;br /&gt;</w:t>
        <w:br/>
        <w:br/>
        <w:t>Якесь чар-зілля або привороти,&lt;br /&gt;</w:t>
        <w:br/>
        <w:br/>
        <w:t>і він не зміг його перебороти.&lt;br /&gt;</w:t>
        <w:br/>
        <w:br/>
        <w:t>Тому й зайшов од Галі до Марусі,&lt;br /&gt;</w:t>
        <w:br/>
        <w:br/>
        <w:t>улігши тій диявольській спокусі.&lt;br /&gt;</w:t>
        <w:br/>
        <w:br/>
        <w:t>А зілля річ, ви знаєте, капризна &amp;mdash;&lt;br /&gt;</w:t>
        <w:br/>
        <w:br/>
        <w:t>тут воно чари, тут воно й трутизна.</w:t>
      </w:r>
    </w:p>
    <w:p>
      <w:r>
        <w:br/>
        <w:br/>
        <w:t>Суддя сказав, що випадки були.&lt;br /&gt;</w:t>
        <w:br/>
        <w:br/>
        <w:t>Комусь колись чогось там підлили.&lt;br /&gt;</w:t>
        <w:br/>
        <w:br/>
        <w:t>Було це діло досить голосне,&lt;br /&gt;</w:t>
        <w:br/>
        <w:br/>
        <w:t>і сліз пролито більше як доволі.&lt;br /&gt;</w:t>
        <w:br/>
        <w:br/>
        <w:t>І все ж є щось не до кінця ясне:&lt;br /&gt;</w:t>
        <w:br/>
        <w:br/>
        <w:t>чи не було чиєї злої волі?</w:t>
      </w:r>
    </w:p>
    <w:p>
      <w:r>
        <w:br/>
        <w:br/>
        <w:t>В цих справах поруч &amp;mdash;&lt;br /&gt;</w:t>
        <w:br/>
        <w:br/>
        <w:t>правда і брехня.&lt;br /&gt;</w:t>
        <w:br/>
        <w:br/>
        <w:t>&amp;mdash; Я, як суддя, вважаю особисто,&lt;br /&gt;</w:t>
        <w:br/>
        <w:br/>
        <w:t>чи це була отрута, чи дання,&lt;br /&gt;</w:t>
        <w:br/>
        <w:br/>
        <w:t>а в кожнім разі це було убивство.</w:t>
      </w:r>
    </w:p>
    <w:p>
      <w:r>
        <w:br/>
        <w:br/>
        <w:t>Горбань сказав, що й сумніву нема.&lt;br /&gt;</w:t>
        <w:br/>
        <w:br/>
        <w:t>Звичайно, вбивство. Та іще й нецн&amp;oacute;та.&lt;br /&gt;</w:t>
        <w:br/>
        <w:br/>
        <w:t>Він, як Горбань, вважає зокрема:&lt;br /&gt;</w:t>
        <w:br/>
        <w:br/>
        <w:t>їй треба дьогтем вимазать ворота!</w:t>
      </w:r>
    </w:p>
    <w:p>
      <w:r>
        <w:br/>
        <w:br/>
        <w:t>(Тут принагідно варто зауважити,&lt;br /&gt;</w:t>
        <w:br/>
        <w:br/>
        <w:t>що дьогтю він мав, справді, предостатньо,&lt;br /&gt;</w:t>
        <w:br/>
        <w:br/>
        <w:t>оскільки він, як виявилось потім,&lt;br /&gt;</w:t>
        <w:br/>
        <w:br/>
        <w:t>&amp;quot;з комори мєской потай дьоготь крав&amp;quot;,&lt;br /&gt;</w:t>
        <w:br/>
        <w:br/>
        <w:t>за що і був поставлений пред врядом.</w:t>
      </w:r>
    </w:p>
    <w:p>
      <w:r>
        <w:br/>
        <w:br/>
        <w:t>А втім, і згодом він ще війтував.&lt;br /&gt;</w:t>
        <w:br/>
        <w:br/>
        <w:t>І вже аж гетьману Дем&amp;rsquo;яну Многогрішному&lt;br /&gt;</w:t>
        <w:br/>
        <w:br/>
        <w:t>уже аж на полковника Жученка&lt;br /&gt;</w:t>
        <w:br/>
        <w:br/>
        <w:t>устиг іще й &amp;quot;крамулку&amp;quot; довести).</w:t>
      </w:r>
    </w:p>
    <w:p>
      <w:r>
        <w:br/>
        <w:br/>
        <w:t>Пушкар сказав, що так-то воно так.&lt;br /&gt;</w:t>
        <w:br/>
        <w:br/>
        <w:t>Не шануватись дівчині негоже.&lt;br /&gt;</w:t>
        <w:br/>
        <w:br/>
        <w:t>Але ж і з Гриця добрий був лайдак.&lt;br /&gt;</w:t>
        <w:br/>
        <w:br/>
        <w:t>Тут, товариство, дьоготь не поможе.</w:t>
      </w:r>
    </w:p>
    <w:p>
      <w:r>
        <w:br/>
        <w:br/>
        <w:t>Бо незалежно, що то за пиття&lt;br /&gt;</w:t>
        <w:br/>
        <w:br/>
        <w:t>і що там мовить злість тисячоуста,&amp;mdash;&lt;br /&gt;</w:t>
        <w:br/>
        <w:br/>
        <w:t>не хто ж, а він звів дівчину з пуття.&lt;br /&gt;</w:t>
        <w:br/>
        <w:br/>
        <w:t>І то була любов, а не розпуста.</w:t>
      </w:r>
    </w:p>
    <w:p>
      <w:r>
        <w:br/>
        <w:br/>
        <w:t>Тоді вдова Бобренчиха озвалась:&lt;br /&gt;</w:t>
        <w:br/>
        <w:br/>
        <w:t>&amp;mdash; Та вуха ж в&amp;rsquo;януть на таку олжу!&lt;br /&gt;</w:t>
        <w:br/>
        <w:br/>
        <w:t>Вона сама Грицькові нав&amp;rsquo;язалась.&lt;br /&gt;</w:t>
        <w:br/>
        <w:br/>
        <w:t>&amp;mdash; В який би спосіб?&lt;br /&gt;</w:t>
        <w:br/>
        <w:br/>
        <w:t>&amp;mdash; Зараз розкажу.</w:t>
      </w:r>
    </w:p>
    <w:p>
      <w:r>
        <w:br/>
        <w:br/>
        <w:t>Було це, люди, на Петра Капусника,&lt;br /&gt;</w:t>
        <w:br/>
        <w:br/>
        <w:t>якраз на самий сонцеповорот.&lt;br /&gt;</w:t>
        <w:br/>
        <w:br/>
        <w:t>Я мала, люди, сина не розпусника.&lt;br /&gt;</w:t>
        <w:br/>
        <w:br/>
        <w:t>Він шанував і хату, і город.</w:t>
      </w:r>
    </w:p>
    <w:p>
      <w:r>
        <w:br/>
        <w:br/>
        <w:t>Коли ж вона його причарувала,&lt;br /&gt;</w:t>
        <w:br/>
        <w:br/>
        <w:t>він як сказився, геть одбивсь од рук.&lt;br /&gt;</w:t>
        <w:br/>
        <w:br/>
        <w:t>Хай вам розкаже Процик Кулевара,&lt;br /&gt;</w:t>
        <w:br/>
        <w:br/>
        <w:t>Семен Капканчик і Ромашко Струк.</w:t>
      </w:r>
    </w:p>
    <w:p>
      <w:r>
        <w:br/>
        <w:br/>
        <w:t>Він перестав ходить на вечорниці,&lt;br /&gt;</w:t>
        <w:br/>
        <w:br/>
        <w:t>не зачіпав дівчат і молодиць.&lt;br /&gt;</w:t>
        <w:br/>
        <w:br/>
        <w:t>А все ходив до тої чарівниці,&lt;br /&gt;</w:t>
        <w:br/>
        <w:br/>
        <w:t>недарма в річці топлять чарівниць.</w:t>
      </w:r>
    </w:p>
    <w:p>
      <w:r>
        <w:br/>
        <w:br/>
        <w:t>Вона його їднолітка, панове.&lt;br /&gt;</w:t>
        <w:br/>
        <w:br/>
        <w:t>Пора кебету мати на плечах.&lt;br /&gt;</w:t>
        <w:br/>
        <w:br/>
        <w:t>Я вже й варила зілля полинове,&lt;br /&gt;</w:t>
        <w:br/>
        <w:br/>
        <w:t>щоб мій Грицько від туги не зачах.&lt;br /&gt;</w:t>
        <w:br/>
        <w:br/>
        <w:t>А він &amp;mdash; весь там! Якраз перед походом&lt;br /&gt;</w:t>
        <w:br/>
        <w:br/>
        <w:t>не спалося мені, як на біду.&lt;br /&gt;</w:t>
        <w:br/>
        <w:br/>
        <w:t>Грицько устав та шась поза городом.&lt;br /&gt;</w:t>
        <w:br/>
        <w:br/>
        <w:t>А я тихенько назирці іду.</w:t>
      </w:r>
    </w:p>
    <w:p>
      <w:r>
        <w:br/>
        <w:br/>
        <w:t>Отож спинилась по той бік цибулі.&lt;br /&gt;</w:t>
        <w:br/>
        <w:br/>
        <w:t>А там вже луг, роздолля для бджоли.&lt;br /&gt;</w:t>
        <w:br/>
        <w:br/>
        <w:t>Стою собі та й думаю: а дулі,&lt;br /&gt;</w:t>
        <w:br/>
        <w:br/>
        <w:t>щоб ви мене круг пальця обвели.</w:t>
      </w:r>
    </w:p>
    <w:p>
      <w:r>
        <w:br/>
        <w:br/>
        <w:t>Взувачки мала, постільці свинячі,&lt;br /&gt;</w:t>
        <w:br/>
        <w:br/>
        <w:t>щоб не шамтіло &amp;mdash; шерстю догори.&lt;br /&gt;</w:t>
        <w:br/>
        <w:br/>
        <w:t>Трава ж м&amp;rsquo;якенька...&lt;br /&gt;</w:t>
        <w:br/>
        <w:br/>
        <w:t>Коли щось манячить&lt;br /&gt;</w:t>
        <w:br/>
        <w:br/>
        <w:t>од Чураїв, туди, в осокори.&lt;br /&gt;</w:t>
        <w:br/>
        <w:br/>
        <w:t>А вечір темний. Хмари як повісма.&lt;br /&gt;</w:t>
        <w:br/>
        <w:br/>
        <w:t>Гора шумить... Було перед дощем.&lt;br /&gt;</w:t>
        <w:br/>
        <w:br/>
        <w:t>Вона ж на шиї так йому й повисла! &amp;mdash;&lt;br /&gt;</w:t>
        <w:br/>
        <w:br/>
        <w:t>то я собі й засіла за кущем.</w:t>
      </w:r>
    </w:p>
    <w:p>
      <w:r>
        <w:br/>
        <w:br/>
        <w:t>Хтось засміявся якось недоречно&lt;br /&gt;</w:t>
        <w:br/>
        <w:br/>
        <w:t>Мартен Пушкар бровою ворухнув:&lt;br /&gt;</w:t>
        <w:br/>
        <w:br/>
        <w:t>&amp;mdash; Вчинили ви, сказати б, нестатечно.&lt;br /&gt;</w:t>
        <w:br/>
        <w:br/>
        <w:t>Який вас біс на тоє подоткнув?</w:t>
      </w:r>
    </w:p>
    <w:p>
      <w:r>
        <w:br/>
        <w:br/>
        <w:t>&amp;mdash; У мене син одинчичок, панове,&lt;br /&gt;</w:t>
        <w:br/>
        <w:br/>
        <w:t>і запечалля на душі одне,&lt;br /&gt;</w:t>
        <w:br/>
        <w:br/>
        <w:t>одна у серці шпичечка тернова, &amp;mdash;&lt;br /&gt;</w:t>
        <w:br/>
        <w:br/>
        <w:t>не дай же бог, у прийми дремене!</w:t>
      </w:r>
    </w:p>
    <w:p>
      <w:r>
        <w:br/>
        <w:br/>
        <w:t>&amp;mdash; Ну, добре, як воно вам ув охоту,&lt;br /&gt;</w:t>
        <w:br/>
        <w:br/>
        <w:t>то діло ваше, хоч воно і гріх.&lt;br /&gt;</w:t>
        <w:br/>
        <w:br/>
        <w:t>Ви, мати, знавши отаку нецноту,&lt;br /&gt;</w:t>
        <w:br/>
        <w:br/>
        <w:t>чого тоді ж не розлучили їх?</w:t>
      </w:r>
    </w:p>
    <w:p>
      <w:r>
        <w:br/>
        <w:br/>
        <w:t>&amp;mdash; Щоб у заміжніх погубив підметки?&lt;br /&gt;</w:t>
        <w:br/>
        <w:br/>
        <w:t>Чи, як чернець, скоромився мирським?&lt;br /&gt;</w:t>
        <w:br/>
        <w:br/>
        <w:t>Чи щоб пішов до Таці Кисломедки,&lt;br /&gt;</w:t>
        <w:br/>
        <w:br/>
        <w:t>котра тягалась бозна-де і з ким!</w:t>
      </w:r>
    </w:p>
    <w:p>
      <w:r>
        <w:br/>
        <w:br/>
        <w:t>Тут як підскочить Таця, як змережить,&lt;br /&gt;</w:t>
        <w:br/>
        <w:br/>
        <w:t>шумка спідниця, з десяти аршин:&lt;br /&gt;</w:t>
        <w:br/>
        <w:br/>
        <w:t>&amp;mdash; Орихно, трясця мене держить!&lt;br /&gt;</w:t>
        <w:br/>
        <w:br/>
        <w:t>Ти хоч на мене, суко, не бреши!</w:t>
      </w:r>
    </w:p>
    <w:p>
      <w:r>
        <w:br/>
        <w:br/>
        <w:t>&amp;mdash; Це я брешу?! Особи урядові,&lt;br /&gt;</w:t>
        <w:br/>
        <w:br/>
        <w:t>та хай же бог усю мене, як є,&lt;br /&gt;</w:t>
        <w:br/>
        <w:br/>
        <w:t>як щось отут збрехала я судові&lt;br /&gt;</w:t>
        <w:br/>
        <w:br/>
        <w:t>і на душі й на тілі обіб&amp;rsquo;є!&lt;br /&gt;</w:t>
        <w:br/>
        <w:br/>
        <w:t>Я прόшу о святую справедливість!</w:t>
      </w:r>
    </w:p>
    <w:p>
      <w:r>
        <w:br/>
        <w:br/>
        <w:t>Вдові звеліли сісти й не клясти.&lt;br /&gt;</w:t>
        <w:br/>
        <w:br/>
        <w:t>АТаці за губи неповстягливість&lt;br /&gt;</w:t>
        <w:br/>
        <w:br/>
        <w:t>Два хунти воску в церкву принести.</w:t>
      </w:r>
    </w:p>
    <w:p>
      <w:r>
        <w:br/>
        <w:br/>
        <w:t>Насилу втихомирилась кобітка.&lt;br /&gt;</w:t>
        <w:br/>
        <w:br/>
        <w:t>По тόму був припозваний за свідка.&lt;br /&gt;</w:t>
        <w:br/>
        <w:br/>
        <w:t>Семен Капканчик, хлопець непитущий,&lt;br /&gt;</w:t>
        <w:br/>
        <w:br/>
        <w:t>з котрим Грицько був приятель найдужчий.</w:t>
      </w:r>
    </w:p>
    <w:p>
      <w:r>
        <w:br/>
        <w:br/>
        <w:t>Звеліли ми Капканчику Семену&lt;br /&gt;</w:t>
        <w:br/>
        <w:br/>
        <w:t>казать судові правду нестеменну.&lt;br /&gt;</w:t>
        <w:br/>
        <w:br/>
        <w:t>І він сказав:&lt;br /&gt;</w:t>
        <w:br/>
        <w:br/>
        <w:t>&amp;mdash; Тут кожен щось говоре.&lt;br /&gt;</w:t>
        <w:br/>
        <w:br/>
        <w:t>Вже той Грицько чутками так обріс.&lt;br /&gt;</w:t>
        <w:br/>
        <w:br/>
        <w:t>Ну, бо кому якого батька горе?&lt;br /&gt;</w:t>
        <w:br/>
        <w:br/>
        <w:t>Чужа душа &amp;mdash; то, кажуть, темний ліс.</w:t>
      </w:r>
    </w:p>
    <w:p>
      <w:r>
        <w:br/>
        <w:br/>
        <w:t>Ось тут і суд на тому зупинився,&lt;br /&gt;</w:t>
        <w:br/>
        <w:br/>
        <w:t>що знали ж всі, і Галя не глуха,&lt;br /&gt;</w:t>
        <w:br/>
        <w:br/>
        <w:t>що сватав ту, а в тої опинився.&lt;br /&gt;</w:t>
        <w:br/>
        <w:br/>
        <w:t>А хто із нас, як кажуть, без гріха?</w:t>
      </w:r>
    </w:p>
    <w:p>
      <w:r>
        <w:br/>
        <w:br/>
        <w:t>Це як у пісні:&lt;br /&gt;</w:t>
        <w:br/>
        <w:br/>
        <w:t>&amp;quot;Ой у полі три криниченьки.&lt;br /&gt;</w:t>
        <w:br/>
        <w:br/>
        <w:t>Любив козак три дівчиноньки,&lt;br /&gt;</w:t>
        <w:br/>
        <w:br/>
        <w:t>чорнявую та білявую,&lt;br /&gt;</w:t>
        <w:br/>
        <w:br/>
        <w:t>ще й рудую препоганую&amp;quot;.&lt;br /&gt;</w:t>
        <w:br/>
        <w:br/>
        <w:t>І було йому дуже сутужно.&lt;br /&gt;</w:t>
        <w:br/>
        <w:br/>
        <w:t>Рудої, правда, не було.&lt;br /&gt;</w:t>
        <w:br/>
        <w:br/>
        <w:t>Була чорнява та білява.&lt;br /&gt;</w:t>
        <w:br/>
        <w:br/>
        <w:t>Смалив до двох,&lt;br /&gt;</w:t>
        <w:br/>
        <w:br/>
        <w:t>то й попалив халяви.</w:t>
      </w:r>
    </w:p>
    <w:p>
      <w:r>
        <w:br/>
        <w:br/>
        <w:t>А тра було порвати все на ділі,&lt;br /&gt;</w:t>
        <w:br/>
        <w:br/>
        <w:t>та ще з півгоду виждати тоді.&lt;br /&gt;</w:t>
        <w:br/>
        <w:br/>
        <w:t>То це б сиділи в Гальки на весіллі,&lt;br /&gt;</w:t>
        <w:br/>
        <w:br/>
        <w:t>а не отут балакали в суді.</w:t>
      </w:r>
    </w:p>
    <w:p>
      <w:r>
        <w:br/>
        <w:br/>
        <w:t>Загомоніли люди, закивали,&amp;mdash;&lt;br /&gt;</w:t>
        <w:br/>
        <w:br/>
        <w:t>що там казати, всі парубкували.&lt;br /&gt;</w:t>
        <w:br/>
        <w:br/>
        <w:t>І всім усе зробилося ясне,&lt;br /&gt;</w:t>
        <w:br/>
        <w:br/>
        <w:t>хтось і слівце сказав уже масне.</w:t>
      </w:r>
    </w:p>
    <w:p>
      <w:r>
        <w:br/>
        <w:br/>
        <w:t>Тоді устала мати, Чураїха,&lt;br /&gt;</w:t>
        <w:br/>
        <w:br/>
        <w:t>і сказала так:</w:t>
      </w:r>
    </w:p>
    <w:p>
      <w:r>
        <w:br/>
        <w:br/>
        <w:t>&amp;mdash; Пане Пушкарю, полковнику полтавський,&lt;br /&gt;</w:t>
        <w:br/>
        <w:br/>
        <w:t>а добродію наш!&lt;br /&gt;</w:t>
        <w:br/>
        <w:br/>
        <w:t>Що вам маю сказати? Спасибі людям за тишу.&lt;br /&gt;</w:t>
        <w:br/>
        <w:br/>
        <w:t>Он сидить писар, Туранський Ілияш.&lt;br /&gt;</w:t>
        <w:br/>
        <w:br/>
        <w:t>Хай він мої сльози запише.</w:t>
      </w:r>
    </w:p>
    <w:p>
      <w:r>
        <w:br/>
        <w:br/>
        <w:t>Чужа душа &amp;mdash; то, кажуть, темний ліс.&lt;br /&gt;</w:t>
        <w:br/>
        <w:br/>
        <w:t>А я скажу: не кожна, ой не кожна!&lt;br /&gt;</w:t>
        <w:br/>
        <w:br/>
        <w:t>Чужа душа &amp;mdash; то тихе море сліз.&lt;br /&gt;</w:t>
        <w:br/>
        <w:br/>
        <w:t>Плювати в неї &amp;mdash; гріх тяжкий, не можна.</w:t>
      </w:r>
    </w:p>
    <w:p>
      <w:r>
        <w:br/>
        <w:br/>
        <w:t>І чим же, чим ви будете карати&lt;br /&gt;</w:t>
        <w:br/>
        <w:br/>
        <w:t>моє смутне, зацьковане дитя?&lt;br /&gt;</w:t>
        <w:br/>
        <w:br/>
        <w:t>Чи ж вигадає суд і магістрати&lt;br /&gt;</w:t>
        <w:br/>
        <w:br/>
        <w:t>страшнішу кару, ніж таке життя?!</w:t>
      </w:r>
    </w:p>
    <w:p>
      <w:r>
        <w:br/>
        <w:br/>
        <w:t>Ви грамотні. Ви знаєте латину.&lt;br /&gt;</w:t>
        <w:br/>
        <w:br/>
        <w:t>За крок до смерті, перед вічним сном,&lt;br /&gt;</w:t>
        <w:br/>
        <w:br/>
        <w:t>одного прόшу:&lt;br /&gt;</w:t>
        <w:br/>
        <w:br/>
        <w:t>у мою дитину&lt;br /&gt;</w:t>
        <w:br/>
        <w:br/>
        <w:t>не кидайте словами, як багном!</w:t>
      </w:r>
    </w:p>
    <w:p>
      <w:r>
        <w:br/>
        <w:br/>
        <w:t>Притихли люди, знітилися свідки,&lt;br /&gt;</w:t>
        <w:br/>
        <w:br/>
        <w:t>сльозина блисла у якоїсь тітки.</w:t>
      </w:r>
    </w:p>
    <w:p>
      <w:r>
        <w:br/>
        <w:br/>
        <w:t>Відтак, уже не ставлений ніким,&lt;br /&gt;</w:t>
        <w:br/>
        <w:br/>
        <w:t>прийняв присягу Шибилист Яким.</w:t>
      </w:r>
    </w:p>
    <w:p>
      <w:r>
        <w:br/>
        <w:br/>
        <w:t>&amp;mdash; Даруйте... я... незвичка промовляти,&lt;br /&gt;</w:t>
        <w:br/>
        <w:br/>
        <w:t>Хотів сказати річ іще таку:&lt;br /&gt;</w:t>
        <w:br/>
        <w:br/>
        <w:t>Марусю знаю ще із немовляти&lt;br /&gt;</w:t>
        <w:br/>
        <w:br/>
        <w:t>і Гриця знаю ще у сповитку.</w:t>
      </w:r>
    </w:p>
    <w:p>
      <w:r>
        <w:br/>
        <w:br/>
        <w:t>Он там сидить та бідна Чураїха.&lt;br /&gt;</w:t>
        <w:br/>
        <w:br/>
        <w:t>Чи на суді була вона коли?&lt;br /&gt;</w:t>
        <w:br/>
        <w:br/>
        <w:t>Проз їхній двір тоді я саме їхав,&lt;br /&gt;</w:t>
        <w:br/>
        <w:br/>
        <w:t>коли Грицька на цвинтар повезли,</w:t>
      </w:r>
    </w:p>
    <w:p>
      <w:r>
        <w:br/>
        <w:br/>
        <w:t>Чи рвала мати так на собі коси,&lt;br /&gt;</w:t>
        <w:br/>
        <w:br/>
        <w:t>як задзвонили по його душі?&lt;br /&gt;</w:t>
        <w:br/>
        <w:br/>
        <w:t>Та він же їй як рідний син і досі,&lt;br /&gt;</w:t>
        <w:br/>
        <w:br/>
        <w:t>у них і виріс там на шпориші.</w:t>
      </w:r>
    </w:p>
    <w:p>
      <w:r>
        <w:br/>
        <w:br/>
        <w:t>Вона ж свою дитину годувала&lt;br /&gt;</w:t>
        <w:br/>
        <w:br/>
        <w:t>та вже й сусідську бавила, чужу.&lt;br /&gt;</w:t>
        <w:br/>
        <w:br/>
        <w:t>Бобренчиха ж тим часом воювала &amp;mdash;&lt;br /&gt;</w:t>
        <w:br/>
        <w:br/>
        <w:t>за курку, за телицю, за межу.</w:t>
      </w:r>
    </w:p>
    <w:p>
      <w:r>
        <w:br/>
        <w:br/>
        <w:t>Все н&amp;iacute;коли. То в них і повелося:&lt;br /&gt;</w:t>
        <w:br/>
        <w:br/>
        <w:t>сьогодні ситий, бо учора їв.&lt;br /&gt;</w:t>
        <w:br/>
        <w:br/>
        <w:t>То те дитя й на ноги зіп&amp;rsquo;ялося,&lt;br /&gt;</w:t>
        <w:br/>
        <w:br/>
        <w:t>і розуму дійшло у Чураїв.</w:t>
      </w:r>
    </w:p>
    <w:p>
      <w:r>
        <w:br/>
        <w:br/>
        <w:t>Коли ж у Гриця вибилось навусся&lt;br /&gt;</w:t>
        <w:br/>
        <w:br/>
        <w:t>і Чураївна стала на порі,&lt;br /&gt;</w:t>
        <w:br/>
        <w:br/>
        <w:t>то полюбилась хлопцеві Маруся,&amp;mdash;&lt;br /&gt;</w:t>
        <w:br/>
        <w:br/>
        <w:t>могли б лише радіти матері.</w:t>
      </w:r>
    </w:p>
    <w:p>
      <w:r>
        <w:br/>
        <w:br/>
        <w:t>Воно на те й заходилось спочатку.&lt;br /&gt;</w:t>
        <w:br/>
        <w:br/>
        <w:t>Грицько пішов тим часом у похід.&lt;br /&gt;</w:t>
        <w:br/>
        <w:br/>
        <w:t>Попідростали верби і дівчатка,&amp;mdash;&lt;br /&gt;</w:t>
        <w:br/>
        <w:br/>
        <w:t>про це в суді, можливо б, і не слід,&amp;mdash;</w:t>
      </w:r>
    </w:p>
    <w:p>
      <w:r>
        <w:br/>
        <w:br/>
        <w:t>але ж Маруся так його чекала,&lt;br /&gt;</w:t>
        <w:br/>
        <w:br/>
        <w:t>такі літа одна перебула!&lt;br /&gt;</w:t>
        <w:br/>
        <w:br/>
        <w:t>Нікому ні руки не шлюбувала,&lt;br /&gt;</w:t>
        <w:br/>
        <w:br/>
        <w:t>ані на кого й оком не вела.</w:t>
      </w:r>
    </w:p>
    <w:p>
      <w:r>
        <w:br/>
        <w:br/>
        <w:t>Грицько ж, він міряв не тією міркою.&lt;br /&gt;</w:t>
        <w:br/>
        <w:br/>
        <w:t>В житті шукав дорогу не пряму.&lt;br /&gt;</w:t>
        <w:br/>
        <w:br/>
        <w:t>Він народився під такою зіркою,&lt;br /&gt;</w:t>
        <w:br/>
        <w:br/>
        <w:t>що щось в душі двоїлося йому.</w:t>
      </w:r>
    </w:p>
    <w:p>
      <w:r>
        <w:br/>
        <w:br/>
        <w:t>Від того кидавсь берега до того.&lt;br /&gt;</w:t>
        <w:br/>
        <w:br/>
        <w:t>Любив достаток і любив пісні.&lt;br /&gt;</w:t>
        <w:br/>
        <w:br/>
        <w:t>Це як, скажімо, вірувати в бога&lt;br /&gt;</w:t>
        <w:br/>
        <w:br/>
        <w:t>і продавати душу сатані.</w:t>
      </w:r>
    </w:p>
    <w:p>
      <w:r>
        <w:br/>
        <w:br/>
        <w:t>&amp;mdash; Хай бог почує сльози удовині! &amp;mdash;&lt;br /&gt;</w:t>
        <w:br/>
        <w:br/>
        <w:t>Бобренчиха зайшлася від ридань.&lt;br /&gt;</w:t>
        <w:br/>
        <w:br/>
        <w:t>&amp;mdash; Панове суд! Я вірю цій людині,&amp;mdash;&lt;br /&gt;</w:t>
        <w:br/>
        <w:br/>
        <w:t>сказав Пушкар.&lt;br /&gt;</w:t>
        <w:br/>
        <w:br/>
        <w:t>І втрутився Горбань:&lt;br /&gt;</w:t>
        <w:br/>
        <w:br/>
        <w:t>&amp;mdash; А чим довір&amp;rsquo;я ваше обгрунтоване?&lt;br /&gt;</w:t>
        <w:br/>
        <w:br/>
        <w:t>Ведете суд на хибну колію.</w:t>
      </w:r>
    </w:p>
    <w:p>
      <w:r>
        <w:br/>
        <w:br/>
        <w:t>&amp;mdash; У мене, пане, слово не куповане,&lt;br /&gt;</w:t>
        <w:br/>
        <w:br/>
        <w:t>і я його не продаю.</w:t>
      </w:r>
    </w:p>
    <w:p>
      <w:r>
        <w:br/>
        <w:br/>
        <w:t>А хто тут, може, хоче хабаря,&lt;br /&gt;</w:t>
        <w:br/>
        <w:br/>
        <w:t>то хай мені подивиться у вічі.</w:t>
      </w:r>
    </w:p>
    <w:p>
      <w:r>
        <w:br/>
        <w:br/>
        <w:t>&amp;mdash; Панове!&lt;br /&gt;</w:t>
        <w:br/>
        <w:br/>
        <w:t>До Мартина Пушкаря&lt;br /&gt;</w:t>
        <w:br/>
        <w:br/>
        <w:t>тут посланець прибув із Січі.</w:t>
      </w:r>
    </w:p>
    <w:p>
      <w:r>
        <w:br/>
        <w:br/>
        <w:t>...Ввійшов, як грім, обвітрений з дороги.&lt;br /&gt;</w:t>
        <w:br/>
        <w:br/>
        <w:t>Віддав чолом і мовив хрипкувато:&lt;br /&gt;</w:t>
        <w:br/>
        <w:br/>
        <w:t>&amp;mdash; Полковнику, вам лист від кошового.&lt;br /&gt;</w:t>
        <w:br/>
        <w:br/>
        <w:t>&amp;mdash; Гаразд. Сідай. Спочинь з дороги, брате.&lt;br /&gt;</w:t>
        <w:br/>
        <w:br/>
        <w:t>Якісь новини?&lt;br /&gt;</w:t>
        <w:br/>
        <w:br/>
        <w:t>&amp;mdash; Обступає ворог.&lt;br /&gt;</w:t>
        <w:br/>
        <w:br/>
        <w:t>Богдан козацтво стягує під Білу.&lt;br /&gt;</w:t>
        <w:br/>
        <w:br/>
        <w:t>Потрібна поміч. І потрібен порох.&lt;br /&gt;</w:t>
        <w:br/>
        <w:br/>
        <w:t>Потоцький йде назустріч Радзивіллу.</w:t>
      </w:r>
    </w:p>
    <w:p>
      <w:r>
        <w:br/>
        <w:br/>
        <w:t>Зірвав полковник повагом печатку.&lt;br /&gt;</w:t>
        <w:br/>
        <w:br/>
        <w:t>І поки він листа того читав,&lt;br /&gt;</w:t>
        <w:br/>
        <w:br/>
        <w:t>той посланець обговтався спочатку&lt;br /&gt;</w:t>
        <w:br/>
        <w:br/>
        <w:t>і тих, поближчих, райців запитав:</w:t>
      </w:r>
    </w:p>
    <w:p>
      <w:r>
        <w:br/>
        <w:br/>
        <w:t>&amp;mdash; Ну, як тут, мирно? Пишете папери,&lt;br /&gt;</w:t>
        <w:br/>
        <w:br/>
        <w:t>язик зломивши на судейський штиб?</w:t>
      </w:r>
    </w:p>
    <w:p>
      <w:r>
        <w:br/>
        <w:br/>
        <w:t>Зітхнули райці. Обізвався первий:&lt;br /&gt;</w:t>
        <w:br/>
        <w:br/>
        <w:t>&amp;mdash; Та тут таке! Козак у нас погиб.</w:t>
      </w:r>
    </w:p>
    <w:p>
      <w:r>
        <w:br/>
        <w:br/>
        <w:t>&amp;mdash; Погиб? Козак? То що у вас в Полтаві?&lt;br /&gt;</w:t>
        <w:br/>
        <w:br/>
        <w:t>Облога? Зрада? Засідка? Бої?&lt;br /&gt;</w:t>
        <w:br/>
        <w:br/>
        <w:t>&amp;mdash; Та ні. Маруся. Он сидить на лаві.&lt;br /&gt;</w:t>
        <w:br/>
        <w:br/>
        <w:t>Струїла хлопця. Судимо її.</w:t>
      </w:r>
    </w:p>
    <w:p>
      <w:r>
        <w:br/>
        <w:br/>
        <w:t>Той засміявся: &amp;mdash; Отакої к бісу.&lt;br /&gt;</w:t>
        <w:br/>
        <w:br/>
        <w:t>Під Білу Церкву стягнуто полки.&lt;br /&gt;</w:t>
        <w:br/>
        <w:br/>
        <w:t>Палає Київ, знищено Триліси.&lt;br /&gt;</w:t>
        <w:br/>
        <w:br/>
        <w:t>У вас же он як гинуть козаки!</w:t>
      </w:r>
    </w:p>
    <w:p>
      <w:r>
        <w:br/>
        <w:br/>
        <w:t>Там бій. Там смерть. Там зламано границі.&lt;br /&gt;</w:t>
        <w:br/>
        <w:br/>
        <w:t>Людей недохват. Ллється наша кров.&lt;br /&gt;</w:t>
        <w:br/>
        <w:br/>
        <w:t>А тут &amp;mdash; погиб.... У вас ще на спідниці&lt;br /&gt;</w:t>
        <w:br/>
        <w:br/>
        <w:t>не перешили ваших коругов?</w:t>
      </w:r>
    </w:p>
    <w:p>
      <w:r>
        <w:br/>
        <w:br/>
        <w:t>&amp;mdash; У вас, у нас. Ви Січ, а ми Полтава.&lt;br /&gt;</w:t>
        <w:br/>
        <w:br/>
        <w:t>У вас прав&amp;aacute;, ми ж &amp;mdash; охоронці пр&amp;aacute;ва.&lt;br /&gt;</w:t>
        <w:br/>
        <w:br/>
        <w:t>У вас за вбивство кара там яка? &amp;mdash;&lt;br /&gt;</w:t>
        <w:br/>
        <w:br/>
        <w:t>Козак сказав:&lt;br /&gt;</w:t>
        <w:br/>
        <w:br/>
        <w:t>&amp;mdash; А проста. Як по зл&amp;oacute;бі&lt;br /&gt;</w:t>
        <w:br/>
        <w:br/>
        <w:t>козак уб&amp;rsquo;є, не дай бог, козака,&amp;mdash;&lt;br /&gt;</w:t>
        <w:br/>
        <w:br/>
        <w:t>живого з мертвим ув одному гробі!</w:t>
      </w:r>
    </w:p>
    <w:p>
      <w:r>
        <w:br/>
        <w:br/>
        <w:t>&amp;mdash; А тут, бач, інше. Тут все навпаки.&lt;br /&gt;</w:t>
        <w:br/>
        <w:br/>
        <w:t>Погиб козак од женської руки.</w:t>
      </w:r>
    </w:p>
    <w:p>
      <w:r>
        <w:br/>
        <w:br/>
        <w:t>&amp;mdash; Домарики, така у вас і смерть.&lt;br /&gt;</w:t>
        <w:br/>
        <w:br/>
        <w:t>Безславно вмер, а кажете: убито.&lt;br /&gt;</w:t>
        <w:br/>
        <w:br/>
        <w:t>А запорожці &amp;mdash; люди без круть-верть,&lt;br /&gt;</w:t>
        <w:br/>
        <w:br/>
        <w:t>все кажуть щиро на своє копито.&lt;br /&gt;</w:t>
        <w:br/>
        <w:br/>
        <w:t>Якби ми ремигали, як воли,&lt;br /&gt;</w:t>
        <w:br/>
        <w:br/>
        <w:t>якби ми так чесали язиками,&lt;br /&gt;</w:t>
        <w:br/>
        <w:br/>
        <w:t>то вже б давно Вкраїну віддали,&lt;br /&gt;</w:t>
        <w:br/>
        <w:br/>
        <w:t>не мавши часу бути козаками.</w:t>
      </w:r>
    </w:p>
    <w:p>
      <w:r>
        <w:br/>
        <w:br/>
        <w:t>Ця дівчина... Обличчя, як з ікон.&lt;br /&gt;</w:t>
        <w:br/>
        <w:br/>
        <w:t>І ви її збираєтесь карати?!&lt;br /&gt;</w:t>
        <w:br/>
        <w:br/>
        <w:t>А що, як інший вибрати закон,&amp;mdash;&lt;br /&gt;</w:t>
        <w:br/>
        <w:br/>
        <w:t>не з боку вбивства, а із боку зради?</w:t>
      </w:r>
    </w:p>
    <w:p>
      <w:r>
        <w:br/>
        <w:br/>
        <w:t>Ну, є ж про зраду там які статті?&lt;br /&gt;</w:t>
        <w:br/>
        <w:br/>
        <w:t>Не всяка ж кара має буть незбожна.&lt;br /&gt;</w:t>
        <w:br/>
        <w:br/>
        <w:t>Що ж це виходить? Зрадити в житті&lt;br /&gt;</w:t>
        <w:br/>
        <w:br/>
        <w:t>державу &amp;mdash; злочин, а людину &amp;mdash; можна?!</w:t>
      </w:r>
    </w:p>
    <w:p>
      <w:r>
        <w:br/>
        <w:br/>
        <w:t>Суддя сказав: &amp;mdash;&amp;mdash; Знаскока тут не мона.&lt;br /&gt;</w:t>
        <w:br/>
        <w:br/>
        <w:t>Тут, запорожче, треба Соломона.</w:t>
      </w:r>
    </w:p>
    <w:p>
      <w:r>
        <w:br/>
        <w:br/>
        <w:t>Козак сказав: &amp;mdash; Замудрувались ви.&lt;br /&gt;</w:t>
        <w:br/>
        <w:br/>
        <w:t>Тут треба тільки серця й голови.</w:t>
      </w:r>
    </w:p>
    <w:p>
      <w:r>
        <w:br/>
        <w:br/>
        <w:t>Тоді у вряді почалась незгода.&lt;br /&gt;</w:t>
        <w:br/>
        <w:br/>
        <w:t>Той каже так, а той іще інак.&lt;br /&gt;</w:t>
        <w:br/>
        <w:br/>
        <w:t>Лесько сказав: &amp;mdash; Кого в цім ділі шкода,&lt;br /&gt;</w:t>
        <w:br/>
        <w:br/>
        <w:t>так це Івана Іскру. То &amp;mdash; козак.&lt;br /&gt;</w:t>
        <w:br/>
        <w:br/>
        <w:t>Таке нещастя хоч кого знеможе.&lt;br /&gt;</w:t>
        <w:br/>
        <w:br/>
        <w:t>Це ж можна тут рішитися ума.&lt;br /&gt;</w:t>
        <w:br/>
        <w:br/>
        <w:t>Любив же він Марусю, не дай боже!&lt;br /&gt;</w:t>
        <w:br/>
        <w:br/>
        <w:t>Тепер сидить, лиця на нім нема.</w:t>
      </w:r>
    </w:p>
    <w:p>
      <w:r>
        <w:br/>
        <w:br/>
        <w:t>У свідки більш ніхто не зголосився.&lt;br /&gt;</w:t>
        <w:br/>
        <w:br/>
        <w:t>Суддя пождав, щоб гамір трохи змовк.&lt;br /&gt;</w:t>
        <w:br/>
        <w:br/>
        <w:t>Полковник встав, в судді перепросився,&lt;br /&gt;</w:t>
        <w:br/>
        <w:br/>
        <w:t>бо мав на Білу готувати полк.&lt;br /&gt;</w:t>
        <w:br/>
        <w:br/>
        <w:t>Посунув трохи війта і бурмистра.&lt;br /&gt;</w:t>
        <w:br/>
        <w:br/>
        <w:t>Поспільство розступилось на аршин.&lt;br /&gt;</w:t>
        <w:br/>
        <w:br/>
        <w:t>І вийшли вдвох. За ними вийшов Іскра.&lt;br /&gt;</w:t>
        <w:br/>
        <w:br/>
        <w:t>І ще там дехто з полкових старшин.</w:t>
      </w:r>
    </w:p>
    <w:p>
      <w:r>
        <w:br/>
        <w:br/>
        <w:t>На другий день, в годину зегар&amp;oacute;ву,&lt;br /&gt;</w:t>
        <w:br/>
        <w:br/>
        <w:t>суд приступив до вислух&amp;aacute;ння знову.&lt;br /&gt;</w:t>
        <w:br/>
        <w:br/>
        <w:t>Сказавши Чураївні, щоб вона,&lt;br /&gt;</w:t>
        <w:br/>
        <w:br/>
        <w:t>оскаржена, то значить, сторона,&lt;br /&gt;</w:t>
        <w:br/>
        <w:br/>
        <w:t>настановила свідків, віри годних,&lt;br /&gt;</w:t>
        <w:br/>
        <w:br/>
        <w:t>не підозренних у проступствах жодних.</w:t>
      </w:r>
    </w:p>
    <w:p>
      <w:r>
        <w:br/>
        <w:br/>
        <w:t>Бо ми-сьми, вряд, ведлуг закону чиним,&lt;br /&gt;</w:t>
        <w:br/>
        <w:br/>
        <w:t>о справедливість дбаючи одну,&lt;br /&gt;</w:t>
        <w:br/>
        <w:br/>
        <w:t>що, може, є які-небудь причини,&lt;br /&gt;</w:t>
        <w:br/>
        <w:br/>
        <w:t>котрі її пом&amp;rsquo;якшують вину.</w:t>
      </w:r>
    </w:p>
    <w:p>
      <w:r>
        <w:br/>
        <w:br/>
        <w:t>Вона й від цього, вбивця, ти диви,&lt;br /&gt;</w:t>
        <w:br/>
        <w:br/>
        <w:t>відмовилась хитанням голови.&lt;br /&gt;</w:t>
        <w:br/>
        <w:br/>
        <w:t>І це було нам доказом яскравим &amp;mdash;&lt;br /&gt;</w:t>
        <w:br/>
        <w:br/>
        <w:t>не мала що сказати перед правом.</w:t>
      </w:r>
    </w:p>
    <w:p>
      <w:r>
        <w:br/>
        <w:br/>
        <w:t>&amp;mdash; Тоді, зачувши отакі слова,&lt;br /&gt;</w:t>
        <w:br/>
        <w:br/>
        <w:t>не бувши свідком ставлена поз&amp;aacute;тим,&lt;br /&gt;</w:t>
        <w:br/>
        <w:br/>
        <w:t>Ящиха Балаклійська Кошова&lt;br /&gt;</w:t>
        <w:br/>
        <w:br/>
        <w:t>освідчила:&lt;br /&gt;</w:t>
        <w:br/>
        <w:br/>
        <w:t>&amp;mdash; Я маю що сказати!</w:t>
      </w:r>
    </w:p>
    <w:p>
      <w:r>
        <w:br/>
        <w:br/>
        <w:t>У мене дома діточки малії.&lt;br /&gt;</w:t>
        <w:br/>
        <w:br/>
        <w:t>Мій муж поліг в боях у Приазов&amp;rsquo;ю.&lt;br /&gt;</w:t>
        <w:br/>
        <w:br/>
        <w:t>А я прийшла сюди аж з Балаклії,&lt;br /&gt;</w:t>
        <w:br/>
        <w:br/>
        <w:t>хоч я людина вже не при здоров&amp;rsquo;ю.&lt;br /&gt;</w:t>
        <w:br/>
        <w:br/>
        <w:t>Отож скажу відкрито і вселюдно.&lt;br /&gt;</w:t>
        <w:br/>
        <w:br/>
        <w:t>Буває всяко, доля &amp;mdash; не черінь.&lt;br /&gt;</w:t>
        <w:br/>
        <w:br/>
        <w:t>Любов &amp;mdash; це, люди, діло неосудне.&lt;br /&gt;</w:t>
        <w:br/>
        <w:br/>
        <w:t>По всі віки. Во вік віків. Амінь.</w:t>
      </w:r>
    </w:p>
    <w:p>
      <w:r>
        <w:br/>
        <w:br/>
        <w:t>У Горбаня самі стенулись плечі:&lt;br /&gt;</w:t>
        <w:br/>
        <w:br/>
        <w:t>&amp;mdash; Ото жінок і не пускають в Січ.&lt;br /&gt;</w:t>
        <w:br/>
        <w:br/>
        <w:t>Сказали ви, Ящихо, нездоречі.&lt;br /&gt;</w:t>
        <w:br/>
        <w:br/>
        <w:t>Даремно ви убовтнулися в річ.</w:t>
      </w:r>
    </w:p>
    <w:p>
      <w:r>
        <w:br/>
        <w:br/>
        <w:t>&amp;mdash; Вже стільки літ суддюю у Полтаві,&amp;mdash;&lt;br /&gt;</w:t>
        <w:br/>
        <w:br/>
        <w:t>сказав суддя.&amp;mdash; Чимало бачив справ.&lt;br /&gt;</w:t>
        <w:br/>
        <w:br/>
        <w:t>Сиділи всякі в мене тут на лаві,&lt;br /&gt;</w:t>
        <w:br/>
        <w:br/>
        <w:t>халепи я такої ще не мав.</w:t>
      </w:r>
    </w:p>
    <w:p>
      <w:r>
        <w:br/>
        <w:br/>
        <w:t>По тому встав, на стіл руками сперся:&lt;br /&gt;</w:t>
        <w:br/>
        <w:br/>
        <w:t>&amp;mdash; Тут говорили свідки й очевидці.&lt;br /&gt;</w:t>
        <w:br/>
        <w:br/>
        <w:t>По вислуханню всіх цих контроверсій&lt;br /&gt;</w:t>
        <w:br/>
        <w:br/>
        <w:t>суд має перейти до пропозицій.&lt;br /&gt;</w:t>
        <w:br/>
        <w:br/>
        <w:t>Хоч тут думки були навпереміну,&lt;br /&gt;</w:t>
        <w:br/>
        <w:br/>
        <w:t>та суд стоїть на вірному сліду.&lt;br /&gt;</w:t>
        <w:br/>
        <w:br/>
        <w:t>Хто має мисль яку-небудь одмінну,&lt;br /&gt;</w:t>
        <w:br/>
        <w:br/>
        <w:t>нехай про це зголоситься суду.</w:t>
      </w:r>
    </w:p>
    <w:p>
      <w:r>
        <w:br/>
        <w:br/>
        <w:t>Мовчали всі.&lt;br /&gt;</w:t>
        <w:br/>
        <w:br/>
        <w:t>Не зголосився жодний.&lt;br /&gt;</w:t>
        <w:br/>
        <w:br/>
        <w:t>У книзі писар буковки низав.&lt;br /&gt;</w:t>
        <w:br/>
        <w:br/>
        <w:t>Пушкар, полковник, яко віри годний,&lt;br /&gt;</w:t>
        <w:br/>
        <w:br/>
        <w:t>которий ставши, так ото сказав:</w:t>
      </w:r>
    </w:p>
    <w:p>
      <w:r>
        <w:br/>
        <w:br/>
        <w:t>&amp;mdash; Панове судді! Важко розібрати,&lt;br /&gt;</w:t>
        <w:br/>
        <w:br/>
        <w:t>що і до чого, як воно було.&lt;br /&gt;</w:t>
        <w:br/>
        <w:br/>
        <w:t>Нехай простить і та, і друга мати,&lt;br /&gt;</w:t>
        <w:br/>
        <w:br/>
        <w:t>а їхні діти учинили зло.&lt;br /&gt;</w:t>
        <w:br/>
        <w:br/>
        <w:t>Грицько зцурався дівчини такої!&lt;br /&gt;</w:t>
        <w:br/>
        <w:br/>
        <w:t>Доп&amp;rsquo;яв біди, земля йому пером.&lt;br /&gt;</w:t>
        <w:br/>
        <w:br/>
        <w:t>Такої кривди парубок накоїв,&lt;br /&gt;</w:t>
        <w:br/>
        <w:br/>
        <w:t>що не могло це скінчитись добром.&lt;br /&gt;</w:t>
        <w:br/>
        <w:br/>
        <w:t>Але ж, мабуть, ми правди не зурочим,&lt;br /&gt;</w:t>
        <w:br/>
        <w:br/>
        <w:t>що світ вже так замішаний на злі,&lt;br /&gt;</w:t>
        <w:br/>
        <w:br/>
        <w:t>що як платити злочином за злочин,&lt;br /&gt;</w:t>
        <w:br/>
        <w:br/>
        <w:t>то як же й жити, люди, на землі?&lt;br /&gt;</w:t>
        <w:br/>
        <w:br/>
        <w:t>Людській душі цей злочин осоружний.&lt;br /&gt;</w:t>
        <w:br/>
        <w:br/>
        <w:t>Не виправдання навіть і любов.&lt;br /&gt;</w:t>
        <w:br/>
        <w:br/>
        <w:t>Дожитися, щоб так погиб хорунжий,&lt;br /&gt;</w:t>
        <w:br/>
        <w:br/>
        <w:t>що ніяк похилити хоругов!&lt;br /&gt;</w:t>
        <w:br/>
        <w:br/>
        <w:t>І хто ж убив хорунжого? Дівчина!&lt;br /&gt;</w:t>
        <w:br/>
        <w:br/>
        <w:t>А як по ньому тужить! Як вдова.&lt;br /&gt;</w:t>
        <w:br/>
        <w:br/>
        <w:t>Он подивіться. Є ж якась причина.&lt;br /&gt;</w:t>
        <w:br/>
        <w:br/>
        <w:t>То вже стоїть людина нежива.&lt;br /&gt;</w:t>
        <w:br/>
        <w:br/>
        <w:t>Страшне це діло, діло небуденне.&lt;br /&gt;</w:t>
        <w:br/>
        <w:br/>
        <w:t>А всі почути вирока спішать.&lt;br /&gt;</w:t>
        <w:br/>
        <w:br/>
        <w:t>Воно, скажу вам, легше, як на мене,&lt;br /&gt;</w:t>
        <w:br/>
        <w:br/>
        <w:t>діла у битвах шаблею рішать.</w:t>
      </w:r>
    </w:p>
    <w:p>
      <w:r>
        <w:br/>
        <w:br/>
        <w:t>От&amp;aacute;ман Гук гукнув тоді, що справді&lt;br /&gt;</w:t>
        <w:br/>
        <w:br/>
        <w:t>судити треба дівчину по правді.</w:t>
      </w:r>
    </w:p>
    <w:p>
      <w:r>
        <w:br/>
        <w:br/>
        <w:t>Тоді Горбань сказав йому до ока&lt;br /&gt;</w:t>
        <w:br/>
        <w:br/>
        <w:t>і всіх незгодних так ото згромив:&lt;br /&gt;</w:t>
        <w:br/>
        <w:br/>
        <w:t>&amp;mdash; Панове судді! Правда одинока.&lt;br /&gt;</w:t>
        <w:br/>
        <w:br/>
        <w:t>А правда в тому &amp;mdash; хто кого убив.</w:t>
      </w:r>
    </w:p>
    <w:p>
      <w:r>
        <w:br/>
        <w:br/>
        <w:t>Гук відповів: &amp;mdash; Не треба забувати,&lt;br /&gt;</w:t>
        <w:br/>
        <w:br/>
        <w:t>хто кого зрадив, хто кого терзав.&lt;br /&gt;</w:t>
        <w:br/>
        <w:br/>
        <w:t>А правда, пане, слово більмувате.&lt;br /&gt;</w:t>
        <w:br/>
        <w:br/>
        <w:t>Воно не бачить, хто його сказав.</w:t>
      </w:r>
    </w:p>
    <w:p>
      <w:r>
        <w:br/>
        <w:br/>
        <w:t>Горбань відмовив: &amp;mdash; У такому разі&lt;br /&gt;</w:t>
        <w:br/>
        <w:br/>
        <w:t>ми різні правди маєм на увазі.&lt;br /&gt;</w:t>
        <w:br/>
        <w:br/>
        <w:t>Той тягне вліво, інший гне управо.&lt;br /&gt;</w:t>
        <w:br/>
        <w:br/>
        <w:t>А є одне, і так вже іспокон:&lt;br /&gt;</w:t>
        <w:br/>
        <w:br/>
        <w:t>статут Литовський, Магдебурзьке право,&lt;br /&gt;</w:t>
        <w:br/>
        <w:br/>
        <w:t>панове судді,&amp;mdash; це для нас закон!</w:t>
      </w:r>
    </w:p>
    <w:p>
      <w:r>
        <w:br/>
        <w:br/>
        <w:t>&amp;mdash; Що скажуть райці? &amp;mdash;&lt;br /&gt;</w:t>
        <w:br/>
        <w:br/>
        <w:t>Райці &amp;mdash; безглагольні.&lt;br /&gt;</w:t>
        <w:br/>
        <w:br/>
        <w:t>&amp;mdash; Порадили,&amp;mdash; суддя сказав тоді.&amp;mdash;&lt;br /&gt;</w:t>
        <w:br/>
        <w:br/>
        <w:t>Таким, которі дуже сердобольні,&lt;br /&gt;</w:t>
        <w:br/>
        <w:br/>
        <w:t>панове вряд, не місце у суді.</w:t>
      </w:r>
    </w:p>
    <w:p>
      <w:r>
        <w:br/>
        <w:br/>
        <w:t>Чотири рази ми отут збирались.&lt;br /&gt;</w:t>
        <w:br/>
        <w:br/>
        <w:t>Достойні свідки питані від нас.&lt;br /&gt;</w:t>
        <w:br/>
        <w:br/>
        <w:t>А як труїла, ще не розібрались.&lt;br /&gt;</w:t>
        <w:br/>
        <w:br/>
        <w:t>І мусим слушний видати наказ.</w:t>
      </w:r>
    </w:p>
    <w:p>
      <w:r>
        <w:br/>
        <w:br/>
        <w:t>Вона мовчить, убийниця. Тим паче.&lt;br /&gt;</w:t>
        <w:br/>
        <w:br/>
        <w:t>Це треба теж до справи долучить.&lt;br /&gt;</w:t>
        <w:br/>
        <w:br/>
        <w:t>Бо мати в горі. Вишняківна плаче.&lt;br /&gt;</w:t>
        <w:br/>
        <w:br/>
        <w:t>А ця мовчить. Об чім вона мовчить?</w:t>
      </w:r>
    </w:p>
    <w:p>
      <w:r>
        <w:br/>
        <w:br/>
        <w:t>Такого ще не бачила Полтава.&lt;br /&gt;</w:t>
        <w:br/>
        <w:br/>
        <w:t>І суд такого ще не примічав,&lt;br /&gt;</w:t>
        <w:br/>
        <w:br/>
        <w:t>щоб той, кого потягнено до права,&lt;br /&gt;</w:t>
        <w:br/>
        <w:br/>
        <w:t>зневажив право та отак мовчав.</w:t>
      </w:r>
    </w:p>
    <w:p>
      <w:r>
        <w:br/>
        <w:br/>
        <w:t>Заворушились лавники і райці:&lt;br /&gt;</w:t>
        <w:br/>
        <w:br/>
        <w:t>&amp;mdash; Це ж всі закони підуть шкереберть!&lt;br /&gt;</w:t>
        <w:br/>
        <w:br/>
        <w:t>А справді, звідки у цієї здрайці&lt;br /&gt;</w:t>
        <w:br/>
        <w:br/>
        <w:t>така отрута, що вбива на смерть?</w:t>
      </w:r>
    </w:p>
    <w:p>
      <w:r>
        <w:br/>
        <w:br/>
        <w:t>Дійшли до чого, сваримся нарз&amp;aacute;єм!&lt;br /&gt;</w:t>
        <w:br/>
        <w:br/>
        <w:t>Ніяк не можем рішення прийнять.&lt;br /&gt;</w:t>
        <w:br/>
        <w:br/>
        <w:t>То треба знать, чого іще не знаєм.&lt;br /&gt;</w:t>
        <w:br/>
        <w:br/>
        <w:t>То знаєм те, чого не треба знать.</w:t>
      </w:r>
    </w:p>
    <w:p>
      <w:r>
        <w:br/>
        <w:br/>
        <w:t>&amp;mdash; Крім того, ми вже так тут заморочені,&amp;mdash;&lt;br /&gt;</w:t>
        <w:br/>
        <w:br/>
        <w:t>сказав суддя,&amp;mdash; що ще не з&amp;rsquo;ясували,&lt;br /&gt;</w:t>
        <w:br/>
        <w:br/>
        <w:t>а чи були у неї в тому злочині&lt;br /&gt;</w:t>
        <w:br/>
        <w:br/>
        <w:t>помічники, чи пак компринципали?</w:t>
      </w:r>
    </w:p>
    <w:p>
      <w:r>
        <w:br/>
        <w:br/>
        <w:t>То що ж ми будем думати-гадати,&lt;br /&gt;</w:t>
        <w:br/>
        <w:br/>
        <w:t>як і про це закон є акурат.&lt;br /&gt;</w:t>
        <w:br/>
        <w:br/>
        <w:t>Оскаржену на квестію віддати,&lt;br /&gt;</w:t>
        <w:br/>
        <w:br/>
        <w:t>і хай із нею поговорить кат.</w:t>
      </w:r>
    </w:p>
    <w:p>
      <w:r>
        <w:br/>
        <w:br/>
        <w:t>Іван сказав: &amp;mdash; Панове, це жорстоко.&lt;br /&gt;</w:t>
        <w:br/>
        <w:br/>
        <w:t>І божі сльози не падуть з ікон?&lt;br /&gt;</w:t>
        <w:br/>
        <w:br/>
        <w:t>То де ж воно, всевидящеє око?!&lt;br /&gt;</w:t>
        <w:br/>
        <w:br/>
        <w:t>Це ж глухоаспидський закон!</w:t>
      </w:r>
    </w:p>
    <w:p>
      <w:r>
        <w:br/>
        <w:br/>
        <w:t>&amp;mdash; Та що це, люди? Дівчину на муки?! &amp;mdash;&lt;br /&gt;</w:t>
        <w:br/>
        <w:br/>
        <w:t>Лесько як вийме шаблю з-під поли.&lt;br /&gt;</w:t>
        <w:br/>
        <w:br/>
        <w:t>Тоді Леськові заломили руки&lt;br /&gt;</w:t>
        <w:br/>
        <w:br/>
        <w:t>і до дверей із вряду повели.</w:t>
      </w:r>
    </w:p>
    <w:p>
      <w:r>
        <w:br/>
        <w:br/>
        <w:t>Він тільки зблід і г&amp;yacute;бу закусив,&lt;br /&gt;</w:t>
        <w:br/>
        <w:br/>
        <w:t>та так судейських з себе і струсив:&lt;br /&gt;</w:t>
        <w:br/>
        <w:br/>
        <w:t>&amp;mdash; Ви, канцілюги, у чорнилі пальці,&lt;br /&gt;</w:t>
        <w:br/>
        <w:br/>
        <w:t>бумажне кодло, воло набивне,&lt;br /&gt;</w:t>
        <w:br/>
        <w:br/>
        <w:t>хватальники, в походах небувальці,&lt;br /&gt;</w:t>
        <w:br/>
        <w:br/>
        <w:t>кого взялись подужати... мене?!</w:t>
      </w:r>
    </w:p>
    <w:p>
      <w:r>
        <w:br/>
        <w:br/>
        <w:t>Та навпростець, в єдиний плиг, спрожогу,&amp;mdash;&lt;br /&gt;</w:t>
        <w:br/>
        <w:br/>
        <w:t>такого хлопця вдержати хіба? &amp;mdash;&lt;br /&gt;</w:t>
        <w:br/>
        <w:br/>
        <w:t>поміж люди проклав собі дорогу&lt;br /&gt;</w:t>
        <w:br/>
        <w:br/>
        <w:t>та по столу&lt;br /&gt;</w:t>
        <w:br/>
        <w:br/>
        <w:t>навідліг&lt;br /&gt;</w:t>
        <w:br/>
        <w:br/>
        <w:t>як вруба!</w:t>
      </w:r>
    </w:p>
    <w:p>
      <w:r>
        <w:br/>
        <w:br/>
        <w:t>Суддя здригнувся. Одсахнувся натовп.&lt;br /&gt;</w:t>
        <w:br/>
        <w:br/>
        <w:t>Горбань охляв од чуба до халяв.&lt;br /&gt;</w:t>
        <w:br/>
        <w:br/>
        <w:t>Козак спітнів. Козацька шабля навпіл.&lt;br /&gt;</w:t>
        <w:br/>
        <w:br/>
        <w:t>А стіл стоїть. Так само, як стояв.</w:t>
      </w:r>
    </w:p>
    <w:p>
      <w:r>
        <w:br/>
        <w:br/>
        <w:t>&amp;mdash; Полковнику! Мечі оттакелецькі&lt;br /&gt;</w:t>
        <w:br/>
        <w:br/>
        <w:t>щербилися об шаблю об мою.&lt;br /&gt;</w:t>
        <w:br/>
        <w:br/>
        <w:t>Шоломи турські, панцирі шляхетські&lt;br /&gt;</w:t>
        <w:br/>
        <w:br/>
        <w:t>Лесько Черкес розрубував в бою!</w:t>
      </w:r>
    </w:p>
    <w:p>
      <w:r>
        <w:br/>
        <w:br/>
        <w:t>Чому ж цього я розрубать не можу?! &amp;mdash;&lt;br /&gt;</w:t>
        <w:br/>
        <w:br/>
        <w:t>Іван сказав: &amp;mdash; Бо це, як світ, старе.&lt;br /&gt;</w:t>
        <w:br/>
        <w:br/>
        <w:t>Фортецю, певно, легше взять ворожу.&lt;br /&gt;</w:t>
        <w:br/>
        <w:br/>
        <w:t>А цього столу й шабля не бере.</w:t>
      </w:r>
    </w:p>
    <w:p>
      <w:r>
        <w:br/>
        <w:br/>
        <w:t>(Вони з Леськом бували в битвах&lt;br /&gt;</w:t>
        <w:br/>
        <w:br/>
        <w:t>разом&lt;br /&gt;</w:t>
        <w:br/>
        <w:br/>
        <w:t>Лесько утне ще штуку не одну.&lt;br /&gt;</w:t>
        <w:br/>
        <w:br/>
        <w:t>Він потім стане побратимом Разіна &amp;mdash;&lt;br /&gt;</w:t>
        <w:br/>
        <w:br/>
        <w:t>Леськом Хромим. Загине на Дону).</w:t>
      </w:r>
    </w:p>
    <w:p>
      <w:r>
        <w:br/>
        <w:br/>
        <w:t>І встав Пушкар. Обвів людей очима.&lt;br /&gt;</w:t>
        <w:br/>
        <w:br/>
        <w:t>Хустки, очіпки, свитки, жупани.&lt;br /&gt;</w:t>
        <w:br/>
        <w:br/>
        <w:t>І голова у нього над плечима&lt;br /&gt;</w:t>
        <w:br/>
        <w:br/>
        <w:t>була як вежа в шапці сивини.</w:t>
      </w:r>
    </w:p>
    <w:p>
      <w:r>
        <w:br/>
        <w:br/>
        <w:t>Ще не старий. І славу мав, і силу.&lt;br /&gt;</w:t>
        <w:br/>
        <w:br/>
        <w:t>(Про нього потім думу іскладуть.&lt;br /&gt;</w:t>
        <w:br/>
        <w:br/>
        <w:t>Мине сім літ &amp;mdash; і голову цю сиву&lt;br /&gt;</w:t>
        <w:br/>
        <w:br/>
        <w:t>Виговському на списі подадуть)</w:t>
      </w:r>
    </w:p>
    <w:p>
      <w:r>
        <w:br/>
        <w:br/>
        <w:t>Пушкар сказав, що злочин &amp;mdash; непрощенний.&lt;br /&gt;</w:t>
        <w:br/>
        <w:br/>
        <w:t>Карати треба, що там говорить.&lt;br /&gt;</w:t>
        <w:br/>
        <w:br/>
        <w:t>І так карати, щоби люд хрещений&lt;br /&gt;</w:t>
        <w:br/>
        <w:br/>
        <w:t>не мав за що судові докорить.</w:t>
      </w:r>
    </w:p>
    <w:p>
      <w:r>
        <w:br/>
        <w:br/>
        <w:t>Закон є суть, тверда його основа.&lt;br /&gt;</w:t>
        <w:br/>
        <w:br/>
        <w:t>Для того він і звелений судам.&lt;br /&gt;</w:t>
        <w:br/>
        <w:br/>
        <w:t>Але оце як хочете, панове,&lt;br /&gt;</w:t>
        <w:br/>
        <w:br/>
        <w:t>а на тортури згоди я не дам!</w:t>
      </w:r>
    </w:p>
    <w:p>
      <w:r>
        <w:br/>
        <w:br/>
        <w:t>Тоді ми вряд, все зібраноє гроно,&lt;br /&gt;</w:t>
        <w:br/>
        <w:br/>
        <w:t>на ті слова схилившись і уваживши&lt;br /&gt;</w:t>
        <w:br/>
        <w:br/>
        <w:t>підсудну на тортури не діли.</w:t>
      </w:r>
    </w:p>
    <w:p>
      <w:r>
        <w:br/>
        <w:br/>
        <w:t>І правий суд продовжували далі,&lt;br /&gt;</w:t>
        <w:br/>
        <w:br/>
        <w:t>явивши в жилах зимну кров,&lt;br /&gt;</w:t>
        <w:br/>
        <w:br/>
        <w:t>так нібито нічого і не сталось.</w:t>
      </w:r>
    </w:p>
    <w:p>
      <w:r>
        <w:br/>
        <w:br/>
        <w:t>Лесько ж Черкес за те, що бешкетує,&lt;br /&gt;</w:t>
        <w:br/>
        <w:br/>
        <w:t>пеню належну сплатить до шкатулки</w:t>
      </w:r>
    </w:p>
    <w:p>
      <w:r>
        <w:br/>
        <w:br/>
        <w:t>Сиділа Галя наче панська рожа.&lt;br /&gt;</w:t>
        <w:br/>
        <w:br/>
        <w:t>Іван сидів з похиленим чолом.&lt;br /&gt;</w:t>
        <w:br/>
        <w:br/>
        <w:t>Сказали райці: &amp;mdash; дійся воля божа! &amp;mdash;&lt;br /&gt;</w:t>
        <w:br/>
        <w:br/>
        <w:t>і запосіли місце за столом.</w:t>
      </w:r>
    </w:p>
    <w:p>
      <w:r>
        <w:br/>
        <w:br/>
        <w:t>Суддя сказав:&lt;br /&gt;</w:t>
        <w:br/>
        <w:br/>
        <w:t>&amp;mdash; Закони судочинства&lt;br /&gt;</w:t>
        <w:br/>
        <w:br/>
        <w:t>вагатися не дозволяють нам.&lt;br /&gt;</w:t>
        <w:br/>
        <w:br/>
        <w:t>Запобігавши, щоб такі злочинства&lt;br /&gt;</w:t>
        <w:br/>
        <w:br/>
        <w:t>не множились промежду християн,&lt;br /&gt;</w:t>
        <w:br/>
        <w:br/>
        <w:t>ми мусим вбивцю засудить до страти,&lt;br /&gt;</w:t>
        <w:br/>
        <w:br/>
        <w:t>як нам велить і право, і статут.&lt;br /&gt;</w:t>
        <w:br/>
        <w:br/>
        <w:t>І тільки спосіб &amp;mdash; як її карати &amp;mdash;&lt;br /&gt;</w:t>
        <w:br/>
        <w:br/>
        <w:t>предметом спору може бути тут.</w:t>
      </w:r>
    </w:p>
    <w:p>
      <w:r>
        <w:br/>
        <w:br/>
        <w:t>Що скажуть райці, лавники і возний?&lt;br /&gt;</w:t>
        <w:br/>
        <w:br/>
        <w:t>Як це здається, пане войте, вам? &amp;mdash;&lt;br /&gt;</w:t>
        <w:br/>
        <w:br/>
        <w:t>Підвівся Іскра, полковий обозний,&lt;br /&gt;</w:t>
        <w:br/>
        <w:br/>
        <w:t>син Остряниці Якова, Іван.</w:t>
      </w:r>
    </w:p>
    <w:p>
      <w:r>
        <w:br/>
        <w:br/>
        <w:t>(Загине теж, в бою заживши слави,&lt;br /&gt;</w:t>
        <w:br/>
        <w:br/>
        <w:t>в недовгім часі після Пушкаря,&lt;br /&gt;</w:t>
        <w:br/>
        <w:br/>
        <w:t>вертаючи до попелу Полтави&lt;br /&gt;</w:t>
        <w:br/>
        <w:br/>
        <w:t>з посольства до московського царя).</w:t>
      </w:r>
    </w:p>
    <w:p>
      <w:r>
        <w:br/>
        <w:br/>
        <w:t>Увесь блідий, аж під очима чорно.&lt;br /&gt;</w:t>
        <w:br/>
        <w:br/>
        <w:t>&amp;mdash; Я прόшу, люди, вислухать мене.&lt;br /&gt;</w:t>
        <w:br/>
        <w:br/>
        <w:t>Багато слів страшних тут наговорено.&lt;br /&gt;</w:t>
        <w:br/>
        <w:br/>
        <w:t>Ніхто не говорив про головне.</w:t>
      </w:r>
    </w:p>
    <w:p>
      <w:r>
        <w:br/>
        <w:br/>
        <w:t>Я, може, божевільним тут здаюся.&lt;br /&gt;</w:t>
        <w:br/>
        <w:br/>
        <w:t>Ми з вами люди різного коша.&lt;br /&gt;</w:t>
        <w:br/>
        <w:br/>
        <w:t>Ця дівчина не просто так, Маруся.&lt;br /&gt;</w:t>
        <w:br/>
        <w:br/>
        <w:t>Це &amp;mdash; голос наш. Це &amp;mdash; пісня. Це &amp;mdash; душа.</w:t>
      </w:r>
    </w:p>
    <w:p>
      <w:r>
        <w:br/>
        <w:br/>
        <w:t>Коли в похід виходила батава,&amp;mdash;&lt;br /&gt;</w:t>
        <w:br/>
        <w:br/>
        <w:t>її піснями плакала Полтава.</w:t>
      </w:r>
    </w:p>
    <w:p>
      <w:r>
        <w:br/>
        <w:br/>
        <w:t>Що нам було потрібно на війні?&lt;br /&gt;</w:t>
        <w:br/>
        <w:br/>
        <w:t>Шаблі, знамена і її пісні.</w:t>
      </w:r>
    </w:p>
    <w:p>
      <w:r>
        <w:br/>
        <w:br/>
        <w:t>Звитяги наші, муки і руїни&lt;br /&gt;</w:t>
        <w:br/>
        <w:br/>
        <w:t>безсмертні будуть у її словах.&lt;br /&gt;</w:t>
        <w:br/>
        <w:br/>
        <w:t>Вона ж була як голос України,&lt;br /&gt;</w:t>
        <w:br/>
        <w:br/>
        <w:t>що клекотів у наших корогвах!</w:t>
      </w:r>
    </w:p>
    <w:p>
      <w:r>
        <w:br/>
        <w:br/>
        <w:t>А ви тепер шукаєте їй кару.&lt;br /&gt;</w:t>
        <w:br/>
        <w:br/>
        <w:t>Вона ж стоїть німа од самоти.&lt;br /&gt;</w:t>
        <w:br/>
        <w:br/>
        <w:t>Людей такого рідкісного дару&lt;br /&gt;</w:t>
        <w:br/>
        <w:br/>
        <w:t>хоч трохи, люди, треба берегти!</w:t>
      </w:r>
    </w:p>
    <w:p>
      <w:r>
        <w:br/>
        <w:br/>
        <w:t>Важкий закон. І я його не зрушу.&lt;br /&gt;</w:t>
        <w:br/>
        <w:br/>
        <w:t>До цього болю що іще додам?&lt;br /&gt;</w:t>
        <w:br/>
        <w:br/>
        <w:t>Вона піснями виспівала душу.&lt;br /&gt;</w:t>
        <w:br/>
        <w:br/>
        <w:t>Вона пісні ці залишає нам.</w:t>
      </w:r>
    </w:p>
    <w:p>
      <w:r>
        <w:br/>
        <w:br/>
        <w:t>Ще тільки вирок &amp;mdash; і скінчиться справа.&lt;br /&gt;</w:t>
        <w:br/>
        <w:br/>
        <w:t>І славний рід скінчиться &amp;mdash; Чураї.&lt;br /&gt;</w:t>
        <w:br/>
        <w:br/>
        <w:t>А як тоді співатиме Полтава?&lt;br /&gt;</w:t>
        <w:br/>
        <w:br/>
        <w:t>Чи сльози не душитимуть її?</w:t>
      </w:r>
    </w:p>
    <w:p>
      <w:r>
        <w:br/>
        <w:br/>
        <w:t>Запала тиша, як в страшному сні.&lt;br /&gt;</w:t>
        <w:br/>
        <w:br/>
        <w:t>Горбань сказав:&lt;br /&gt;</w:t>
        <w:br/>
        <w:br/>
        <w:t>&amp;mdash; При чому тут пісні?&lt;br /&gt;</w:t>
        <w:br/>
        <w:br/>
        <w:t>Вона ж на суд за інше зовсім ставлена.&lt;br /&gt;</w:t>
        <w:br/>
        <w:br/>
        <w:t>І потім, бачте, чутка є, ги-ги,&lt;br /&gt;</w:t>
        <w:br/>
        <w:br/>
        <w:t>що свідок цей &amp;mdash; особа зацікавлена.&lt;br /&gt;</w:t>
        <w:br/>
        <w:br/>
        <w:t>Його слова не мають тут ваги.</w:t>
      </w:r>
    </w:p>
    <w:p>
      <w:r>
        <w:br/>
        <w:br/>
        <w:t>Тоді ми, вряд, з пристойними особами&lt;br /&gt;</w:t>
        <w:br/>
        <w:br/>
        <w:t>дали сказати слово їй останнє,&amp;mdash;&lt;br /&gt;</w:t>
        <w:br/>
        <w:br/>
        <w:t>чи має серця внутрішню гризоту&lt;br /&gt;</w:t>
        <w:br/>
        <w:br/>
        <w:t>і чи пред тим, як вирок наш почути,&lt;br /&gt;</w:t>
        <w:br/>
        <w:br/>
        <w:t>зронити хоче хоч сльозу покути?</w:t>
      </w:r>
    </w:p>
    <w:p>
      <w:r>
        <w:br/>
        <w:br/>
        <w:t>Підсудна слізьми очі не зросила,&lt;br /&gt;</w:t>
        <w:br/>
        <w:br/>
        <w:t>І милосердя в права не просила.</w:t>
      </w:r>
    </w:p>
    <w:p>
      <w:r>
        <w:br/>
        <w:br/>
        <w:t>З тих тоді рацій все дорозумівши&lt;br /&gt;</w:t>
        <w:br/>
        <w:br/>
        <w:t>і між собою радившись не раз,&lt;br /&gt;</w:t>
        <w:br/>
        <w:br/>
        <w:t>кондиціямїі права посполитого&lt;br /&gt;</w:t>
        <w:br/>
        <w:br/>
        <w:t>тоді такий ми винайшли наказ:</w:t>
      </w:r>
    </w:p>
    <w:p>
      <w:r>
        <w:br/>
        <w:br/>
        <w:t>Ми, вряд, зіпершись па свідоцтва голі,&lt;br /&gt;</w:t>
        <w:br/>
        <w:br/>
        <w:t>в такий-то спосіб справа була р&amp;iacute;шена,&lt;br /&gt;</w:t>
        <w:br/>
        <w:br/>
        <w:t>що має бути карана на горлі,&lt;br /&gt;</w:t>
        <w:br/>
        <w:br/>
        <w:t>на шибениці, значиться, обвісшена.</w:t>
      </w:r>
    </w:p>
    <w:p>
      <w:r>
        <w:br/>
        <w:br/>
        <w:t>Про що людей поштивих звідомляєм&lt;br /&gt;</w:t>
        <w:br/>
        <w:br/>
        <w:t>і на потомні вписуєм віки.&lt;br /&gt;</w:t>
        <w:br/>
        <w:br/>
        <w:t>Декрет печаттю нашою змоцняєм&lt;br /&gt;</w:t>
        <w:br/>
        <w:br/>
        <w:t>і підписом судейської руки.</w:t>
      </w:r>
    </w:p>
    <w:p>
      <w:r>
        <w:br/>
        <w:br/>
        <w:t>ПОЛТАВСЬКИЙ ПОЛК&lt;br /&gt;</w:t>
        <w:br/>
        <w:br/>
        <w:t>ВИХОДИТЬ НА ЗОРІ&lt;br /&gt;</w:t>
        <w:br/>
        <w:br/>
        <w:t>Розділ II&lt;br /&gt;</w:t>
        <w:br/>
        <w:br/>
        <w:t>Багряне сонце. Дужка золотава&lt;br /&gt;</w:t>
        <w:br/>
        <w:br/>
        <w:t>стоїть над чорним каптуром гори.&lt;br /&gt;</w:t>
        <w:br/>
        <w:br/>
        <w:t>На п&amp;rsquo;ять воріт зачинена Полтава&lt;br /&gt;</w:t>
        <w:br/>
        <w:br/>
        <w:t>ховає очі в тихі явори.</w:t>
      </w:r>
    </w:p>
    <w:p>
      <w:r>
        <w:br/>
        <w:br/>
        <w:t>Спадає вечір сторожко, помалу,&lt;br /&gt;</w:t>
        <w:br/>
        <w:br/>
        <w:t>ворушить зорі в темряві криниць.&lt;br /&gt;</w:t>
        <w:br/>
        <w:br/>
        <w:t>Сторожа ходить по міському валу,&lt;br /&gt;</w:t>
        <w:br/>
        <w:br/>
        <w:t>і сови сплять в западинах бійниць.</w:t>
      </w:r>
    </w:p>
    <w:p>
      <w:r>
        <w:br/>
        <w:br/>
        <w:t>&amp;quot;Вартуй! Вартуй!&amp;quot; &amp;mdash; з Курилівської брами.&lt;br /&gt;</w:t>
        <w:br/>
        <w:br/>
        <w:t>&amp;quot;Вартуй! Вартуй!&amp;quot; &amp;mdash; від Київських воріт.&lt;br /&gt;</w:t>
        <w:br/>
        <w:br/>
        <w:t>Уже стоять вози під яворами.&lt;br /&gt;</w:t>
        <w:br/>
        <w:br/>
        <w:t>Полтавський полк готовий у похід.</w:t>
      </w:r>
    </w:p>
    <w:p>
      <w:r>
        <w:br/>
        <w:br/>
        <w:t>Годуйте коней. Неблизька дорога.&lt;br /&gt;</w:t>
        <w:br/>
        <w:br/>
        <w:t>Благословіть в дорогу, матері.&lt;br /&gt;</w:t>
        <w:br/>
        <w:br/>
        <w:t>А що там буде, смерть чи перемога,&amp;mdash;&lt;br /&gt;</w:t>
        <w:br/>
        <w:br/>
        <w:t>Полтавський полк виходить на зорі!</w:t>
      </w:r>
    </w:p>
    <w:p>
      <w:r>
        <w:br/>
        <w:br/>
        <w:t>Там бій гримить. Там гине наша воля.&lt;br /&gt;</w:t>
        <w:br/>
        <w:br/>
        <w:t>Там треба рук, і зброї, і плечей.&lt;br /&gt;</w:t>
        <w:br/>
        <w:br/>
        <w:t>І що там варт чиясь окрема доля,&lt;br /&gt;</w:t>
        <w:br/>
        <w:br/>
        <w:t>той тихий зойк у безмірі ночей?..</w:t>
      </w:r>
    </w:p>
    <w:p>
      <w:r>
        <w:br/>
        <w:br/>
        <w:t>Вогненна зірка в небі пролітала,&lt;br /&gt;</w:t>
        <w:br/>
        <w:br/>
        <w:t>сичі кричали, вісники біди.&lt;br /&gt;</w:t>
        <w:br/>
        <w:br/>
        <w:t>На сто думок замислена Полтава&lt;br /&gt;</w:t>
        <w:br/>
        <w:br/>
        <w:t>вербові гриви хилить до води.</w:t>
      </w:r>
    </w:p>
    <w:p>
      <w:r>
        <w:br/>
        <w:br/>
        <w:t>Був правий суд. І вирок оголошено.&lt;br /&gt;</w:t>
        <w:br/>
        <w:br/>
        <w:t>Усе як слід. За що себе вкорить?&lt;br /&gt;</w:t>
        <w:br/>
        <w:br/>
        <w:t>...Мовчить Полтава, наче приголомшена.&lt;br /&gt;</w:t>
        <w:br/>
        <w:br/>
        <w:t>Перехотілось людям говорить.</w:t>
      </w:r>
    </w:p>
    <w:p>
      <w:r>
        <w:br/>
        <w:br/>
        <w:t>А власне, що ж, такі часи криваві.&lt;br /&gt;</w:t>
        <w:br/>
        <w:br/>
        <w:t>Що варт життя? Ну, стратять ще когось.&lt;br /&gt;</w:t>
        <w:br/>
        <w:br/>
        <w:t>Промчався вершник по німій Полтаві &amp;mdash;&lt;br /&gt;</w:t>
        <w:br/>
        <w:br/>
        <w:t>у серці міста громом віддалось.</w:t>
      </w:r>
    </w:p>
    <w:p>
      <w:r>
        <w:br/>
        <w:br/>
        <w:t>Простугоніло смутком вечоровим,&lt;br /&gt;</w:t>
        <w:br/>
        <w:br/>
        <w:t>хитнуло тиші синій оксамит.&lt;br /&gt;</w:t>
        <w:br/>
        <w:br/>
        <w:t>І тільки вершник за полтавським ровом&lt;br /&gt;</w:t>
        <w:br/>
        <w:br/>
        <w:t>десь даленіє цокотом копит...</w:t>
      </w:r>
    </w:p>
    <w:p>
      <w:r>
        <w:br/>
        <w:br/>
        <w:t>Самотній вершник зникне за туманом.&lt;br /&gt;</w:t>
        <w:br/>
        <w:br/>
        <w:t>Сторожа вслід подивиться йому.&lt;br /&gt;</w:t>
        <w:br/>
        <w:br/>
        <w:t>Той вершник зветься Іскрою Іваном.&lt;br /&gt;</w:t>
        <w:br/>
        <w:br/>
        <w:t>Йому сьогодні тяжче ніж кому.</w:t>
      </w:r>
    </w:p>
    <w:p>
      <w:r>
        <w:br/>
        <w:br/>
        <w:t>Уже він там, уже за далиною,&lt;br /&gt;</w:t>
        <w:br/>
        <w:br/>
        <w:t>вітрами тугу спалює з лиця.&lt;br /&gt;</w:t>
        <w:br/>
        <w:br/>
        <w:t>Що ж, горе горем, а війна війною.&lt;br /&gt;</w:t>
        <w:br/>
        <w:br/>
        <w:t>Послав полковник гетьману гінця.</w:t>
      </w:r>
    </w:p>
    <w:p>
      <w:r>
        <w:br/>
        <w:br/>
        <w:t>&amp;quot;Вартуй! Вартуй!&amp;quot; &amp;mdash; з Курилівської брами.&lt;br /&gt;</w:t>
        <w:br/>
        <w:br/>
        <w:t>&amp;quot;Вартуй! Вартуй!&amp;quot; &amp;mdash; від Київських воріт.&lt;br /&gt;</w:t>
        <w:br/>
        <w:br/>
        <w:t>Уже стоять вози під яворами.&lt;br /&gt;</w:t>
        <w:br/>
        <w:br/>
        <w:t>Полтавський полк готовий у похід.</w:t>
      </w:r>
    </w:p>
    <w:p>
      <w:r>
        <w:br/>
        <w:br/>
        <w:t>Годуйте коней! Шлях їм далеченький.&lt;br /&gt;</w:t>
        <w:br/>
        <w:br/>
        <w:t>Пильнуйте славу полкових знамен.&lt;br /&gt;</w:t>
        <w:br/>
        <w:br/>
        <w:t>Полтаво! З&amp;aacute;світ встануть козаченьки.&lt;br /&gt;</w:t>
        <w:br/>
        <w:br/>
        <w:t>Ти припадеш їм знову до стремен.&lt;br /&gt;</w:t>
        <w:br/>
        <w:br/>
        <w:t>Так само з&amp;aacute;світ встануть з полуночі.&lt;br /&gt;</w:t>
        <w:br/>
        <w:br/>
        <w:t>А ти за них, Полтаво, помолись.&lt;br /&gt;</w:t>
        <w:br/>
        <w:br/>
        <w:t>Лиш не заплаче свої карі очі&lt;br /&gt;</w:t>
        <w:br/>
        <w:br/>
        <w:t>та Марусенька, як було колись...</w:t>
      </w:r>
    </w:p>
    <w:p>
      <w:r>
        <w:br/>
        <w:br/>
        <w:t>СПОВІДЬ&lt;br /&gt;</w:t>
        <w:br/>
        <w:br/>
        <w:t>Розділ III&lt;br /&gt;</w:t>
        <w:br/>
        <w:br/>
        <w:t>...Пройшло життя. Не варт було і труду.&lt;br /&gt;</w:t>
        <w:br/>
        <w:br/>
        <w:t>Лише образи наберешся вщерть.&lt;br /&gt;</w:t>
        <w:br/>
        <w:br/>
        <w:t>Останні дні вже якось перебуду.&lt;br /&gt;</w:t>
        <w:br/>
        <w:br/>
        <w:t>Та вже й кінець. Переночую в смерть.</w:t>
      </w:r>
    </w:p>
    <w:p>
      <w:r>
        <w:br/>
        <w:br/>
        <w:t>А що в житті потрібно ще мені?&lt;br /&gt;</w:t>
        <w:br/>
        <w:br/>
        <w:t>Одбути всі ці клопоти земні.&lt;br /&gt;</w:t>
        <w:br/>
        <w:br/>
        <w:t>Оці останні клопоти одбуть,&lt;br /&gt;</w:t>
        <w:br/>
        <w:br/>
        <w:t>іти туди, куди мене ведуть,&amp;mdash;&lt;br /&gt;</w:t>
        <w:br/>
        <w:br/>
        <w:t>аби одбути, все уже одбути,&amp;mdash;&lt;br /&gt;</w:t>
        <w:br/>
        <w:br/>
        <w:t>і щоб не бути, щоб уже не бути!</w:t>
      </w:r>
    </w:p>
    <w:p>
      <w:r>
        <w:br/>
        <w:br/>
        <w:t>Три дні дали на розмисли мені.&lt;br /&gt;</w:t>
        <w:br/>
        <w:br/>
        <w:t>А нащо вже тим смертникам три дні?</w:t>
      </w:r>
    </w:p>
    <w:p>
      <w:r>
        <w:br/>
        <w:br/>
        <w:t>Чи їх уже тримає що на світі?&lt;br /&gt;</w:t>
        <w:br/>
        <w:br/>
        <w:t>Це наче привид взяти на ланцюг.&lt;br /&gt;</w:t>
        <w:br/>
        <w:br/>
        <w:t>Щось наче там вовтузиться в лахмітті...&lt;br /&gt;</w:t>
        <w:br/>
        <w:br/>
        <w:t>Це ж скільки тут сиділо волоцюг,&lt;br /&gt;</w:t>
        <w:br/>
        <w:br/>
        <w:t>злодіїв різних. Теж чекали страти.&lt;br /&gt;</w:t>
        <w:br/>
        <w:br/>
        <w:t>Мабуть, їм не хотілося вмирати.</w:t>
      </w:r>
    </w:p>
    <w:p>
      <w:r>
        <w:br/>
        <w:br/>
        <w:t>Що ж, ви вже відбули своє, щасливці.&lt;br /&gt;</w:t>
        <w:br/>
        <w:br/>
        <w:t>Хто б не були, а ви вже відбули.&lt;br /&gt;</w:t>
        <w:br/>
        <w:br/>
        <w:t>Це ж, певно, тут сиділи і убивці,&lt;br /&gt;</w:t>
        <w:br/>
        <w:br/>
        <w:t>збудована ж в&amp;rsquo;язниця ще коли.</w:t>
      </w:r>
    </w:p>
    <w:p>
      <w:r>
        <w:br/>
        <w:br/>
        <w:t>Аж ось де прихилю я свою втому&lt;br /&gt;</w:t>
        <w:br/>
        <w:br/>
        <w:t>за стільки днів, за стільки довгих літ!&lt;br /&gt;</w:t>
        <w:br/>
        <w:br/>
        <w:t>Чи тут змінили хоч оцю солому?&lt;br /&gt;</w:t>
        <w:br/>
        <w:br/>
        <w:t>Чи кинули хоч свіжий околіт?</w:t>
      </w:r>
    </w:p>
    <w:p>
      <w:r>
        <w:br/>
        <w:br/>
        <w:t>А втім, яка мені уже різниця?&lt;br /&gt;</w:t>
        <w:br/>
        <w:br/>
        <w:t>Я теж убивця. Я убила Гриця.</w:t>
      </w:r>
    </w:p>
    <w:p>
      <w:r>
        <w:br/>
        <w:br/>
        <w:t>Оце ж за те мені й заплата &amp;mdash;&lt;br /&gt;</w:t>
        <w:br/>
        <w:br/>
        <w:t>із кам&amp;rsquo;яних мурів кам&amp;rsquo;яная хата.&lt;br /&gt;</w:t>
        <w:br/>
        <w:br/>
        <w:t>Старий кожух... солома... постелюсь...&lt;br /&gt;</w:t>
        <w:br/>
        <w:br/>
        <w:t>Хоч так полежу... в пітьму подивлюсь...</w:t>
      </w:r>
    </w:p>
    <w:p>
      <w:r>
        <w:br/>
        <w:br/>
        <w:t>...А я заснула, господи, заснула!&lt;br /&gt;</w:t>
        <w:br/>
        <w:br/>
        <w:t>Солодким сном уперше за всі дні.&lt;br /&gt;</w:t>
        <w:br/>
        <w:br/>
        <w:t>Та так заснула, наче потонула.&lt;br /&gt;</w:t>
        <w:br/>
        <w:br/>
        <w:t>Ще щось хороше й снилося мені...</w:t>
      </w:r>
    </w:p>
    <w:p>
      <w:r>
        <w:br/>
        <w:br/>
        <w:t>Прокинулась, ніяк не розберуся, &amp;mdash;&lt;br /&gt;</w:t>
        <w:br/>
        <w:br/>
        <w:t>чого я тут,&lt;br /&gt;</w:t>
        <w:br/>
        <w:br/>
        <w:t>хто вбивця,&lt;br /&gt;</w:t>
        <w:br/>
        <w:br/>
        <w:t>хто Маруся?</w:t>
      </w:r>
    </w:p>
    <w:p>
      <w:r>
        <w:br/>
        <w:br/>
        <w:t>Сама від себе ще така далека,&lt;br /&gt;</w:t>
        <w:br/>
        <w:br/>
        <w:t>немов оце приніс мене лелека&lt;br /&gt;</w:t>
        <w:br/>
        <w:br/>
        <w:t>та й опустив у мальвах і жоржинах&lt;br /&gt;</w:t>
        <w:br/>
        <w:br/>
        <w:t>на тих ранкових росяних стежинах.&lt;br /&gt;</w:t>
        <w:br/>
        <w:br/>
        <w:t>І я ще, як малесеньке дівчатко,&lt;br /&gt;</w:t>
        <w:br/>
        <w:br/>
        <w:t>щоранку починаюся спочатку.</w:t>
      </w:r>
    </w:p>
    <w:p>
      <w:r>
        <w:br/>
        <w:br/>
        <w:t>Солодка млість... блідесенький промінчик&amp;hellip;&lt;br /&gt;</w:t>
        <w:br/>
        <w:br/>
        <w:t>як добре жити... думати про інше...</w:t>
      </w:r>
    </w:p>
    <w:p>
      <w:r>
        <w:br/>
        <w:br/>
        <w:t>А сон минув, розтанув. І натомість&lt;br /&gt;</w:t>
        <w:br/>
        <w:br/>
        <w:t>раптовим болем обпекла свідомість.&lt;br /&gt;</w:t>
        <w:br/>
        <w:br/>
        <w:t>Єдине слово виникло: невже?!&lt;br /&gt;</w:t>
        <w:br/>
        <w:br/>
        <w:t>Душа болить, і тіло як чуже.</w:t>
      </w:r>
    </w:p>
    <w:p>
      <w:r>
        <w:br/>
        <w:br/>
        <w:t>Навпомацки з підлоги підвелася.&lt;br /&gt;</w:t>
        <w:br/>
        <w:br/>
        <w:t>Не розчесавши коси, заплелася.&lt;br /&gt;</w:t>
        <w:br/>
        <w:br/>
        <w:t>Все так, як є. Приречена. Одна.&lt;br /&gt;</w:t>
        <w:br/>
        <w:br/>
        <w:t>Стіна. Стіна. І грати. І стіна...</w:t>
      </w:r>
    </w:p>
    <w:p>
      <w:r>
        <w:br/>
        <w:br/>
        <w:t>...А вже світає. Сумно, сумно, сумно&lt;br /&gt;</w:t>
        <w:br/>
        <w:br/>
        <w:t>благословляється на світ.&lt;br /&gt;</w:t>
        <w:br/>
        <w:br/>
        <w:t>Десь коні ржуть і глухо грають сурми.&lt;br /&gt;</w:t>
        <w:br/>
        <w:br/>
        <w:t>Полтавський полк виходить у похід.</w:t>
      </w:r>
    </w:p>
    <w:p>
      <w:r>
        <w:br/>
        <w:br/>
        <w:t>Десь грають сурми. В добрий час їм грати.&lt;br /&gt;</w:t>
        <w:br/>
        <w:br/>
        <w:t>В литаври б&amp;rsquo;ють, так само як колись.&lt;br /&gt;</w:t>
        <w:br/>
        <w:br/>
        <w:t>Душа рвонулась &amp;mdash; і застряла в гратах,&lt;br /&gt;</w:t>
        <w:br/>
        <w:br/>
        <w:t>прозорі руки з гратами сплелись.</w:t>
      </w:r>
    </w:p>
    <w:p>
      <w:r>
        <w:br/>
        <w:br/>
        <w:t>Далекий гомін сповнює в&amp;rsquo;язницю.&lt;br /&gt;</w:t>
        <w:br/>
        <w:br/>
        <w:t>Десь вітер гонить куряву руду.&lt;br /&gt;</w:t>
        <w:br/>
        <w:br/>
        <w:t>Це вперше, Грицю, це уперше, Грицю,&lt;br /&gt;</w:t>
        <w:br/>
        <w:br/>
        <w:t>що я тебе в похід не проведу!</w:t>
      </w:r>
    </w:p>
    <w:p>
      <w:r>
        <w:br/>
        <w:br/>
        <w:t>Ой, ллються сльози материнські, ллються!&lt;br /&gt;</w:t>
        <w:br/>
        <w:br/>
        <w:t>Свята печаль, печаль без гіркоти.&lt;br /&gt;</w:t>
        <w:br/>
        <w:br/>
        <w:t>Загинуть хлопці, то хоча б по-людськи.&lt;br /&gt;</w:t>
        <w:br/>
        <w:br/>
        <w:t>А як загинув, як загинув ти?!</w:t>
      </w:r>
    </w:p>
    <w:p>
      <w:r>
        <w:br/>
        <w:br/>
        <w:t>Що кожен їде,&amp;mdash; і вогню, і грому,&lt;br /&gt;</w:t>
        <w:br/>
        <w:br/>
        <w:t>всього там буде в клекоті доріг.&lt;br /&gt;</w:t>
        <w:br/>
        <w:br/>
        <w:t>А ти лежиш на цвинтарі старому,&lt;br /&gt;</w:t>
        <w:br/>
        <w:br/>
        <w:t>де ще ніхто з козацтва не поліг.</w:t>
      </w:r>
    </w:p>
    <w:p>
      <w:r>
        <w:br/>
        <w:br/>
        <w:t>Останні зорі в небі догорають.&lt;br /&gt;</w:t>
        <w:br/>
        <w:br/>
        <w:t>Оце уперше за багато літ &amp;mdash;&lt;br /&gt;</w:t>
        <w:br/>
        <w:br/>
        <w:t>і коні ржуть, і сурми, Грицю, грають,&lt;br /&gt;</w:t>
        <w:br/>
        <w:br/>
        <w:t>а полк без тебе вийде у похід.</w:t>
      </w:r>
    </w:p>
    <w:p>
      <w:r>
        <w:br/>
        <w:br/>
        <w:t>...Уже, мабуть, молебень відслужили,&lt;br /&gt;</w:t>
        <w:br/>
        <w:br/>
        <w:t>бо затужили дзвони, затужили!&lt;br /&gt;</w:t>
        <w:br/>
        <w:br/>
        <w:t>І заридали дзвони, загули! &amp;mdash;&lt;br /&gt;</w:t>
        <w:br/>
        <w:br/>
        <w:t>це ж там за браму хлопців провели.</w:t>
      </w:r>
    </w:p>
    <w:p>
      <w:r>
        <w:br/>
        <w:br/>
        <w:t>Це ж полк виходить. &amp;mdash; за далекі гони.&lt;br /&gt;</w:t>
        <w:br/>
        <w:br/>
        <w:t>Комусь тополя стане в головах.&lt;br /&gt;</w:t>
        <w:br/>
        <w:br/>
        <w:t>І дзвонять дзвони,&lt;br /&gt;</w:t>
        <w:br/>
        <w:br/>
        <w:t>дзворять, дзвонять дзвони&lt;br /&gt;</w:t>
        <w:br/>
        <w:br/>
        <w:t>по всій Полтаві, по усіх церквах!</w:t>
      </w:r>
    </w:p>
    <w:p>
      <w:r>
        <w:br/>
        <w:br/>
        <w:t>Затисну вуха, чую крізь долоні&lt;br /&gt;</w:t>
        <w:br/>
        <w:br/>
        <w:t>і ту церковцю прямо в бастіоні,&lt;br /&gt;</w:t>
        <w:br/>
        <w:br/>
        <w:t>і той соборний величезний дзвін,&amp;mdash;&lt;br /&gt;</w:t>
        <w:br/>
        <w:br/>
        <w:t>все заридало хлопцям навздогін.</w:t>
      </w:r>
    </w:p>
    <w:p>
      <w:r>
        <w:br/>
        <w:br/>
        <w:t>І навіть ця, ні-ні, а й ця озветься,&lt;br /&gt;</w:t>
        <w:br/>
        <w:br/>
        <w:t>тюремна церква, і тюремна теж!&lt;br /&gt;</w:t>
        <w:br/>
        <w:br/>
        <w:t>Вона в Полтаві гарно так зоветься:&lt;br /&gt;</w:t>
        <w:br/>
        <w:br/>
        <w:t>&amp;quot;Усіх Скорбящих Радості&amp;quot;. Авжеж.</w:t>
      </w:r>
    </w:p>
    <w:p>
      <w:r>
        <w:br/>
        <w:br/>
        <w:t>Усіх Скорбящих Радості... Я рада.&lt;br /&gt;</w:t>
        <w:br/>
        <w:br/>
        <w:t>І що мене найбільше веселить,&amp;mdash;&lt;br /&gt;</w:t>
        <w:br/>
        <w:br/>
        <w:t>коли так душу випалила зрада,&lt;br /&gt;</w:t>
        <w:br/>
        <w:br/>
        <w:t>то вже душа так наче й не болить.&lt;br /&gt;</w:t>
        <w:br/>
        <w:br/>
        <w:t>Вже ні за чим на світі їй не шк&amp;oacute;да.&lt;br /&gt;</w:t>
        <w:br/>
        <w:br/>
        <w:t>Така полегкість, мало не сміюсь.&lt;br /&gt;</w:t>
        <w:br/>
        <w:br/>
        <w:t>А ця тюрма &amp;mdash; оце і є свобода,&lt;br /&gt;</w:t>
        <w:br/>
        <w:br/>
        <w:t>бо я вже тут нічого не боюсь.</w:t>
      </w:r>
    </w:p>
    <w:p>
      <w:r>
        <w:br/>
        <w:br/>
        <w:t>А дзвони б&amp;rsquo;ють, а дзвони калатають!&lt;br /&gt;</w:t>
        <w:br/>
        <w:br/>
        <w:t>Здається, небо й землю розхитають.&lt;br /&gt;</w:t>
        <w:br/>
        <w:br/>
        <w:t>І тут, і там, і десь аж на горі&lt;br /&gt;</w:t>
        <w:br/>
        <w:br/>
        <w:t>далекі дзвони б&amp;rsquo;ють в монастирі.</w:t>
      </w:r>
    </w:p>
    <w:p>
      <w:r>
        <w:br/>
        <w:br/>
        <w:t>І десь там юрми, натовпи, там люди!&lt;br /&gt;</w:t>
        <w:br/>
        <w:br/>
        <w:t>Там зорі в небі чисті, як ромен.&lt;br /&gt;</w:t>
        <w:br/>
        <w:br/>
        <w:t>Ще жінка мужу падає на груди,&lt;br /&gt;</w:t>
        <w:br/>
        <w:br/>
        <w:t>і діти тягнуть руки до стремен.</w:t>
      </w:r>
    </w:p>
    <w:p>
      <w:r>
        <w:br/>
        <w:br/>
        <w:t>Чиясь край шляху плаче наречена.&lt;br /&gt;</w:t>
        <w:br/>
        <w:br/>
        <w:t>Там вийшли всі &amp;mdash; і немічні, й малі.&lt;br /&gt;</w:t>
        <w:br/>
        <w:br/>
        <w:t>І тільки я до цього непричетна.&lt;br /&gt;</w:t>
        <w:br/>
        <w:br/>
        <w:t>Я зайва людям на своїй землі.</w:t>
      </w:r>
    </w:p>
    <w:p>
      <w:r>
        <w:br/>
        <w:br/>
        <w:t>...А полк іде. Нема коли журиться.&lt;br /&gt;</w:t>
        <w:br/>
        <w:br/>
        <w:t>Уже хтось інший став під корогву.&lt;br /&gt;</w:t>
        <w:br/>
        <w:br/>
        <w:t>Хорунжі є, немає тільки Гриця.&lt;br /&gt;</w:t>
        <w:br/>
        <w:br/>
        <w:t>А я жива... Чого я ще живу?!</w:t>
      </w:r>
    </w:p>
    <w:p>
      <w:r>
        <w:br/>
        <w:br/>
        <w:t>Жінки дорогу слізьми перемили.&lt;br /&gt;</w:t>
        <w:br/>
        <w:br/>
        <w:t>А Гриць лежить, загинувши за так.&lt;br /&gt;</w:t>
        <w:br/>
        <w:br/>
        <w:t>Чи хоч йому той пр&amp;aacute;пірок прибили&lt;br /&gt;</w:t>
        <w:br/>
        <w:br/>
        <w:t>там на хресті, щоб видно, що козак?..</w:t>
      </w:r>
    </w:p>
    <w:p>
      <w:r>
        <w:br/>
        <w:br/>
        <w:t>Промчали коні проз мою в&amp;rsquo;язницю.&lt;br /&gt;</w:t>
        <w:br/>
        <w:br/>
        <w:t>Копита б&amp;rsquo;ють вже десь біля воріт.&lt;br /&gt;</w:t>
        <w:br/>
        <w:br/>
        <w:t>Це вперше, Грицю, це уперше, Грицю,&lt;br /&gt;</w:t>
        <w:br/>
        <w:br/>
        <w:t>виходить полк без пісні у похід!</w:t>
      </w:r>
    </w:p>
    <w:p>
      <w:r>
        <w:br/>
        <w:br/>
        <w:t>Все тихше й тихше...Сурми вже не грають&amp;hellip;&lt;br /&gt;</w:t>
        <w:br/>
        <w:br/>
        <w:t>Шум даленіє... Дзвони завмирають...</w:t>
      </w:r>
    </w:p>
    <w:p>
      <w:r>
        <w:br/>
        <w:br/>
        <w:t>Прощайте, хлопці. Бийтесь до ладу.&lt;br /&gt;</w:t>
        <w:br/>
        <w:br/>
        <w:t>А я вже вам і пісні не складу.</w:t>
      </w:r>
    </w:p>
    <w:p>
      <w:r>
        <w:br/>
        <w:br/>
        <w:t>* * *</w:t>
      </w:r>
    </w:p>
    <w:p>
      <w:r>
        <w:br/>
        <w:br/>
        <w:t>...І друга ніч. Не спалося ні миті.&lt;br /&gt;</w:t>
        <w:br/>
        <w:br/>
        <w:t>А спокій дивний! &amp;mdash; наче я вже там.&lt;br /&gt;</w:t>
        <w:br/>
        <w:br/>
        <w:t>І спогади, сльозами не омиті,&lt;br /&gt;</w:t>
        <w:br/>
        <w:br/>
        <w:t>приходили прощатися з життям.</w:t>
      </w:r>
    </w:p>
    <w:p>
      <w:r>
        <w:br/>
        <w:br/>
        <w:t>Чомусь згадались ночі на Купала...&lt;br /&gt;</w:t>
        <w:br/>
        <w:br/>
        <w:t>Зірками ніч висока накрапала.&lt;br /&gt;</w:t>
        <w:br/>
        <w:br/>
        <w:t>Бездонне небо і безмежний світ,&lt;br /&gt;</w:t>
        <w:br/>
        <w:br/>
        <w:t>а нам всього по вісімнадцять літ.</w:t>
      </w:r>
    </w:p>
    <w:p>
      <w:r>
        <w:br/>
        <w:br/>
        <w:t>Такі несмілі, ще тремтять вуста.&lt;br /&gt;</w:t>
        <w:br/>
        <w:br/>
        <w:t>Отак до ранку &amp;mdash; ніч і висота.</w:t>
      </w:r>
    </w:p>
    <w:p>
      <w:r>
        <w:br/>
        <w:br/>
        <w:t>А ще згадалось &amp;mdash; колесо вогненне&lt;br /&gt;</w:t>
        <w:br/>
        <w:br/>
        <w:t>з гори в долину котиться проз мене.&lt;br /&gt;</w:t>
        <w:br/>
        <w:br/>
        <w:t>Обкручене соломою, летить&lt;br /&gt;</w:t>
        <w:br/>
        <w:br/>
        <w:t>палахтить на вітрі, палахтить!&lt;br /&gt;</w:t>
        <w:br/>
        <w:br/>
        <w:t>І, розгубивши іскри увсібіч,&lt;br /&gt;</w:t>
        <w:br/>
        <w:br/>
        <w:t>обвуглене, заточується в ніч...</w:t>
      </w:r>
    </w:p>
    <w:p>
      <w:r>
        <w:br/>
        <w:br/>
        <w:t>А вже дівчата в плахтах, у намисті,&lt;br /&gt;</w:t>
        <w:br/>
        <w:br/>
        <w:t>вінки пускають за водою вниз.&lt;br /&gt;</w:t>
        <w:br/>
        <w:br/>
        <w:t>А вже гадають, хто кому до мислі,&lt;br /&gt;</w:t>
        <w:br/>
        <w:br/>
        <w:t>а хлопці зносять до багаття хмиз.</w:t>
      </w:r>
    </w:p>
    <w:p>
      <w:r>
        <w:br/>
        <w:br/>
        <w:t>Пливуть вінки, і мій пливе, не тоне.&lt;br /&gt;</w:t>
        <w:br/>
        <w:br/>
        <w:t>А серце ще таке безоборонне,&lt;br /&gt;</w:t>
        <w:br/>
        <w:br/>
        <w:t>таким співаю срібним голоском!..&lt;br /&gt;</w:t>
        <w:br/>
        <w:br/>
        <w:t>Чорти знімають зорі рогачами...&lt;br /&gt;</w:t>
        <w:br/>
        <w:br/>
        <w:t>Вінок пливе, зникає за ночами...&lt;br /&gt;</w:t>
        <w:br/>
        <w:br/>
        <w:t>Чи десь його прибило між корчами,&lt;br /&gt;</w:t>
        <w:br/>
        <w:br/>
        <w:t>чи десь лежить, примулений піском?..</w:t>
      </w:r>
    </w:p>
    <w:p>
      <w:r>
        <w:br/>
        <w:br/>
        <w:t>А потім &amp;mdash;як зламалося весло.&lt;br /&gt;</w:t>
        <w:br/>
        <w:br/>
        <w:t>І підхопило душу, й понесло,&lt;br /&gt;</w:t>
        <w:br/>
        <w:br/>
        <w:t>і закрутило у такому вирі!..&lt;br /&gt;</w:t>
        <w:br/>
        <w:br/>
        <w:t>Було б тоді й спинитися літам.&lt;br /&gt;</w:t>
        <w:br/>
        <w:br/>
        <w:t>Душа летить в дитинство, як у вирій,&lt;br /&gt;</w:t>
        <w:br/>
        <w:br/>
        <w:t>бо їй на світі тепло тільки там.</w:t>
      </w:r>
    </w:p>
    <w:p>
      <w:r>
        <w:br/>
        <w:br/>
        <w:t>...Було, під вечір лущимо квасолю,&lt;br /&gt;</w:t>
        <w:br/>
        <w:br/>
        <w:t>а Гриць іде городами до нас.&lt;br /&gt;</w:t>
        <w:br/>
        <w:br/>
        <w:t>Вечірнє небо світиться красою,&lt;br /&gt;</w:t>
        <w:br/>
        <w:br/>
        <w:t>і соняхи гудуть, як тулумбас.</w:t>
      </w:r>
    </w:p>
    <w:p>
      <w:r>
        <w:br/>
        <w:br/>
        <w:t>Вже тиха осінь ходить берегами,&lt;br /&gt;</w:t>
        <w:br/>
        <w:br/>
        <w:t>на вербах трусить листячко руде.&lt;br /&gt;</w:t>
        <w:br/>
        <w:br/>
        <w:t>А Гриць бадилля тягне за ногами,&lt;br /&gt;</w:t>
        <w:br/>
        <w:br/>
        <w:t>іде, маленький, дибає, іде...</w:t>
      </w:r>
    </w:p>
    <w:p>
      <w:r>
        <w:br/>
        <w:br/>
        <w:t>Таке було гарнесеньке хлоп&amp;rsquo;ятко.&lt;br /&gt;</w:t>
        <w:br/>
        <w:br/>
        <w:t>Цікаве. А ласкаве, як телятко.&lt;br /&gt;</w:t>
        <w:br/>
        <w:br/>
        <w:t>Хороший хлопчик, трохи шалиган,&lt;br /&gt;</w:t>
        <w:br/>
        <w:br/>
        <w:t>усе збивав шоломи шелюгам.&lt;br /&gt;</w:t>
        <w:br/>
        <w:br/>
        <w:t>Усе, було, ми разом, все ми разом &amp;mdash;&lt;br /&gt;</w:t>
        <w:br/>
        <w:br/>
        <w:t>пірнаєм в річку і по кручах лазим.</w:t>
      </w:r>
    </w:p>
    <w:p>
      <w:r>
        <w:br/>
        <w:br/>
        <w:t>Шукаєм глоду, пасемо корову,&lt;br /&gt;</w:t>
        <w:br/>
        <w:br/>
        <w:t>у гилки граєм, в цурного квача.&lt;br /&gt;</w:t>
        <w:br/>
        <w:br/>
        <w:t>Або за зиму довгу, вечорову,&lt;br /&gt;</w:t>
        <w:br/>
        <w:br/>
        <w:t>начешем з коней шерсті для м&amp;rsquo;яча.</w:t>
      </w:r>
    </w:p>
    <w:p>
      <w:r>
        <w:br/>
        <w:br/>
        <w:t>А ще ми з Грицем внадилися змалку&lt;br /&gt;</w:t>
        <w:br/>
        <w:br/>
        <w:t>у дідову Галерникову балку.&lt;br /&gt;</w:t>
        <w:br/>
        <w:br/>
        <w:t>Він там живе в степу за вітряками,&lt;br /&gt;</w:t>
        <w:br/>
        <w:br/>
        <w:t>один-один, одвик і говорить.&lt;br /&gt;</w:t>
        <w:br/>
        <w:br/>
        <w:t>Лише димок із довжика роками&lt;br /&gt;</w:t>
        <w:br/>
        <w:br/>
        <w:t>курить собі у небо та й курить.</w:t>
      </w:r>
    </w:p>
    <w:p>
      <w:r>
        <w:br/>
        <w:br/>
        <w:t>У нього там і зарості ожини,&lt;br /&gt;</w:t>
        <w:br/>
        <w:br/>
        <w:t>і таємнича ниточка стежини,&lt;br /&gt;</w:t>
        <w:br/>
        <w:br/>
        <w:t>і вулики, і в жолобі водичка,&lt;br /&gt;</w:t>
        <w:br/>
        <w:br/>
        <w:t>і вплетений у верби живопліт,&lt;br /&gt;</w:t>
        <w:br/>
        <w:br/>
        <w:t>і хата, як старенька рукавичка &amp;mdash;&lt;br /&gt;</w:t>
        <w:br/>
        <w:br/>
        <w:t>в ній кіт живе, цвіркун живе і дід.</w:t>
      </w:r>
    </w:p>
    <w:p>
      <w:r>
        <w:br/>
        <w:br/>
        <w:t>А сам він дід старезний, полотняний.&lt;br /&gt;</w:t>
        <w:br/>
        <w:br/>
        <w:t>А в нього сива борода, як дим.&lt;br /&gt;</w:t>
        <w:br/>
        <w:br/>
        <w:t>Розказує про Кафу, полонянок,&lt;br /&gt;</w:t>
        <w:br/>
        <w:br/>
        <w:t>про те, в які походи він ходив.</w:t>
      </w:r>
    </w:p>
    <w:p>
      <w:r>
        <w:br/>
        <w:br/>
        <w:t>І каже нам, що ми його онуки,&lt;br /&gt;</w:t>
        <w:br/>
        <w:br/>
        <w:t>не дав бог рідних &amp;mdash; не було коли.&lt;br /&gt;</w:t>
        <w:br/>
        <w:br/>
        <w:t>Галерницькі рубцями биті руки&lt;br /&gt;</w:t>
        <w:br/>
        <w:br/>
        <w:t>вистругують нам човники з кори...</w:t>
      </w:r>
    </w:p>
    <w:p>
      <w:r>
        <w:br/>
        <w:br/>
        <w:t>А то &amp;mdash; щедруєм. Низочкою ходим,&lt;br /&gt;</w:t>
        <w:br/>
        <w:br/>
        <w:t>тонкими голосочками виводим:&lt;br /&gt;</w:t>
        <w:br/>
        <w:br/>
        <w:t>&amp;quot;Ой на річці на Йордані&lt;br /&gt;</w:t>
        <w:br/>
        <w:br/>
        <w:t>Там пречиста ризи прала...&amp;quot;</w:t>
      </w:r>
    </w:p>
    <w:p>
      <w:r>
        <w:br/>
        <w:br/>
        <w:t>На Ворсклі хрест вирубують опішнями.&lt;br /&gt;</w:t>
        <w:br/>
        <w:br/>
        <w:t>Заллють водою, уморозять в лід.&lt;br /&gt;</w:t>
        <w:br/>
        <w:br/>
        <w:t>Горбаті верби льодяними клішнями&lt;br /&gt;</w:t>
        <w:br/>
        <w:br/>
        <w:t>скляні бурульки струшують з борід.</w:t>
      </w:r>
    </w:p>
    <w:p>
      <w:r>
        <w:br/>
        <w:br/>
        <w:t>Летять з гори санки і гринджолята,&lt;br /&gt;</w:t>
        <w:br/>
        <w:br/>
        <w:t>в очах мигтять занесені тини.&lt;br /&gt;</w:t>
        <w:br/>
        <w:br/>
        <w:t>Тоді у мене не було вже тата,&lt;br /&gt;</w:t>
        <w:br/>
        <w:br/>
        <w:t>мені зробила мати ковгани.</w:t>
      </w:r>
    </w:p>
    <w:p>
      <w:r>
        <w:br/>
        <w:br/>
        <w:t>Аж білий вихор здійметься довкола,&lt;br /&gt;</w:t>
        <w:br/>
        <w:br/>
        <w:t>як нас по схилу сани розтрясуть,&amp;mdash;&lt;br /&gt;</w:t>
        <w:br/>
        <w:br/>
        <w:t>зима тікає, підібравши поли.&lt;br /&gt;</w:t>
        <w:br/>
        <w:br/>
        <w:t>А вже співають, корогви несуть.</w:t>
      </w:r>
    </w:p>
    <w:p>
      <w:r>
        <w:br/>
        <w:br/>
        <w:t>Ідуть Бобренки, Гуки, Шибилисти.&lt;br /&gt;</w:t>
        <w:br/>
        <w:br/>
        <w:t>Бреде в снігах диякон-бородань.&lt;br /&gt;</w:t>
        <w:br/>
        <w:br/>
        <w:t>І піп, гортанію басистий,&lt;br /&gt;</w:t>
        <w:br/>
        <w:br/>
        <w:t>на Ворсклі робить річку Іордань.</w:t>
      </w:r>
    </w:p>
    <w:p>
      <w:r>
        <w:br/>
        <w:br/>
        <w:t>Сипнули врозтіч галки чи ворони.&lt;br /&gt;</w:t>
        <w:br/>
        <w:br/>
        <w:t>Довкола лід бабами зарябів.&lt;br /&gt;</w:t>
        <w:br/>
        <w:br/>
        <w:t>І Гриць малий, од холоду червоний,&lt;br /&gt;</w:t>
        <w:br/>
        <w:br/>
        <w:t>з-за пазухи виймає голубів,</w:t>
      </w:r>
    </w:p>
    <w:p>
      <w:r>
        <w:br/>
        <w:br/>
        <w:t>Тріпоче стяг нерукотворним Спасом.&lt;br /&gt;</w:t>
        <w:br/>
        <w:br/>
        <w:t>Свята вода об кригу шурхотить.&lt;br /&gt;</w:t>
        <w:br/>
        <w:br/>
        <w:t>І хрест, облитий буряковим квасом,&lt;br /&gt;</w:t>
        <w:br/>
        <w:br/>
        <w:t>під білим сонцем дивно мерехтить.</w:t>
      </w:r>
    </w:p>
    <w:p>
      <w:r>
        <w:br/>
        <w:br/>
        <w:t>Свята вода &amp;mdash; як бузинова гуща,&lt;br /&gt;</w:t>
        <w:br/>
        <w:br/>
        <w:t>кудись під лід пливе, пливе, пливе...&lt;br /&gt;</w:t>
        <w:br/>
        <w:br/>
        <w:t>Питаю: &amp;mdash; Мамо, це вода цілюща?&lt;br /&gt;</w:t>
        <w:br/>
        <w:br/>
        <w:t>Скропити рани &amp;mdash; тато оживе?</w:t>
      </w:r>
    </w:p>
    <w:p>
      <w:r>
        <w:br/>
        <w:br/>
        <w:t>Я не забуду, тату, вас ніколи.&lt;br /&gt;</w:t>
        <w:br/>
        <w:br/>
        <w:t>Хоч як було, і голод, і зима,&amp;mdash;&lt;br /&gt;</w:t>
        <w:br/>
        <w:br/>
        <w:t>спасибі вам, дали мене до школи,&lt;br /&gt;</w:t>
        <w:br/>
        <w:br/>
        <w:t>де дяк учив і грамоти, й письма:</w:t>
      </w:r>
    </w:p>
    <w:p>
      <w:r>
        <w:br/>
        <w:br/>
        <w:t>Козацька школа, крита очеретом&lt;br /&gt;</w:t>
        <w:br/>
        <w:br/>
        <w:t>благенькі стіни, плетені з лози,&lt;br /&gt;</w:t>
        <w:br/>
        <w:br/>
        <w:t>на піввікна заплющена заметом&lt;br /&gt;</w:t>
        <w:br/>
        <w:br/>
        <w:t>три лави, стіл, псалтир і образи.</w:t>
      </w:r>
    </w:p>
    <w:p>
      <w:r>
        <w:br/>
        <w:br/>
        <w:t>Аз-буки-вєді&amp;hellip; Що тоді я відала?&lt;br /&gt;</w:t>
        <w:br/>
        <w:br/>
        <w:t>Не осягла й глибокості письма.&lt;br /&gt;</w:t>
        <w:br/>
        <w:br/>
        <w:t>Ішла додому &amp;mdash; снігом пообідала.&lt;br /&gt;</w:t>
        <w:br/>
        <w:br/>
        <w:t>Аз-буки-вєді&amp;hellip;Голод і зима.</w:t>
      </w:r>
    </w:p>
    <w:p>
      <w:r>
        <w:br/>
        <w:br/>
        <w:t>Одвірок за ніч намерзає в сінях.&lt;br /&gt;</w:t>
        <w:br/>
        <w:br/>
        <w:t>Стоять в кутку забуті рогачі.&lt;br /&gt;</w:t>
        <w:br/>
        <w:br/>
        <w:t>Перелузали зиму, як насіння,&lt;br /&gt;</w:t>
        <w:br/>
        <w:br/>
        <w:t>удвох одні на тій-таки печі.</w:t>
      </w:r>
    </w:p>
    <w:p>
      <w:r>
        <w:br/>
        <w:br/>
        <w:t>&amp;hellip;Про татка звістки не було з півгоду,&lt;br /&gt;</w:t>
        <w:br/>
        <w:br/>
        <w:t>уже й Кузьма з Дем&amp;rsquo;яном розминувсь.&lt;br /&gt;</w:t>
        <w:br/>
        <w:br/>
        <w:t>Бо у Полтаву із того походу&lt;br /&gt;</w:t>
        <w:br/>
        <w:br/>
        <w:t>ніхто живий тоді ще не вернувсь.</w:t>
      </w:r>
    </w:p>
    <w:p>
      <w:r>
        <w:br/>
        <w:br/>
        <w:t>Чутки ходили, що Павлюк не виждав,&lt;br /&gt;</w:t>
        <w:br/>
        <w:br/>
        <w:t>що ті Кумейки &amp;mdash; то кривавий сніг.&lt;br /&gt;</w:t>
        <w:br/>
        <w:br/>
        <w:t>Що хто там здався, тільки той і вижив.&lt;br /&gt;</w:t>
        <w:br/>
        <w:br/>
        <w:t>А батько ж наш, він здатися не міг.</w:t>
      </w:r>
    </w:p>
    <w:p>
      <w:r>
        <w:br/>
        <w:br/>
        <w:t>Він гордий був, Гордієм він і звався.&lt;br /&gt;</w:t>
        <w:br/>
        <w:br/>
        <w:t>Він лицар був, дарма, що постоли.&lt;br /&gt;</w:t>
        <w:br/>
        <w:br/>
        <w:t>Стояв на смерть. Ніколи не здавався.&lt;br /&gt;</w:t>
        <w:br/>
        <w:br/>
        <w:t>Йому скрутили руки і здали.</w:t>
      </w:r>
    </w:p>
    <w:p>
      <w:r>
        <w:br/>
        <w:br/>
        <w:t>Що з Павлюка, живого, шкіру здерли.&lt;br /&gt;</w:t>
        <w:br/>
        <w:br/>
        <w:t>Що з ним взяли ще четверо старшин.&lt;br /&gt;</w:t>
        <w:br/>
        <w:br/>
        <w:t>Що проти того, як вони умерли,&lt;br /&gt;</w:t>
        <w:br/>
        <w:br/>
        <w:t>І суд страшний не здасться вже страшним!</w:t>
      </w:r>
    </w:p>
    <w:p>
      <w:r>
        <w:br/>
        <w:br/>
        <w:t>А потім їхні голови на палях&lt;br /&gt;</w:t>
        <w:br/>
        <w:br/>
        <w:t>повиставляли в полкових містах.&lt;br /&gt;</w:t>
        <w:br/>
        <w:br/>
        <w:t>Людей зганяли. Мати моя впала,&lt;br /&gt;</w:t>
        <w:br/>
        <w:br/>
        <w:t>і крик замерз у неї на вустах.</w:t>
      </w:r>
    </w:p>
    <w:p>
      <w:r>
        <w:br/>
        <w:br/>
        <w:t>А смерть кружляє, кружляє, кружляє,&lt;br /&gt;</w:t>
        <w:br/>
        <w:br/>
        <w:t>кружляє навколо палі.&lt;br /&gt;</w:t>
        <w:br/>
        <w:br/>
        <w:t>Наносить білого снігу&lt;br /&gt;</w:t>
        <w:br/>
        <w:br/>
        <w:t>у очі його запалі.&lt;br /&gt;</w:t>
        <w:br/>
        <w:br/>
        <w:t>А я нічого не бачу...&lt;br /&gt;</w:t>
        <w:br/>
        <w:br/>
        <w:t>якась в очах крутанина&amp;hellip;&lt;br /&gt;</w:t>
        <w:br/>
        <w:br/>
        <w:t>Кружляє, кружляє, кружляє&lt;br /&gt;</w:t>
        <w:br/>
        <w:br/>
        <w:t>ота страшна хуртовина!</w:t>
      </w:r>
    </w:p>
    <w:p>
      <w:r>
        <w:br/>
        <w:br/>
        <w:t>Танцює, хижа і п&amp;rsquo;яна,&lt;br /&gt;</w:t>
        <w:br/>
        <w:br/>
        <w:t>льодистими сережками трясе.&lt;br /&gt;</w:t>
        <w:br/>
        <w:br/>
        <w:t>Як голову криваву Іоанна&lt;br /&gt;</w:t>
        <w:br/>
        <w:br/>
        <w:t>над білим світом Іроду несе...</w:t>
      </w:r>
    </w:p>
    <w:p>
      <w:r>
        <w:br/>
        <w:br/>
        <w:t>А через рік, і через два, і три&lt;br /&gt;</w:t>
        <w:br/>
        <w:br/>
        <w:t>сумні у нас були свят-вечори.&lt;br /&gt;</w:t>
        <w:br/>
        <w:br/>
        <w:t>Усе печаль, все тінь його незрима.&lt;br /&gt;</w:t>
        <w:br/>
        <w:br/>
        <w:t>Колядники співають під дверима:&lt;br /&gt;</w:t>
        <w:br/>
        <w:br/>
        <w:t>&amp;quot;Ой чи є, чи нема&lt;br /&gt;</w:t>
        <w:br/>
        <w:br/>
        <w:t>пан-господар вдом&amp;aacute;?&amp;quot;</w:t>
      </w:r>
    </w:p>
    <w:p>
      <w:r>
        <w:br/>
        <w:br/>
        <w:t>А пам&amp;rsquo;ять про нього на покуті&lt;br /&gt;</w:t>
        <w:br/>
        <w:br/>
        <w:t>головою на руки впала.</w:t>
      </w:r>
    </w:p>
    <w:p>
      <w:r>
        <w:br/>
        <w:br/>
        <w:t>* * *</w:t>
      </w:r>
    </w:p>
    <w:p>
      <w:r>
        <w:br/>
        <w:br/>
        <w:t>...Ішов&amp;mdash; кобзар у нас через Полтаву.&lt;br /&gt;</w:t>
        <w:br/>
        <w:br/>
        <w:t>Ну, обступили, просять, що кому,&amp;mdash;&lt;br /&gt;</w:t>
        <w:br/>
        <w:br/>
        <w:t>той про сирітку, той про давню славу,&lt;br /&gt;</w:t>
        <w:br/>
        <w:br/>
        <w:t>той про Азов, а той про Кодим&amp;yacute;.</w:t>
      </w:r>
    </w:p>
    <w:p>
      <w:r>
        <w:br/>
        <w:br/>
        <w:t>І я стою. Отак стояла, скраю.&lt;br /&gt;</w:t>
        <w:br/>
        <w:br/>
        <w:t>А він співав невільницькі плачі.&lt;br /&gt;</w:t>
        <w:br/>
        <w:br/>
        <w:t>І раптом чую: &amp;quot;Орлику... Чураю!&amp;quot;&lt;br /&gt;</w:t>
        <w:br/>
        <w:br/>
        <w:t>Я оніміла. &amp;quot;Орлику... Чураю!..&amp;quot;&lt;br /&gt;</w:t>
        <w:br/>
        <w:br/>
        <w:t>Як я тоді наплакалась вночі!</w:t>
      </w:r>
    </w:p>
    <w:p>
      <w:r>
        <w:br/>
        <w:br/>
        <w:t>Усе ввижалось: &amp;quot;Орлику Чураю,&lt;br /&gt;</w:t>
        <w:br/>
        <w:br/>
        <w:t>Ой забили тебе ляхи у своєму краю!&amp;quot;</w:t>
      </w:r>
    </w:p>
    <w:p>
      <w:r>
        <w:br/>
        <w:br/>
        <w:t>Все думала: хоч би ж було спитати,&lt;br /&gt;</w:t>
        <w:br/>
        <w:br/>
        <w:t>хто склав слова про нього, про той край.&lt;br /&gt;</w:t>
        <w:br/>
        <w:br/>
        <w:t>Що був же він ріднесенький мій тато,&lt;br /&gt;</w:t>
        <w:br/>
        <w:br/>
        <w:t>а от тепер він &amp;mdash; орлик, він Чурай.</w:t>
      </w:r>
    </w:p>
    <w:p>
      <w:r>
        <w:br/>
        <w:br/>
        <w:t>Тепер він з нами в радості і в сумі.&lt;br /&gt;</w:t>
        <w:br/>
        <w:br/>
        <w:t>Збагнуло серце вражене моє:&lt;br /&gt;</w:t>
        <w:br/>
        <w:br/>
        <w:t>пішов у смерть &amp;mdash; і повернувся в думі,&lt;br /&gt;</w:t>
        <w:br/>
        <w:br/>
        <w:t>і вже тепер ніхто його не вб&amp;rsquo;є.</w:t>
      </w:r>
    </w:p>
    <w:p>
      <w:r>
        <w:br/>
        <w:br/>
        <w:t>І десь в ті дні, несміло, випадково,&lt;br /&gt;</w:t>
        <w:br/>
        <w:br/>
        <w:t>хоч я вже й пісню склала не одну,&lt;br /&gt;</w:t>
        <w:br/>
        <w:br/>
        <w:t>печаль моя торкнула вперше&lt;br /&gt;</w:t>
        <w:br/>
        <w:br/>
        <w:t>слово,&lt;br /&gt;</w:t>
        <w:br/>
        <w:br/>
        <w:t>як той кобзар торкав свою струну.</w:t>
      </w:r>
    </w:p>
    <w:p>
      <w:r>
        <w:br/>
        <w:br/>
        <w:t>...Спливло життя, як листя за водою.&lt;br /&gt;</w:t>
        <w:br/>
        <w:br/>
        <w:t>Я пригадала матір молодою.</w:t>
      </w:r>
    </w:p>
    <w:p>
      <w:r>
        <w:br/>
        <w:br/>
        <w:t>Вона у мене, як була молодша,&lt;br /&gt;</w:t>
        <w:br/>
        <w:br/>
        <w:t>була предивна, як на людський глузд.&lt;br /&gt;</w:t>
        <w:br/>
        <w:br/>
        <w:t>Було, сльозами набрякають очі,&lt;br /&gt;</w:t>
        <w:br/>
        <w:br/>
        <w:t>вона ж сміється кутиками вуст.&lt;br /&gt;</w:t>
        <w:br/>
        <w:br/>
        <w:t>Таке обличчя чи така вже звичка,&lt;br /&gt;</w:t>
        <w:br/>
        <w:br/>
        <w:t>а голосочок! &amp;mdash; чистий, мов кришталь.&lt;br /&gt;</w:t>
        <w:br/>
        <w:br/>
        <w:t>Така була красива молодичка,&lt;br /&gt;</w:t>
        <w:br/>
        <w:br/>
        <w:t>вуста сміються, а в очах печаль.&lt;br /&gt;</w:t>
        <w:br/>
        <w:br/>
        <w:t>Вона й мені казала:&lt;br /&gt;</w:t>
        <w:br/>
        <w:br/>
        <w:t>&amp;mdash; Як не буде,&lt;br /&gt;</w:t>
        <w:br/>
        <w:br/>
        <w:t>не скигли, доню, то великий брид.&lt;br /&gt;</w:t>
        <w:br/>
        <w:br/>
        <w:t>Здушили сльози &amp;mdash; не виходь на люди.&lt;br /&gt;</w:t>
        <w:br/>
        <w:br/>
        <w:t>Болить душа &amp;mdash; не виявляй на вид.</w:t>
      </w:r>
    </w:p>
    <w:p>
      <w:r>
        <w:br/>
        <w:br/>
        <w:t>Як горе те сподіялося з нами,&amp;mdash;&lt;br /&gt;</w:t>
        <w:br/>
        <w:br/>
        <w:t>не стало батька, то на другий рік&lt;br /&gt;</w:t>
        <w:br/>
        <w:br/>
        <w:t>так хлопці і ходили табунами,&lt;br /&gt;</w:t>
        <w:br/>
        <w:br/>
        <w:t>щоб хоч побачить матір звіддалік.</w:t>
      </w:r>
    </w:p>
    <w:p>
      <w:r>
        <w:br/>
        <w:br/>
        <w:t>Та й батько теж удатний був на вроду.&lt;br /&gt;</w:t>
        <w:br/>
        <w:br/>
        <w:t>А що вже сильний, то, мабуть, найдужчий.&lt;br /&gt;</w:t>
        <w:br/>
        <w:br/>
        <w:t>Звела їх доля, наче, в нагороду&lt;br /&gt;</w:t>
        <w:br/>
        <w:br/>
        <w:t>за те, що мали незглибимі душі.</w:t>
      </w:r>
    </w:p>
    <w:p>
      <w:r>
        <w:br/>
        <w:br/>
        <w:t>Було, дивлюсь та й думаю: &amp;quot;Ой нене,&lt;br /&gt;</w:t>
        <w:br/>
        <w:br/>
        <w:t>який у мене тато!&amp;quot; &amp;mdash; або знов:&lt;br /&gt;</w:t>
        <w:br/>
        <w:br/>
        <w:t>що я колись як виросту, і в мене,&lt;br /&gt;</w:t>
        <w:br/>
        <w:br/>
        <w:t>і в мене буде отака любов!</w:t>
      </w:r>
    </w:p>
    <w:p>
      <w:r>
        <w:br/>
        <w:br/>
        <w:t>...Ну, от я й виросла.&lt;br /&gt;</w:t>
        <w:br/>
        <w:br/>
        <w:t>Ловлю себе на слові.&lt;br /&gt;</w:t>
        <w:br/>
        <w:br/>
        <w:t>То як, Марусю? Полюбив? Такий?&lt;br /&gt;</w:t>
        <w:br/>
        <w:br/>
        <w:t>Я &amp;mdash; навіжена. Я &amp;mdash; дитя любові.&lt;br /&gt;</w:t>
        <w:br/>
        <w:br/>
        <w:t>Мені без неї білий світ глевкий.</w:t>
      </w:r>
    </w:p>
    <w:p>
      <w:r>
        <w:br/>
        <w:br/>
        <w:t>Ото за те й судити мене треба.&lt;br /&gt;</w:t>
        <w:br/>
        <w:br/>
        <w:t>Всі кари світу будуть замалі.&lt;br /&gt;</w:t>
        <w:br/>
        <w:br/>
        <w:t>Моя любов чолом сягала неба,&lt;br /&gt;</w:t>
        <w:br/>
        <w:br/>
        <w:t>а Гриць ходив ногами по землі.</w:t>
      </w:r>
    </w:p>
    <w:p>
      <w:r>
        <w:br/>
        <w:br/>
        <w:t>Біднесенький, намучився зі мною.&lt;br /&gt;</w:t>
        <w:br/>
        <w:br/>
        <w:t>Веселий був, а я була сумною.&lt;br /&gt;</w:t>
        <w:br/>
        <w:br/>
        <w:t>Ласкавий був, розгублений і добрий.&lt;br /&gt;</w:t>
        <w:br/>
        <w:br/>
        <w:t>Зайшов за мене, як за чорний обрій.</w:t>
      </w:r>
    </w:p>
    <w:p>
      <w:r>
        <w:br/>
        <w:br/>
        <w:t>Гукав мене, а я вже не озвалась.&lt;br /&gt;</w:t>
        <w:br/>
        <w:br/>
        <w:t>Заплутався,&amp;mdash; сказала: вибирай.&lt;br /&gt;</w:t>
        <w:br/>
        <w:br/>
        <w:t>А в нього ж серце навпіл розривалось.&lt;br /&gt;</w:t>
        <w:br/>
        <w:br/>
        <w:t>А він Бобренко. Він же не Чурай.</w:t>
      </w:r>
    </w:p>
    <w:p>
      <w:r>
        <w:br/>
        <w:br/>
        <w:t>Чурай, той так: побачив свою долю,&amp;mdash;&lt;br /&gt;</w:t>
        <w:br/>
        <w:br/>
        <w:t>ось ти, ось я, тепер нас буде двоє.&lt;br /&gt;</w:t>
        <w:br/>
        <w:br/>
        <w:t>А що у мене стіни голі,&amp;mdash;&lt;br /&gt;</w:t>
        <w:br/>
        <w:br/>
        <w:t>повісим костю саджені пістолі&lt;br /&gt;</w:t>
        <w:br/>
        <w:br/>
        <w:t>та килим з дірком. І у курені&lt;br /&gt;</w:t>
        <w:br/>
        <w:br/>
        <w:t>з тобою буде солодко мені.</w:t>
      </w:r>
    </w:p>
    <w:p>
      <w:r>
        <w:br/>
        <w:br/>
        <w:t>А Гриць не так. То розум десь не татків:&lt;br /&gt;</w:t>
        <w:br/>
        <w:br/>
        <w:t>&amp;mdash; З&amp;rsquo;єднаєм що, нестатки до нестатків?&lt;br /&gt;</w:t>
        <w:br/>
        <w:br/>
        <w:t>Багатому і діти чорт колише,&lt;br /&gt;</w:t>
        <w:br/>
        <w:br/>
        <w:t>а бідному і янгол не рідня.&lt;br /&gt;</w:t>
        <w:br/>
        <w:br/>
        <w:t>А як землі нам мати не одпише?&lt;br /&gt;</w:t>
        <w:br/>
        <w:br/>
        <w:t>А ще ж стягтися треба й на коня.&lt;br /&gt;</w:t>
        <w:br/>
        <w:br/>
        <w:t>Подбати мушу про якусь копійку.&lt;br /&gt;</w:t>
        <w:br/>
        <w:br/>
        <w:t>Весілля мушу справити, ая.&lt;br /&gt;</w:t>
        <w:br/>
        <w:br/>
        <w:t>То ж був один, тепер нас буде двійко.&lt;br /&gt;</w:t>
        <w:br/>
        <w:br/>
        <w:t>Аж мати раз не втерпіла моя:&lt;br /&gt;</w:t>
        <w:br/>
        <w:br/>
        <w:t>&amp;mdash; Що ти все:&lt;br /&gt;</w:t>
        <w:br/>
        <w:br/>
        <w:t>мушу, мушу, мушу, мушу?!&lt;br /&gt;</w:t>
        <w:br/>
        <w:br/>
        <w:t>Земля, земля... А небо твоє де?&lt;br /&gt;</w:t>
        <w:br/>
        <w:br/>
        <w:t>Як будеш так розношувати душу,&lt;br /&gt;</w:t>
        <w:br/>
        <w:br/>
        <w:t>вона, гляди, із совісті спаде.</w:t>
      </w:r>
    </w:p>
    <w:p>
      <w:r>
        <w:br/>
        <w:br/>
        <w:t>А він прийшов тоді з-під Берестечка.&lt;br /&gt;</w:t>
        <w:br/>
        <w:br/>
        <w:t>Страшна поразка душі всім пекла.&lt;br /&gt;</w:t>
        <w:br/>
        <w:br/>
        <w:t>Дражливий став. Ледь що, вже й суперечка.&lt;br /&gt;</w:t>
        <w:br/>
        <w:br/>
        <w:t>Гіркі думки не сходили з чола.</w:t>
      </w:r>
    </w:p>
    <w:p>
      <w:r>
        <w:br/>
        <w:br/>
        <w:t>Приходив рідко, лагідний не дуже.&lt;br /&gt;</w:t>
        <w:br/>
        <w:br/>
        <w:t>Все курить, курить, люлька на губі.&lt;br /&gt;</w:t>
        <w:br/>
        <w:br/>
        <w:t>Такий зробивсь, не прозирнеш у душу.&lt;br /&gt;</w:t>
        <w:br/>
        <w:br/>
        <w:t>Якийсь чужий,&amp;mdash; мені чи вже й собі?</w:t>
      </w:r>
    </w:p>
    <w:p>
      <w:r>
        <w:br/>
        <w:br/>
        <w:t>А якось каже: &amp;mdash; Щастя треба красти.&lt;br /&gt;</w:t>
        <w:br/>
        <w:br/>
        <w:t>Хоч добре, не заклюнулось дитя.&lt;br /&gt;</w:t>
        <w:br/>
        <w:br/>
        <w:t>Весілля знову мусимо відкласти.&lt;br /&gt;</w:t>
        <w:br/>
        <w:br/>
        <w:t>Що зробиш, мила, як таке життя?</w:t>
      </w:r>
    </w:p>
    <w:p>
      <w:r>
        <w:br/>
        <w:br/>
        <w:t>Погане літо, не було врожаю.&lt;br /&gt;</w:t>
        <w:br/>
        <w:br/>
        <w:t>Та ще ж тягтись на чоботи й кожух.&lt;br /&gt;</w:t>
        <w:br/>
        <w:br/>
        <w:t>А я такий, я матір поважаю.&lt;br /&gt;</w:t>
        <w:br/>
        <w:br/>
        <w:t>Я впоперек їй слова не скажу.</w:t>
      </w:r>
    </w:p>
    <w:p>
      <w:r>
        <w:br/>
        <w:br/>
        <w:t>Бобренчиха все губи затискала,&lt;br /&gt;</w:t>
        <w:br/>
        <w:br/>
        <w:t>нікуди з дому Гриця не пускала.</w:t>
      </w:r>
    </w:p>
    <w:p>
      <w:r>
        <w:br/>
        <w:br/>
        <w:t>Зустріла матір десь біля криниці.&lt;br /&gt;</w:t>
        <w:br/>
        <w:br/>
        <w:t>Про дощ, про грім, про курку, про бичка.&lt;br /&gt;</w:t>
        <w:br/>
        <w:br/>
        <w:t>Що добрий гетьман був із Остряниці&lt;br /&gt;</w:t>
        <w:br/>
        <w:br/>
        <w:t>і що хазяїн добрий з Вишняка.&lt;br /&gt;</w:t>
        <w:br/>
        <w:br/>
        <w:t>Що час летить, а треба якось жити.&lt;br /&gt;</w:t>
        <w:br/>
        <w:br/>
        <w:t>Любов любов&amp;rsquo;ю, а життя важке.&lt;br /&gt;</w:t>
        <w:br/>
        <w:br/>
        <w:t>Що вже дітей пора б і одружити.&lt;br /&gt;</w:t>
        <w:br/>
        <w:br/>
        <w:t>Насамкінець промовила таке:</w:t>
      </w:r>
    </w:p>
    <w:p>
      <w:r>
        <w:br/>
        <w:br/>
        <w:t>&amp;mdash; Якби ти добре в бога попросила,&lt;br /&gt;</w:t>
        <w:br/>
        <w:br/>
        <w:t>то мали б ми ще й радість на віку:&lt;br /&gt;</w:t>
        <w:br/>
        <w:br/>
        <w:t>твоя пішла б за гетьманського сина,&lt;br /&gt;</w:t>
        <w:br/>
        <w:br/>
        <w:t>а мій хазяйську сватав би дочку.</w:t>
      </w:r>
    </w:p>
    <w:p>
      <w:r>
        <w:br/>
        <w:br/>
        <w:t>А мати &amp;mdash; й слова. Тільки почала&lt;br /&gt;</w:t>
        <w:br/>
        <w:br/>
        <w:t>чогось про мене дбати, як про хвору.&lt;br /&gt;</w:t>
        <w:br/>
        <w:br/>
        <w:t>Дивлюсь: і в церкву старістю пішла&lt;br /&gt;</w:t>
        <w:br/>
        <w:br/>
        <w:t>дорогою кружною через гору.</w:t>
      </w:r>
    </w:p>
    <w:p>
      <w:r>
        <w:br/>
        <w:br/>
        <w:t>Питаю: &amp;mdash; Мамо, хто це вам допік,&lt;br /&gt;</w:t>
        <w:br/>
        <w:br/>
        <w:t>що ви уже не ходите тудою?&lt;br /&gt;</w:t>
        <w:br/>
        <w:br/>
        <w:t>&amp;mdash; Я,&amp;mdash; каже,&amp;mdash; й стежку обмину в їх бік&lt;br /&gt;</w:t>
        <w:br/>
        <w:br/>
        <w:t>і закроплю свяченою водою!</w:t>
      </w:r>
    </w:p>
    <w:p>
      <w:r>
        <w:br/>
        <w:br/>
        <w:t>&amp;mdash; Чого ви, мамо, незлюбили Гриця?&lt;br /&gt;</w:t>
        <w:br/>
        <w:br/>
        <w:t>Яка вас думка все не полиша?&lt;br /&gt;</w:t>
        <w:br/>
        <w:br/>
        <w:t>&amp;mdash; Не служать очі на таке дивиться,&lt;br /&gt;</w:t>
        <w:br/>
        <w:br/>
        <w:t>щоб так двоїлась хлопцеві душа!</w:t>
      </w:r>
    </w:p>
    <w:p>
      <w:r>
        <w:br/>
        <w:br/>
        <w:t>&amp;mdash; Не вірте, мамо! Гриць такий хороший.&lt;br /&gt;</w:t>
        <w:br/>
        <w:br/>
        <w:t>Він клявся, мамо, що навіки мій.&lt;br /&gt;</w:t>
        <w:br/>
        <w:br/>
        <w:t>&amp;mdash; Ой доню, доню, в їх до смутку грошей.&lt;br /&gt;</w:t>
        <w:br/>
        <w:br/>
        <w:t>То ж Вишняки, то ж Галя, зрозумій.</w:t>
      </w:r>
    </w:p>
    <w:p>
      <w:r>
        <w:br/>
        <w:br/>
        <w:t>&amp;mdash; Але то ж &amp;mdash; Гриць. І я. То ж ми із Грицем.&lt;br /&gt;</w:t>
        <w:br/>
        <w:br/>
        <w:t>Та він же в світі отакий один.&lt;br /&gt;</w:t>
        <w:br/>
        <w:br/>
        <w:t>Він, мамо, гордий. Він козак. Він лицар.&lt;br /&gt;</w:t>
        <w:br/>
        <w:br/>
        <w:t>І що для нього гроші, мамо? Дим.&lt;br /&gt;</w:t>
        <w:br/>
        <w:br/>
        <w:t>Хіба наш батько ласий був на гроші?&lt;br /&gt;</w:t>
        <w:br/>
        <w:br/>
        <w:t>Хоч таляр він у вузлик зав&amp;rsquo;язав?&lt;br /&gt;</w:t>
        <w:br/>
        <w:br/>
        <w:t>Хіба ж не ви були в Золотоноші&lt;br /&gt;</w:t>
        <w:br/>
        <w:br/>
        <w:t>єдине золото, яке він там узяв?</w:t>
      </w:r>
    </w:p>
    <w:p>
      <w:r>
        <w:br/>
        <w:br/>
        <w:t>&amp;mdash; Ох, не рівняй!. Роти в людей, як верші.&lt;br /&gt;</w:t>
        <w:br/>
        <w:br/>
        <w:t>Ти кажеш &amp;mdash; батько, а життя біжить.&lt;br /&gt;</w:t>
        <w:br/>
        <w:br/>
        <w:t>Наш батько &amp;mdash; з тих, що умирали перші.&lt;br /&gt;</w:t>
        <w:br/>
        <w:br/>
        <w:t>А Гриць Бобренко &amp;mdash; з тих, що хочуть жить.</w:t>
      </w:r>
    </w:p>
    <w:p>
      <w:r>
        <w:br/>
        <w:br/>
        <w:t>А я чуток недочувала,&lt;br /&gt;</w:t>
        <w:br/>
        <w:br/>
        <w:t>втішала матір попервах.&lt;br /&gt;</w:t>
        <w:br/>
        <w:br/>
        <w:t>Але й сама вже відчувала:&lt;br /&gt;</w:t>
        <w:br/>
        <w:br/>
        <w:t>щось правди є в її словах.</w:t>
      </w:r>
    </w:p>
    <w:p>
      <w:r>
        <w:br/>
        <w:br/>
        <w:t>Кого діждалась? Парубка чи воїна?&lt;br /&gt;</w:t>
        <w:br/>
        <w:br/>
        <w:t>Чому не йде? Здавалося в ті дні,&amp;mdash;&lt;br /&gt;</w:t>
        <w:br/>
        <w:br/>
        <w:t>моя любов, прогіркла й перестояна&lt;br /&gt;</w:t>
        <w:br/>
        <w:br/>
        <w:t>вже скоро душу випалить мені&amp;hellip;</w:t>
      </w:r>
    </w:p>
    <w:p>
      <w:r>
        <w:br/>
        <w:br/>
        <w:t>Я ж так боялась підлості і бруду!&lt;br /&gt;</w:t>
        <w:br/>
        <w:br/>
        <w:t>Гули думки, сколошкані, як рій&lt;br /&gt;</w:t>
        <w:br/>
        <w:br/>
        <w:t>Сама нічого, якось перебуду.&lt;br /&gt;</w:t>
        <w:br/>
        <w:br/>
        <w:t>А що скажу я матері старій?</w:t>
      </w:r>
    </w:p>
    <w:p>
      <w:r>
        <w:br/>
        <w:br/>
        <w:t>А мати знала. Мати все вже знала.&lt;br /&gt;</w:t>
        <w:br/>
        <w:br/>
        <w:t>Снує чутки нещастя, як павук.&lt;br /&gt;</w:t>
        <w:br/>
        <w:br/>
        <w:t>Не дорікала, не випоминала,&lt;br /&gt;</w:t>
        <w:br/>
        <w:br/>
        <w:t>а тільки все їй падало із рук.</w:t>
      </w:r>
    </w:p>
    <w:p>
      <w:r>
        <w:br/>
        <w:br/>
        <w:t>А раз сказала з розпачу гіркого:&lt;br /&gt;</w:t>
        <w:br/>
        <w:br/>
        <w:t>&amp;mdash; Є ж лицарі у нашому краю!&lt;br /&gt;</w:t>
        <w:br/>
        <w:br/>
        <w:t>О боже мій, на кого ж ти, на кого&lt;br /&gt;</w:t>
        <w:br/>
        <w:br/>
        <w:t>збагнітувала молодість свою?!</w:t>
      </w:r>
    </w:p>
    <w:p>
      <w:r>
        <w:br/>
        <w:br/>
        <w:t>&amp;hellip;Мені немов полегшало відтоді.&lt;br /&gt;</w:t>
        <w:br/>
        <w:br/>
        <w:t>Зболілася. Відмучилася. Годі.&lt;br /&gt;</w:t>
        <w:br/>
        <w:br/>
        <w:t>Спинити Гриця не зробила й спроби.&lt;br /&gt;</w:t>
        <w:br/>
        <w:br/>
        <w:t>Ходжу, хитаюсь, як після хвороби.&lt;br /&gt;</w:t>
        <w:br/>
        <w:br/>
        <w:t>І хоч би злість яка чи ворожнеча,&amp;mdash;&lt;br /&gt;</w:t>
        <w:br/>
        <w:br/>
        <w:t>нема нічого. Пустка. Порожнеча.</w:t>
      </w:r>
    </w:p>
    <w:p>
      <w:r>
        <w:br/>
        <w:br/>
        <w:t>Усе жаліла я його чомусь.&lt;br /&gt;</w:t>
        <w:br/>
        <w:br/>
        <w:t>Або до Галі мислями звернусь:&lt;br /&gt;</w:t>
        <w:br/>
        <w:br/>
        <w:t>&amp;mdash; А може, хтозна, може, так і треба&lt;br /&gt;</w:t>
        <w:br/>
        <w:br/>
        <w:t>Бо хто я, Галю, проти тебе?</w:t>
      </w:r>
    </w:p>
    <w:p>
      <w:r>
        <w:br/>
        <w:br/>
        <w:t>Ти Вишняківна. Рід у вас гучний&lt;br /&gt;</w:t>
        <w:br/>
        <w:br/>
        <w:t>Таких родів не густо у Полтаві.&lt;br /&gt;</w:t>
        <w:br/>
        <w:br/>
        <w:t>Твій батько, Галю, чоловік значний.&lt;br /&gt;</w:t>
        <w:br/>
        <w:br/>
        <w:t>У нього жінка ходе в златоглаві.</w:t>
      </w:r>
    </w:p>
    <w:p>
      <w:r>
        <w:br/>
        <w:br/>
        <w:t>Він не якийсь. Він сам собі Вишняк.&lt;br /&gt;</w:t>
        <w:br/>
        <w:br/>
        <w:t>У нього скроні в срібній папороші.&lt;br /&gt;</w:t>
        <w:br/>
        <w:br/>
        <w:t>Буває так, що слава на дурняк,&lt;br /&gt;</w:t>
        <w:br/>
        <w:br/>
        <w:t>а в нього слава за великі гроші.</w:t>
      </w:r>
    </w:p>
    <w:p>
      <w:r>
        <w:br/>
        <w:br/>
        <w:t>Йому добро саме іде у двір.&lt;br /&gt;</w:t>
        <w:br/>
        <w:br/>
        <w:t>І сад рясний, і нива хлібодарна.&lt;br /&gt;</w:t>
        <w:br/>
        <w:br/>
        <w:t>Він не який визискувач чи звір,&lt;br /&gt;</w:t>
        <w:br/>
        <w:br/>
        <w:t>він просто вміє взяти запівд&amp;aacute;рма.</w:t>
      </w:r>
    </w:p>
    <w:p>
      <w:r>
        <w:br/>
        <w:br/>
        <w:t>Він посідає греблі і поля,&lt;br /&gt;</w:t>
        <w:br/>
        <w:br/>
        <w:t>у Церкву ходить майже щосуботи&lt;br /&gt;</w:t>
        <w:br/>
        <w:br/>
        <w:t>Хто &amp;mdash; за Богдана, хто &amp;mdash; за короля.&lt;br /&gt;</w:t>
        <w:br/>
        <w:br/>
        <w:t>А він &amp;mdash; за тих, которії не проти.</w:t>
      </w:r>
    </w:p>
    <w:p>
      <w:r>
        <w:br/>
        <w:br/>
        <w:t>Як він уміє красно говорить!&lt;br /&gt;</w:t>
        <w:br/>
        <w:br/>
        <w:t>Які у нього займища і луки!&lt;br /&gt;</w:t>
        <w:br/>
        <w:br/>
        <w:t>Вся Україна полум&amp;rsquo;ям горить,&lt;br /&gt;</w:t>
        <w:br/>
        <w:br/>
        <w:t>він і на цьому теж нагріє руки.</w:t>
      </w:r>
    </w:p>
    <w:p>
      <w:r>
        <w:br/>
        <w:br/>
        <w:t>Де треба, вчасно притамує гнів.&lt;br /&gt;</w:t>
        <w:br/>
        <w:br/>
        <w:t>Де треба, скаже правди половину.&lt;br /&gt;</w:t>
        <w:br/>
        <w:br/>
        <w:t>Щасливий дар. Мій батько так не вмів.&lt;br /&gt;</w:t>
        <w:br/>
        <w:br/>
        <w:t>Він знав одне &amp;mdash; боротись до загину.</w:t>
      </w:r>
    </w:p>
    <w:p>
      <w:r>
        <w:br/>
        <w:br/>
        <w:t>А цей примружить плетиво повік,&lt;br /&gt;</w:t>
        <w:br/>
        <w:br/>
        <w:t>все розміркує, зважить, не погребує.&lt;br /&gt;</w:t>
        <w:br/>
        <w:br/>
        <w:t>Твій батько, Галю, мудрий чоловік.&lt;br /&gt;</w:t>
        <w:br/>
        <w:br/>
        <w:t>А може, хтозна, може, так і треба &amp;mdash;&lt;br /&gt;</w:t>
        <w:br/>
        <w:br/>
        <w:t>у всіх оцих скорботах і печалях,&lt;br /&gt;</w:t>
        <w:br/>
        <w:br/>
        <w:t>у всіх оцих одвічних колотнечах &amp;mdash;&lt;br /&gt;</w:t>
        <w:br/>
        <w:br/>
        <w:t>і чураївські голови на палях,&lt;br /&gt;</w:t>
        <w:br/>
        <w:br/>
        <w:t>і вишняківські голови на плечах.</w:t>
      </w:r>
    </w:p>
    <w:p>
      <w:r>
        <w:br/>
        <w:br/>
        <w:t>Вишняк ішов угору все та вгору.&lt;br /&gt;</w:t>
        <w:br/>
        <w:br/>
        <w:t>Вишнячка йшла ушир усе та вшир.&lt;br /&gt;</w:t>
        <w:br/>
        <w:br/>
        <w:t>А Галя дбала в скриню та в комору.&lt;br /&gt;</w:t>
        <w:br/>
        <w:br/>
        <w:t>А бог на небі долю нам вершив.</w:t>
      </w:r>
    </w:p>
    <w:p>
      <w:r>
        <w:br/>
        <w:br/>
        <w:t>...Вони жили далеко, за Розкатом.&lt;br /&gt;</w:t>
        <w:br/>
        <w:br/>
        <w:t>Од нас іти проз 3адихальний Яр.&lt;br /&gt;</w:t>
        <w:br/>
        <w:br/>
        <w:t>У них криниця під дашком лускатим&lt;br /&gt;</w:t>
        <w:br/>
        <w:br/>
        <w:t>і добра хата вікнами в базар.</w:t>
      </w:r>
    </w:p>
    <w:p>
      <w:r>
        <w:br/>
        <w:br/>
        <w:t>Дощі наллють під хатою калюжу &amp;mdash;&lt;br /&gt;</w:t>
        <w:br/>
        <w:br/>
        <w:t>стоять хороми при мілкій воді.&lt;br /&gt;</w:t>
        <w:br/>
        <w:br/>
        <w:t>А в тій калюжі плавають проз ружі&lt;br /&gt;</w:t>
        <w:br/>
        <w:br/>
        <w:t>роменські гуси, наче лебеді.</w:t>
      </w:r>
    </w:p>
    <w:p>
      <w:r>
        <w:br/>
        <w:br/>
        <w:t>А господиня пишна і огрядна.&lt;br /&gt;</w:t>
        <w:br/>
        <w:br/>
        <w:t>А Галя трусить килими та рядна.</w:t>
      </w:r>
    </w:p>
    <w:p>
      <w:r>
        <w:br/>
        <w:br/>
        <w:t>Одна статура в матері і в доньки &amp;mdash;&lt;br /&gt;</w:t>
        <w:br/>
        <w:br/>
        <w:t>обидві круглі, наче карахоньки.</w:t>
      </w:r>
    </w:p>
    <w:p>
      <w:r>
        <w:br/>
        <w:br/>
        <w:t>Такі пухкі у Галі рученята,&lt;br /&gt;</w:t>
        <w:br/>
        <w:br/>
        <w:t>коса білява, куца і товста.&lt;br /&gt;</w:t>
        <w:br/>
        <w:br/>
        <w:t>Як реп&amp;rsquo;яшки, зелені оченята&lt;br /&gt;</w:t>
        <w:br/>
        <w:br/>
        <w:t>і пишно закопилені вуста.</w:t>
      </w:r>
    </w:p>
    <w:p>
      <w:r>
        <w:br/>
        <w:br/>
        <w:t>Глуха до пісні, завжди щось спотворить.&lt;br /&gt;</w:t>
        <w:br/>
        <w:br/>
        <w:t>Все вишиває прошви подуш&amp;oacute;к.&lt;br /&gt;</w:t>
        <w:br/>
        <w:br/>
        <w:t>Ще як мовчить,&amp;mdash; нічого. Заговорить,&amp;mdash;&lt;br /&gt;</w:t>
        <w:br/>
        <w:br/>
        <w:t>гостренькі зуби &amp;mdash; чисто ховрашок.</w:t>
      </w:r>
    </w:p>
    <w:p>
      <w:r>
        <w:br/>
        <w:br/>
        <w:t>Ото як вийде, як заграє брівками,&lt;br /&gt;</w:t>
        <w:br/>
        <w:br/>
        <w:t>очима стрельне і туди, й сюди,&lt;br /&gt;</w:t>
        <w:br/>
        <w:br/>
        <w:t>у чобітках із мідними підківками,&lt;br /&gt;</w:t>
        <w:br/>
        <w:br/>
        <w:t>зелений верх, козлові переди.</w:t>
      </w:r>
    </w:p>
    <w:p>
      <w:r>
        <w:br/>
        <w:br/>
        <w:t>І сниться хлопцям &amp;mdash; придане горою,&lt;br /&gt;</w:t>
        <w:br/>
        <w:br/>
        <w:t>комори, скрині, лантухи, вози!&lt;br /&gt;</w:t>
        <w:br/>
        <w:br/>
        <w:t>А понавколо свахи ходять роєм,&lt;br /&gt;</w:t>
        <w:br/>
        <w:br/>
        <w:t>а зверху Галя котить гарбузи...</w:t>
      </w:r>
    </w:p>
    <w:p>
      <w:r>
        <w:br/>
        <w:br/>
        <w:t>А може, я несправедлива до неї?&lt;br /&gt;</w:t>
        <w:br/>
        <w:br/>
        <w:t>А може, саме таку дружину треба козакові,&amp;mdash;&lt;br /&gt;</w:t>
        <w:br/>
        <w:br/>
        <w:t>до печі і до городу, до коней і до свиней,&lt;br /&gt;</w:t>
        <w:br/>
        <w:br/>
        <w:t>і до ради, і до поради, і вночі до любові?&lt;br /&gt;</w:t>
        <w:br/>
        <w:br/>
        <w:t>Таку м&amp;rsquo;якеньку і теплу, як перестиглу грушу,&lt;br /&gt;</w:t>
        <w:br/>
        <w:br/>
        <w:t>щоб тільки дивилася в очі і ні про що не питалась.&lt;br /&gt;</w:t>
        <w:br/>
        <w:br/>
        <w:t>Приніс чоловік додому свою потовчену душу,&lt;br /&gt;</w:t>
        <w:br/>
        <w:br/>
        <w:t>а жінка, як подорожник, до всіх виразок приклалась.&lt;br /&gt;</w:t>
        <w:br/>
        <w:br/>
        <w:t>Що в неї й хата не хата, а так &amp;mdash; прикалабок раю.&lt;br /&gt;</w:t>
        <w:br/>
        <w:br/>
        <w:t>У неї &amp;mdash; на двох глуп&amp;oacute;ти, у нього &amp;mdash; розум на двох.&lt;br /&gt;</w:t>
        <w:br/>
        <w:br/>
        <w:t>У цьому твердому світі він, може, ніякий скраю,&lt;br /&gt;</w:t>
        <w:br/>
        <w:br/>
        <w:t>зате як прийде додому,&amp;mdash; для жінки він цар і бог.</w:t>
      </w:r>
    </w:p>
    <w:p>
      <w:r>
        <w:br/>
        <w:br/>
        <w:t>На неї можна нагримать, і можна її побити.&lt;br /&gt;</w:t>
        <w:br/>
        <w:br/>
        <w:t>Вона простить, приголубить, розсолу тобі внесе.&lt;br /&gt;</w:t>
        <w:br/>
        <w:br/>
        <w:t>Ти, може, від мене втомився. Мене потрібно любити.&lt;br /&gt;</w:t>
        <w:br/>
        <w:br/>
        <w:t>А там треба тільки женитись. Ото женився &amp;mdash; і все.</w:t>
      </w:r>
    </w:p>
    <w:p>
      <w:r>
        <w:br/>
        <w:br/>
        <w:t>Так дай же вам боже щастя. Прибийте собі підкову.&lt;br /&gt;</w:t>
        <w:br/>
        <w:br/>
        <w:t>Нічим не журися, Грицю. Усе, як я, промине.&lt;br /&gt;</w:t>
        <w:br/>
        <w:br/>
        <w:t>Але ні навмисно, Грицю, ні просто так, випадково,&lt;br /&gt;</w:t>
        <w:br/>
        <w:br/>
        <w:t>ні словом лихим, ні добрим ніколи не згадуй мене.</w:t>
      </w:r>
    </w:p>
    <w:p>
      <w:r>
        <w:br/>
        <w:br/>
        <w:t>...Не маю зла на тебе і на неї.&lt;br /&gt;</w:t>
        <w:br/>
        <w:br/>
        <w:t>Так сталося, і я тепер одна.&lt;br /&gt;</w:t>
        <w:br/>
        <w:br/>
        <w:t>Але я з церкви йшла на Маковея,&lt;br /&gt;</w:t>
        <w:br/>
        <w:br/>
        <w:t>і засміялась вслід мені вона.</w:t>
      </w:r>
    </w:p>
    <w:p>
      <w:r>
        <w:br/>
        <w:br/>
        <w:t>Ішли дівчата, освятивши квіти.&lt;br /&gt;</w:t>
        <w:br/>
        <w:br/>
        <w:t>Я привіталась, проминула їх.&lt;br /&gt;</w:t>
        <w:br/>
        <w:br/>
        <w:t>І раптом з гурту, десь позаду, звідти,&lt;br /&gt;</w:t>
        <w:br/>
        <w:br/>
        <w:t>мені у спину пролунав той сміх.</w:t>
      </w:r>
    </w:p>
    <w:p>
      <w:r>
        <w:br/>
        <w:br/>
        <w:t>А я ішла. Підкошувались ноги.&lt;br /&gt;</w:t>
        <w:br/>
        <w:br/>
        <w:t>Хтось дорікнув їй тихо, при мені ж.&lt;br /&gt;</w:t>
        <w:br/>
        <w:br/>
        <w:t>А я ішла, не бачила дороги,&lt;br /&gt;</w:t>
        <w:br/>
        <w:br/>
        <w:t>і сміх стримів у спині, наче ніж.</w:t>
      </w:r>
    </w:p>
    <w:p>
      <w:r>
        <w:br/>
        <w:br/>
        <w:t>В очах стояло те лукаве личко,&lt;br /&gt;</w:t>
        <w:br/>
        <w:br/>
        <w:t>періщив душу сором, як батіг.&lt;br /&gt;</w:t>
        <w:br/>
        <w:br/>
        <w:t>Воно ж дівча. Нагуляна теличка.&lt;br /&gt;</w:t>
        <w:br/>
        <w:br/>
        <w:t>Прости їй, боже, нерозумний сміх!</w:t>
      </w:r>
    </w:p>
    <w:p>
      <w:r>
        <w:br/>
        <w:br/>
        <w:t>Верни його стокротною луною.&lt;br /&gt;</w:t>
        <w:br/>
        <w:br/>
        <w:t>О ні, я не заплакала при ній.&lt;br /&gt;</w:t>
        <w:br/>
        <w:br/>
        <w:t>Вода зімкнула сонце наді мною&lt;br /&gt;</w:t>
        <w:br/>
        <w:br/>
        <w:t>в старих млинах, на греблі ворскляній&amp;hellip;</w:t>
      </w:r>
    </w:p>
    <w:p>
      <w:r>
        <w:br/>
        <w:br/>
        <w:t>Брате мій, нар&amp;eacute;чений Іваном!&lt;br /&gt;</w:t>
        <w:br/>
        <w:br/>
        <w:t>Нащо рятував мене? Біда.&lt;br /&gt;</w:t>
        <w:br/>
        <w:br/>
        <w:t>Кажуть, десь далеко за лиманом&lt;br /&gt;</w:t>
        <w:br/>
        <w:br/>
        <w:t>море є &amp;mdash; одним лицем вода.</w:t>
      </w:r>
    </w:p>
    <w:p>
      <w:r>
        <w:br/>
        <w:br/>
        <w:t>Кажуть, море &amp;mdash; синє і зелене,&lt;br /&gt;</w:t>
        <w:br/>
        <w:br/>
        <w:t>більше за Дніпро і за Дунай.&lt;br /&gt;</w:t>
        <w:br/>
        <w:br/>
        <w:t>Це не Ворскла, це якраз для мене,&lt;br /&gt;</w:t>
        <w:br/>
        <w:br/>
        <w:t>там не знайдеш, скільки не пірнай.</w:t>
      </w:r>
    </w:p>
    <w:p>
      <w:r>
        <w:br/>
        <w:br/>
        <w:t>Запливти &amp;mdash; і цяточкою стати,&lt;br /&gt;</w:t>
        <w:br/>
        <w:br/>
        <w:t>ген за обрій &amp;mdash; в морі по вуста.&lt;br /&gt;</w:t>
        <w:br/>
        <w:br/>
        <w:t>Вміє море взяти й поховати,&lt;br /&gt;</w:t>
        <w:br/>
        <w:br/>
        <w:t>ні труни не треба, ні хреста.</w:t>
      </w:r>
    </w:p>
    <w:p>
      <w:r>
        <w:br/>
        <w:br/>
        <w:t>А над морем,&amp;mdash;&lt;br /&gt;</w:t>
        <w:br/>
        <w:br/>
        <w:t>там же ні ворони,&lt;br /&gt;</w:t>
        <w:br/>
        <w:br/>
        <w:t>лиш до хвилі чайка припада.&lt;br /&gt;</w:t>
        <w:br/>
        <w:br/>
        <w:t>І оплаче, бо воно солоне,&lt;br /&gt;</w:t>
        <w:br/>
        <w:br/>
        <w:t>і обмиє, бо воно вода...</w:t>
      </w:r>
    </w:p>
    <w:p>
      <w:r>
        <w:br/>
        <w:br/>
        <w:t>Ти не бійся, це я не з гарячки.&lt;br /&gt;</w:t>
        <w:br/>
        <w:br/>
        <w:t>День минув чи, може, вже і два?&lt;br /&gt;</w:t>
        <w:br/>
        <w:br/>
        <w:t>Між корчами раки ходять рачки,&lt;br /&gt;</w:t>
        <w:br/>
        <w:br/>
        <w:t>сновигає зграйками плотва.</w:t>
      </w:r>
    </w:p>
    <w:p>
      <w:r>
        <w:br/>
        <w:br/>
        <w:t>Дожилась я мукою земною,&lt;br /&gt;</w:t>
        <w:br/>
        <w:br/>
        <w:t>що нема й втопитися куди.&lt;br /&gt;</w:t>
        <w:br/>
        <w:br/>
        <w:t>Нащо ходиш назирці за мною?&lt;br /&gt;</w:t>
        <w:br/>
        <w:br/>
        <w:t>Нащо витяг з темної води?</w:t>
      </w:r>
    </w:p>
    <w:p>
      <w:r>
        <w:br/>
        <w:br/>
        <w:t>Я схилилась, бо хотіла пити,&lt;br /&gt;</w:t>
        <w:br/>
        <w:br/>
        <w:t>бо така задуха звідусіль!&lt;br /&gt;</w:t>
        <w:br/>
        <w:br/>
        <w:t>Я ж хотіла не себе втопити,&lt;br /&gt;</w:t>
        <w:br/>
        <w:br/>
        <w:t>я ж хотіла утопити біль!</w:t>
      </w:r>
    </w:p>
    <w:p>
      <w:r>
        <w:br/>
        <w:br/>
        <w:t>Брате мій, наречений Іваном!&lt;br /&gt;</w:t>
        <w:br/>
        <w:br/>
        <w:t>Не люби нікого, не біда. Кажуть,&lt;br /&gt;</w:t>
        <w:br/>
        <w:br/>
        <w:t>десь далеко, за лиманом,&lt;br /&gt;</w:t>
        <w:br/>
        <w:br/>
        <w:t>море є &amp;mdash; одним лицем вода.</w:t>
      </w:r>
    </w:p>
    <w:p>
      <w:r>
        <w:br/>
        <w:br/>
        <w:t>...А нащо я це згадую? Достоту &amp;mdash;&lt;br /&gt;</w:t>
        <w:br/>
        <w:br/>
        <w:t>як той німий, що в камені кричить.&lt;br /&gt;</w:t>
        <w:br/>
        <w:br/>
        <w:t>Душа і тут знайшла собі роботу,&lt;br /&gt;</w:t>
        <w:br/>
        <w:br/>
        <w:t>нема того, щоб сісти й відпочить.</w:t>
      </w:r>
    </w:p>
    <w:p>
      <w:r>
        <w:br/>
        <w:br/>
        <w:t>А як згадаю, боже, як згадаю,&lt;br /&gt;</w:t>
        <w:br/>
        <w:br/>
        <w:t>таку печаль у серці розгойдаю! &amp;mdash;&lt;br /&gt;</w:t>
        <w:br/>
        <w:br/>
        <w:t>ту нашу ніч, ту ніжність, той порив,&lt;br /&gt;</w:t>
        <w:br/>
        <w:br/>
        <w:t>все, що тоді мені він говорив,&lt;br /&gt;</w:t>
        <w:br/>
        <w:br/>
        <w:t>ті поцілунки наші вогняні,&amp;mdash;&lt;br /&gt;</w:t>
        <w:br/>
        <w:br/>
        <w:t>вони горять, як тавра, на мені.</w:t>
      </w:r>
    </w:p>
    <w:p>
      <w:r>
        <w:br/>
        <w:br/>
        <w:t>Які тоді були ми безтурботні!&lt;br /&gt;</w:t>
        <w:br/>
        <w:br/>
        <w:t>Який він був ласкавий і палкий!&lt;br /&gt;</w:t>
        <w:br/>
        <w:br/>
        <w:t>А вже в Полтаві набирали сотні.&lt;br /&gt;</w:t>
        <w:br/>
        <w:br/>
        <w:t>А вже Хмельницький завзивав полки.</w:t>
      </w:r>
    </w:p>
    <w:p>
      <w:r>
        <w:br/>
        <w:br/>
        <w:t>Давно копита відгучали,&lt;br /&gt;</w:t>
        <w:br/>
        <w:br/>
        <w:t>уже пропав за ними й слід.&lt;br /&gt;</w:t>
        <w:br/>
        <w:br/>
        <w:t>Уже дівчата докучали:&lt;br /&gt;</w:t>
        <w:br/>
        <w:br/>
        <w:t>чого чекаєш стільки літ?&lt;br /&gt;</w:t>
        <w:br/>
        <w:br/>
        <w:t>Ти бач, яке життя настало.&lt;br /&gt;</w:t>
        <w:br/>
        <w:br/>
        <w:t>Чекай, літа свої спини.&lt;br /&gt;</w:t>
        <w:br/>
        <w:br/>
        <w:t>Та й будеш дівка-перестарок,&lt;br /&gt;</w:t>
        <w:br/>
        <w:br/>
        <w:t>як він повернеться з війни.</w:t>
      </w:r>
    </w:p>
    <w:p>
      <w:r>
        <w:br/>
        <w:br/>
        <w:t>А я піснями біль тамую.&lt;br /&gt;</w:t>
        <w:br/>
        <w:br/>
        <w:t>Увечері, бувало, сидимо,&amp;mdash;&lt;br /&gt;</w:t>
        <w:br/>
        <w:br/>
        <w:t>задумаюсь, затихну, засумую.&lt;br /&gt;</w:t>
        <w:br/>
        <w:br/>
        <w:t>Пряду печаль... Співається само:</w:t>
      </w:r>
    </w:p>
    <w:p>
      <w:r>
        <w:br/>
        <w:br/>
        <w:t>&amp;quot;Повій, вітре буйнесенький, звідкіль тебе пр&amp;oacute;шу.&lt;br /&gt;</w:t>
        <w:br/>
        <w:br/>
        <w:t>Розвій, вітре, мою тугу, що на серці ношу!&amp;quot;</w:t>
      </w:r>
    </w:p>
    <w:p>
      <w:r>
        <w:br/>
        <w:br/>
        <w:t>А вечір довгий, хуртовина струже.&lt;br /&gt;</w:t>
        <w:br/>
        <w:br/>
        <w:t>Дівчата гомонять про те, про се.&lt;br /&gt;</w:t>
        <w:br/>
        <w:br/>
        <w:t>В розмові я, сказати б, то не дуже.&lt;br /&gt;</w:t>
        <w:br/>
        <w:br/>
        <w:t>А в пісні можу виспівати все.</w:t>
      </w:r>
    </w:p>
    <w:p>
      <w:r>
        <w:br/>
        <w:br/>
        <w:t>Співалося. А ті все не вертались,&lt;br /&gt;</w:t>
        <w:br/>
        <w:br/>
        <w:t>що з&amp;aacute;світ встали в похід з полуночі.&lt;br /&gt;</w:t>
        <w:br/>
        <w:br/>
        <w:t>Слова самі на голос навертались,&lt;br /&gt;</w:t>
        <w:br/>
        <w:br/>
        <w:t>як сльози навертаються на очі.</w:t>
      </w:r>
    </w:p>
    <w:p>
      <w:r>
        <w:br/>
        <w:br/>
        <w:t>...Мартин Пушкар додому відпустив&lt;br /&gt;</w:t>
        <w:br/>
        <w:br/>
        <w:t>свій полк Полтавський в п&amp;rsquo;ятдесятім році,&lt;br /&gt;</w:t>
        <w:br/>
        <w:br/>
        <w:t>щоб кожен собі добре погостив,&lt;br /&gt;</w:t>
        <w:br/>
        <w:br/>
        <w:t>але щоб так &amp;mdash; із шаблею при боці.</w:t>
      </w:r>
    </w:p>
    <w:p>
      <w:r>
        <w:br/>
        <w:br/>
        <w:t>Часи були непевні, лиховісні.&lt;br /&gt;</w:t>
        <w:br/>
        <w:br/>
        <w:t>Як хмари в небі, купчилась війна.&lt;br /&gt;</w:t>
        <w:br/>
        <w:br/>
        <w:t>А це кохання почалося з пісні.&lt;br /&gt;</w:t>
        <w:br/>
        <w:br/>
        <w:t>Могло урватись тільки, як струна.</w:t>
      </w:r>
    </w:p>
    <w:p>
      <w:r>
        <w:br/>
        <w:br/>
        <w:t>Любились ми, не крилися. У мене&lt;br /&gt;</w:t>
        <w:br/>
        <w:br/>
        <w:t>душа, було, піснями аж бринить.&lt;br /&gt;</w:t>
        <w:br/>
        <w:br/>
        <w:t>У цій любові щось було священне,&lt;br /&gt;</w:t>
        <w:br/>
        <w:br/>
        <w:t>таке, чого не можна осквернить.</w:t>
      </w:r>
    </w:p>
    <w:p>
      <w:r>
        <w:br/>
        <w:br/>
        <w:t>Одне одному світ як зав&amp;rsquo;язали,&lt;br /&gt;</w:t>
        <w:br/>
        <w:br/>
        <w:t>в осокорах стояли до зорі.&lt;br /&gt;</w:t>
        <w:br/>
        <w:br/>
        <w:t>Все бачили, ні слова не сказали&lt;br /&gt;</w:t>
        <w:br/>
        <w:br/>
        <w:t>враз посмутнілі наші матері.</w:t>
      </w:r>
    </w:p>
    <w:p>
      <w:r>
        <w:br/>
        <w:br/>
        <w:t>Було, питаю: &amp;mdash; Ну чого ви, мамо?&lt;br /&gt;</w:t>
        <w:br/>
        <w:br/>
        <w:t>Він вам як син. Тепер він буде зять.&amp;mdash;&lt;br /&gt;</w:t>
        <w:br/>
        <w:br/>
        <w:t>А в неї очі &amp;mdash; наче за туманом,&lt;br /&gt;</w:t>
        <w:br/>
        <w:br/>
        <w:t>так, мов чогось хотіла б не сказать.</w:t>
      </w:r>
    </w:p>
    <w:p>
      <w:r>
        <w:br/>
        <w:br/>
        <w:t>Усе журилась, не була б то мати:&lt;br /&gt;</w:t>
        <w:br/>
        <w:br/>
        <w:t>&amp;mdash; Мені чого, мені щоб добре вам.&lt;br /&gt;</w:t>
        <w:br/>
        <w:br/>
        <w:t>А тут іще почав у нас бувати&lt;br /&gt;</w:t>
        <w:br/>
        <w:br/>
        <w:t>син Остряниці Якова, Іван.</w:t>
      </w:r>
    </w:p>
    <w:p>
      <w:r>
        <w:br/>
        <w:br/>
        <w:t>То в монастир з полковником проїде,&lt;br /&gt;</w:t>
        <w:br/>
        <w:br/>
        <w:t>то в хату зайде, поспита води.&lt;br /&gt;</w:t>
        <w:br/>
        <w:br/>
        <w:t>А то колись провідала я діда Галерника,&amp;mdash;&lt;br /&gt;</w:t>
        <w:br/>
        <w:br/>
        <w:t>і він прийшов туди.</w:t>
      </w:r>
    </w:p>
    <w:p>
      <w:r>
        <w:br/>
        <w:br/>
        <w:t>Посидів трохи та й пішов так, мовчки.&lt;br /&gt;</w:t>
        <w:br/>
        <w:br/>
        <w:t>Такий суворий, очі крижані.&lt;br /&gt;</w:t>
        <w:br/>
        <w:br/>
        <w:t>Грицько був красень, очі &amp;mdash; як терночки.&lt;br /&gt;</w:t>
        <w:br/>
        <w:br/>
        <w:t>А цей мовчить і блідне при мені.</w:t>
      </w:r>
    </w:p>
    <w:p>
      <w:r>
        <w:br/>
        <w:br/>
        <w:t>А слово скаже &amp;mdash; з пам&amp;rsquo;яті не викинеш.&lt;br /&gt;</w:t>
        <w:br/>
        <w:br/>
        <w:t>А більш мовчить, не щедрий на слова.&lt;br /&gt;</w:t>
        <w:br/>
        <w:br/>
        <w:t>Таке обличчя, зразу і не звикнеш, &amp;mdash;&lt;br /&gt;</w:t>
        <w:br/>
        <w:br/>
        <w:t>різке, як меч. Тонке, як тятива.</w:t>
      </w:r>
    </w:p>
    <w:p>
      <w:r>
        <w:br/>
        <w:br/>
        <w:t>Та ще й в очах таке щось незбагненне,&lt;br /&gt;</w:t>
        <w:br/>
        <w:br/>
        <w:t>що в мене часом думка промайне:&lt;br /&gt;</w:t>
        <w:br/>
        <w:br/>
        <w:t>чи, може, він щось має проти мене,&lt;br /&gt;</w:t>
        <w:br/>
        <w:br/>
        <w:t>чи, може,&amp;mdash; він ненавидить мене?</w:t>
      </w:r>
    </w:p>
    <w:p>
      <w:r>
        <w:br/>
        <w:br/>
        <w:t>То й хай собі. Мовчанки не порушу.&lt;br /&gt;</w:t>
        <w:br/>
        <w:br/>
        <w:t>Вже й уникаю. А зустріну де,&amp;mdash;&lt;br /&gt;</w:t>
        <w:br/>
        <w:br/>
        <w:t>так наче вдарить блискавкою в душу&lt;br /&gt;</w:t>
        <w:br/>
        <w:br/>
        <w:t>і знов спокійно очі відведе.</w:t>
      </w:r>
    </w:p>
    <w:p>
      <w:r>
        <w:br/>
        <w:br/>
        <w:t>Дівчата кажуть: &amp;mdash; Він тебе кохає.&amp;mdash;&lt;br /&gt;</w:t>
        <w:br/>
        <w:br/>
        <w:t>А я кажу: &amp;mdash; Та цур йому, чудний.&amp;mdash;&lt;br /&gt;</w:t>
        <w:br/>
        <w:br/>
        <w:t>А Гриць, було, і сердиться, й зітхає.&lt;br /&gt;</w:t>
        <w:br/>
        <w:br/>
        <w:t>&amp;mdash; Він,&amp;mdash; каже,&amp;mdash; хитрий,&amp;mdash; каже,&amp;mdash; потайний.</w:t>
      </w:r>
    </w:p>
    <w:p>
      <w:r>
        <w:br/>
        <w:br/>
        <w:t>В нас на кутку його не люблять наші.&lt;br /&gt;</w:t>
        <w:br/>
        <w:br/>
        <w:t>Шляхетний дуже і чолом не б&amp;rsquo;є.&lt;br /&gt;</w:t>
        <w:br/>
        <w:br/>
        <w:t>Він,&amp;mdash; каже,&amp;mdash; гордий. З ним не звариш каші.&lt;br /&gt;</w:t>
        <w:br/>
        <w:br/>
        <w:t>Він і мовчить, бо дума щось своє.</w:t>
      </w:r>
    </w:p>
    <w:p>
      <w:r>
        <w:br/>
        <w:br/>
        <w:t>Гриць був інакший. Щирими очима&lt;br /&gt;</w:t>
        <w:br/>
        <w:br/>
        <w:t>він так дивився приязно на світ!&lt;br /&gt;</w:t>
        <w:br/>
        <w:br/>
        <w:t>Це, Грицю, що, була твоя личина?&lt;br /&gt;</w:t>
        <w:br/>
        <w:br/>
        <w:t>Яку ж ти душу приховав під спід?!</w:t>
      </w:r>
    </w:p>
    <w:p>
      <w:r>
        <w:br/>
        <w:br/>
        <w:t>Бо ж річ не в тім &amp;mdash; женився, не женився,&lt;br /&gt;</w:t>
        <w:br/>
        <w:br/>
        <w:t>прийшов, пішов, забув чи не забув.&lt;br /&gt;</w:t>
        <w:br/>
        <w:br/>
        <w:t>А в тому річ, коли він так змінився?&lt;br /&gt;</w:t>
        <w:br/>
        <w:br/>
        <w:t>Чи, може, він такий і зроду був?</w:t>
      </w:r>
    </w:p>
    <w:p>
      <w:r>
        <w:br/>
        <w:br/>
        <w:t>Нестерпний біль пекучого прозріння!&lt;br /&gt;</w:t>
        <w:br/>
        <w:br/>
        <w:t>Яка мене обплутала мана?&lt;br /&gt;</w:t>
        <w:br/>
        <w:br/>
        <w:t>Чи він мені, чи я йому &amp;mdash; нерівня.&lt;br /&gt;</w:t>
        <w:br/>
        <w:br/>
        <w:t>Нерівня душ &amp;mdash; це гірше, ніж майна!</w:t>
      </w:r>
    </w:p>
    <w:p>
      <w:r>
        <w:br/>
        <w:br/>
        <w:t>* * *</w:t>
      </w:r>
    </w:p>
    <w:p>
      <w:r>
        <w:br/>
        <w:br/>
        <w:t>...Ішли ми з поля. Джміль гудів у глоді.&lt;br /&gt;</w:t>
        <w:br/>
        <w:br/>
        <w:t>Був місяць травень, квіту без числа.&lt;br /&gt;</w:t>
        <w:br/>
        <w:br/>
        <w:t>Коли назустріч Галя на підводі.&lt;br /&gt;</w:t>
        <w:br/>
        <w:br/>
        <w:t>А Гриць і каже: &amp;mdash; Бач, як підросла.</w:t>
      </w:r>
    </w:p>
    <w:p>
      <w:r>
        <w:br/>
        <w:br/>
        <w:t>Минає час, на кого нарікати?&lt;br /&gt;</w:t>
        <w:br/>
        <w:br/>
        <w:t>А я й незчувся, бувши на війні.&lt;br /&gt;</w:t>
        <w:br/>
        <w:br/>
        <w:t>Таке було мишастеньке, пикате,&lt;br /&gt;</w:t>
        <w:br/>
        <w:br/>
        <w:t>а от дивися &amp;mdash; вже на виданні.</w:t>
      </w:r>
    </w:p>
    <w:p>
      <w:r>
        <w:br/>
        <w:br/>
        <w:t>А Галя їде, стрічкою блискоче.&lt;br /&gt;</w:t>
        <w:br/>
        <w:br/>
        <w:t>А віз високий, як гарба сливе.&lt;br /&gt;</w:t>
        <w:br/>
        <w:br/>
        <w:t>&amp;mdash; Оце так віз! &amp;mdash; сміявся.&amp;mdash; Не доскочиш.&lt;br /&gt;</w:t>
        <w:br/>
        <w:br/>
        <w:t>Дочка хазяйська, павою пливе.</w:t>
      </w:r>
    </w:p>
    <w:p>
      <w:r>
        <w:br/>
        <w:br/>
        <w:t>Окрило нас пилюкою. І в пояс&lt;br /&gt;</w:t>
        <w:br/>
        <w:br/>
        <w:t>кленочок поклонився, закивав.&lt;br /&gt;</w:t>
        <w:br/>
        <w:br/>
        <w:t>А Гриць іде, задумався уголос:&lt;br /&gt;</w:t>
        <w:br/>
        <w:br/>
        <w:t>&amp;mdash; За ці літа де я не побував!</w:t>
      </w:r>
    </w:p>
    <w:p>
      <w:r>
        <w:br/>
        <w:br/>
        <w:t>Був на Пиляві і на Жовтих Водах,&lt;br /&gt;</w:t>
        <w:br/>
        <w:br/>
        <w:t>під Корсунем і Збаражем був теж.&lt;br /&gt;</w:t>
        <w:br/>
        <w:br/>
        <w:t>Которий рік, а я усе в походах.&lt;br /&gt;</w:t>
        <w:br/>
        <w:br/>
        <w:t>А ти все ждеш, біднесенька, все ждеш.</w:t>
      </w:r>
    </w:p>
    <w:p>
      <w:r>
        <w:br/>
        <w:br/>
        <w:t>А я все жду. Та не така й біднесенька.&lt;br /&gt;</w:t>
        <w:br/>
        <w:br/>
        <w:t>Не думай, Грицю, справді не така.&lt;br /&gt;</w:t>
        <w:br/>
        <w:br/>
        <w:t>Бо я чекаю не кого, а месника.&lt;br /&gt;</w:t>
        <w:br/>
        <w:br/>
        <w:t>Я ж лицаря чекаю, козака.</w:t>
      </w:r>
    </w:p>
    <w:p>
      <w:r>
        <w:br/>
        <w:br/>
        <w:t>Нема ж бо слави у дому сидячому.&lt;br /&gt;</w:t>
        <w:br/>
        <w:br/>
        <w:t>Про себе, милий, думати не час.&lt;br /&gt;</w:t>
        <w:br/>
        <w:br/>
        <w:t>&amp;mdash; І чим же ми за це тобі віддячимо? &amp;mdash;&lt;br /&gt;</w:t>
        <w:br/>
        <w:br/>
        <w:t>казала так Бобренчиха не раз.</w:t>
      </w:r>
    </w:p>
    <w:p>
      <w:r>
        <w:br/>
        <w:br/>
        <w:t>А дні зминули. Знов у сурми грано.&lt;br /&gt;</w:t>
        <w:br/>
        <w:br/>
        <w:t>А нам було вже й не по двадцять літ.&lt;br /&gt;</w:t>
        <w:br/>
        <w:br/>
        <w:t>Воно уже й женитися не рано,&lt;br /&gt;</w:t>
        <w:br/>
        <w:br/>
        <w:t>так знов же треба вирушать в похід.</w:t>
      </w:r>
    </w:p>
    <w:p>
      <w:r>
        <w:br/>
        <w:br/>
        <w:t>Не говорив ніяких слів.&lt;br /&gt;</w:t>
        <w:br/>
        <w:br/>
        <w:t>Покірним смутком упокорив.&lt;br /&gt;</w:t>
        <w:br/>
        <w:br/>
        <w:t>Обняв за плечі і повів&lt;br /&gt;</w:t>
        <w:br/>
        <w:br/>
        <w:t>під срібне листя осокорів.</w:t>
      </w:r>
    </w:p>
    <w:p>
      <w:r>
        <w:br/>
        <w:br/>
        <w:t>І ми були такі одні,&lt;br /&gt;</w:t>
        <w:br/>
        <w:br/>
        <w:t>така печаль нас пов&amp;rsquo;язала!&lt;br /&gt;</w:t>
        <w:br/>
        <w:br/>
        <w:t>Щось надірвалося в мені,&lt;br /&gt;</w:t>
        <w:br/>
        <w:br/>
        <w:t>і я йому тоді сказала:</w:t>
      </w:r>
    </w:p>
    <w:p>
      <w:r>
        <w:br/>
        <w:br/>
        <w:t>&amp;mdash; Якщо загинеш, буду я вдовою.&lt;br /&gt;</w:t>
        <w:br/>
        <w:br/>
        <w:t>Чи й ти, не знаю, любиш так мене.&lt;br /&gt;</w:t>
        <w:br/>
        <w:br/>
        <w:t>А я вже, Грицю, їден дух з тобою,&lt;br /&gt;</w:t>
        <w:br/>
        <w:br/>
        <w:t>хай ми вже й тілом будемо одне.</w:t>
      </w:r>
    </w:p>
    <w:p>
      <w:r>
        <w:br/>
        <w:br/>
        <w:t>Я цілувала його віченьки,&lt;br /&gt;</w:t>
        <w:br/>
        <w:br/>
        <w:t>аж поки місяць не погас.&lt;br /&gt;</w:t>
        <w:br/>
        <w:br/>
        <w:t>Щаслива тобі цяя ніченька,&lt;br /&gt;</w:t>
        <w:br/>
        <w:br/>
        <w:t>остання, може, у нас!..</w:t>
      </w:r>
    </w:p>
    <w:p>
      <w:r>
        <w:br/>
        <w:br/>
        <w:t>Прив&amp;rsquo;язала баклагу йому до сідла.&lt;br /&gt;</w:t>
        <w:br/>
        <w:br/>
        <w:t>Недалеко, лише до воріт, провела.&lt;br /&gt;</w:t>
        <w:br/>
        <w:br/>
        <w:t>Ну, бо хто ж я йому, ні сестра, ні жона.&lt;br /&gt;</w:t>
        <w:br/>
        <w:br/>
        <w:t>Засміюся при всіх, а заплачу одна.</w:t>
      </w:r>
    </w:p>
    <w:p>
      <w:r>
        <w:br/>
        <w:br/>
        <w:t>А вже пішли про мене й поговори.&lt;br /&gt;</w:t>
        <w:br/>
        <w:br/>
        <w:t>Знов потяглися тоскні вечори.&lt;br /&gt;</w:t>
        <w:br/>
        <w:br/>
        <w:t>Бо то вже так, вже як пішлось на горе,&lt;br /&gt;</w:t>
        <w:br/>
        <w:br/>
        <w:t>то так уже і піде, як з гори.</w:t>
      </w:r>
    </w:p>
    <w:p>
      <w:r>
        <w:br/>
        <w:br/>
        <w:t>Вже й не співалось. І слова ті самі ж,&lt;br /&gt;</w:t>
        <w:br/>
        <w:br/>
        <w:t>а мов не ті, таке щось в них смутне.&lt;br /&gt;</w:t>
        <w:br/>
        <w:br/>
        <w:t>Вже й подруги повіддавались заміж,&lt;br /&gt;</w:t>
        <w:br/>
        <w:br/>
        <w:t>уже й не кличуть дружкою мене.</w:t>
      </w:r>
    </w:p>
    <w:p>
      <w:r>
        <w:br/>
        <w:br/>
        <w:t>Бо я така зробилась, як черниця.&lt;br /&gt;</w:t>
        <w:br/>
        <w:br/>
        <w:t>Куди вже там співать про молоду?&lt;br /&gt;</w:t>
        <w:br/>
        <w:br/>
        <w:t>Куди вже там ходить на вечорниці,&lt;br /&gt;</w:t>
        <w:br/>
        <w:br/>
        <w:t>як я до церкви ледве вже іду?</w:t>
      </w:r>
    </w:p>
    <w:p>
      <w:r>
        <w:br/>
        <w:br/>
        <w:t>А люди судять, їм аби причину.&lt;br /&gt;</w:t>
        <w:br/>
        <w:br/>
        <w:t>Дарма що лихо, що такі часи.&lt;br /&gt;</w:t>
        <w:br/>
        <w:br/>
        <w:t>Ішла крізь очі, мов крізь колющину,&lt;br /&gt;</w:t>
        <w:br/>
        <w:br/>
        <w:t>обдерта до кривавої роси.</w:t>
      </w:r>
    </w:p>
    <w:p>
      <w:r>
        <w:br/>
        <w:br/>
        <w:t>А суд, а суд! Яка страшна покута.&lt;br /&gt;</w:t>
        <w:br/>
        <w:br/>
        <w:t>Послухати &amp;mdash; життя як не моє.&lt;br /&gt;</w:t>
        <w:br/>
        <w:br/>
        <w:t>А я неначе до стовпа прикута,&lt;br /&gt;</w:t>
        <w:br/>
        <w:br/>
        <w:t>і хто захоче, той і обплює.</w:t>
      </w:r>
    </w:p>
    <w:p>
      <w:r>
        <w:br/>
        <w:br/>
        <w:t>Куняють райці, як осінні мухи.&lt;br /&gt;</w:t>
        <w:br/>
        <w:br/>
        <w:t>Горбань гуде, як в&amp;rsquo;їдливий комар.&lt;br /&gt;</w:t>
        <w:br/>
        <w:br/>
        <w:t>Дурні плітки якоїсь лепетухи&lt;br /&gt;</w:t>
        <w:br/>
        <w:br/>
        <w:t>загуслим дьогтем ллються в каламар.</w:t>
      </w:r>
    </w:p>
    <w:p>
      <w:r>
        <w:br/>
        <w:br/>
        <w:t>Які слова казались там негідні!&lt;br /&gt;</w:t>
        <w:br/>
        <w:br/>
        <w:t>А я стояла, думала &amp;mdash; впаду.&lt;br /&gt;</w:t>
        <w:br/>
        <w:br/>
        <w:t>Дрібні людці, гієни стервоїдні,&lt;br /&gt;</w:t>
        <w:br/>
        <w:br/>
        <w:t>які ж ви ласі на чужу біду!</w:t>
      </w:r>
    </w:p>
    <w:p>
      <w:r>
        <w:br/>
        <w:br/>
        <w:t>...Хоч би заснути... Але вже не спалось.&lt;br /&gt;</w:t>
        <w:br/>
        <w:br/>
        <w:t>Душа до ранку смутком осипалась.</w:t>
      </w:r>
    </w:p>
    <w:p>
      <w:r>
        <w:br/>
        <w:br/>
        <w:t>Згадала все, кожнісіньку дрібничку.&lt;br /&gt;</w:t>
        <w:br/>
        <w:br/>
        <w:t>І хату нашу, і оту криничку,&lt;br /&gt;</w:t>
        <w:br/>
        <w:br/>
        <w:t>і над вікном гніздечко ластовине,&lt;br /&gt;</w:t>
        <w:br/>
        <w:br/>
        <w:t>що щастя принести було повинне.</w:t>
      </w:r>
    </w:p>
    <w:p>
      <w:r>
        <w:br/>
        <w:br/>
        <w:t>Той берег наш, урослий очеретом.&lt;br /&gt;</w:t>
        <w:br/>
        <w:br/>
        <w:t>І наш лелечий, наш лелечий двір,&lt;br /&gt;</w:t>
        <w:br/>
        <w:br/>
        <w:t>де на гнізді з вербовим мінаретом&lt;br /&gt;</w:t>
        <w:br/>
        <w:br/>
        <w:t>старий лелека молиться до зір.</w:t>
      </w:r>
    </w:p>
    <w:p>
      <w:r>
        <w:br/>
        <w:br/>
        <w:t>А потім вранці одлітає вгору.&lt;br /&gt;</w:t>
        <w:br/>
        <w:br/>
        <w:t>Сидить буслиха в тихому гнізді.&lt;br /&gt;</w:t>
        <w:br/>
        <w:br/>
        <w:t>Аж враз &amp;mdash; для крил не вистачає двору,&lt;br /&gt;</w:t>
        <w:br/>
        <w:br/>
        <w:t>то підросли лелеки молоді.</w:t>
      </w:r>
    </w:p>
    <w:p>
      <w:r>
        <w:br/>
        <w:br/>
        <w:t>Гніздо тісненьке, по нозі поставлять,&lt;br /&gt;</w:t>
        <w:br/>
        <w:br/>
        <w:t>та все під осінь як залопотить! &amp;mdash;&lt;br /&gt;</w:t>
        <w:br/>
        <w:br/>
        <w:t>та всі лелеки крила як розправлять! &amp;mdash;&lt;br /&gt;</w:t>
        <w:br/>
        <w:br/>
        <w:t>здається, й хата в небо полетить.</w:t>
      </w:r>
    </w:p>
    <w:p>
      <w:r>
        <w:br/>
        <w:br/>
        <w:t>А ще чогось жаліла за дощами,&lt;br /&gt;</w:t>
        <w:br/>
        <w:br/>
        <w:t>за цвітом яблуневим, за хрущами,&lt;br /&gt;</w:t>
        <w:br/>
        <w:br/>
        <w:t>за сонцем і за квітами в траві,&amp;mdash;&lt;br /&gt;</w:t>
        <w:br/>
        <w:br/>
        <w:t>якісь вони зробились, як живі.</w:t>
      </w:r>
    </w:p>
    <w:p>
      <w:r>
        <w:br/>
        <w:br/>
        <w:t>Здається, що й листок би цілувала,&lt;br /&gt;</w:t>
        <w:br/>
        <w:br/>
        <w:t>в дзвіночку б ночувала, як бджола...&lt;br /&gt;</w:t>
        <w:br/>
        <w:br/>
        <w:t>Отак собі все гарне пригадала.&lt;br /&gt;</w:t>
        <w:br/>
        <w:br/>
        <w:t>Людиною ще трохи побула.</w:t>
      </w:r>
    </w:p>
    <w:p>
      <w:r>
        <w:br/>
        <w:br/>
        <w:t>...А вранці в грати повійнуло вітром&lt;br /&gt;</w:t>
        <w:br/>
        <w:br/>
        <w:t>і провело, як смушком, по руках.&lt;br /&gt;</w:t>
        <w:br/>
        <w:br/>
        <w:t>Тюрма повільно сповнюється світлом,&lt;br /&gt;</w:t>
        <w:br/>
        <w:br/>
        <w:t>лиш причаїлась темрява в кутках.</w:t>
      </w:r>
    </w:p>
    <w:p>
      <w:r>
        <w:br/>
        <w:br/>
        <w:t>Там Хо сидить.&lt;br /&gt;</w:t>
        <w:br/>
        <w:br/>
        <w:t>З&amp;rsquo;явись мені, будь ласка!&lt;br /&gt;</w:t>
        <w:br/>
        <w:br/>
        <w:t>Жмуточок пітьми в закапелках дня,&lt;br /&gt;</w:t>
        <w:br/>
        <w:br/>
        <w:t>маленький Хо, моя дитяча казка,&lt;br /&gt;</w:t>
        <w:br/>
        <w:br/>
        <w:t>звірятко, може,&lt;br /&gt;</w:t>
        <w:br/>
        <w:br/>
        <w:t>може, чортеня.</w:t>
      </w:r>
    </w:p>
    <w:p>
      <w:r>
        <w:br/>
        <w:br/>
        <w:t>Тепер ти тут мій приятель єдиний,&lt;br /&gt;</w:t>
        <w:br/>
        <w:br/>
        <w:t>Чи ти зі мною підеш і туди?&lt;br /&gt;</w:t>
        <w:br/>
        <w:br/>
        <w:t>Не треба, Хо. Там холодно.&lt;br /&gt;</w:t>
        <w:br/>
        <w:br/>
        <w:t>А йди-но,&lt;br /&gt;</w:t>
        <w:br/>
        <w:br/>
        <w:t>ти, може, хочеш з кухлика води?</w:t>
      </w:r>
    </w:p>
    <w:p>
      <w:r>
        <w:br/>
        <w:br/>
        <w:t>Підходь, не бійся. Вип&amp;rsquo;єм по ковточку.&lt;br /&gt;</w:t>
        <w:br/>
        <w:br/>
        <w:t>Сьогодні що? Вівторок? Середа?&lt;br /&gt;</w:t>
        <w:br/>
        <w:br/>
        <w:t>Хо шарудить у темному куточку&amp;hellip;&lt;br /&gt;</w:t>
        <w:br/>
        <w:br/>
        <w:t>Яка недобра в кухлику вода!</w:t>
      </w:r>
    </w:p>
    <w:p>
      <w:r>
        <w:br/>
        <w:br/>
        <w:t>По гратах в&amp;rsquo;ється зелененький вусик.&lt;br /&gt;</w:t>
        <w:br/>
        <w:br/>
        <w:t>Куди він пнеться у таку діру?&lt;br /&gt;</w:t>
        <w:br/>
        <w:br/>
        <w:t>Ввійшов тюремник, тицьнув мені вузлик,&lt;br /&gt;</w:t>
        <w:br/>
        <w:br/>
        <w:t>щось пробурчав, а що &amp;mdash; не розберу.</w:t>
      </w:r>
    </w:p>
    <w:p>
      <w:r>
        <w:br/>
        <w:br/>
        <w:t>Взяла той вузлик, не питаю звідки.&lt;br /&gt;</w:t>
        <w:br/>
        <w:br/>
        <w:t>Для цього болю вже немає слів.&lt;br /&gt;</w:t>
        <w:br/>
        <w:br/>
        <w:t>Мну той краєчок білої намітки...&lt;br /&gt;</w:t>
        <w:br/>
        <w:br/>
        <w:t>Оце таке. Тюремник пожалів.</w:t>
      </w:r>
    </w:p>
    <w:p>
      <w:r>
        <w:br/>
        <w:br/>
        <w:t>От я і маю хоч яку розраду.&lt;br /&gt;</w:t>
        <w:br/>
        <w:br/>
        <w:t>Складаю та розрівнюю пружки.&lt;br /&gt;</w:t>
        <w:br/>
        <w:br/>
        <w:t>Тих кілька яблук з маминого саду!&lt;br /&gt;</w:t>
        <w:br/>
        <w:br/>
        <w:t>Ріднесенька, пекла ще й пиріжки.</w:t>
      </w:r>
    </w:p>
    <w:p>
      <w:r>
        <w:br/>
        <w:br/>
        <w:t>Як там вона? І як їй буде жити?&lt;br /&gt;</w:t>
        <w:br/>
        <w:br/>
        <w:t>Порожня хата і порожній двір.&lt;br /&gt;</w:t>
        <w:br/>
        <w:br/>
        <w:t>Дильований хлівець, соломою пошитий...&lt;br /&gt;</w:t>
        <w:br/>
        <w:br/>
        <w:t>Старий лелека молиться до зір.</w:t>
      </w:r>
    </w:p>
    <w:p>
      <w:r>
        <w:br/>
        <w:br/>
        <w:t>Цвіте шпориш, і заростає стежка.&lt;br /&gt;</w:t>
        <w:br/>
        <w:br/>
        <w:t>Тому двору не треба вже воріт.&lt;br /&gt;</w:t>
        <w:br/>
        <w:br/>
        <w:t>Дрібний ромен, як вижовкла мережка&lt;br /&gt;</w:t>
        <w:br/>
        <w:br/>
        <w:t>красолька, мак і королевий цвіт,&amp;mdash;</w:t>
      </w:r>
    </w:p>
    <w:p>
      <w:r>
        <w:br/>
        <w:br/>
        <w:t>усе цвіте і кланяється літу.&lt;br /&gt;</w:t>
        <w:br/>
        <w:br/>
        <w:t>Пашить медами скосиста гора.&lt;br /&gt;</w:t>
        <w:br/>
        <w:br/>
        <w:t>І серед того всього буйноцвіту &amp;mdash;&lt;br /&gt;</w:t>
        <w:br/>
        <w:br/>
        <w:t>вона одна, зоключена, стара.&lt;br /&gt;</w:t>
        <w:br/>
        <w:br/>
        <w:t>І вже ніхто не вернеться ніколи.&lt;br /&gt;</w:t>
        <w:br/>
        <w:br/>
        <w:t>І хата вмре... і я вже не прийду...&lt;br /&gt;</w:t>
        <w:br/>
        <w:br/>
        <w:t>І лиш на схилах монастирські бджоли&lt;br /&gt;</w:t>
        <w:br/>
        <w:br/>
        <w:t>бринять у монастирському саду...</w:t>
      </w:r>
    </w:p>
    <w:p>
      <w:r>
        <w:br/>
        <w:br/>
        <w:t>Той монастир недавно збудували.&lt;br /&gt;</w:t>
        <w:br/>
        <w:br/>
        <w:t>Там дзвони є на різні голоси.&lt;br /&gt;</w:t>
        <w:br/>
        <w:br/>
        <w:t>Його Пушкар з Іваном фундували,&lt;br /&gt;</w:t>
        <w:br/>
        <w:br/>
        <w:t>раніш були ліси там та ліси.&lt;br /&gt;</w:t>
        <w:br/>
        <w:br/>
        <w:t>Ще пам&amp;rsquo;ятаю &amp;mdash; угорі над нами&lt;br /&gt;</w:t>
        <w:br/>
        <w:br/>
        <w:t>ходили дикі кози табунами.&lt;br /&gt;</w:t>
        <w:br/>
        <w:br/>
        <w:t>Ревли весною тури-переможці,&lt;br /&gt;</w:t>
        <w:br/>
        <w:br/>
        <w:t>шугали кажани-чепіргачі.&lt;br /&gt;</w:t>
        <w:br/>
        <w:br/>
        <w:t>І пугачі, неначе запорожці,&lt;br /&gt;</w:t>
        <w:br/>
        <w:br/>
        <w:t>&amp;quot;пу-гу! пу-гу!&amp;quot; кричали уночі.</w:t>
      </w:r>
    </w:p>
    <w:p>
      <w:r>
        <w:br/>
        <w:br/>
        <w:t>А потім &amp;mdash; в ліс прорубана дорога,&lt;br /&gt;</w:t>
        <w:br/>
        <w:br/>
        <w:t>пішли угору коні та воли.&lt;br /&gt;</w:t>
        <w:br/>
        <w:br/>
        <w:t>А ми усе дивилися з порога,&lt;br /&gt;</w:t>
        <w:br/>
        <w:br/>
        <w:t>любили тишу &amp;mdash; звикнуть не могли.&lt;br /&gt;</w:t>
        <w:br/>
        <w:br/>
        <w:t>Такі були ті люди невсипущі,&lt;br /&gt;</w:t>
        <w:br/>
        <w:br/>
        <w:t>так похилялись верби від сокир.&lt;br /&gt;</w:t>
        <w:br/>
        <w:br/>
        <w:t>Возили вгору дерево із пущі,&lt;br /&gt;</w:t>
        <w:br/>
        <w:br/>
        <w:t>дернину, цеглу &amp;mdash; все на монастир.</w:t>
      </w:r>
    </w:p>
    <w:p>
      <w:r>
        <w:br/>
        <w:br/>
        <w:t>Та й виріс він над Ворсклою на скелі,&lt;br /&gt;</w:t>
        <w:br/>
        <w:br/>
        <w:t>три шапки бань на свіжих бервенах.&lt;br /&gt;</w:t>
        <w:br/>
        <w:br/>
        <w:t>Та й мружить очі монастирських келій&lt;br /&gt;</w:t>
        <w:br/>
        <w:br/>
        <w:t>на Кривохатки наші в бур&amp;rsquo;янах.</w:t>
      </w:r>
    </w:p>
    <w:p>
      <w:r>
        <w:br/>
        <w:br/>
        <w:t>Хати у нас і справді-то не хвацькі.&lt;br /&gt;</w:t>
        <w:br/>
        <w:br/>
        <w:t>Присілок давній, хто яку змостив.&lt;br /&gt;</w:t>
        <w:br/>
        <w:br/>
        <w:t>Родини зо три там були козацькі,&lt;br /&gt;</w:t>
        <w:br/>
        <w:br/>
        <w:t>а ті робили всі на монастир.</w:t>
      </w:r>
    </w:p>
    <w:p>
      <w:r>
        <w:br/>
        <w:br/>
        <w:t>От що в нас гарне, так ото садочки.&lt;br /&gt;</w:t>
        <w:br/>
        <w:br/>
        <w:t>І ми жили, щоб гірш за всіх, то ні.&lt;br /&gt;</w:t>
        <w:br/>
        <w:br/>
        <w:t>Достаток? Був. Як кажуть, дві сорочки &amp;mdash;&lt;br /&gt;</w:t>
        <w:br/>
        <w:br/>
        <w:t>одна в пранні, а друга на мені.</w:t>
      </w:r>
    </w:p>
    <w:p>
      <w:r>
        <w:br/>
        <w:br/>
        <w:t>Бобренки, ті не дуже бідували.&lt;br /&gt;</w:t>
        <w:br/>
        <w:br/>
        <w:t>Вони в оренду землю віддавали.&lt;br /&gt;</w:t>
        <w:br/>
        <w:br/>
        <w:t>У Кривохатках хатка та нова &amp;mdash;&lt;br /&gt;</w:t>
        <w:br/>
        <w:br/>
        <w:t>єдина, може, хатка не крива.</w:t>
      </w:r>
    </w:p>
    <w:p>
      <w:r>
        <w:br/>
        <w:br/>
        <w:t>Але й жили! Душили копійчину.&lt;br /&gt;</w:t>
        <w:br/>
        <w:br/>
        <w:t>У дві душі робили без спочину.</w:t>
      </w:r>
    </w:p>
    <w:p>
      <w:r>
        <w:br/>
        <w:br/>
        <w:t>Як тих людей двох доля спарувала?&lt;br /&gt;</w:t>
        <w:br/>
        <w:br/>
        <w:t>Там завжди сварка висіла, як чад.&lt;br /&gt;</w:t>
        <w:br/>
        <w:br/>
        <w:t>Бобренчиха не те щоб хорувала,&lt;br /&gt;</w:t>
        <w:br/>
        <w:br/>
        <w:t>ні, то вже вдача. Все, було, невлад,&lt;br /&gt;</w:t>
        <w:br/>
        <w:br/>
        <w:t>все їй не так, і чоловік, і хата.&lt;br /&gt;</w:t>
        <w:br/>
        <w:br/>
        <w:t>Все щось болить, то груди, то живіт.&lt;br /&gt;</w:t>
        <w:br/>
        <w:br/>
        <w:t>Така була висока і цибата,&lt;br /&gt;</w:t>
        <w:br/>
        <w:br/>
        <w:t>як чапля з Перещепинських боліт.</w:t>
      </w:r>
    </w:p>
    <w:p>
      <w:r>
        <w:br/>
        <w:br/>
        <w:t>Все скаржилась, ходила якось боком.&lt;br /&gt;</w:t>
        <w:br/>
        <w:br/>
        <w:t>Кляла Бобренка на усі лади.&lt;br /&gt;</w:t>
        <w:br/>
        <w:br/>
        <w:t>А ненаситна! &amp;mdash; що нагледить оком,&lt;br /&gt;</w:t>
        <w:br/>
        <w:br/>
        <w:t>то дзьобом так і вихопить з води.</w:t>
      </w:r>
    </w:p>
    <w:p>
      <w:r>
        <w:br/>
        <w:br/>
        <w:t>Жили од нас за третім перелазом.&lt;br /&gt;</w:t>
        <w:br/>
        <w:br/>
        <w:t>Мій батько співчував йому, невдасі.&lt;br /&gt;</w:t>
        <w:br/>
        <w:br/>
        <w:t>Вони іще й парубкували разом,&lt;br /&gt;</w:t>
        <w:br/>
        <w:br/>
        <w:t>і поженились десь у одночассі.&lt;br /&gt;</w:t>
        <w:br/>
        <w:br/>
        <w:t>На Дмитра десь. А вже десь на Варвари&lt;br /&gt;</w:t>
        <w:br/>
        <w:br/>
        <w:t>прийшов Бобренко, похиливши гребінь:&lt;br /&gt;</w:t>
        <w:br/>
        <w:br/>
        <w:t>&amp;quot;Знайшов собі ти дівчину до дари,&lt;br /&gt;</w:t>
        <w:br/>
        <w:br/>
        <w:t>а я ускочив під дурного греблю&amp;quot;.</w:t>
      </w:r>
    </w:p>
    <w:p>
      <w:r>
        <w:br/>
        <w:br/>
        <w:t>І в нього кров козацька закипала,&lt;br /&gt;</w:t>
        <w:br/>
        <w:br/>
        <w:t>і стугоніли в пам&amp;rsquo;яті шаблі.&lt;br /&gt;</w:t>
        <w:br/>
        <w:br/>
        <w:t>Вона ж його як в землю закопала,&lt;br /&gt;</w:t>
        <w:br/>
        <w:br/>
        <w:t>і він притих, заборсався в землі.&lt;br /&gt;</w:t>
        <w:br/>
        <w:br/>
        <w:t>Та й став домашніх хоругов хорунжим.&lt;br /&gt;</w:t>
        <w:br/>
        <w:br/>
        <w:t>Не піднімав очей на Чурая.&lt;br /&gt;</w:t>
        <w:br/>
        <w:br/>
        <w:t>Пішов би з військом у похід,&amp;mdash;&lt;br /&gt;</w:t>
        <w:br/>
        <w:br/>
        <w:t>так грунт же.&lt;br /&gt;</w:t>
        <w:br/>
        <w:br/>
        <w:t>Струснув би з себе той хомут,&amp;mdash; сім&amp;rsquo;я.&lt;br /&gt;</w:t>
        <w:br/>
        <w:br/>
        <w:t>Все гнав думки, мулькі та недоречні.&lt;br /&gt;</w:t>
        <w:br/>
        <w:br/>
        <w:t>Та, наробившись, храповито спав.&lt;br /&gt;</w:t>
        <w:br/>
        <w:br/>
        <w:t>Погладшав, запузатів, постатечнів&lt;br /&gt;</w:t>
        <w:br/>
        <w:br/>
        <w:t>і втратив серце до козацьких справ.&lt;br /&gt;</w:t>
        <w:br/>
        <w:br/>
        <w:t>А якось їхав через Ворсклу возом,&lt;br /&gt;</w:t>
        <w:br/>
        <w:br/>
        <w:t>чи задрімав, чи так не додививсь,&lt;br /&gt;</w:t>
        <w:br/>
        <w:br/>
        <w:t>і в Іордань, затягнену морозом,&lt;br /&gt;</w:t>
        <w:br/>
        <w:br/>
        <w:t>вночі з конем і возом проваливсь...</w:t>
      </w:r>
    </w:p>
    <w:p>
      <w:r>
        <w:br/>
        <w:br/>
        <w:t>Бобренчиха лишилася вдовою,&lt;br /&gt;</w:t>
        <w:br/>
        <w:br/>
        <w:t>лютіша стала до роботи вдвоє.</w:t>
      </w:r>
    </w:p>
    <w:p>
      <w:r>
        <w:br/>
        <w:br/>
        <w:t>Було, не вип&amp;rsquo;є, бідна, і не з&amp;rsquo;їсть,&amp;mdash;&lt;br /&gt;</w:t>
        <w:br/>
        <w:br/>
        <w:t>уся пішла в роботу і у злість.&lt;br /&gt;</w:t>
        <w:br/>
        <w:br/>
        <w:t>Така уже зробилась, як Яга.&lt;br /&gt;</w:t>
        <w:br/>
        <w:br/>
        <w:t>Все на курей накрикує: &amp;quot;Гай-га!&amp;quot;</w:t>
      </w:r>
    </w:p>
    <w:p>
      <w:r>
        <w:br/>
        <w:br/>
        <w:t>Стару людину ганити негоже.&lt;br /&gt;</w:t>
        <w:br/>
        <w:br/>
        <w:t>Та й, власне, що ж, відомо вже давно:&lt;br /&gt;</w:t>
        <w:br/>
        <w:br/>
        <w:t>співає кожен, хто якої може.&lt;br /&gt;</w:t>
        <w:br/>
        <w:br/>
        <w:t>І так співає, як йому дано.</w:t>
      </w:r>
    </w:p>
    <w:p>
      <w:r>
        <w:br/>
        <w:br/>
        <w:t>Хто про калину, хто про джигуна.&lt;br /&gt;</w:t>
        <w:br/>
        <w:br/>
        <w:t>А в неї завжди пісенька одна:</w:t>
      </w:r>
    </w:p>
    <w:p>
      <w:r>
        <w:br/>
        <w:br/>
        <w:t>&amp;mdash; Чого сидиш? Одвик хазяйнувати.&lt;br /&gt;</w:t>
        <w:br/>
        <w:br/>
        <w:t>Мені б оце невістку молоду.&lt;br /&gt;</w:t>
        <w:br/>
        <w:br/>
        <w:t>А то все мати, мати, мати, мати!&lt;br /&gt;</w:t>
        <w:br/>
        <w:br/>
        <w:t>Чи я коли хоч помочі діжду?&lt;br /&gt;</w:t>
        <w:br/>
        <w:br/>
        <w:t>От ти прийшов з великого походу,&lt;br /&gt;</w:t>
        <w:br/>
        <w:br/>
        <w:t>а не приніс ні слави, ні добра.&lt;br /&gt;</w:t>
        <w:br/>
        <w:br/>
        <w:t>Сидиш, мовчиш, ні за холодну воду.&lt;br /&gt;</w:t>
        <w:br/>
        <w:br/>
        <w:t>Та й не туди, що я уже стара.&lt;br /&gt;</w:t>
        <w:br/>
        <w:br/>
        <w:t>Все дивишся, та якось наче здалеку.&lt;br /&gt;</w:t>
        <w:br/>
        <w:br/>
        <w:t>Все думаєш, і лікоть на столі.&lt;br /&gt;</w:t>
        <w:br/>
        <w:br/>
        <w:t>То все небесні, сину мій, мигдалики.&lt;br /&gt;</w:t>
        <w:br/>
        <w:br/>
        <w:t>А треба жити, сину, на землі.&lt;br /&gt;</w:t>
        <w:br/>
        <w:br/>
        <w:t>Тече повітка. Хата занехаяна.&lt;br /&gt;</w:t>
        <w:br/>
        <w:br/>
        <w:t>Підмокло сіно. Поламався віз.&lt;br /&gt;</w:t>
        <w:br/>
        <w:br/>
        <w:t>Все просить рук. Усе кричить хазяїна.&lt;br /&gt;</w:t>
        <w:br/>
        <w:br/>
        <w:t>І грошей, грошей треба позаріз!</w:t>
      </w:r>
    </w:p>
    <w:p>
      <w:r>
        <w:br/>
        <w:br/>
        <w:t>&amp;mdash; Чого ви, мамо, є в нас, слава богу,&lt;br /&gt;</w:t>
        <w:br/>
        <w:br/>
        <w:t>хліб і до хліба, поле і воли.</w:t>
      </w:r>
    </w:p>
    <w:p>
      <w:r>
        <w:br/>
        <w:br/>
        <w:t>&amp;mdash; Якби ти взяв ще дівчину не вбогу,&lt;br /&gt;</w:t>
        <w:br/>
        <w:br/>
        <w:t>то, може б, якось ми і прожили.&lt;br /&gt;</w:t>
        <w:br/>
        <w:br/>
        <w:t>В тії Марусі що не слово &amp;mdash; н&amp;aacute;сторч.&lt;br /&gt;</w:t>
        <w:br/>
        <w:br/>
        <w:t>Таж там росте на хаті кропива.&lt;br /&gt;</w:t>
        <w:br/>
        <w:br/>
        <w:t>Мені таку невістку ані н&amp;aacute; оч,&lt;br /&gt;</w:t>
        <w:br/>
        <w:br/>
        <w:t>ні н&amp;aacute; оч, сину, поки я жива!</w:t>
      </w:r>
    </w:p>
    <w:p>
      <w:r>
        <w:br/>
        <w:br/>
        <w:t>&amp;mdash; А що покрив я дівчину неславою?&lt;br /&gt;</w:t>
        <w:br/>
        <w:br/>
        <w:t>Не буде, мамо, доля нам сприять.&lt;br /&gt;</w:t>
        <w:br/>
        <w:br/>
        <w:t>А гроші?&lt;br /&gt;</w:t>
        <w:br/>
        <w:br/>
        <w:t>Он, у горщику під лавою,&lt;br /&gt;</w:t>
        <w:br/>
        <w:br/>
        <w:t>ще й попелом притрушені, стоять.</w:t>
      </w:r>
    </w:p>
    <w:p>
      <w:r>
        <w:br/>
        <w:br/>
        <w:t>&amp;mdash; А то твої? Чи ти доклав старунку?&lt;br /&gt;</w:t>
        <w:br/>
        <w:br/>
        <w:t>Чи ти укинув таляр хоч туди?&lt;br /&gt;</w:t>
        <w:br/>
        <w:br/>
        <w:t>Ну що ж, іди, бери свою чаклунку,&lt;br /&gt;</w:t>
        <w:br/>
        <w:br/>
        <w:t>бо гроші є у матері,&amp;mdash;веди!</w:t>
      </w:r>
    </w:p>
    <w:p>
      <w:r>
        <w:br/>
        <w:br/>
        <w:t>Така мені від тебе, сину, дяка.&lt;br /&gt;</w:t>
        <w:br/>
        <w:br/>
        <w:t>Живу, роблю, гарую цілий вік.&lt;br /&gt;</w:t>
        <w:br/>
        <w:br/>
        <w:t>Та все ж одна.&lt;br /&gt;</w:t>
        <w:br/>
        <w:br/>
        <w:t>Тягну, як шкапиняка.&lt;br /&gt;</w:t>
        <w:br/>
        <w:br/>
        <w:t>Коли живий іще був чоловік,&lt;br /&gt;</w:t>
        <w:br/>
        <w:br/>
        <w:t>то ми удвійко гарували з татом.&lt;br /&gt;</w:t>
        <w:br/>
        <w:br/>
        <w:t>Ми працею вкладалися в грунти,&lt;br /&gt;</w:t>
        <w:br/>
        <w:br/>
        <w:t>ставком себе примноживши і садом.&lt;br /&gt;</w:t>
        <w:br/>
        <w:br/>
        <w:t>А чим примножив по хазяйству ти?</w:t>
      </w:r>
    </w:p>
    <w:p>
      <w:r>
        <w:br/>
        <w:br/>
        <w:t>Що я ж тебе не тільки виглядала,&lt;br /&gt;</w:t>
        <w:br/>
        <w:br/>
        <w:t>я ж у землі сиділа тут, мов кріт.&lt;br /&gt;</w:t>
        <w:br/>
        <w:br/>
        <w:t>Я ж кождий гріш призбираний складала.&lt;br /&gt;</w:t>
        <w:br/>
        <w:br/>
        <w:t>Та то ж не гроші, то ж кривавий піт!</w:t>
      </w:r>
    </w:p>
    <w:p>
      <w:r>
        <w:br/>
        <w:br/>
        <w:t>Іди, женись, хай буде не по-людськи.&lt;br /&gt;</w:t>
        <w:br/>
        <w:br/>
        <w:t>Але як пустка свисне у печі,&lt;br /&gt;</w:t>
        <w:br/>
        <w:br/>
        <w:t>то, наплодивши злиднів, голопуцьків,&lt;br /&gt;</w:t>
        <w:br/>
        <w:br/>
        <w:t>не посилай до баби по харчі.</w:t>
      </w:r>
    </w:p>
    <w:p>
      <w:r>
        <w:br/>
        <w:br/>
        <w:t>Щоб так і знав: як сходитиму з світу,&lt;br /&gt;</w:t>
        <w:br/>
        <w:br/>
        <w:t>то не лишу тобі і заповіту.&lt;br /&gt;</w:t>
        <w:br/>
        <w:br/>
        <w:t>Все одпишу на церкву й монастир,&amp;mdash;&lt;br /&gt;</w:t>
        <w:br/>
        <w:br/>
        <w:t>на всю Полтаву будеш багатир!</w:t>
      </w:r>
    </w:p>
    <w:p>
      <w:r>
        <w:br/>
        <w:br/>
        <w:t>Вже й Гриць мені повторював: &amp;mdash; Затям,&lt;br /&gt;</w:t>
        <w:br/>
        <w:br/>
        <w:t>любов любов&amp;rsquo;ю, а життя життям.</w:t>
      </w:r>
    </w:p>
    <w:p>
      <w:r>
        <w:br/>
        <w:br/>
        <w:t>Було, питаю: &amp;mdash; Що воно за диво?&lt;br /&gt;</w:t>
        <w:br/>
        <w:br/>
        <w:t>Під Берестечком бився ти сміливо.&lt;br /&gt;</w:t>
        <w:br/>
        <w:br/>
        <w:t>Під Зборовом також і над Пилявою&lt;br /&gt;</w:t>
        <w:br/>
        <w:br/>
        <w:t>своє ім&amp;rsquo;я ти не покрив неславою.&lt;br /&gt;</w:t>
        <w:br/>
        <w:br/>
        <w:t>І тільки у домашньому бою&lt;br /&gt;</w:t>
        <w:br/>
        <w:br/>
        <w:t>сміливість раптом втратив ти свою.</w:t>
      </w:r>
    </w:p>
    <w:p>
      <w:r>
        <w:br/>
        <w:br/>
        <w:t>А він і сам себе не впізнає.&lt;br /&gt;</w:t>
        <w:br/>
        <w:br/>
        <w:t>&amp;mdash; Не смійся,&amp;mdash; каже.&amp;mdash; Так воно і є.&lt;br /&gt;</w:t>
        <w:br/>
        <w:br/>
        <w:t>Не так ті кулі козаку страшні,&lt;br /&gt;</w:t>
        <w:br/>
        <w:br/>
        <w:t>як це щоденне пекло метушні.</w:t>
      </w:r>
    </w:p>
    <w:p>
      <w:r>
        <w:br/>
        <w:br/>
        <w:t>Коли я йшов, Марусю, у повстання,&lt;br /&gt;</w:t>
        <w:br/>
        <w:br/>
        <w:t>я твердо знав, що ти уже моя,&lt;br /&gt;</w:t>
        <w:br/>
        <w:br/>
        <w:t>що це любов і перша, і остання,&lt;br /&gt;</w:t>
        <w:br/>
        <w:br/>
        <w:t>що не знесе ніяка течія&lt;br /&gt;</w:t>
        <w:br/>
        <w:br/>
        <w:t>мене убік. Що я уже нікому,&lt;br /&gt;</w:t>
        <w:br/>
        <w:br/>
        <w:t>нікому в світі так не поклянусь.&lt;br /&gt;</w:t>
        <w:br/>
        <w:br/>
        <w:t>Що з тих боїв, з таких боїв! &amp;mdash;&lt;br /&gt;</w:t>
        <w:br/>
        <w:br/>
        <w:t>додому&lt;br /&gt;</w:t>
        <w:br/>
        <w:br/>
        <w:t>я вже навіки інший повернусь.&lt;br /&gt;</w:t>
        <w:br/>
        <w:br/>
        <w:t>Бо вже таке підняв на свої плечі,&lt;br /&gt;</w:t>
        <w:br/>
        <w:br/>
        <w:t>такою кров&amp;rsquo;ю в битвах освятивсь,&lt;br /&gt;</w:t>
        <w:br/>
        <w:br/>
        <w:t>що всі оті домашні колотнечі&lt;br /&gt;</w:t>
        <w:br/>
        <w:br/>
        <w:t>мене вже не засмокчуть, як колись.</w:t>
      </w:r>
    </w:p>
    <w:p>
      <w:r>
        <w:br/>
        <w:br/>
        <w:t>Над Іквою потрапив я в полон.&lt;br /&gt;</w:t>
        <w:br/>
        <w:br/>
        <w:t>Як нас вели, до сідел прив&amp;rsquo;язавши,&lt;br /&gt;</w:t>
        <w:br/>
        <w:br/>
        <w:t>той шлях страшний, те крякання ворон&lt;br /&gt;</w:t>
        <w:br/>
        <w:br/>
        <w:t>мені у пам&amp;rsquo;ять врізались назавше.&lt;br /&gt;</w:t>
        <w:br/>
        <w:br/>
        <w:t>Вже й не подужав стиснуть кулаки,&lt;br /&gt;</w:t>
        <w:br/>
        <w:br/>
        <w:t>як ляхи нас обшукували в полі.&lt;br /&gt;</w:t>
        <w:br/>
        <w:br/>
        <w:t>В кишенях тільки ржаві колоски,&lt;br /&gt;</w:t>
        <w:br/>
        <w:br/>
        <w:t>одних лиш куль і пороху доволі.</w:t>
      </w:r>
    </w:p>
    <w:p>
      <w:r>
        <w:br/>
        <w:br/>
        <w:t>Вночі я втік. Лишатись було&lt;br /&gt;</w:t>
        <w:br/>
        <w:br/>
        <w:t>згубно.&lt;br /&gt;</w:t>
        <w:br/>
        <w:br/>
        <w:t>Зубами якось руки розв&amp;rsquo;язав.&lt;br /&gt;</w:t>
        <w:br/>
        <w:br/>
        <w:t>А тих усіх, три тисячі, під Дубно&lt;br /&gt;</w:t>
        <w:br/>
        <w:br/>
        <w:t>Ярема-князь добити наказав.</w:t>
      </w:r>
    </w:p>
    <w:p>
      <w:r>
        <w:br/>
        <w:br/>
        <w:t>Ярами йшов, схищався десь у кручі.&lt;br /&gt;</w:t>
        <w:br/>
        <w:br/>
        <w:t>Їв ягоди і гриз гірку кору.&lt;br /&gt;</w:t>
        <w:br/>
        <w:br/>
        <w:t>Води набралось в чоботи хлипучі.&lt;br /&gt;</w:t>
        <w:br/>
        <w:br/>
        <w:t>Не раз вже думав &amp;mdash; ляжу та й умру.</w:t>
      </w:r>
    </w:p>
    <w:p>
      <w:r>
        <w:br/>
        <w:br/>
        <w:t>І хай що хочуть &amp;mdash; і земля стражденна ця,&lt;br /&gt;</w:t>
        <w:br/>
        <w:br/>
        <w:t>і все, і всі,&amp;mdash; я вичерпавсь до дна.&lt;br /&gt;</w:t>
        <w:br/>
        <w:br/>
        <w:t>Але ж у мене мати-порожденниця,&lt;br /&gt;</w:t>
        <w:br/>
        <w:br/>
        <w:t>і жде мене невінчана жона!</w:t>
      </w:r>
    </w:p>
    <w:p>
      <w:r>
        <w:br/>
        <w:br/>
        <w:t>Зголоджений, я падав серед лісу&lt;br /&gt;</w:t>
        <w:br/>
        <w:br/>
        <w:t>і руки дряпав об трухляві пні.&lt;br /&gt;</w:t>
        <w:br/>
        <w:br/>
        <w:t>Я звірам заздрив, вовку заздрив, лису.&lt;br /&gt;</w:t>
        <w:br/>
        <w:br/>
        <w:t>Тепла хотілось, затишку мені!</w:t>
      </w:r>
    </w:p>
    <w:p>
      <w:r>
        <w:br/>
        <w:br/>
        <w:t>Я приблудився до чужої хати.&lt;br /&gt;</w:t>
        <w:br/>
        <w:br/>
        <w:t>Була там дівка і гаряча піч.&lt;br /&gt;</w:t>
        <w:br/>
        <w:br/>
        <w:t>Вона мене хотіла прикохати,&lt;br /&gt;</w:t>
        <w:br/>
        <w:br/>
        <w:t>то я побув там тільки через ніч.&lt;br /&gt;</w:t>
        <w:br/>
        <w:br/>
        <w:t>А вранці вийшов &amp;mdash; туга моя степом&lt;br /&gt;</w:t>
        <w:br/>
        <w:br/>
        <w:t>аж ген за обрій чорна, як рілля.&lt;br /&gt;</w:t>
        <w:br/>
        <w:br/>
        <w:t>І я пішов, бо я ішов до тебе,&lt;br /&gt;</w:t>
        <w:br/>
        <w:br/>
        <w:t>бо ти мені світила, як зоря.</w:t>
      </w:r>
    </w:p>
    <w:p>
      <w:r>
        <w:br/>
        <w:br/>
        <w:t>Але ж вернувся у ту саму хатку.&lt;br /&gt;</w:t>
        <w:br/>
        <w:br/>
        <w:t>І знов потоки материних сліз.&lt;br /&gt;</w:t>
        <w:br/>
        <w:br/>
        <w:t>І почалося все спочатку.&lt;br /&gt;</w:t>
        <w:br/>
        <w:br/>
        <w:t>Кінець ти знаєш. Я повіз.</w:t>
      </w:r>
    </w:p>
    <w:p>
      <w:r>
        <w:br/>
        <w:br/>
        <w:t>Робив, як віл. Трудився без спочинку.&lt;br /&gt;</w:t>
        <w:br/>
        <w:br/>
        <w:t>Все занепало, не моя вина.&lt;br /&gt;</w:t>
        <w:br/>
        <w:br/>
        <w:t>Так ці нестатки в&amp;rsquo;їлися в печінку&lt;br /&gt;</w:t>
        <w:br/>
        <w:br/>
        <w:t>і вся ця передержана війна!</w:t>
      </w:r>
    </w:p>
    <w:p>
      <w:r>
        <w:br/>
        <w:br/>
        <w:t>Усе воюєм, боремось...&lt;br /&gt;</w:t>
        <w:br/>
        <w:br/>
        <w:t>А доки?&lt;br /&gt;</w:t>
        <w:br/>
        <w:br/>
        <w:t>Не те щоб я невірний був Хома.&lt;br /&gt;</w:t>
        <w:br/>
        <w:br/>
        <w:t>Але ж втеряв уже чотири роки.&lt;br /&gt;</w:t>
        <w:br/>
        <w:br/>
        <w:t>А що із того? Просвітку нема.</w:t>
      </w:r>
    </w:p>
    <w:p>
      <w:r>
        <w:br/>
        <w:br/>
        <w:t>Я перестав од матері сахатись.&lt;br /&gt;</w:t>
        <w:br/>
        <w:br/>
        <w:t>Потроху так почав і прислухатись:</w:t>
      </w:r>
    </w:p>
    <w:p>
      <w:r>
        <w:br/>
        <w:br/>
        <w:t>&amp;mdash; Введи у дім дружину собі, ладу.&lt;br /&gt;</w:t>
        <w:br/>
        <w:br/>
        <w:t>То ж має бути рибка золота.&lt;br /&gt;</w:t>
        <w:br/>
        <w:br/>
        <w:t>Яку ж полегкість і яку розраду&lt;br /&gt;</w:t>
        <w:br/>
        <w:br/>
        <w:t>внесе у хату пасмурниця та?</w:t>
      </w:r>
    </w:p>
    <w:p>
      <w:r>
        <w:br/>
        <w:br/>
        <w:t>Пісні у неї &amp;mdash; то велика-туга,&lt;br /&gt;</w:t>
        <w:br/>
        <w:br/>
        <w:t>а серце в неї горде і трудне.&lt;br /&gt;</w:t>
        <w:br/>
        <w:br/>
        <w:t>Твоя любов до неї &amp;mdash; то недуга.&lt;br /&gt;</w:t>
        <w:br/>
        <w:br/>
        <w:t>Видужуй, сину, пожалій мене.</w:t>
      </w:r>
    </w:p>
    <w:p>
      <w:r>
        <w:br/>
        <w:br/>
        <w:t>Хіба то дівка? То ж таки ледащо.&lt;br /&gt;</w:t>
        <w:br/>
        <w:br/>
        <w:t>Усе б співала. Боже упаси!&lt;br /&gt;</w:t>
        <w:br/>
        <w:br/>
        <w:t>Ми вже й без неї з&amp;rsquo;їхали нінащо,&lt;br /&gt;</w:t>
        <w:br/>
        <w:br/>
        <w:t>а з нею геть вже зійдемо на пси.</w:t>
      </w:r>
    </w:p>
    <w:p>
      <w:r>
        <w:br/>
        <w:br/>
        <w:t>Та й те сказати,&amp;mdash; що вона співає?&lt;br /&gt;</w:t>
        <w:br/>
        <w:br/>
        <w:t>Сама собі видумує слова.&lt;br /&gt;</w:t>
        <w:br/>
        <w:br/>
        <w:t>Таких дівок на світі не буває,&lt;br /&gt;</w:t>
        <w:br/>
        <w:br/>
        <w:t>хіба для цього дівці голова?</w:t>
      </w:r>
    </w:p>
    <w:p>
      <w:r>
        <w:br/>
        <w:br/>
        <w:t>Які там &amp;quot;Засвіт встали козаченьки&amp;quot;?&lt;br /&gt;</w:t>
        <w:br/>
        <w:br/>
        <w:t>А цілий полк співає. Дивина.&lt;br /&gt;</w:t>
        <w:br/>
        <w:br/>
        <w:t>Це щось для дівки, сину, височенько.&lt;br /&gt;</w:t>
        <w:br/>
        <w:br/>
        <w:t>Не вірю, щоб складала це вона.</w:t>
      </w:r>
    </w:p>
    <w:p>
      <w:r>
        <w:br/>
        <w:br/>
        <w:t>Бо людські, сину, невістки і дочки&lt;br /&gt;</w:t>
        <w:br/>
        <w:br/>
        <w:t>співали зроду, сину, і тепер:&lt;br /&gt;</w:t>
        <w:br/>
        <w:br/>
        <w:t>&amp;quot;Посіяла огірочки&amp;quot;&lt;br /&gt;</w:t>
        <w:br/>
        <w:br/>
        <w:t>та &amp;quot;Натіпала конопель&amp;quot;,&lt;br /&gt;</w:t>
        <w:br/>
        <w:br/>
        <w:t>&amp;quot;Йшли корови із діброви&amp;quot;,&lt;br /&gt;</w:t>
        <w:br/>
        <w:br/>
        <w:t>&amp;quot;Нащо мені чорні брови&amp;quot;,&amp;mdash;&lt;br /&gt;</w:t>
        <w:br/>
        <w:br/>
        <w:t>а про любов, походи і лабети &amp;mdash;&lt;br /&gt;</w:t>
        <w:br/>
        <w:br/>
        <w:t>на це дівкам не вчеплено кебети.</w:t>
      </w:r>
    </w:p>
    <w:p>
      <w:r>
        <w:br/>
        <w:br/>
        <w:t>Я поки міг, то якось відгризався.&lt;br /&gt;</w:t>
        <w:br/>
        <w:br/>
        <w:t>А в неї ж, знаєш, не язик &amp;mdash; жало.&lt;br /&gt;</w:t>
        <w:br/>
        <w:br/>
        <w:t>Що я намучивсь, що я натерзався!&lt;br /&gt;</w:t>
        <w:br/>
        <w:br/>
        <w:t>А потім здався, ради не було.</w:t>
      </w:r>
    </w:p>
    <w:p>
      <w:r>
        <w:br/>
        <w:br/>
        <w:t>Душа розм&amp;rsquo;якла якось, заморилась,&lt;br /&gt;</w:t>
        <w:br/>
        <w:br/>
        <w:t>хоч коники ліпи, як з м&amp;rsquo;якуша.&lt;br /&gt;</w:t>
        <w:br/>
        <w:br/>
        <w:t>До всього звикла, із усім змирилась&lt;br /&gt;</w:t>
        <w:br/>
        <w:br/>
        <w:t>і від життя схотіла бариша.</w:t>
      </w:r>
    </w:p>
    <w:p>
      <w:r>
        <w:br/>
        <w:br/>
        <w:t>Бо хто, як я, намучивсь на війні,&lt;br /&gt;</w:t>
        <w:br/>
        <w:br/>
        <w:t>тому життя підскочило в ціні.</w:t>
      </w:r>
    </w:p>
    <w:p>
      <w:r>
        <w:br/>
        <w:br/>
        <w:t>А мати стогне, мати дошкуляє,&lt;br /&gt;</w:t>
        <w:br/>
        <w:br/>
        <w:t>що божий день пиляє та й пиляє:</w:t>
      </w:r>
    </w:p>
    <w:p>
      <w:r>
        <w:br/>
        <w:br/>
        <w:t>&amp;mdash; От ми, Бобренки, живемо, пручаємось.&lt;br /&gt;</w:t>
        <w:br/>
        <w:br/>
        <w:t>А хто, Бобренки, є на світі ми?&lt;br /&gt;</w:t>
        <w:br/>
        <w:br/>
        <w:t>От з Вишняками як породичаємось,&lt;br /&gt;</w:t>
        <w:br/>
        <w:br/>
        <w:t>увійдеш в значність між людьми.</w:t>
      </w:r>
    </w:p>
    <w:p>
      <w:r>
        <w:br/>
        <w:br/>
        <w:t>І буде нам, і буде нашим внукам.&lt;br /&gt;</w:t>
        <w:br/>
        <w:br/>
        <w:t>Зіпхнемося, як човен з мілини.&lt;br /&gt;</w:t>
        <w:br/>
        <w:br/>
        <w:t>Там поля шмат, там хата закаблуком,&lt;br /&gt;</w:t>
        <w:br/>
        <w:br/>
        <w:t>там ступа, винокурня й два млини.</w:t>
      </w:r>
    </w:p>
    <w:p>
      <w:r>
        <w:br/>
        <w:br/>
        <w:t>От бачиш, правда, бо якраз і чхнулось.&lt;br /&gt;</w:t>
        <w:br/>
        <w:br/>
        <w:t>Ти думаєш, стара я, не збагну?&lt;br /&gt;</w:t>
        <w:br/>
        <w:br/>
        <w:t>У тебе, сину, серце розчахнулось.&lt;br /&gt;</w:t>
        <w:br/>
        <w:br/>
        <w:t>А треба якось вибрати одну.</w:t>
      </w:r>
    </w:p>
    <w:p>
      <w:r>
        <w:br/>
        <w:br/>
        <w:t>Твій батько теж... була така Ликера...&lt;br /&gt;</w:t>
        <w:br/>
        <w:br/>
        <w:t>він п&amp;rsquo;ятами від неї накивав.&lt;br /&gt;</w:t>
        <w:br/>
        <w:br/>
        <w:t>Об чім журитись? Дівка не галера.&lt;br /&gt;</w:t>
        <w:br/>
        <w:br/>
        <w:t>Тебе до неї бог не прикував.</w:t>
      </w:r>
    </w:p>
    <w:p>
      <w:r>
        <w:br/>
        <w:br/>
        <w:t>Це мало то із ким ходив до гаю!&lt;br /&gt;</w:t>
        <w:br/>
        <w:br/>
        <w:t>Сам цар Давид жону свою отверг.&lt;br /&gt;</w:t>
        <w:br/>
        <w:br/>
        <w:t>Ото й не думай. Сватай собі Галю.&lt;br /&gt;</w:t>
        <w:br/>
        <w:br/>
        <w:t>А що хто скаже &amp;mdash; слухай через верх.</w:t>
      </w:r>
    </w:p>
    <w:p>
      <w:r>
        <w:br/>
        <w:br/>
        <w:t>&amp;hellip;Отак щодня. Ти знаєш мою матір.&lt;br /&gt;</w:t>
        <w:br/>
        <w:br/>
        <w:t>Це щоб вона свого не доп&amp;rsquo;яла?&lt;br /&gt;</w:t>
        <w:br/>
        <w:br/>
        <w:t>Вона словами виплітала ятір&lt;br /&gt;</w:t>
        <w:br/>
        <w:br/>
        <w:t>та потихеньку так мене й вела:</w:t>
      </w:r>
    </w:p>
    <w:p>
      <w:r>
        <w:br/>
        <w:br/>
        <w:t>&amp;mdash; Стара я, сину. Вся обумираю.&lt;br /&gt;</w:t>
        <w:br/>
        <w:br/>
        <w:t>А як же ти? Чим будеш, сину, сит?&lt;br /&gt;</w:t>
        <w:br/>
        <w:br/>
        <w:t>Війні немає ні кінця ні краю.&lt;br /&gt;</w:t>
        <w:br/>
        <w:br/>
        <w:t>Життя ж коротке, звікував &amp;mdash; і квит.</w:t>
      </w:r>
    </w:p>
    <w:p>
      <w:r>
        <w:br/>
        <w:br/>
        <w:t>Послухай, сину, слово моє грішне.&lt;br /&gt;</w:t>
        <w:br/>
        <w:br/>
        <w:t>Чи нам за це віддячиться в раю?&lt;br /&gt;</w:t>
        <w:br/>
        <w:br/>
        <w:t>Чи, може, ще одне життя &amp;mdash; розкішне &amp;mdash;&lt;br /&gt;</w:t>
        <w:br/>
        <w:br/>
        <w:t>Доточить бог за праведність твою?</w:t>
      </w:r>
    </w:p>
    <w:p>
      <w:r>
        <w:br/>
        <w:br/>
        <w:t>Не відкладай же, ти тепер на часі.&lt;br /&gt;</w:t>
        <w:br/>
        <w:br/>
        <w:t>І не катуйся, завжди так було.&lt;br /&gt;</w:t>
        <w:br/>
        <w:br/>
        <w:t>Тепер дівки до гарних хлопців ласі,&amp;mdash;&lt;br /&gt;</w:t>
        <w:br/>
        <w:br/>
        <w:t>багато хлопців, сину, полягло.</w:t>
      </w:r>
    </w:p>
    <w:p>
      <w:r>
        <w:br/>
        <w:br/>
        <w:t>У іншій час посватався б ти, дзуськи.&lt;br /&gt;</w:t>
        <w:br/>
        <w:br/>
        <w:t>Жених у неї був би й привозний.&lt;br /&gt;</w:t>
        <w:br/>
        <w:br/>
        <w:t>Тепер твої всі Гальки й всі Маруськи,&lt;br /&gt;</w:t>
        <w:br/>
        <w:br/>
        <w:t>бо хлопець ти, нівроку, показний.</w:t>
      </w:r>
    </w:p>
    <w:p>
      <w:r>
        <w:br/>
        <w:br/>
        <w:t>Я це тобі кажу не для принуки.&lt;br /&gt;</w:t>
        <w:br/>
        <w:br/>
        <w:t>Як хочеш, сину. Маєш розум теж.&lt;br /&gt;</w:t>
        <w:br/>
        <w:br/>
        <w:t>Але ж подумай, щастя йде у руки.&lt;br /&gt;</w:t>
        <w:br/>
        <w:br/>
        <w:t>Невже від себе щастя одіпхнеш?!</w:t>
      </w:r>
    </w:p>
    <w:p>
      <w:r>
        <w:br/>
        <w:br/>
        <w:t>Якби вона сварилася, кричала,&lt;br /&gt;</w:t>
        <w:br/>
        <w:br/>
        <w:t>то я пустив би все там шкереберть.&lt;br /&gt;</w:t>
        <w:br/>
        <w:br/>
        <w:t>А то зробилась тиха, все мовчала,&lt;br /&gt;</w:t>
        <w:br/>
        <w:br/>
        <w:t>сорочку шила все собі на смерть.</w:t>
      </w:r>
    </w:p>
    <w:p>
      <w:r>
        <w:br/>
        <w:br/>
        <w:t>Отак і сталось. Вийшов я із хати.&lt;br /&gt;</w:t>
        <w:br/>
        <w:br/>
        <w:t>Дядьків своїх узяв у старости.&lt;br /&gt;</w:t>
        <w:br/>
        <w:br/>
        <w:t>І сам не знаю,&amp;mdash; щоб одну кохати,&lt;br /&gt;</w:t>
        <w:br/>
        <w:br/>
        <w:t>а другу в церкву до вінця вести!</w:t>
      </w:r>
    </w:p>
    <w:p>
      <w:r>
        <w:br/>
        <w:br/>
        <w:t>Які я муки пережив пекельні!&lt;br /&gt;</w:t>
        <w:br/>
        <w:br/>
        <w:t>Од крику серця як я не оглух!&lt;br /&gt;</w:t>
        <w:br/>
        <w:br/>
        <w:t>Шкварчала совість, наче на пательні,&lt;br /&gt;</w:t>
        <w:br/>
        <w:br/>
        <w:t>і обганялась од зелених мух.</w:t>
      </w:r>
    </w:p>
    <w:p>
      <w:r>
        <w:br/>
        <w:br/>
        <w:t>Мені, мабуть, довіку буде сниться,&lt;br /&gt;</w:t>
        <w:br/>
        <w:br/>
        <w:t>як я стою, не піднімаю віч.&lt;br /&gt;</w:t>
        <w:br/>
        <w:br/>
        <w:t>А ті свати лопочуть про куницю,&lt;br /&gt;</w:t>
        <w:br/>
        <w:br/>
        <w:t>а та дурепа колупає піч!</w:t>
      </w:r>
    </w:p>
    <w:p>
      <w:r>
        <w:br/>
        <w:br/>
        <w:t>Як я крізь землю там не провалився?&lt;br /&gt;</w:t>
        <w:br/>
        <w:br/>
        <w:t>Не збив кулак об стіни об оті?!&lt;br /&gt;</w:t>
        <w:br/>
        <w:br/>
        <w:t>І як я потім у шинку напився,&lt;br /&gt;</w:t>
        <w:br/>
        <w:br/>
        <w:t>на матір крикнув вперте у житті!</w:t>
      </w:r>
    </w:p>
    <w:p>
      <w:r>
        <w:br/>
        <w:br/>
        <w:t>Вона ж сидить та гладить по голівці,&lt;br /&gt;</w:t>
        <w:br/>
        <w:br/>
        <w:t>так тихо гладить голову мою.&lt;br /&gt;</w:t>
        <w:br/>
        <w:br/>
        <w:t>&amp;mdash; Нічого,&amp;mdash; каже,&amp;mdash; я надійній дівці&lt;br /&gt;</w:t>
        <w:br/>
        <w:br/>
        <w:t>тепер тебе, мій сину, віддаю.</w:t>
      </w:r>
    </w:p>
    <w:p>
      <w:r>
        <w:br/>
        <w:br/>
        <w:t>...Вже й на весілля кендюх начиняли,&lt;br /&gt;</w:t>
        <w:br/>
        <w:br/>
        <w:t>гусей ловили і діжу вчиняли.</w:t>
      </w:r>
    </w:p>
    <w:p>
      <w:r>
        <w:br/>
        <w:br/>
        <w:t>Вже ми удвох ночуємо в коморі.&lt;br /&gt;</w:t>
        <w:br/>
        <w:br/>
        <w:t>Дивлюсь до ранку на холодні зорі.</w:t>
      </w:r>
    </w:p>
    <w:p>
      <w:r>
        <w:br/>
        <w:br/>
        <w:t>Світає. Душно. Всипища, макітри,&lt;br /&gt;</w:t>
        <w:br/>
        <w:br/>
        <w:t>ліхтар мосяжний, тьмяний від комах.&lt;br /&gt;</w:t>
        <w:br/>
        <w:br/>
        <w:t>Три бочки меду, вісім куф селітри,&lt;br /&gt;</w:t>
        <w:br/>
        <w:br/>
        <w:t>та ми удвох на шльонських килимах.</w:t>
      </w:r>
    </w:p>
    <w:p>
      <w:r>
        <w:br/>
        <w:br/>
        <w:t>То слава ж богу, що боронить звичай&lt;br /&gt;</w:t>
        <w:br/>
        <w:br/>
        <w:t>чіпати дівку. Я ж би і не зміг.&lt;br /&gt;</w:t>
        <w:br/>
        <w:br/>
        <w:t>Палив мене такий великий відчай,&lt;br /&gt;</w:t>
        <w:br/>
        <w:br/>
        <w:t>отак би встав та й безвісти забіг!</w:t>
      </w:r>
    </w:p>
    <w:p>
      <w:r>
        <w:br/>
        <w:br/>
        <w:t>Воно ж, товкуще, навіть не завважить, &amp;mdash;&lt;br /&gt;</w:t>
        <w:br/>
        <w:br/>
        <w:t>пече, скубе, затовкує та смажить.&lt;br /&gt;</w:t>
        <w:br/>
        <w:br/>
        <w:t>Б&amp;rsquo;є в килими, неначе в тулумбаси,&lt;br /&gt;</w:t>
        <w:br/>
        <w:br/>
        <w:t>та промиває кишки на ковбаси.</w:t>
      </w:r>
    </w:p>
    <w:p>
      <w:r>
        <w:br/>
        <w:br/>
        <w:t>А заспіває &amp;mdash; хиже та дрібне,&amp;mdash;&lt;br /&gt;</w:t>
        <w:br/>
        <w:br/>
        <w:t>мов по тарелі ложкою шкребне!</w:t>
      </w:r>
    </w:p>
    <w:p>
      <w:r>
        <w:br/>
        <w:br/>
        <w:t>А якось раз приходжу, застаю &amp;mdash;&lt;br /&gt;</w:t>
        <w:br/>
        <w:br/>
        <w:t>співає пісню &amp;mdash; при мені! &amp;mdash; твою.&lt;br /&gt;</w:t>
        <w:br/>
        <w:br/>
        <w:t>Про нашу греблю, про ті наші верби,&lt;br /&gt;</w:t>
        <w:br/>
        <w:br/>
        <w:t>про дні, що душу спомином печуть.&lt;br /&gt;</w:t>
        <w:br/>
        <w:br/>
        <w:t>А я збілів. А я, здається, вмер би,&lt;br /&gt;</w:t>
        <w:br/>
        <w:br/>
        <w:t>аби хоч раз ще голос твій почуть!</w:t>
      </w:r>
    </w:p>
    <w:p>
      <w:r>
        <w:br/>
        <w:br/>
        <w:t>* * *</w:t>
      </w:r>
    </w:p>
    <w:p>
      <w:r>
        <w:br/>
        <w:br/>
        <w:t>...І третя ніч пливе над яворами.&lt;br /&gt;</w:t>
        <w:br/>
        <w:br/>
        <w:t>Десь тиша Ворсклу переходить вбрід.&lt;br /&gt;</w:t>
        <w:br/>
        <w:br/>
        <w:t>&amp;quot;Вартуй! Вартуй! &amp;mdash; з Курилівської брами.&lt;br /&gt;</w:t>
        <w:br/>
        <w:br/>
        <w:t>&amp;quot;Вартуй! Вартуй!&amp;quot; &amp;mdash; від Київських воріт.&lt;br /&gt;</w:t>
        <w:br/>
        <w:br/>
        <w:t>Чогось так сумно, так протягло й лунко.&lt;br /&gt;</w:t>
        <w:br/>
        <w:br/>
        <w:t>Стоять залиті місяцем двори.&lt;br /&gt;</w:t>
        <w:br/>
        <w:br/>
        <w:t>Стара Полтава, як стара чаклунка,&lt;br /&gt;</w:t>
        <w:br/>
        <w:br/>
        <w:t>де із клунком темної гори.</w:t>
      </w:r>
    </w:p>
    <w:p>
      <w:r>
        <w:br/>
        <w:br/>
        <w:t>Вночі мені все якось наче ближче.&lt;br /&gt;</w:t>
        <w:br/>
        <w:br/>
        <w:t>Пашить безсонням бідна голова.&lt;br /&gt;</w:t>
        <w:br/>
        <w:br/>
        <w:t>Всіх обійду. Зайду на кладовище.&lt;br /&gt;</w:t>
        <w:br/>
        <w:br/>
        <w:t>Там Гриць лежить. Над ним росте трава.</w:t>
      </w:r>
    </w:p>
    <w:p>
      <w:r>
        <w:br/>
        <w:br/>
        <w:t>Зайду в наш двір. Постою біля хати.&lt;br /&gt;</w:t>
        <w:br/>
        <w:br/>
        <w:t>А що там робить моя бідна мати?&lt;br /&gt;</w:t>
        <w:br/>
        <w:br/>
        <w:t>Заснула, може, не закривши піч,&lt;br /&gt;</w:t>
        <w:br/>
        <w:br/>
        <w:t>чи теж безсонне дивиться у ніч?</w:t>
      </w:r>
    </w:p>
    <w:p>
      <w:r>
        <w:br/>
        <w:br/>
        <w:t>Піду на греблю, там іще постою,&lt;br /&gt;</w:t>
        <w:br/>
        <w:br/>
        <w:t>погомоню до наших яворів.&lt;br /&gt;</w:t>
        <w:br/>
        <w:br/>
        <w:t>Нап&amp;rsquo;юся ще солодкого настою&lt;br /&gt;</w:t>
        <w:br/>
        <w:br/>
        <w:t>тих молодих вишневих вечорів.</w:t>
      </w:r>
    </w:p>
    <w:p>
      <w:r>
        <w:br/>
        <w:br/>
        <w:t>Як тінь Саулом гнаного Давида,&lt;br /&gt;</w:t>
        <w:br/>
        <w:br/>
        <w:t>метнуся тихо на воді скляній,&amp;mdash;&lt;br /&gt;</w:t>
        <w:br/>
        <w:br/>
        <w:t>Фесько-дозорець ходить, як сновида,&lt;br /&gt;</w:t>
        <w:br/>
        <w:br/>
        <w:t>в Старих Млинах, на греблі ворскляній...</w:t>
      </w:r>
    </w:p>
    <w:p>
      <w:r>
        <w:br/>
        <w:br/>
        <w:t>Вдягнула ніч на вікна чорні шори.&lt;br /&gt;</w:t>
        <w:br/>
        <w:br/>
        <w:t>Все місто спить, суворе й мовчазне.&lt;br /&gt;</w:t>
        <w:br/>
        <w:br/>
        <w:t>Лише собаки стережуть комори,&lt;br /&gt;</w:t>
        <w:br/>
        <w:br/>
        <w:t>та ще тюремник &amp;mdash; стереже мене.</w:t>
      </w:r>
    </w:p>
    <w:p>
      <w:r>
        <w:br/>
        <w:br/>
        <w:t>Ще і в прозурку дивиться навіщось,&lt;br /&gt;</w:t>
        <w:br/>
        <w:br/>
        <w:t>тюремний кріт, що якось не осліп.&lt;br /&gt;</w:t>
        <w:br/>
        <w:br/>
        <w:t>Каганчик світить,&amp;mdash; не дай бог повішусь,&lt;br /&gt;</w:t>
        <w:br/>
        <w:br/>
        <w:t>бо то ж би в ката я одбила хліб.</w:t>
      </w:r>
    </w:p>
    <w:p>
      <w:r>
        <w:br/>
        <w:br/>
        <w:t>Не роздивився. Входить, приглядається,&lt;br /&gt;</w:t>
        <w:br/>
        <w:br/>
        <w:t>чи тут ніхто на гратах не гойдається.&lt;br /&gt;</w:t>
        <w:br/>
        <w:br/>
        <w:t>Провів рукою в мене по плечу.&lt;br /&gt;</w:t>
        <w:br/>
        <w:br/>
        <w:t>Ішов би спав, чи я куди втечу?</w:t>
      </w:r>
    </w:p>
    <w:p>
      <w:r>
        <w:br/>
        <w:br/>
        <w:t>Сопе, не вірить, тупає, відходе,&lt;br /&gt;</w:t>
        <w:br/>
        <w:br/>
        <w:t>мов хтось його веде на повідку.&lt;br /&gt;</w:t>
        <w:br/>
        <w:br/>
        <w:t>І знову ніч.&lt;br /&gt;</w:t>
        <w:br/>
        <w:br/>
        <w:t>А де мій Хо?&lt;br /&gt;</w:t>
        <w:br/>
        <w:br/>
        <w:t>Мій Хо де?&lt;br /&gt;</w:t>
        <w:br/>
        <w:br/>
        <w:t>Зіщулився де-небудь у кутку.</w:t>
      </w:r>
    </w:p>
    <w:p>
      <w:r>
        <w:br/>
        <w:br/>
        <w:t>Іди сюди. Посидимо до ранку.&lt;br /&gt;</w:t>
        <w:br/>
        <w:br/>
        <w:t>Яку залізну маємо фіранку!&lt;br /&gt;</w:t>
        <w:br/>
        <w:br/>
        <w:t>Це, бачиш, доля виткала для нас.&lt;br /&gt;</w:t>
        <w:br/>
        <w:br/>
        <w:t>А ніч стоїть, немов іконостас.</w:t>
      </w:r>
    </w:p>
    <w:p>
      <w:r>
        <w:br/>
        <w:br/>
        <w:t>Біжить-біжить, чаряпкається вгору.&lt;br /&gt;</w:t>
        <w:br/>
        <w:br/>
        <w:t>Цок-цок по стінах, вгору, вгору, вниз.&lt;br /&gt;</w:t>
        <w:br/>
        <w:br/>
        <w:t>...Шматочок неба і шматочок двору...&lt;br /&gt;</w:t>
        <w:br/>
        <w:br/>
        <w:t>...І Хо на гратах хвостиком завис...</w:t>
      </w:r>
    </w:p>
    <w:p>
      <w:r>
        <w:br/>
        <w:br/>
        <w:t>...Десь вітер гонить хмари пелехаті.&lt;br /&gt;</w:t>
        <w:br/>
        <w:br/>
        <w:t>Яка страшна задуха в цій норі!&lt;br /&gt;</w:t>
        <w:br/>
        <w:br/>
        <w:t>Там, під горою, в посмутнілій хаті,&lt;br /&gt;</w:t>
        <w:br/>
        <w:br/>
        <w:t>стоїть труна... а там, на тій горі...</w:t>
      </w:r>
    </w:p>
    <w:p>
      <w:r>
        <w:br/>
        <w:br/>
        <w:t>І пізнє літо... снопики на нивці...&lt;br /&gt;</w:t>
        <w:br/>
        <w:br/>
        <w:t>гукає мати... бігає хлоп&amp;rsquo;я...&lt;br /&gt;</w:t>
        <w:br/>
        <w:br/>
        <w:t>А там, у гробі... Чи усі убивці&lt;br /&gt;</w:t>
        <w:br/>
        <w:br/>
        <w:t>так тяжко задихаються, як я?</w:t>
      </w:r>
    </w:p>
    <w:p>
      <w:r>
        <w:br/>
        <w:br/>
        <w:t>О господи, його вже ж поховали.&lt;br /&gt;</w:t>
        <w:br/>
        <w:br/>
        <w:t>Йому вже всі зозулі відкували.&lt;br /&gt;</w:t>
        <w:br/>
        <w:br/>
        <w:t>Я сплутала... у п&amp;rsquo;ятницю... тоді...&lt;br /&gt;</w:t>
        <w:br/>
        <w:br/>
        <w:t>коли я ще стояла на суді...&lt;br /&gt;</w:t>
        <w:br/>
        <w:br/>
        <w:t>його везли... мене вели...&lt;br /&gt;</w:t>
        <w:br/>
        <w:br/>
        <w:t>якась труна... якісь воли...&lt;br /&gt;</w:t>
        <w:br/>
        <w:br/>
        <w:t>а хтось подав мені води...&lt;br /&gt;</w:t>
        <w:br/>
        <w:br/>
        <w:t>а я не знала, хто, куди...</w:t>
      </w:r>
    </w:p>
    <w:p>
      <w:r>
        <w:br/>
        <w:br/>
        <w:t>А може, я і справді вже причинна?&lt;br /&gt;</w:t>
        <w:br/>
        <w:br/>
        <w:t>Помер мій Гриць з відкритими очима.&lt;br /&gt;</w:t>
        <w:br/>
        <w:br/>
        <w:t>То ж він мене і мертвий виглядав.&lt;br /&gt;</w:t>
        <w:br/>
        <w:br/>
        <w:t>І, одстраждавши, знов, мабуть, страждав.&lt;br /&gt;</w:t>
        <w:br/>
        <w:br/>
        <w:t>Бо він же тут лишив мене одну.&lt;br /&gt;</w:t>
        <w:br/>
        <w:br/>
        <w:t>Я йду. Я скоро. Я наздожену.</w:t>
      </w:r>
    </w:p>
    <w:p>
      <w:r>
        <w:br/>
        <w:br/>
        <w:t>Десь, може, там зустрінемося ми.&lt;br /&gt;</w:t>
        <w:br/>
        <w:br/>
        <w:t>Не буде рук &amp;mdash; обнімемось крильми.</w:t>
      </w:r>
    </w:p>
    <w:p>
      <w:r>
        <w:br/>
        <w:br/>
        <w:t>* * *&lt;br /&gt;</w:t>
        <w:br/>
        <w:br/>
        <w:t>...Остатній день.&lt;br /&gt;</w:t>
        <w:br/>
        <w:br/>
        <w:t>Прийшов священик.&lt;br /&gt;</w:t>
        <w:br/>
        <w:br/>
        <w:t>&amp;mdash; Отче!&lt;br /&gt;</w:t>
        <w:br/>
        <w:br/>
        <w:t>Зніміть з душі цей безнемірний біль! &amp;mdash;&lt;br /&gt;</w:t>
        <w:br/>
        <w:br/>
        <w:t>Йому людина дивиться у очі,&lt;br /&gt;</w:t>
        <w:br/>
        <w:br/>
        <w:t>а він її під цю єпітрахіль.</w:t>
      </w:r>
    </w:p>
    <w:p>
      <w:r>
        <w:br/>
        <w:br/>
        <w:t>&amp;mdash; Покайся,&amp;mdash; каже,&amp;mdash; Стежкою гордині&lt;br /&gt;</w:t>
        <w:br/>
        <w:br/>
        <w:t>тебе ведуть соблазни суєти.&lt;br /&gt;</w:t>
        <w:br/>
        <w:br/>
        <w:t>Од бога так положено людині&lt;br /&gt;</w:t>
        <w:br/>
        <w:br/>
        <w:t>долиною смиренія іти.</w:t>
      </w:r>
    </w:p>
    <w:p>
      <w:r>
        <w:br/>
        <w:br/>
        <w:t>Покаялась. Прощення попрохала&lt;br /&gt;</w:t>
        <w:br/>
        <w:br/>
        <w:t>за те, що дуже грішною була:&lt;br /&gt;</w:t>
        <w:br/>
        <w:br/>
        <w:t>одного разу матері збрехала,&lt;br /&gt;</w:t>
        <w:br/>
        <w:br/>
        <w:t>одній сусідці сіль не віддала.</w:t>
      </w:r>
    </w:p>
    <w:p>
      <w:r>
        <w:br/>
        <w:br/>
        <w:t>А що скажу?!&lt;br /&gt;</w:t>
        <w:br/>
        <w:br/>
        <w:t>Свою пригаслу душу&lt;br /&gt;</w:t>
        <w:br/>
        <w:br/>
        <w:t>чи донесу, як свічечку на Страсть?&lt;br /&gt;</w:t>
        <w:br/>
        <w:br/>
        <w:t>Бог знає все. А батюшці байдуже.&lt;br /&gt;</w:t>
        <w:br/>
        <w:br/>
        <w:t>Хіба він правду богу передасть?</w:t>
      </w:r>
    </w:p>
    <w:p>
      <w:r>
        <w:br/>
        <w:br/>
        <w:t>Пошепотів, як знахарка над раною,&lt;br /&gt;</w:t>
        <w:br/>
        <w:br/>
        <w:t>молитвою вуста поворушив.&lt;br /&gt;</w:t>
        <w:br/>
        <w:br/>
        <w:t>І властію, од бога йому даною,&lt;br /&gt;</w:t>
        <w:br/>
        <w:br/>
        <w:t>спасибі, одпустив і розгрішив.</w:t>
      </w:r>
    </w:p>
    <w:p>
      <w:r>
        <w:br/>
        <w:br/>
        <w:t>Скрегоче засув кованих дверей.&lt;br /&gt;</w:t>
        <w:br/>
        <w:br/>
        <w:t>Пішов собі достойний ієрей.</w:t>
      </w:r>
    </w:p>
    <w:p>
      <w:r>
        <w:br/>
        <w:br/>
        <w:t>...Десь тихо жаби кумкають з болота.&lt;br /&gt;</w:t>
        <w:br/>
        <w:br/>
        <w:t>Лягла на мур вечірня позолота.&lt;br /&gt;</w:t>
        <w:br/>
        <w:br/>
        <w:t>Прощальний промінь блиснув на стіні.&lt;br /&gt;</w:t>
        <w:br/>
        <w:br/>
        <w:t>І сонце, сонце &amp;mdash; як жива істота,&lt;br /&gt;</w:t>
        <w:br/>
        <w:br/>
        <w:t>єдина, що всміхається мені!</w:t>
      </w:r>
    </w:p>
    <w:p>
      <w:r>
        <w:br/>
        <w:br/>
        <w:t>Я завтра, сонце, буду умирати.&lt;br /&gt;</w:t>
        <w:br/>
        <w:br/>
        <w:t>Я перейшла вже смертницьку межу.&lt;br /&gt;</w:t>
        <w:br/>
        <w:br/>
        <w:t>Спасибі, сонце, ти прийшло крізь грати.&lt;br /&gt;</w:t>
        <w:br/>
        <w:br/>
        <w:t>Я лиш тобі всю правду розкажу.</w:t>
      </w:r>
    </w:p>
    <w:p>
      <w:r>
        <w:br/>
        <w:br/>
        <w:t>Не помста це була, не божевілля.&lt;br /&gt;</w:t>
        <w:br/>
        <w:br/>
        <w:t>Людина спр&amp;oacute;ста ближнього не вб&amp;rsquo;є.&lt;br /&gt;</w:t>
        <w:br/>
        <w:br/>
        <w:t>Я не труїла. Те прокляте зілля&lt;br /&gt;</w:t>
        <w:br/>
        <w:br/>
        <w:t>він випив сам. Воно було моє.</w:t>
      </w:r>
    </w:p>
    <w:p>
      <w:r>
        <w:br/>
        <w:br/>
        <w:t>Я ту отруту з розпачу зібрала.&lt;br /&gt;</w:t>
        <w:br/>
        <w:br/>
        <w:t>Я змалку знаю, де яке зело.&lt;br /&gt;</w:t>
        <w:br/>
        <w:br/>
        <w:t>Мені це ще од баби перейшло,&amp;mdash;&lt;br /&gt;</w:t>
        <w:br/>
        <w:br/>
        <w:t>її вважала відьмою Полтава.</w:t>
      </w:r>
    </w:p>
    <w:p>
      <w:r>
        <w:br/>
        <w:br/>
        <w:t>У неї котик був, як чортеня,&lt;br /&gt;</w:t>
        <w:br/>
        <w:br/>
        <w:t>і чорна доля з чорними очима.&lt;br /&gt;</w:t>
        <w:br/>
        <w:br/>
        <w:t>Цілюще зілля, &amp;oacute;труї, дання,&amp;mdash;&lt;br /&gt;</w:t>
        <w:br/>
        <w:br/>
        <w:t>все знала баба. І мене навчила.</w:t>
      </w:r>
    </w:p>
    <w:p>
      <w:r>
        <w:br/>
        <w:br/>
        <w:t>Я наварила м&amp;rsquo;яти, драголюбу.&lt;br /&gt;</w:t>
        <w:br/>
        <w:br/>
        <w:t>Не пособило. Наварила ще.&lt;br /&gt;</w:t>
        <w:br/>
        <w:br/>
        <w:t>Вже скоро день, що їм іти до шлюбу,&lt;br /&gt;</w:t>
        <w:br/>
        <w:br/>
        <w:t>мене ж пече всередині, пече!</w:t>
      </w:r>
    </w:p>
    <w:p>
      <w:r>
        <w:br/>
        <w:br/>
        <w:t>&amp;quot;Болить моя головонька від самого чола:&lt;br /&gt;</w:t>
        <w:br/>
        <w:br/>
        <w:t>не бачила миленького ні тепер, ні вчора&amp;quot;,&amp;mdash;&lt;br /&gt;</w:t>
        <w:br/>
        <w:br/>
        <w:t>отак собі заспіваю, наче й не журюся.&lt;br /&gt;</w:t>
        <w:br/>
        <w:br/>
        <w:t>&amp;quot;А як вийду за ворота, од вітру валюся&amp;quot;.&lt;br /&gt;</w:t>
        <w:br/>
        <w:br/>
        <w:t>Любилися ж, кохалися, як голубів пара!&lt;br /&gt;</w:t>
        <w:br/>
        <w:br/>
        <w:t>&amp;quot;Не дай боже розійтися,&lt;br /&gt;</w:t>
        <w:br/>
        <w:br/>
        <w:t>як чорная хмара&amp;quot;&amp;hellip;</w:t>
      </w:r>
    </w:p>
    <w:p>
      <w:r>
        <w:br/>
        <w:br/>
        <w:t>А найстрашніше, що пече, як ж&amp;oacute;га,&lt;br /&gt;</w:t>
        <w:br/>
        <w:br/>
        <w:t>перевертає душу від жалю:&lt;br /&gt;</w:t>
        <w:br/>
        <w:br/>
        <w:t>невірного, брехливого, чужого,&lt;br /&gt;</w:t>
        <w:br/>
        <w:br/>
        <w:t>огидного,&amp;mdash; а я ж його люблю!</w:t>
      </w:r>
    </w:p>
    <w:p>
      <w:r>
        <w:br/>
        <w:br/>
        <w:t>&amp;quot;У неділю рано зілля копала...&lt;br /&gt;</w:t>
        <w:br/>
        <w:br/>
        <w:t>А у понеділок переполоскала...&amp;quot;&lt;br /&gt;</w:t>
        <w:br/>
        <w:br/>
        <w:t>Порятуй від болю, смертонько ласкава!</w:t>
      </w:r>
    </w:p>
    <w:p>
      <w:r>
        <w:br/>
        <w:br/>
        <w:t>А вже Бобренки з тим усім не крились.&lt;br /&gt;</w:t>
        <w:br/>
        <w:br/>
        <w:t>Не встигла їм душа й почервоніть.&lt;br /&gt;</w:t>
        <w:br/>
        <w:br/>
        <w:t>Я зроду не співала на два криласи,&lt;br /&gt;</w:t>
        <w:br/>
        <w:br/>
        <w:t>мені було це важко зрозуміть.</w:t>
      </w:r>
    </w:p>
    <w:p>
      <w:r>
        <w:br/>
        <w:br/>
        <w:t>Якісь у нього появились друзі,&lt;br /&gt;</w:t>
        <w:br/>
        <w:br/>
        <w:t>Семен Капканчик і Ромашко Струк.&lt;br /&gt;</w:t>
        <w:br/>
        <w:br/>
        <w:t>Один хоч був десь у Великім Лузі,&lt;br /&gt;</w:t>
        <w:br/>
        <w:br/>
        <w:t>а другий зброї і не брав до рук.</w:t>
      </w:r>
    </w:p>
    <w:p>
      <w:r>
        <w:br/>
        <w:br/>
        <w:t>Десь перебув, десь нишком пересидів,&lt;br /&gt;</w:t>
        <w:br/>
        <w:br/>
        <w:t>на пасіці чи, може, лободі.&lt;br /&gt;</w:t>
        <w:br/>
        <w:br/>
        <w:t>Ніхто його в походах і не видів,&lt;br /&gt;</w:t>
        <w:br/>
        <w:br/>
        <w:t>оце аж зараз виліз на суді.</w:t>
      </w:r>
    </w:p>
    <w:p>
      <w:r>
        <w:br/>
        <w:br/>
        <w:t>Було, ідуть,&amp;mdash; Ромашко зарегоче,&lt;br /&gt;</w:t>
        <w:br/>
        <w:br/>
        <w:t>Капканчик шапку зіб&amp;rsquo;є набакир.&lt;br /&gt;</w:t>
        <w:br/>
        <w:br/>
        <w:t>Мовляв, чого там, діло парубоче,&lt;br /&gt;</w:t>
        <w:br/>
        <w:br/>
        <w:t>усі дівчата на один копил.</w:t>
      </w:r>
    </w:p>
    <w:p>
      <w:r>
        <w:br/>
        <w:br/>
        <w:t>Уже й мене зустріти не боялись,&lt;br /&gt;</w:t>
        <w:br/>
        <w:br/>
        <w:t>ішли туди, проз Задихальний Яр.&lt;br /&gt;</w:t>
        <w:br/>
        <w:br/>
        <w:t>Який жених, такі його й бояри.&lt;br /&gt;</w:t>
        <w:br/>
        <w:br/>
        <w:t>Бодай би вік не бачить цих бояр.</w:t>
      </w:r>
    </w:p>
    <w:p>
      <w:r>
        <w:br/>
        <w:br/>
        <w:t>...Вже й воду брала з іншої криниці,&lt;br /&gt;</w:t>
        <w:br/>
        <w:br/>
        <w:t>а вже й не знала, де себе подіть.&lt;br /&gt;</w:t>
        <w:br/>
        <w:br/>
        <w:t>Дівчата потягли на вечорниці,&lt;br /&gt;</w:t>
        <w:br/>
        <w:br/>
        <w:t>то я й пішла, щоб дома не сидіть.&lt;br /&gt;</w:t>
        <w:br/>
        <w:br/>
        <w:t>Вони собі жартують з парубками,&lt;br /&gt;</w:t>
        <w:br/>
        <w:br/>
        <w:t>а я сиджу, самотня, при стіні.&lt;br /&gt;</w:t>
        <w:br/>
        <w:br/>
        <w:t>Пряду куделю. Не зберусь думками.&lt;br /&gt;</w:t>
        <w:br/>
        <w:br/>
        <w:t>В мені умерли всі мої пісні.&lt;br /&gt;</w:t>
        <w:br/>
        <w:br/>
        <w:t>Вони ж співають про якусь кирею,&lt;br /&gt;</w:t>
        <w:br/>
        <w:br/>
        <w:t>про те, що хтось когось занапастив.&lt;br /&gt;</w:t>
        <w:br/>
        <w:br/>
        <w:t>Я оступіла: Гриць прийшов із нею.&lt;br /&gt;</w:t>
        <w:br/>
        <w:br/>
        <w:t>Мене побачив &amp;mdash; очі опустив.</w:t>
      </w:r>
    </w:p>
    <w:p>
      <w:r>
        <w:br/>
        <w:br/>
        <w:t>Враз поповзли по вилицях рум&amp;rsquo;янці.&lt;br /&gt;</w:t>
        <w:br/>
        <w:br/>
        <w:t>Очима більше не стрічались ми.&lt;br /&gt;</w:t>
        <w:br/>
        <w:br/>
        <w:t>Він танцював із Галею, і в танці&lt;br /&gt;</w:t>
        <w:br/>
        <w:br/>
        <w:t>мов щось топтав і нищив чобітьми.&lt;br /&gt;</w:t>
        <w:br/>
        <w:br/>
        <w:t>Воно було на танець і не схоже,&lt;br /&gt;</w:t>
        <w:br/>
        <w:br/>
        <w:t>ті корчі мук у синім кунтуші.&lt;br /&gt;</w:t>
        <w:br/>
        <w:br/>
        <w:t>Аж хтось тоді сказав:&lt;br /&gt;</w:t>
        <w:br/>
        <w:br/>
        <w:t>&amp;mdash; А не дай боже&lt;br /&gt;</w:t>
        <w:br/>
        <w:br/>
        <w:t>так танцювать навиворіт душі!</w:t>
      </w:r>
    </w:p>
    <w:p>
      <w:r>
        <w:br/>
        <w:br/>
        <w:t>Мінились тіні на чолі блідому.&lt;br /&gt;</w:t>
        <w:br/>
        <w:br/>
        <w:t>Кресав гопак вогонь з-під підошов.&lt;br /&gt;</w:t>
        <w:br/>
        <w:br/>
        <w:t>Я тихо вийшла. І пішла додому.&lt;br /&gt;</w:t>
        <w:br/>
        <w:br/>
        <w:t>Не бачив Гриць. Навприсядки пішов.</w:t>
      </w:r>
    </w:p>
    <w:p>
      <w:r>
        <w:br/>
        <w:br/>
        <w:t>...Мені всю ніч в очах це маячіло.&lt;br /&gt;</w:t>
        <w:br/>
        <w:br/>
        <w:t>А після тих проклятих вечорниць&lt;br /&gt;</w:t>
        <w:br/>
        <w:br/>
        <w:t>пройшло два дні, вже добре споночіло,&lt;br /&gt;</w:t>
        <w:br/>
        <w:br/>
        <w:t>аж, боже мій! &amp;mdash; заходить в хату Гриць.</w:t>
      </w:r>
    </w:p>
    <w:p>
      <w:r>
        <w:br/>
        <w:br/>
        <w:t>Якийсь чудний, запалені повіки,&lt;br /&gt;</w:t>
        <w:br/>
        <w:br/>
        <w:t>пригаслі очі, під очима бриж.&lt;br /&gt;</w:t>
        <w:br/>
        <w:br/>
        <w:t>&amp;mdash; Марусю! &amp;mdash; каже.&amp;mdash; Я прийшов навіки.&lt;br /&gt;</w:t>
        <w:br/>
        <w:br/>
        <w:t>Я на коліна стану, ти простиш?</w:t>
      </w:r>
    </w:p>
    <w:p>
      <w:r>
        <w:br/>
        <w:br/>
        <w:t>&amp;mdash; Я найдорожчі сплакала літа.&lt;br /&gt;</w:t>
        <w:br/>
        <w:br/>
        <w:t>Чого вернувся до моєї хати?&lt;br /&gt;</w:t>
        <w:br/>
        <w:br/>
        <w:t>Ми ж розлучились... Матінко свята!&lt;br /&gt;</w:t>
        <w:br/>
        <w:br/>
        <w:t>Чи я ж тебе примушую кохати?!</w:t>
      </w:r>
    </w:p>
    <w:p>
      <w:r>
        <w:br/>
        <w:br/>
        <w:t>Коли своїм коханням поступився&lt;br /&gt;</w:t>
        <w:br/>
        <w:br/>
        <w:t>заради грошей і багацьких нив,&lt;br /&gt;</w:t>
        <w:br/>
        <w:br/>
        <w:t>чи ти тоді од мене одступився,&lt;br /&gt;</w:t>
        <w:br/>
        <w:br/>
        <w:t>чи сам себе навіки обманив?</w:t>
      </w:r>
    </w:p>
    <w:p>
      <w:r>
        <w:br/>
        <w:br/>
        <w:t>&amp;mdash; Себе, Марусю. Не дивись вороже.&lt;br /&gt;</w:t>
        <w:br/>
        <w:br/>
        <w:t>Мені ті дні повік не одболять.&lt;br /&gt;</w:t>
        <w:br/>
        <w:br/>
        <w:t>Тут двоє матерів, твоя і Божа.&lt;br /&gt;</w:t>
        <w:br/>
        <w:br/>
        <w:t>Хай нас на шлюб вони благословлять.</w:t>
      </w:r>
    </w:p>
    <w:p>
      <w:r>
        <w:br/>
        <w:br/>
        <w:t>Людей накличем, зробим перепросини,&lt;br /&gt;</w:t>
        <w:br/>
        <w:br/>
        <w:t>щоб знали всі, хто чеше язиком.&lt;br /&gt;</w:t>
        <w:br/>
        <w:br/>
        <w:t>Марусю, чуєш, зараз, ще до осени,&lt;br /&gt;</w:t>
        <w:br/>
        <w:br/>
        <w:t>поберемось та й вступимо в закон.</w:t>
      </w:r>
    </w:p>
    <w:p>
      <w:r>
        <w:br/>
        <w:br/>
        <w:t>А мати &amp;mdash; з дому. Плачуть, затинаються&lt;br /&gt;</w:t>
        <w:br/>
        <w:br/>
        <w:t>і говорить не хочуть ні про що.&lt;br /&gt;</w:t>
        <w:br/>
        <w:br/>
        <w:t>А мати кажуть: &amp;mdash; Руки не здіймаються.&lt;br /&gt;</w:t>
        <w:br/>
        <w:br/>
        <w:t>Іди туди, ізвідки ти прийшов!</w:t>
      </w:r>
    </w:p>
    <w:p>
      <w:r>
        <w:br/>
        <w:br/>
        <w:t>&amp;mdash; Я зрадив, так.&lt;br /&gt;</w:t>
        <w:br/>
        <w:br/>
        <w:t>Але це біль чи злочин?&lt;br /&gt;</w:t>
        <w:br/>
        <w:br/>
        <w:t>Скажу всю правду, ми тепер одні.&lt;br /&gt;</w:t>
        <w:br/>
        <w:br/>
        <w:t>Кому з нас гірше? Я одводжу очі,&lt;br /&gt;</w:t>
        <w:br/>
        <w:br/>
        <w:t>а ти у вічі дивишся мені.</w:t>
      </w:r>
    </w:p>
    <w:p>
      <w:r>
        <w:br/>
        <w:br/>
        <w:t>Я мучуся. Я сам собі шуліка.&lt;br /&gt;</w:t>
        <w:br/>
        <w:br/>
        <w:t>Є щось в мені так наче не моє.&lt;br /&gt;</w:t>
        <w:br/>
        <w:br/>
        <w:t>Немов живе в мені два чоловіка,&lt;br /&gt;</w:t>
        <w:br/>
        <w:br/>
        <w:t>і хтось когось в мені не впізнає.</w:t>
      </w:r>
    </w:p>
    <w:p>
      <w:r>
        <w:br/>
        <w:br/>
        <w:t>І що найтяжче: мука ж моя марна,&lt;br /&gt;</w:t>
        <w:br/>
        <w:br/>
        <w:t>бо зрада &amp;mdash; діло темне і брудне.&lt;br /&gt;</w:t>
        <w:br/>
        <w:br/>
        <w:t>А ти &amp;mdash; це ти.&lt;br /&gt;</w:t>
        <w:br/>
        <w:br/>
        <w:t>Ти і в стражданні гарна.&lt;br /&gt;</w:t>
        <w:br/>
        <w:br/>
        <w:t>Ти можеш навіть пожаліть мене.</w:t>
      </w:r>
    </w:p>
    <w:p>
      <w:r>
        <w:br/>
        <w:br/>
        <w:t>Або сказати: що хотів, те й маєш.&lt;br /&gt;</w:t>
        <w:br/>
        <w:br/>
        <w:t>Мене вже, віриш, кидає вві сні.&lt;br /&gt;</w:t>
        <w:br/>
        <w:br/>
        <w:t>Тобі то добре, ти цього не знаєш.&lt;br /&gt;</w:t>
        <w:br/>
        <w:br/>
        <w:t>У тебе й мука піде у пісні.</w:t>
      </w:r>
    </w:p>
    <w:p>
      <w:r>
        <w:br/>
        <w:br/>
        <w:t>Тобі дано і вірити, й кохати.&lt;br /&gt;</w:t>
        <w:br/>
        <w:br/>
        <w:t>А що мені? Які такі куші?!&lt;br /&gt;</w:t>
        <w:br/>
        <w:br/>
        <w:t>Нелегко, кажуть, жити на дві хати.&lt;br /&gt;</w:t>
        <w:br/>
        <w:br/>
        <w:t>А ще нелегше &amp;mdash; жить на дві душі!</w:t>
      </w:r>
    </w:p>
    <w:p>
      <w:r>
        <w:br/>
        <w:br/>
        <w:t>Відступник я. Нікчемний я і ниций.&lt;br /&gt;</w:t>
        <w:br/>
        <w:br/>
        <w:t>Але ти любиш і тому прости.&lt;br /&gt;</w:t>
        <w:br/>
        <w:br/>
        <w:t>Життя &amp;mdash; така велика ковзаниця.&lt;br /&gt;</w:t>
        <w:br/>
        <w:br/>
        <w:t>Кому вдалось, не падавши, пройти?</w:t>
      </w:r>
    </w:p>
    <w:p>
      <w:r>
        <w:br/>
        <w:br/>
        <w:t>Він говорив, і відбувалось диво.&lt;br /&gt;</w:t>
        <w:br/>
        <w:br/>
        <w:t>Він зраду якось так перетворив,&lt;br /&gt;</w:t>
        <w:br/>
        <w:br/>
        <w:t>так говорив беззахисно й правдиво,&amp;mdash;&lt;br /&gt;</w:t>
        <w:br/>
        <w:br/>
        <w:t>неначе він про подвиг говорив.</w:t>
      </w:r>
    </w:p>
    <w:p>
      <w:r>
        <w:br/>
        <w:br/>
        <w:t>А я стояла як сліпа від сліз.&lt;br /&gt;</w:t>
        <w:br/>
        <w:br/>
        <w:t>Душа марніла, як зів&amp;rsquo;яле клечання.&lt;br /&gt;</w:t>
        <w:br/>
        <w:br/>
        <w:t>Хоч би мені хто&lt;br /&gt;</w:t>
        <w:br/>
        <w:br/>
        <w:t>жменьку землі&lt;br /&gt;</w:t>
        <w:br/>
        <w:br/>
        <w:t>з могили його приніс&amp;hellip;&lt;br /&gt;</w:t>
        <w:br/>
        <w:br/>
        <w:t>натертися проти серця... може б, трохи полегшало...</w:t>
      </w:r>
    </w:p>
    <w:p>
      <w:r>
        <w:br/>
        <w:br/>
        <w:t>Він взяв мене за плечі, звав єдиною.&lt;br /&gt;</w:t>
        <w:br/>
        <w:br/>
        <w:t>Щось говорив про долю, про борги.&lt;br /&gt;</w:t>
        <w:br/>
        <w:br/>
        <w:t>Що там, під Дубно, він ще був людиною,&lt;br /&gt;</w:t>
        <w:br/>
        <w:br/>
        <w:t>а тут він сам з собою вороги.&lt;br /&gt;</w:t>
        <w:br/>
        <w:br/>
        <w:t>Що Галя &amp;mdash; гуска, що й по ній це видно.&lt;br /&gt;</w:t>
        <w:br/>
        <w:br/>
        <w:t>І все. І годі. &amp;mdash; Я од неї втік.&lt;br /&gt;</w:t>
        <w:br/>
        <w:br/>
        <w:t>А може, й правду кажуть, що ти відьма,&lt;br /&gt;</w:t>
        <w:br/>
        <w:br/>
        <w:t>приворожила &amp;mdash; і пропав навік.&lt;br /&gt;</w:t>
        <w:br/>
        <w:br/>
        <w:t>Бо що б мене інакше так палило,&lt;br /&gt;</w:t>
        <w:br/>
        <w:br/>
        <w:t>чого ж я так страждаю і борюсь?&lt;br /&gt;</w:t>
        <w:br/>
        <w:br/>
        <w:t>Куди б мене в житті не прихилило,&lt;br /&gt;</w:t>
        <w:br/>
        <w:br/>
        <w:t>а все одно до тебе я вернусь.</w:t>
      </w:r>
    </w:p>
    <w:p>
      <w:r>
        <w:br/>
        <w:br/>
        <w:t>Ти ж ніч моя і світло моє денне!&lt;br /&gt;</w:t>
        <w:br/>
        <w:br/>
        <w:t>Вже тут брехать,&amp;mdash; який мені хосен?&lt;br /&gt;</w:t>
        <w:br/>
        <w:br/>
        <w:t>Прости за все, воно таке буденне.&lt;br /&gt;</w:t>
        <w:br/>
        <w:br/>
        <w:t>А я ж не можу без твоїх пісень!</w:t>
      </w:r>
    </w:p>
    <w:p>
      <w:r>
        <w:br/>
        <w:br/>
        <w:t>Коли я там і говорив, і клявся,&lt;br /&gt;</w:t>
        <w:br/>
        <w:br/>
        <w:t>я знав одне: збрешу &amp;mdash; не помилюсь.&lt;br /&gt;</w:t>
        <w:br/>
        <w:br/>
        <w:t>Як хочеш знати,&amp;mdash; так, я їм продався,&lt;br /&gt;</w:t>
        <w:br/>
        <w:br/>
        <w:t>але в душі на тебе я молюсь!</w:t>
      </w:r>
    </w:p>
    <w:p>
      <w:r>
        <w:br/>
        <w:br/>
        <w:t>Тоді я двері відчинила в ніч.&lt;br /&gt;</w:t>
        <w:br/>
        <w:br/>
        <w:t>Він ще й не встиг збагнути, в чому річ,&lt;br /&gt;</w:t>
        <w:br/>
        <w:br/>
        <w:t>як я сказала:&lt;br /&gt;</w:t>
        <w:br/>
        <w:br/>
        <w:t>&amp;mdash; Йди собі, іди! &amp;mdash;&lt;br /&gt;</w:t>
        <w:br/>
        <w:br/>
        <w:t>А він сказав:&lt;br /&gt;</w:t>
        <w:br/>
        <w:br/>
        <w:t>&amp;mdash; Мені ж нема куди.</w:t>
      </w:r>
    </w:p>
    <w:p>
      <w:r>
        <w:br/>
        <w:br/>
        <w:t>Іди до неї. Будеш між панами.&lt;br /&gt;</w:t>
        <w:br/>
        <w:br/>
        <w:t>А я за тебе, Грицю, не піду.&lt;br /&gt;</w:t>
        <w:br/>
        <w:br/>
        <w:t>Це ж цілий вік стоятиме між нами.&lt;br /&gt;</w:t>
        <w:br/>
        <w:br/>
        <w:t>А з чого ж, Грицю, пісню я складу?!</w:t>
      </w:r>
    </w:p>
    <w:p>
      <w:r>
        <w:br/>
        <w:br/>
        <w:t>...Лежала тінь від столу і до печі.&lt;br /&gt;</w:t>
        <w:br/>
        <w:br/>
        <w:t>Лампадка тріпотіла в божнику.&lt;br /&gt;</w:t>
        <w:br/>
        <w:br/>
        <w:t>А він сидів, зіщуливши ті плечі&lt;br /&gt;</w:t>
        <w:br/>
        <w:br/>
        <w:t>і звісивши ту голову тяжку.</w:t>
      </w:r>
    </w:p>
    <w:p>
      <w:r>
        <w:br/>
        <w:br/>
        <w:t>&amp;quot;Як не хочеш, моє серце,&lt;br /&gt;</w:t>
        <w:br/>
        <w:br/>
        <w:t>Дружиною бути,&lt;br /&gt;</w:t>
        <w:br/>
        <w:br/>
        <w:t>То дай мені таке зілля,&lt;br /&gt;</w:t>
        <w:br/>
        <w:br/>
        <w:t>Щоб тебе забути.</w:t>
      </w:r>
    </w:p>
    <w:p>
      <w:r>
        <w:br/>
        <w:br/>
        <w:t>Буду пити через силу,&lt;br /&gt;</w:t>
        <w:br/>
        <w:br/>
        <w:t>Краплі не упущу.&lt;br /&gt;</w:t>
        <w:br/>
        <w:br/>
        <w:t>Тоді я тебе забуду,&lt;br /&gt;</w:t>
        <w:br/>
        <w:br/>
        <w:t>Як очі заплющу...&amp;quot;</w:t>
      </w:r>
    </w:p>
    <w:p>
      <w:r>
        <w:br/>
        <w:br/>
        <w:t>Торкнувся шклянки білими вустами.&lt;br /&gt;</w:t>
        <w:br/>
        <w:br/>
        <w:t>Повільно пив. І випив. І погас.&lt;br /&gt;</w:t>
        <w:br/>
        <w:br/>
        <w:t>Ой сонце, сонце, промінь твій останній!&lt;br /&gt;</w:t>
        <w:br/>
        <w:br/>
        <w:t>Оце і є вся правдонька про нас.</w:t>
      </w:r>
    </w:p>
    <w:p>
      <w:r>
        <w:br/>
        <w:br/>
        <w:t>А потім в суд щодня мене водили.&lt;br /&gt;</w:t>
        <w:br/>
        <w:br/>
        <w:t>А судді були добрі й не дурні.&lt;br /&gt;</w:t>
        <w:br/>
        <w:br/>
        <w:t>Вони мене по совісті судили,&lt;br /&gt;</w:t>
        <w:br/>
        <w:br/>
        <w:t>найлегшу кару вибрали мені.</w:t>
      </w:r>
    </w:p>
    <w:p>
      <w:r>
        <w:br/>
        <w:br/>
        <w:t>Чого було так довго мудрувати&lt;br /&gt;</w:t>
        <w:br/>
        <w:br/>
        <w:t>і вивертать параграфи статтям?&lt;br /&gt;</w:t>
        <w:br/>
        <w:br/>
        <w:t>Було б одразу присудить до страти.&lt;br /&gt;</w:t>
        <w:br/>
        <w:br/>
        <w:t>Найтяжча кара звалася життям.</w:t>
      </w:r>
    </w:p>
    <w:p>
      <w:r>
        <w:br/>
        <w:br/>
        <w:t>Ведіть, карайте, вішайте злочинну!&lt;br /&gt;</w:t>
        <w:br/>
        <w:br/>
        <w:t>То я хоч там, хоч там уже спочину.</w:t>
      </w:r>
    </w:p>
    <w:p>
      <w:r>
        <w:br/>
        <w:br/>
        <w:t>Хоч там уже дихну на повні груди,&lt;br /&gt;</w:t>
        <w:br/>
        <w:br/>
        <w:t>побачу зблизька Господа хоч раз.&lt;br /&gt;</w:t>
        <w:br/>
        <w:br/>
        <w:t>Так буде краще. Важко було, люди,&lt;br /&gt;</w:t>
        <w:br/>
        <w:br/>
        <w:t>і вам зі мною, і мені між вас.</w:t>
      </w:r>
    </w:p>
    <w:p>
      <w:r>
        <w:br/>
        <w:br/>
        <w:t>&amp;mdash; Куди ти хочеш, в пекло чи у рай?&lt;br /&gt;</w:t>
        <w:br/>
        <w:br/>
        <w:t>&amp;mdash; Туди, де батько, де Чурай.</w:t>
      </w:r>
    </w:p>
    <w:p>
      <w:r>
        <w:br/>
        <w:br/>
        <w:t>* * *</w:t>
      </w:r>
    </w:p>
    <w:p>
      <w:r>
        <w:br/>
        <w:br/>
        <w:t>...Тюремник вніс у вузлику одежу,&lt;br /&gt;</w:t>
        <w:br/>
        <w:br/>
        <w:t>щоб я на завтра в чисте одяглась.&lt;br /&gt;</w:t>
        <w:br/>
        <w:br/>
        <w:t>Яке намисто гарне,&amp;mdash; хоч подержу,&lt;br /&gt;</w:t>
        <w:br/>
        <w:br/>
        <w:t>це ще од баби пам&amp;rsquo;ять збереглась.&lt;br /&gt;</w:t>
        <w:br/>
        <w:br/>
        <w:t>Воно, либонь, якесь чи не турецьке.&lt;br /&gt;</w:t>
        <w:br/>
        <w:br/>
        <w:t>Таке червоне &amp;mdash; аж на мене жаль.&lt;br /&gt;</w:t>
        <w:br/>
        <w:br/>
        <w:t>Чаклунське, кажуть: інеєм береться,&lt;br /&gt;</w:t>
        <w:br/>
        <w:br/>
        <w:t>коли людину укидає в жар.</w:t>
      </w:r>
    </w:p>
    <w:p>
      <w:r>
        <w:br/>
        <w:br/>
        <w:t>Могла б я одягти і сірячину.&lt;br /&gt;</w:t>
        <w:br/>
        <w:br/>
        <w:t>Під зашморгом усе вже до лиця.&lt;br /&gt;</w:t>
        <w:br/>
        <w:br/>
        <w:t>А мати вклала білу сорочину&lt;br /&gt;</w:t>
        <w:br/>
        <w:br/>
        <w:t>і чоботи, узяті від шевця.&lt;br /&gt;</w:t>
        <w:br/>
        <w:br/>
        <w:t>Черчату плахту ще й якісь прикраси.&lt;br /&gt;</w:t>
        <w:br/>
        <w:br/>
        <w:t>Червону крайку в смужки золоті...&lt;br /&gt;</w:t>
        <w:br/>
        <w:br/>
        <w:t>Аякже, смерть усе-таки це празник,&lt;br /&gt;</w:t>
        <w:br/>
        <w:br/>
        <w:t>який буває тільки раз в житті.</w:t>
      </w:r>
    </w:p>
    <w:p>
      <w:r>
        <w:br/>
        <w:br/>
        <w:t>ГІНЕЦЬ ДО ГЕТЬМАНА&lt;br /&gt;</w:t>
        <w:br/>
        <w:br/>
        <w:t>Розділ IV&lt;br /&gt;</w:t>
        <w:br/>
        <w:br/>
        <w:t>Тим часом гінець доганяє світання&lt;br /&gt;</w:t>
        <w:br/>
        <w:br/>
        <w:t>і клаптями ночі доточує дні.&lt;br /&gt;</w:t>
        <w:br/>
        <w:br/>
        <w:t>І кожна хвилина, здається,&amp;mdash; остання,&lt;br /&gt;</w:t>
        <w:br/>
        <w:br/>
        <w:t>і крихта надії кричить йому:&amp;quot;Ні!&amp;quot;&lt;br /&gt;</w:t>
        <w:br/>
        <w:br/>
        <w:t>О скільки нам, боже, ти степу одміряв!&lt;br /&gt;</w:t>
        <w:br/>
        <w:br/>
        <w:t>Долини і кручі,&amp;mdash; якби навпростець!&lt;br /&gt;</w:t>
        <w:br/>
        <w:br/>
        <w:t>Трубіж, Переяслав, Дніпро, Трахтемирів...&lt;br /&gt;</w:t>
        <w:br/>
        <w:br/>
        <w:t>&amp;mdash; Невже я не встигну? Невже це кінець?!&lt;br /&gt;</w:t>
        <w:br/>
        <w:br/>
        <w:t>У Києві &amp;mdash; п&amp;eacute;кло. У Хвастові &amp;mdash; чорно.&lt;br /&gt;</w:t>
        <w:br/>
        <w:br/>
        <w:t>Кипить і клекоче усе за Дніпром.&lt;br /&gt;</w:t>
        <w:br/>
        <w:br/>
        <w:t>Коли б хоч не пізно. Якби позавчора.&lt;br /&gt;</w:t>
        <w:br/>
        <w:br/>
        <w:t>Який він повільний, цей клятий пором!&lt;br /&gt;</w:t>
        <w:br/>
        <w:br/>
        <w:t>В полях Подніпров&amp;rsquo;я, од крові обдутих,&lt;br /&gt;</w:t>
        <w:br/>
        <w:br/>
        <w:t>де завжди хтось цілить тобі межи пліч,&lt;br /&gt;</w:t>
        <w:br/>
        <w:br/>
        <w:t>коня поміняти в козацьких радутах,&lt;br /&gt;</w:t>
        <w:br/>
        <w:br/>
        <w:t>і мчати, і мчати крізь день і крізь ніч!&lt;br /&gt;</w:t>
        <w:br/>
        <w:br/>
        <w:t>Скрадатись, як звір, у корчах побережних,&lt;br /&gt;</w:t>
        <w:br/>
        <w:br/>
        <w:t>задихану втому звіряти лісам.&lt;br /&gt;</w:t>
        <w:br/>
        <w:br/>
        <w:t>Я зроду ненавидів тих, обережних.&lt;br /&gt;</w:t>
        <w:br/>
        <w:br/>
        <w:t>Сьогодні, тепер, обережний і сам.&lt;br /&gt;</w:t>
        <w:br/>
        <w:br/>
        <w:t>Уперше в житті, за весь вік, за це літо,&lt;br /&gt;</w:t>
        <w:br/>
        <w:br/>
        <w:t>уперше в роду, де не знали страху,&lt;br /&gt;</w:t>
        <w:br/>
        <w:br/>
        <w:t>я вижити мушу, я мушу вціліти,&lt;br /&gt;</w:t>
        <w:br/>
        <w:br/>
        <w:t>я мушу об&amp;rsquo;їхати смерть на шляху.&lt;br /&gt;</w:t>
        <w:br/>
        <w:br/>
        <w:t>Прости мені, земле, простіть мені, трави!&lt;br /&gt;</w:t>
        <w:br/>
        <w:br/>
        <w:t>Не дбав я про славу, не дбав про майно,&amp;mdash;&lt;br /&gt;</w:t>
        <w:br/>
        <w:br/>
        <w:t>я мушу вернутись живий до Полтави,&lt;br /&gt;</w:t>
        <w:br/>
        <w:br/>
        <w:t>а там хоч і вмерти, мені все одно.&lt;br /&gt;</w:t>
        <w:br/>
        <w:br/>
        <w:t>Неси мене, коню...&lt;br /&gt;</w:t>
        <w:br/>
        <w:br/>
        <w:t>коли б хоч не пізно...&lt;br /&gt;</w:t>
        <w:br/>
        <w:br/>
        <w:t>Шляхи перекриті... і варта не спить...&lt;br /&gt;</w:t>
        <w:br/>
        <w:br/>
        <w:t>Якщо я впаду,&amp;mdash;&lt;br /&gt;</w:t>
        <w:br/>
        <w:br/>
        <w:t>неврятована пісня,&lt;br /&gt;</w:t>
        <w:br/>
        <w:br/>
        <w:t>задушена пісня в петлі захрипить!</w:t>
      </w:r>
    </w:p>
    <w:p>
      <w:r>
        <w:br/>
        <w:br/>
        <w:t>Над Білою Церквою смуга багряна,&lt;br /&gt;</w:t>
        <w:br/>
        <w:br/>
        <w:t>і змилені коні аж лука стають.&lt;br /&gt;</w:t>
        <w:br/>
        <w:br/>
        <w:t>Усі до Богдана і всі од Богдана &amp;mdash;&lt;br /&gt;</w:t>
        <w:br/>
        <w:br/>
        <w:t>із тьми виростають і в тьмі розтають.&lt;br /&gt;</w:t>
        <w:br/>
        <w:br/>
        <w:t>Спіткнувся мій кінь об димучі руїни.&lt;br /&gt;</w:t>
        <w:br/>
        <w:br/>
        <w:t>Чи в таборі гетьман? &amp;mdash; якби хоч знаття.&lt;br /&gt;</w:t>
        <w:br/>
        <w:br/>
        <w:t>Тут, може, ідеться про долю країни! &amp;mdash;&lt;br /&gt;</w:t>
        <w:br/>
        <w:br/>
        <w:t>а я про чиєсь там одненьке життя!</w:t>
      </w:r>
    </w:p>
    <w:p>
      <w:r>
        <w:br/>
        <w:br/>
        <w:t>...Гетьман підняв безсонням обпалені очі.&lt;br /&gt;</w:t>
        <w:br/>
        <w:br/>
        <w:t>Гетьман сидів за похідним столом у шатрі.&lt;br /&gt;</w:t>
        <w:br/>
        <w:br/>
        <w:t>Троє старшин &amp;mdash; у рубцях, у кривавому клоччі &amp;mdash;&lt;br /&gt;</w:t>
        <w:br/>
        <w:br/>
        <w:t>прямо із бою &amp;mdash; говорили про бій на Дніпрі.&lt;br /&gt;</w:t>
        <w:br/>
        <w:br/>
        <w:t>Писар Виговський сидів над листами поточними.&lt;br /&gt;</w:t>
        <w:br/>
        <w:br/>
        <w:t>Кожної миті хитнутись могли терези.&lt;br /&gt;</w:t>
        <w:br/>
        <w:br/>
        <w:t>Гетьман підписував ще один лист до Потоцького.&lt;br /&gt;</w:t>
        <w:br/>
        <w:br/>
        <w:t>Гетьман приймав посла від Карач-Мурзи.&lt;br /&gt;</w:t>
        <w:br/>
        <w:br/>
        <w:t>Табір не спав, готовий піднятись щомиті.&lt;br /&gt;</w:t>
        <w:br/>
        <w:br/>
        <w:t>Іскра ввійшов &amp;mdash; шатро вже було без дверей,&lt;br /&gt;</w:t>
        <w:br/>
        <w:br/>
        <w:t>світло свічок у трійчатих шандалах із міді&lt;br /&gt;</w:t>
        <w:br/>
        <w:br/>
        <w:t>тьмяно сахнулося в чорних крилах кирей.&lt;br /&gt;</w:t>
        <w:br/>
        <w:br/>
        <w:t>Змовкли старшини, і стихли справи поточні.&lt;br /&gt;</w:t>
        <w:br/>
        <w:br/>
        <w:t>Хитрі посли переставили вуха словам.&lt;br /&gt;</w:t>
        <w:br/>
        <w:br/>
        <w:t>Гетьман підняв безсонням обпалені очі.&lt;br /&gt;</w:t>
        <w:br/>
        <w:br/>
        <w:t>&amp;mdash; Полк у дорозі! &amp;mdash; з порога сказав Іван.</w:t>
      </w:r>
    </w:p>
    <w:p>
      <w:r>
        <w:br/>
        <w:br/>
        <w:t>&amp;mdash; Іскро, Іване,&amp;mdash;&lt;br /&gt;</w:t>
        <w:br/>
        <w:br/>
        <w:t>Хмельницький підвівся з-за столу.&amp;mdash;&lt;br /&gt;</w:t>
        <w:br/>
        <w:br/>
        <w:t>Дяка Полтаві, прислала такого гінця.&lt;br /&gt;</w:t>
        <w:br/>
        <w:br/>
        <w:t>Щось мало статись, твоєї печалі достойне? &amp;mdash;&lt;br /&gt;</w:t>
        <w:br/>
        <w:br/>
        <w:t>Іскра промовив: &amp;mdash; Полтава карає співця.&amp;mdash;&lt;br /&gt;</w:t>
        <w:br/>
        <w:br/>
        <w:t>Вислухав гетьман. Спитав про підстави й причини.&lt;br /&gt;</w:t>
        <w:br/>
        <w:br/>
        <w:t>Джурі звелів подбати про гостя як слід.&lt;br /&gt;</w:t>
        <w:br/>
        <w:br/>
        <w:t>&amp;mdash; Зміниш коня. І хоч трохи хай відпочине.&amp;mdash;&lt;br /&gt;</w:t>
        <w:br/>
        <w:br/>
        <w:t>Раптом замовк. І великою тугою зблід.</w:t>
      </w:r>
    </w:p>
    <w:p>
      <w:r>
        <w:br/>
        <w:br/>
        <w:t>Посли устали з липової лави.&lt;br /&gt;</w:t>
        <w:br/>
        <w:br/>
        <w:t>Блигомий світ &amp;mdash; в Рокитне із Полтави.&lt;br /&gt;</w:t>
        <w:br/>
        <w:br/>
        <w:t>Буває ближче з іншої країни,&lt;br /&gt;</w:t>
        <w:br/>
        <w:br/>
        <w:t>ніж тут &amp;mdash; на Україну з України.&lt;br /&gt;</w:t>
        <w:br/>
        <w:br/>
        <w:t>Виговський вийшов, причинивши двері.&lt;br /&gt;</w:t>
        <w:br/>
        <w:br/>
        <w:t>Сто різних справ кричало на папері.&lt;br /&gt;</w:t>
        <w:br/>
        <w:br/>
        <w:t>Іван устав і вийшов вслід за джурою.&lt;br /&gt;</w:t>
        <w:br/>
        <w:br/>
        <w:t>Стояли лави в килимах порожні,&lt;br /&gt;</w:t>
        <w:br/>
        <w:br/>
        <w:t>фотель німецький з набивною шкурою,&lt;br /&gt;</w:t>
        <w:br/>
        <w:br/>
        <w:t>залізом ковані шкатунки подорожні.&lt;br /&gt;</w:t>
        <w:br/>
        <w:br/>
        <w:t>І, обхопивши голову руками,&lt;br /&gt;</w:t>
        <w:br/>
        <w:br/>
        <w:t>сидів Хмельницький у тому шатрі...&lt;br /&gt;</w:t>
        <w:br/>
        <w:br/>
        <w:t>та образ Спаса, вибитий на камені...&lt;br /&gt;</w:t>
        <w:br/>
        <w:br/>
        <w:t>та те перо в тому каламарі...</w:t>
      </w:r>
    </w:p>
    <w:p>
      <w:r>
        <w:br/>
        <w:br/>
        <w:t>...Про що він думав, сам на сам з собою,&lt;br /&gt;</w:t>
        <w:br/>
        <w:br/>
        <w:t>опівночі, напередодні бою?&lt;br /&gt;</w:t>
        <w:br/>
        <w:br/>
        <w:t>Який душа несла його тягар,&lt;br /&gt;</w:t>
        <w:br/>
        <w:br/>
        <w:t>про що тоді він радився із богом? &amp;mdash;&lt;br /&gt;</w:t>
        <w:br/>
        <w:br/>
        <w:t>те знає лиш перо і каламар,&lt;br /&gt;</w:t>
        <w:br/>
        <w:br/>
        <w:t>де срібний лев боровся з однорогом.</w:t>
      </w:r>
    </w:p>
    <w:p>
      <w:r>
        <w:br/>
        <w:br/>
        <w:t>Накинувши на плечі чорну ферязь,&lt;br /&gt;</w:t>
        <w:br/>
        <w:br/>
        <w:t>Гелену, може, згадував найбільш,&lt;br /&gt;</w:t>
        <w:br/>
        <w:br/>
        <w:t>і власне горе, пережите ще раз,&lt;br /&gt;</w:t>
        <w:br/>
        <w:br/>
        <w:t>зробило душу зрячою на біль.</w:t>
      </w:r>
    </w:p>
    <w:p>
      <w:r>
        <w:br/>
        <w:br/>
        <w:t>Чи згадував Гордія Чурая,&lt;br /&gt;</w:t>
        <w:br/>
        <w:br/>
        <w:t>оті шляхи до слави найкоротші,&lt;br /&gt;</w:t>
        <w:br/>
        <w:br/>
        <w:t>де перемога, з горя нічия,&lt;br /&gt;</w:t>
        <w:br/>
        <w:br/>
        <w:t>дивилась мертвим в незакриті очі.&lt;br /&gt;</w:t>
        <w:br/>
        <w:br/>
        <w:t>А він, тоді ще писар войськовий,&lt;br /&gt;</w:t>
        <w:br/>
        <w:br/>
        <w:t>підписував ту прокляту угоду.</w:t>
      </w:r>
    </w:p>
    <w:p>
      <w:r>
        <w:br/>
        <w:br/>
        <w:t>&amp;hellip;Недогарок згасивши восковий,&lt;br /&gt;</w:t>
        <w:br/>
        <w:br/>
        <w:t>він, може, знову думав про свободу?&lt;br /&gt;</w:t>
        <w:br/>
        <w:br/>
        <w:t>Що якось так складається воно,&lt;br /&gt;</w:t>
        <w:br/>
        <w:br/>
        <w:t>роки ідуть, свобода ледве дише,&lt;br /&gt;</w:t>
        <w:br/>
        <w:br/>
        <w:t>що наче ж і не писар він давно,&lt;br /&gt;</w:t>
        <w:br/>
        <w:br/>
        <w:t>а знов угоду прокляту підпише.</w:t>
      </w:r>
    </w:p>
    <w:p>
      <w:r>
        <w:br/>
        <w:br/>
        <w:t>Чи думав про Марусині пісні,&lt;br /&gt;</w:t>
        <w:br/>
        <w:br/>
        <w:t>такі по Україні голосні,&lt;br /&gt;</w:t>
        <w:br/>
        <w:br/>
        <w:t>о й сам не раз в поході їх співав,&lt;br /&gt;</w:t>
        <w:br/>
        <w:br/>
        <w:t>і дивував, безмірно дивував,&amp;mdash;&lt;br /&gt;</w:t>
        <w:br/>
        <w:br/>
        <w:t>що от скажи, яка дана їй сила,&lt;br /&gt;</w:t>
        <w:br/>
        <w:br/>
        <w:t>щоб так співати, на такі слова!&lt;br /&gt;</w:t>
        <w:br/>
        <w:br/>
        <w:t>Вона хоч кари легшої просила?&lt;br /&gt;</w:t>
        <w:br/>
        <w:br/>
        <w:t>Чурай був теж гаряча голова.</w:t>
      </w:r>
    </w:p>
    <w:p>
      <w:r>
        <w:br/>
        <w:br/>
        <w:t>...Чи думав про ту голову відтяту,&lt;br /&gt;</w:t>
        <w:br/>
        <w:br/>
        <w:t>поставлену в Полтаві у ті дні.&lt;br /&gt;</w:t>
        <w:br/>
        <w:br/>
        <w:t>Чи про дівча, що закричало: &amp;quot;Тату!&amp;quot; &amp;mdash;&lt;br /&gt;</w:t>
        <w:br/>
        <w:br/>
        <w:t>і перейшов той стогін у пісні.</w:t>
      </w:r>
    </w:p>
    <w:p>
      <w:r>
        <w:br/>
        <w:br/>
        <w:t>Чи що в Полтаві, там же, у Полтаві,&lt;br /&gt;</w:t>
        <w:br/>
        <w:br/>
        <w:t>Чурай Марусю, у такій неславі,&lt;br /&gt;</w:t>
        <w:br/>
        <w:br/>
        <w:t>Чурай Марусю, у такій ганьбі! &amp;mdash;&lt;br /&gt;</w:t>
        <w:br/>
        <w:br/>
        <w:t>до зашморгу вестимуть у юрбі.&lt;br /&gt;</w:t>
        <w:br/>
        <w:br/>
        <w:t>І не здригнеться наш пісенний край...&lt;br /&gt;</w:t>
        <w:br/>
        <w:br/>
        <w:t>І море гнівом не хлюпне на сушу...&lt;br /&gt;</w:t>
        <w:br/>
        <w:br/>
        <w:t>І попелом розвіяний Чурай&lt;br /&gt;</w:t>
        <w:br/>
        <w:br/>
        <w:t>безсмертним болем дивиться у душу...</w:t>
      </w:r>
    </w:p>
    <w:p>
      <w:r>
        <w:br/>
        <w:br/>
        <w:t>Тим часом кінь іржав біля шатра.&lt;br /&gt;</w:t>
        <w:br/>
        <w:br/>
        <w:t>Ввійшов Іван. І, щойно з-під пера,&lt;br /&gt;</w:t>
        <w:br/>
        <w:br/>
        <w:t>Богдан подав наказ гетьм&amp;aacute;нський свій,&amp;mdash;&lt;br /&gt;</w:t>
        <w:br/>
        <w:br/>
        <w:t>уже печаттю скріплений сувій.</w:t>
      </w:r>
    </w:p>
    <w:p>
      <w:r>
        <w:br/>
        <w:br/>
        <w:t>СТРАТА&lt;br /&gt;</w:t>
        <w:br/>
        <w:br/>
        <w:t>Розділ V&lt;br /&gt;</w:t>
        <w:br/>
        <w:br/>
        <w:t>Світає, господи, світає...&lt;br /&gt;</w:t>
        <w:br/>
        <w:br/>
        <w:t>Земля у росах, як в парчі.&lt;br /&gt;</w:t>
        <w:br/>
        <w:br/>
        <w:t>Маріє, Діво Пресвятая,&lt;br /&gt;</w:t>
        <w:br/>
        <w:br/>
        <w:t>це ти так плакала вночі?</w:t>
      </w:r>
    </w:p>
    <w:p>
      <w:r>
        <w:br/>
        <w:br/>
        <w:t>Якісь он квіти, сині-сині&lt;br /&gt;</w:t>
        <w:br/>
        <w:br/>
        <w:t>на голу цеглу повились.&lt;br /&gt;</w:t>
        <w:br/>
        <w:br/>
        <w:t>Спиває ранок по росині,&lt;br /&gt;</w:t>
        <w:br/>
        <w:br/>
        <w:t>як в нас під хатою колись.</w:t>
      </w:r>
    </w:p>
    <w:p>
      <w:r>
        <w:br/>
        <w:br/>
        <w:t>Тюремник виповз на прогулянку.&lt;br /&gt;</w:t>
        <w:br/>
        <w:br/>
        <w:t>Проходить варта по двору.&lt;br /&gt;</w:t>
        <w:br/>
        <w:br/>
        <w:t>Як швидко ніч оця прогулькнула!&lt;br /&gt;</w:t>
        <w:br/>
        <w:br/>
        <w:t>Сьогодні вранці я умру.</w:t>
      </w:r>
    </w:p>
    <w:p>
      <w:r>
        <w:br/>
        <w:br/>
        <w:t>Печаль осиплеться, як маки.&lt;br /&gt;</w:t>
        <w:br/>
        <w:br/>
        <w:t>Заорють місце орачі.&lt;br /&gt;</w:t>
        <w:br/>
        <w:br/>
        <w:t>Лиш десь на хуторі собаки.&lt;br /&gt;</w:t>
        <w:br/>
        <w:br/>
        <w:t>Ще довго витимуть вночі.</w:t>
      </w:r>
    </w:p>
    <w:p>
      <w:r>
        <w:br/>
        <w:br/>
        <w:t>Душа у безвісті полине,&lt;br /&gt;</w:t>
        <w:br/>
        <w:br/>
        <w:t>очима зорі проведуть.&lt;br /&gt;</w:t>
        <w:br/>
        <w:br/>
        <w:t>Чи хоч пучечок той калини&lt;br /&gt;</w:t>
        <w:br/>
        <w:br/>
        <w:t>мені на груди покладуть?</w:t>
      </w:r>
    </w:p>
    <w:p>
      <w:r>
        <w:br/>
        <w:br/>
        <w:t>...Одмучилась. Одгостювала&lt;br /&gt;</w:t>
        <w:br/>
        <w:br/>
        <w:t>на цій неправедній землі.&lt;br /&gt;</w:t>
        <w:br/>
        <w:br/>
        <w:t>І одспівала... одспівала!..&lt;br /&gt;</w:t>
        <w:br/>
        <w:br/>
        <w:t>Ще одхрипіти у петлі,&amp;mdash;</w:t>
      </w:r>
    </w:p>
    <w:p>
      <w:r>
        <w:br/>
        <w:br/>
        <w:t>і все. І досить. Засинаєш.&lt;br /&gt;</w:t>
        <w:br/>
        <w:br/>
        <w:t>Така непам&amp;rsquo;ять огорта...&lt;br /&gt;</w:t>
        <w:br/>
        <w:br/>
        <w:t>А що, тепер, Марусю, знаєш,&lt;br /&gt;</w:t>
        <w:br/>
        <w:br/>
        <w:t>що значить в світі самота?</w:t>
      </w:r>
    </w:p>
    <w:p>
      <w:r>
        <w:br/>
        <w:br/>
        <w:t>Ніхто до тебе не озветься,&lt;br /&gt;</w:t>
        <w:br/>
        <w:br/>
        <w:t>хоч би й покликала кого.&lt;br /&gt;</w:t>
        <w:br/>
        <w:br/>
        <w:t>Лише об стіни обіб&amp;rsquo;ється&lt;br /&gt;</w:t>
        <w:br/>
        <w:br/>
        <w:t>луна од голосу твого.&lt;br /&gt;</w:t>
        <w:br/>
        <w:br/>
        <w:t>Лише цеглина до цеглини&lt;br /&gt;</w:t>
        <w:br/>
        <w:br/>
        <w:t>та дві худенькі бадилини,&lt;br /&gt;</w:t>
        <w:br/>
        <w:br/>
        <w:t>віконце з виямком низьким.&lt;br /&gt;</w:t>
        <w:br/>
        <w:br/>
        <w:t>Хоч би хоч голос чий долинув!&lt;br /&gt;</w:t>
        <w:br/>
        <w:br/>
        <w:t>Хоч би хоч попрощатися із ким!</w:t>
      </w:r>
    </w:p>
    <w:p>
      <w:r>
        <w:br/>
        <w:br/>
        <w:t>Якісь були ж і подруги у мене,&lt;br /&gt;</w:t>
        <w:br/>
        <w:br/>
        <w:t>і хтось таки ж співав мої пісні...&lt;br /&gt;</w:t>
        <w:br/>
        <w:br/>
        <w:t>І тільки груша листя ще зелене&lt;br /&gt;</w:t>
        <w:br/>
        <w:br/>
        <w:t>чомусь хитнула раптом при стіні.</w:t>
      </w:r>
    </w:p>
    <w:p>
      <w:r>
        <w:br/>
        <w:br/>
        <w:t>За мур вхопились рученята.&lt;br /&gt;</w:t>
        <w:br/>
        <w:br/>
        <w:t>Зійшли над муром оченята!</w:t>
      </w:r>
    </w:p>
    <w:p>
      <w:r>
        <w:br/>
        <w:br/>
        <w:t>Блакитні, карі, чорні, сірі.&lt;br /&gt;</w:t>
        <w:br/>
        <w:br/>
        <w:t>Я заніміла з того дива.&lt;br /&gt;</w:t>
        <w:br/>
        <w:br/>
        <w:t>А діти грушу так обсіли,&lt;br /&gt;</w:t>
        <w:br/>
        <w:br/>
        <w:t>мов груша ними і вродила.</w:t>
      </w:r>
    </w:p>
    <w:p>
      <w:r>
        <w:br/>
        <w:br/>
        <w:t>Очиці сяють, подих затамовано.&lt;br /&gt;</w:t>
        <w:br/>
        <w:br/>
        <w:t>Тріщить гілляка, хтось аж полетів.&lt;br /&gt;</w:t>
        <w:br/>
        <w:br/>
        <w:t>&amp;mdash; Ти бачиш?&lt;br /&gt;</w:t>
        <w:br/>
        <w:br/>
        <w:t>&amp;mdash; Де?&lt;br /&gt;</w:t>
        <w:br/>
        <w:br/>
        <w:t>&amp;mdash;&amp;mdash; Не видно.&lt;br /&gt;</w:t>
        <w:br/>
        <w:br/>
        <w:t>&amp;mdash; Отамо вона!&lt;br /&gt;</w:t>
        <w:br/>
        <w:br/>
        <w:t>&amp;mdash; Ти справді відьма? Там нема чортів?&lt;br /&gt;</w:t>
        <w:br/>
        <w:br/>
        <w:t>&amp;mdash; Послухай, відьмо, а лови-но грушу!&lt;br /&gt;</w:t>
        <w:br/>
        <w:br/>
        <w:t>&amp;mdash; А де ти спиш? А їсти там дають?&lt;br /&gt;</w:t>
        <w:br/>
        <w:br/>
        <w:t>&amp;mdash; Ховайся, відьмо! Йдуть по твою душу!&lt;br /&gt;</w:t>
        <w:br/>
        <w:br/>
        <w:t>Уже підходять, на поріг стають!</w:t>
      </w:r>
    </w:p>
    <w:p>
      <w:r>
        <w:br/>
        <w:br/>
        <w:t>Оце і все з людьми моє прощання &amp;mdash;&lt;br /&gt;</w:t>
        <w:br/>
        <w:br/>
        <w:t>ці діти, діти, цей ласкавий рій.&lt;br /&gt;</w:t>
        <w:br/>
        <w:br/>
        <w:t>Спасибі вам за дерево пізнання &amp;mdash;&lt;br /&gt;</w:t>
        <w:br/>
        <w:br/>
        <w:t>оце єдине, де безсилий змій.</w:t>
      </w:r>
    </w:p>
    <w:p>
      <w:r>
        <w:br/>
        <w:br/>
        <w:t>...Бряжчить залізо. 3 кам&amp;rsquo;яної п&amp;iacute;тьми&lt;br /&gt;</w:t>
        <w:br/>
        <w:br/>
        <w:t>хтось тишину вигупує чобітьми.&lt;br /&gt;</w:t>
        <w:br/>
        <w:br/>
        <w:t>І входить смерть. Вона в людській подобі.&lt;br /&gt;</w:t>
        <w:br/>
        <w:br/>
        <w:t>&amp;quot;Не ридай мене, мати, зрящи во гробі!&lt;br /&gt;</w:t>
        <w:br/>
        <w:br/>
        <w:t>Не ридай мене, мати, зрящи во гробі...&amp;quot;</w:t>
      </w:r>
    </w:p>
    <w:p>
      <w:r>
        <w:br/>
        <w:br/>
        <w:t>Біля воріт юрмилися цікаві.&lt;br /&gt;</w:t>
        <w:br/>
        <w:br/>
        <w:t>Чого вже там ті люди не верзуть?&lt;br /&gt;</w:t>
        <w:br/>
        <w:br/>
        <w:t>Вже кат пройшов, аж грухнуло в Полтаві:&lt;br /&gt;</w:t>
        <w:br/>
        <w:br/>
        <w:t>&amp;mdash; Везуть Марусю, людоньки, везуть! &amp;mdash;</w:t>
      </w:r>
    </w:p>
    <w:p>
      <w:r>
        <w:br/>
        <w:br/>
        <w:t>Везуть Марусю за далекі гони,&lt;br /&gt;</w:t>
        <w:br/>
        <w:br/>
        <w:t>за сиве море тої ковили.&lt;br /&gt;</w:t>
        <w:br/>
        <w:br/>
        <w:t>Уже голів судейських макогони&lt;br /&gt;</w:t>
        <w:br/>
        <w:br/>
        <w:t>в степу на вітрі мідно загули.&lt;br /&gt;</w:t>
        <w:br/>
        <w:br/>
        <w:t>Вже п&amp;rsquo;яяний Дзизь ведмежу губу кривить,&lt;br /&gt;</w:t>
        <w:br/>
        <w:br/>
        <w:t>все поводи натягує: &amp;mdash; Гаття! &amp;mdash;&lt;br /&gt;</w:t>
        <w:br/>
        <w:br/>
        <w:t>А там в степу...&lt;br /&gt;</w:t>
        <w:br/>
        <w:br/>
        <w:t>а там в степу, як привид,&lt;br /&gt;</w:t>
        <w:br/>
        <w:br/>
        <w:t>стоять оті ворота в небуття.</w:t>
      </w:r>
    </w:p>
    <w:p>
      <w:r>
        <w:br/>
        <w:br/>
        <w:t>Все суне в степ, хто пішки, хто на возі.&lt;br /&gt;</w:t>
        <w:br/>
        <w:br/>
        <w:t>Отаман Гук дивується:&lt;br /&gt;</w:t>
        <w:br/>
        <w:br/>
        <w:t>&amp;mdash; Куди?!&lt;br /&gt;</w:t>
        <w:br/>
        <w:br/>
        <w:t>Вам, люди, що, зі смертю по дорозі,&lt;br /&gt;</w:t>
        <w:br/>
        <w:br/>
        <w:t>що ви претеся гірше череди?</w:t>
      </w:r>
    </w:p>
    <w:p>
      <w:r>
        <w:br/>
        <w:br/>
        <w:t>Що їх веде &amp;mdash; і доброго, і злого?&lt;br /&gt;</w:t>
        <w:br/>
        <w:br/>
        <w:t>Де є та грань &amp;mdash; хто люди, хто юрма?&lt;br /&gt;</w:t>
        <w:br/>
        <w:br/>
        <w:t>Людей у брамі стримує залога.&lt;br /&gt;</w:t>
        <w:br/>
        <w:br/>
        <w:t>От добре хоч, що полку вже нема.&lt;br /&gt;</w:t>
        <w:br/>
        <w:br/>
        <w:t>Бо як би їм на все оце дивитись&lt;br /&gt;</w:t>
        <w:br/>
        <w:br/>
        <w:t>і проти кого вихопить шаблі?&lt;br /&gt;</w:t>
        <w:br/>
        <w:br/>
        <w:t>Та краще вже самому задавитись,&lt;br /&gt;</w:t>
        <w:br/>
        <w:br/>
        <w:t>ніж дівчину побачити в петлі!</w:t>
      </w:r>
    </w:p>
    <w:p>
      <w:r>
        <w:br/>
        <w:br/>
        <w:t>Лесько Черкес, той мало що не плаче.&lt;br /&gt;</w:t>
        <w:br/>
        <w:br/>
        <w:t>Є в нього кінь і шабля є крива.&lt;br /&gt;</w:t>
        <w:br/>
        <w:br/>
        <w:t>Пушкар сказав: &amp;mdash; Залишишся, козаче.&lt;br /&gt;</w:t>
        <w:br/>
        <w:br/>
        <w:t>Тут теж потрібна шабля й голова.</w:t>
      </w:r>
    </w:p>
    <w:p>
      <w:r>
        <w:br/>
        <w:br/>
        <w:t>А що зміркуєш тою головою?&lt;br /&gt;</w:t>
        <w:br/>
        <w:br/>
        <w:t>Сторожа, судді, війт,&amp;mdash; не підступи.&lt;br /&gt;</w:t>
        <w:br/>
        <w:br/>
        <w:t>Оце б схопити дівчину живою &amp;mdash;&lt;br /&gt;</w:t>
        <w:br/>
        <w:br/>
        <w:t>та й мчати, мчати, мчати у степи!</w:t>
      </w:r>
    </w:p>
    <w:p>
      <w:r>
        <w:br/>
        <w:br/>
        <w:t>А люди йдуть...&lt;br /&gt;</w:t>
        <w:br/>
        <w:br/>
        <w:t>І що їм тут цікавого?&lt;br /&gt;</w:t>
        <w:br/>
        <w:br/>
        <w:t>О господи, спаси нас од лукавого!&lt;br /&gt;</w:t>
        <w:br/>
        <w:br/>
        <w:t>Кортить смертельне?..&lt;br /&gt;</w:t>
        <w:br/>
        <w:br/>
        <w:t>А кортить, мабуть.&lt;br /&gt;</w:t>
        <w:br/>
        <w:br/>
        <w:t>Самі не знають, а таки ідуть.</w:t>
      </w:r>
    </w:p>
    <w:p>
      <w:r>
        <w:br/>
        <w:br/>
        <w:t>І піп з хрестом попереду... Це схоже&lt;br /&gt;</w:t>
        <w:br/>
        <w:br/>
        <w:t>на хресний хід...&lt;br /&gt;</w:t>
        <w:br/>
        <w:br/>
        <w:t>До шибениці?! Боже!&lt;br /&gt;</w:t>
        <w:br/>
        <w:br/>
        <w:t>Везуть людину чи від неї тінь?&lt;br /&gt;</w:t>
        <w:br/>
        <w:br/>
        <w:t>Усіх Скорбящих Радості. Амінь.</w:t>
      </w:r>
    </w:p>
    <w:p>
      <w:r>
        <w:br/>
        <w:br/>
        <w:t>Читає піп з євангелія. Млосно.&lt;br /&gt;</w:t>
        <w:br/>
        <w:br/>
        <w:t>По самий обрій стелеться трава.&lt;br /&gt;</w:t>
        <w:br/>
        <w:br/>
        <w:t>І так самотньо, так безодголосно&lt;br /&gt;</w:t>
        <w:br/>
        <w:br/>
        <w:t>кричить в степу десь чайка степова...</w:t>
      </w:r>
    </w:p>
    <w:p>
      <w:r>
        <w:br/>
        <w:br/>
        <w:t>А тут ще вітер, небо теж якесь,&lt;br /&gt;</w:t>
        <w:br/>
        <w:br/>
        <w:t>земля до ніг півпуда налипає.&lt;br /&gt;</w:t>
        <w:br/>
        <w:br/>
        <w:t>А тут ще всіх за петельки хапає&lt;br /&gt;</w:t>
        <w:br/>
        <w:br/>
        <w:t>отой на правду вражений Черкес.&lt;br /&gt;</w:t>
        <w:br/>
        <w:br/>
        <w:t>Питає:&lt;br /&gt;</w:t>
        <w:br/>
        <w:br/>
        <w:t>&amp;mdash; Люди! Був же такий звичай? &amp;mdash;&lt;br /&gt;</w:t>
        <w:br/>
        <w:br/>
        <w:t>коли вели на страту козака,&lt;br /&gt;</w:t>
        <w:br/>
        <w:br/>
        <w:t>виходить дівка, вкутавши обличчя,&lt;br /&gt;</w:t>
        <w:br/>
        <w:br/>
        <w:t>що він не бачить навіть і яка,&lt;br /&gt;</w:t>
        <w:br/>
        <w:br/>
        <w:t>і каже:&lt;br /&gt;</w:t>
        <w:br/>
        <w:br/>
        <w:t>&amp;mdash; От що, я з ним поберуся!&lt;br /&gt;</w:t>
        <w:br/>
        <w:br/>
        <w:t>І віддавали ж смертника таки.&lt;br /&gt;</w:t>
        <w:br/>
        <w:br/>
        <w:t>А що, як я врятую так Марусю?!&lt;br /&gt;</w:t>
        <w:br/>
        <w:br/>
        <w:t>&amp;mdash; То ти ж не дівка, тут же навпаки.&lt;br /&gt;</w:t>
        <w:br/>
        <w:br/>
        <w:t>В якій же ти їм з&amp;rsquo;явишся подобі?&lt;br /&gt;</w:t>
        <w:br/>
        <w:br/>
        <w:t>І що їм скажеш? Ні, не віддадуть.&lt;br /&gt;</w:t>
        <w:br/>
        <w:br/>
        <w:t>&amp;quot;...Настане час, і сущії у гробі&lt;br /&gt;</w:t>
        <w:br/>
        <w:br/>
        <w:t>почують глас Христа і ізидуть...&amp;quot;</w:t>
      </w:r>
    </w:p>
    <w:p>
      <w:r>
        <w:br/>
        <w:br/>
        <w:t>Піп дочитав. І знову рушили.&lt;br /&gt;</w:t>
        <w:br/>
        <w:br/>
        <w:t>Пройшли версти вже півтори.&lt;br /&gt;</w:t>
        <w:br/>
        <w:br/>
        <w:t>Вже десь далеко поза грушами&lt;br /&gt;</w:t>
        <w:br/>
        <w:br/>
        <w:t>лишились ближні хутори.</w:t>
      </w:r>
    </w:p>
    <w:p>
      <w:r>
        <w:br/>
        <w:br/>
        <w:t>І цвинтар той, де над гробками&lt;br /&gt;</w:t>
        <w:br/>
        <w:br/>
        <w:t>високе небо тишу тче,&lt;br /&gt;</w:t>
        <w:br/>
        <w:br/>
        <w:t>і ті хрести із рушниками&lt;br /&gt;</w:t>
        <w:br/>
        <w:br/>
        <w:t>як у сватів &amp;mdash; через плече.</w:t>
      </w:r>
    </w:p>
    <w:p>
      <w:r>
        <w:br/>
        <w:br/>
        <w:t>Похід спинився. Свіжа стружка&lt;br /&gt;</w:t>
        <w:br/>
        <w:br/>
        <w:t>губила кучері в полин.&lt;br /&gt;</w:t>
        <w:br/>
        <w:br/>
        <w:t>Якась полтавська чепурушка&lt;br /&gt;</w:t>
        <w:br/>
        <w:br/>
        <w:t>вперед пропхалася з малим.</w:t>
      </w:r>
    </w:p>
    <w:p>
      <w:r>
        <w:br/>
        <w:br/>
        <w:t>Стояв поміст. Рябі отари&lt;br /&gt;</w:t>
        <w:br/>
        <w:br/>
        <w:t>далеко паслись на горбі.&lt;br /&gt;</w:t>
        <w:br/>
        <w:br/>
        <w:t>Гойдався зашморг.&lt;br /&gt;</w:t>
        <w:br/>
        <w:br/>
        <w:t>Бігли хмари.&lt;br /&gt;</w:t>
        <w:br/>
        <w:br/>
        <w:t>Хтось перемовився в юрбі:</w:t>
      </w:r>
    </w:p>
    <w:p>
      <w:r>
        <w:br/>
        <w:br/>
        <w:t>&amp;mdash; Люди! Хто привів сюди дитину?!&lt;br /&gt;</w:t>
        <w:br/>
        <w:br/>
        <w:t>&amp;mdash; Та воно ж маленьке, ще не розуміє.&lt;br /&gt;</w:t>
        <w:br/>
        <w:br/>
        <w:t>&amp;mdash; То й чукикайте його дома,&lt;br /&gt;</w:t>
        <w:br/>
        <w:br/>
        <w:t>чого ж ви його привели сюди?</w:t>
      </w:r>
    </w:p>
    <w:p>
      <w:r>
        <w:br/>
        <w:br/>
        <w:t>&amp;mdash; Пропустить матір, хай стане ближче.&lt;br /&gt;</w:t>
        <w:br/>
        <w:br/>
        <w:t>Хто-хто, а вона заслужила.&lt;br /&gt;</w:t>
        <w:br/>
        <w:br/>
        <w:t>&amp;mdash; Перехрестіться, яку матір?!&lt;br /&gt;</w:t>
        <w:br/>
        <w:br/>
        <w:t>&amp;mdash;Та Грицькову.&lt;br /&gt;</w:t>
        <w:br/>
        <w:br/>
        <w:t>&amp;mdash; А-а-а, Грицькову.</w:t>
      </w:r>
    </w:p>
    <w:p>
      <w:r>
        <w:br/>
        <w:br/>
        <w:t>&amp;mdash; Мар&amp;yacute;сину ж не випустили з міста.&lt;br /&gt;</w:t>
        <w:br/>
        <w:br/>
        <w:t>Вона ж така вже там, напівжива&lt;br /&gt;</w:t>
        <w:br/>
        <w:br/>
        <w:t>Там біля неї жінка Шибилиста,&lt;br /&gt;</w:t>
        <w:br/>
        <w:br/>
        <w:t>Ящиха теж лишилась, Кошова.</w:t>
      </w:r>
    </w:p>
    <w:p>
      <w:r>
        <w:br/>
        <w:br/>
        <w:t>І прокатилось натовпом строкатим:&lt;br /&gt;</w:t>
        <w:br/>
        <w:br/>
        <w:t>&amp;quot;Ведуть!&amp;quot;&lt;br /&gt;</w:t>
        <w:br/>
        <w:br/>
        <w:t>Тітки &amp;mdash; біліші наміток.&lt;br /&gt;</w:t>
        <w:br/>
        <w:br/>
        <w:t>Проноза швець шепочеться із катом,&lt;br /&gt;</w:t>
        <w:br/>
        <w:br/>
        <w:t>щоб потім дав мотузочки шматок.</w:t>
      </w:r>
    </w:p>
    <w:p>
      <w:r>
        <w:br/>
        <w:br/>
        <w:t>Замовкли всі,&lt;br /&gt;</w:t>
        <w:br/>
        <w:br/>
        <w:t>ніхто й не ворухнеться.&lt;br /&gt;</w:t>
        <w:br/>
        <w:br/>
        <w:t>Лиш дві куми, сусідки Вишняка:&lt;br /&gt;</w:t>
        <w:br/>
        <w:br/>
        <w:t>&amp;mdash; Диви яка, іде і не споткнеться!&lt;br /&gt;</w:t>
        <w:br/>
        <w:br/>
        <w:t>&amp;mdash; Іде під зашморг, а диви яка!</w:t>
      </w:r>
    </w:p>
    <w:p>
      <w:r>
        <w:br/>
        <w:br/>
        <w:t>&amp;mdash; На матір схожа, тільки трохи вища.&lt;br /&gt;</w:t>
        <w:br/>
        <w:br/>
        <w:t>Ті ж самі очі і така ж коса.&lt;br /&gt;</w:t>
        <w:br/>
        <w:br/>
        <w:t>&amp;mdash; Ну, от скажіте, людоньки, навіщо&lt;br /&gt;</w:t>
        <w:br/>
        <w:br/>
        <w:t>такій убивці та така краса?</w:t>
      </w:r>
    </w:p>
    <w:p>
      <w:r>
        <w:br/>
        <w:br/>
        <w:t>&amp;mdash; А це як хто. Я маю іншу гадку.&lt;br /&gt;</w:t>
        <w:br/>
        <w:br/>
        <w:t>Якась вона не схожа на убивць.&lt;br /&gt;</w:t>
        <w:br/>
        <w:br/>
        <w:t>Злочинниця,&amp;mdash; а так би й зняв би шапку.&lt;br /&gt;</w:t>
        <w:br/>
        <w:br/>
        <w:t>На смерть іде,&amp;mdash; а так би й поклонивсь.</w:t>
      </w:r>
    </w:p>
    <w:p>
      <w:r>
        <w:br/>
        <w:br/>
        <w:t>&amp;mdash; Бо ти такий вже, чоловіче, зроду,&lt;br /&gt;</w:t>
        <w:br/>
        <w:br/>
        <w:t>все б тільки очі й витріщав на вроду,&amp;mdash;&lt;br /&gt;</w:t>
        <w:br/>
        <w:br/>
        <w:t>сказала жінка з усміхом терпким.&amp;mdash;&lt;br /&gt;</w:t>
        <w:br/>
        <w:br/>
        <w:t>Знімати шапку?! Себто перед ким?</w:t>
      </w:r>
    </w:p>
    <w:p>
      <w:r>
        <w:br/>
        <w:br/>
        <w:t>Перед цією? Себто отакою,&lt;br /&gt;</w:t>
        <w:br/>
        <w:br/>
        <w:t>що отруїла власною рукою?&lt;br /&gt;</w:t>
        <w:br/>
        <w:br/>
        <w:t>Та щоб над нею обвалилась твердь!&lt;br /&gt;</w:t>
        <w:br/>
        <w:br/>
        <w:t>&amp;mdash; Побійся бога, вона йде на смерть!</w:t>
      </w:r>
    </w:p>
    <w:p>
      <w:r>
        <w:br/>
        <w:br/>
        <w:t>...Вона ішла. А хмари як подерті.&lt;br /&gt;</w:t>
        <w:br/>
        <w:br/>
        <w:t>І сизий степ ще звечора в росі.&lt;br /&gt;</w:t>
        <w:br/>
        <w:br/>
        <w:t>І з кожним кроком до своєї смерті&lt;br /&gt;</w:t>
        <w:br/>
        <w:br/>
        <w:t>була усім видніша звідусіль.</w:t>
      </w:r>
    </w:p>
    <w:p>
      <w:r>
        <w:br/>
        <w:br/>
        <w:t>Стояли люди злякані, притихлі.&lt;br /&gt;</w:t>
        <w:br/>
        <w:br/>
        <w:t>Вона ішла туди, як до вершин.&lt;br /&gt;</w:t>
        <w:br/>
        <w:br/>
        <w:t>Були вже риси мертві і застиглі,&lt;br /&gt;</w:t>
        <w:br/>
        <w:br/>
        <w:t>і тільки вітер коси ворушив.</w:t>
      </w:r>
    </w:p>
    <w:p>
      <w:r>
        <w:br/>
        <w:br/>
        <w:t>І тільки якось страшно, не до речі,&lt;br /&gt;</w:t>
        <w:br/>
        <w:br/>
        <w:t>на тлі тих хмар і зашморгу, була&lt;br /&gt;</w:t>
        <w:br/>
        <w:br/>
        <w:t>ота голівка точена, ті плечі,&lt;br /&gt;</w:t>
        <w:br/>
        <w:br/>
        <w:t>той гордий обрис чистого чола.</w:t>
      </w:r>
    </w:p>
    <w:p>
      <w:r>
        <w:br/>
        <w:br/>
        <w:t>І в тиші смертній, вже такій, аж дивній,&lt;br /&gt;</w:t>
        <w:br/>
        <w:br/>
        <w:t>коли вона цілує образок,&amp;mdash;&lt;br /&gt;</w:t>
        <w:br/>
        <w:br/>
        <w:t>на тій високій шиї лебединій&lt;br /&gt;</w:t>
        <w:br/>
        <w:br/>
        <w:t>того намиста доброго разок.</w:t>
      </w:r>
    </w:p>
    <w:p>
      <w:r>
        <w:br/>
        <w:br/>
        <w:t>Аж навіть кат не витримав, зачовгав&lt;br /&gt;</w:t>
        <w:br/>
        <w:br/>
        <w:t>заніс мішок, узявшись за краї &amp;mdash;&lt;br /&gt;</w:t>
        <w:br/>
        <w:br/>
        <w:t>чи щоб вона не бачила нічого,&lt;br /&gt;</w:t>
        <w:br/>
        <w:br/>
        <w:t>чи так нестерпно бачити її.</w:t>
      </w:r>
    </w:p>
    <w:p>
      <w:r>
        <w:br/>
        <w:br/>
        <w:t>А он стоять особи урядові,&lt;br /&gt;</w:t>
        <w:br/>
        <w:br/>
        <w:t>щоб тут же й смерть засвідчити судові.</w:t>
      </w:r>
    </w:p>
    <w:p>
      <w:r>
        <w:br/>
        <w:br/>
        <w:t>О господи, прости нам цю ганьбу!..&lt;br /&gt;</w:t>
        <w:br/>
        <w:br/>
        <w:t>І раптом вершник врізався в юрбу.</w:t>
      </w:r>
    </w:p>
    <w:p>
      <w:r>
        <w:br/>
        <w:br/>
        <w:t>Зметнувся кінь, у піні, дибаластий.&lt;br /&gt;</w:t>
        <w:br/>
        <w:br/>
        <w:t>Папером вершник у руці стрясав:&lt;br /&gt;</w:t>
        <w:br/>
        <w:br/>
        <w:t>&amp;mdash; Спиніться!&lt;br /&gt;</w:t>
        <w:br/>
        <w:br/>
        <w:t>Гетьман нас уповновластив&lt;br /&gt;</w:t>
        <w:br/>
        <w:br/>
        <w:t>читати вголос цей універсал!</w:t>
      </w:r>
    </w:p>
    <w:p>
      <w:r>
        <w:br/>
        <w:br/>
        <w:t>&amp;mdash; Іване! Брате! Як ти встиг?! &amp;mdash;&lt;br /&gt;</w:t>
        <w:br/>
        <w:br/>
        <w:t>кричав Лесько і тряс його за груди.&lt;br /&gt;</w:t>
        <w:br/>
        <w:br/>
        <w:t>Суддя стояв ні в сих ні в тих.</w:t>
      </w:r>
    </w:p>
    <w:p>
      <w:r>
        <w:br/>
        <w:br/>
        <w:t>І раптом вголос заридали люди.</w:t>
      </w:r>
    </w:p>
    <w:p>
      <w:r>
        <w:br/>
        <w:br/>
        <w:t>Ще не вляглось ридання те кругом,&lt;br /&gt;</w:t>
        <w:br/>
        <w:br/>
        <w:t>не встиг Іван ще й повід передати,&lt;br /&gt;</w:t>
        <w:br/>
        <w:br/>
        <w:t>а Шибилист вже цьвохнув батогом &amp;mdash;&lt;br /&gt;</w:t>
        <w:br/>
        <w:br/>
        <w:t>хутчій в Полтаву! &amp;mdash; матері сказати.</w:t>
      </w:r>
    </w:p>
    <w:p>
      <w:r>
        <w:br/>
        <w:br/>
        <w:t>Горбань помацав гетьманську печать.&lt;br /&gt;</w:t>
        <w:br/>
        <w:br/>
        <w:t>Суддя подержав, передав бурмистру.&lt;br /&gt;</w:t>
        <w:br/>
        <w:br/>
        <w:t>Кат метушиться, люди щось кричать.&lt;br /&gt;</w:t>
        <w:br/>
        <w:br/>
        <w:t>Дивитись страшно на Івана Іскру.</w:t>
      </w:r>
    </w:p>
    <w:p>
      <w:r>
        <w:br/>
        <w:br/>
        <w:t>Отаман Гук, ступивши на два кроки,&lt;br /&gt;</w:t>
        <w:br/>
        <w:br/>
        <w:t>ревнув з помосту поверх всіх голів:&lt;br /&gt;</w:t>
        <w:br/>
        <w:br/>
        <w:t>&amp;mdash; Наш гетьман, властію високий,&lt;br /&gt;</w:t>
        <w:br/>
        <w:br/>
        <w:t>такий наказ читати повелів!</w:t>
      </w:r>
    </w:p>
    <w:p>
      <w:r>
        <w:br/>
        <w:br/>
        <w:t>&amp;quot;Дійшла до нас, до гетьмана, відомість,&lt;br /&gt;</w:t>
        <w:br/>
        <w:br/>
        <w:t>іж у Полтаві скоївся той гріх,&lt;br /&gt;</w:t>
        <w:br/>
        <w:br/>
        <w:t>що смертю має буть покараний.&lt;br /&gt;</w:t>
        <w:br/>
        <w:br/>
        <w:t>Натомість&lt;br /&gt;</w:t>
        <w:br/>
        <w:br/>
        <w:t>ми цим писанням ознаймуєм всіх:</w:t>
      </w:r>
    </w:p>
    <w:p>
      <w:r>
        <w:br/>
        <w:br/>
        <w:t>В тяжкі часи кривавої сваволі&lt;br /&gt;</w:t>
        <w:br/>
        <w:br/>
        <w:t>смертей і кари маємо доволі.&lt;br /&gt;</w:t>
        <w:br/>
        <w:br/>
        <w:t>І так чигає смерть вже звідусіль,&lt;br /&gt;</w:t>
        <w:br/>
        <w:br/>
        <w:t>і так погр&amp;eacute;бів більше, ніж весіль.&lt;br /&gt;</w:t>
        <w:br/>
        <w:br/>
        <w:t>То чи ж воно нам буде до пуття &amp;mdash;&lt;br /&gt;</w:t>
        <w:br/>
        <w:br/>
        <w:t>пустити прахом ще одне життя?</w:t>
      </w:r>
    </w:p>
    <w:p>
      <w:r>
        <w:br/>
        <w:br/>
        <w:t>Чурай Маруся винна у в одному:&lt;br /&gt;</w:t>
        <w:br/>
        <w:br/>
        <w:t>вчинила злочин в розпачі страшному.&lt;br /&gt;</w:t>
        <w:br/>
        <w:br/>
        <w:t>Вчинивши зло, вона не є злочинна,&lt;br /&gt;</w:t>
        <w:br/>
        <w:br/>
        <w:t>бо тільки зрада є тому причина.</w:t>
      </w:r>
    </w:p>
    <w:p>
      <w:r>
        <w:br/>
        <w:br/>
        <w:t>Не вільно теж, караючи, при цім не&lt;br /&gt;</w:t>
        <w:br/>
        <w:br/>
        <w:t>урахувати також і чеснот.&lt;br /&gt;</w:t>
        <w:br/>
        <w:br/>
        <w:t>Її пісні &amp;mdash; як перло многоцінне,&lt;br /&gt;</w:t>
        <w:br/>
        <w:br/>
        <w:t>як дивен скарб серед земних марнот.</w:t>
      </w:r>
    </w:p>
    <w:p>
      <w:r>
        <w:br/>
        <w:br/>
        <w:t>Тим паче зараз, як така розруха.&lt;br /&gt;</w:t>
        <w:br/>
        <w:br/>
        <w:t>Тим паче зараз, при такій війні,&amp;mdash;&lt;br /&gt;</w:t>
        <w:br/>
        <w:br/>
        <w:t>що помагає не вгашати духа,&lt;br /&gt;</w:t>
        <w:br/>
        <w:br/>
        <w:t>як не співцями створені пісні?</w:t>
      </w:r>
    </w:p>
    <w:p>
      <w:r>
        <w:br/>
        <w:br/>
        <w:t>Про наші битви &amp;mdash;на папері голо.&lt;br /&gt;</w:t>
        <w:br/>
        <w:br/>
        <w:t>Лише в піснях вогонь отой пашить.&lt;br /&gt;</w:t>
        <w:br/>
        <w:br/>
        <w:t>Таку співачку покарать на горло, &amp;mdash;&lt;br /&gt;</w:t>
        <w:br/>
        <w:br/>
        <w:t>та це ж не що, а пісню задушить!&amp;quot;</w:t>
      </w:r>
    </w:p>
    <w:p>
      <w:r>
        <w:br/>
        <w:br/>
        <w:t>Отаман Гук, помовчавши (повіка&lt;br /&gt;</w:t>
        <w:br/>
        <w:br/>
        <w:t>йому сіпнулась), далі прочитав,&amp;mdash;&lt;br /&gt;</w:t>
        <w:br/>
        <w:br/>
        <w:t>такий потужний голос в чоловіка,&lt;br /&gt;</w:t>
        <w:br/>
        <w:br/>
        <w:t>либонь, хватило б і на п&amp;rsquo;ять Полтав:</w:t>
      </w:r>
    </w:p>
    <w:p>
      <w:r>
        <w:br/>
        <w:br/>
        <w:t>&amp;mdash; &amp;quot;За ті пісні, що їх вона складала,&lt;br /&gt;</w:t>
        <w:br/>
        <w:br/>
        <w:t>за те страждання, що вона страждала,&lt;br /&gt;</w:t>
        <w:br/>
        <w:br/>
        <w:t>за батька, що розп&amp;rsquo;ятий у Варшаві,&lt;br /&gt;</w:t>
        <w:br/>
        <w:br/>
        <w:t>а не схилив пред ворогом чола,&amp;mdash;&lt;br /&gt;</w:t>
        <w:br/>
        <w:br/>
        <w:t>не вистачало б городу Полтаві,&lt;br /&gt;</w:t>
        <w:br/>
        <w:br/>
        <w:t>щоб і вона ще страчена була!</w:t>
      </w:r>
    </w:p>
    <w:p>
      <w:r>
        <w:br/>
        <w:br/>
        <w:t>Тож відпустити дівчину негайно&lt;br /&gt;</w:t>
        <w:br/>
        <w:br/>
        <w:t>і скасувати вирока того.&lt;br /&gt;</w:t>
        <w:br/>
        <w:br/>
        <w:t>А суддям я таку даю нагану:&lt;br /&gt;</w:t>
        <w:br/>
        <w:br/>
        <w:t>щоб наперед без відома мого&lt;br /&gt;</w:t>
        <w:br/>
        <w:br/>
        <w:t>не важились на страти самочинні,&lt;br /&gt;</w:t>
        <w:br/>
        <w:br/>
        <w:t>передовсім освідчили мене&lt;br /&gt;</w:t>
        <w:br/>
        <w:br/>
        <w:t>про кожну страту, по такій причині,&lt;br /&gt;</w:t>
        <w:br/>
        <w:br/>
        <w:t>що смерть повсюди, а життя одне&amp;quot;.</w:t>
      </w:r>
    </w:p>
    <w:p>
      <w:r>
        <w:br/>
        <w:br/>
        <w:t>Універсал прочитано публічно,&lt;br /&gt;</w:t>
        <w:br/>
        <w:br/>
        <w:t>щоб справу тую уморить навічно.</w:t>
      </w:r>
    </w:p>
    <w:p>
      <w:r>
        <w:br/>
        <w:br/>
        <w:t>Оскільки ж трохи не дійшло до страти&lt;br /&gt;</w:t>
        <w:br/>
        <w:br/>
        <w:t>і смерть свою вона пережила,&lt;br /&gt;</w:t>
        <w:br/>
        <w:br/>
        <w:t>то впрод не вільно пересуддя брати,&lt;br /&gt;</w:t>
        <w:br/>
        <w:br/>
        <w:t>бо вже вона покарана була.</w:t>
      </w:r>
    </w:p>
    <w:p>
      <w:r>
        <w:br/>
        <w:br/>
        <w:t>...Гойдався зашморг, вже він не потрібний.&lt;br /&gt;</w:t>
        <w:br/>
        <w:br/>
        <w:t>Юрмились люди, добра новина.&lt;br /&gt;</w:t>
        <w:br/>
        <w:br/>
        <w:t>Сміявся тесля, головою срібний,&lt;br /&gt;</w:t>
        <w:br/>
        <w:br/>
        <w:t>що не згодиться тут його труна.</w:t>
      </w:r>
    </w:p>
    <w:p>
      <w:r>
        <w:br/>
        <w:br/>
        <w:t>Підбіг Іван &amp;mdash;&lt;br /&gt;</w:t>
        <w:br/>
        <w:br/>
        <w:t>і в р&amp;oacute;змах свого зросту&lt;br /&gt;</w:t>
        <w:br/>
        <w:br/>
        <w:t>збив ту драбинку смертницьку з помосту.&lt;br /&gt;</w:t>
        <w:br/>
        <w:br/>
        <w:t>Якісь жінки вже бігли до Марусі.&lt;br /&gt;</w:t>
        <w:br/>
        <w:br/>
        <w:t>Чиєсь в юрбі гуцикало дитя.&lt;br /&gt;</w:t>
        <w:br/>
        <w:br/>
        <w:t>Вона стояла, мов застигла в русі,&amp;mdash;&lt;br /&gt;</w:t>
        <w:br/>
        <w:br/>
        <w:t>уже по той бік сонця і життя.</w:t>
      </w:r>
    </w:p>
    <w:p>
      <w:r>
        <w:br/>
        <w:br/>
        <w:t>&amp;mdash; Такого ще не чувано ніде.&lt;br /&gt;</w:t>
        <w:br/>
        <w:br/>
        <w:t>Її пустили, а вона не йде!</w:t>
      </w:r>
    </w:p>
    <w:p>
      <w:r>
        <w:br/>
        <w:br/>
        <w:t>&amp;mdash; А може, помішалася? Іване!&lt;br /&gt;</w:t>
        <w:br/>
        <w:br/>
        <w:t>Мо&amp;rsquo;, хоч тебе послуха? Підійди! &amp;mdash;&lt;br /&gt;</w:t>
        <w:br/>
        <w:br/>
        <w:t>...Вона стояла. І над головами&lt;br /&gt;</w:t>
        <w:br/>
        <w:br/>
        <w:t>уже пливли осінні холоди.</w:t>
      </w:r>
    </w:p>
    <w:p>
      <w:r>
        <w:br/>
        <w:br/>
        <w:t>І не було ні радості, ні чуда.&lt;br /&gt;</w:t>
        <w:br/>
        <w:br/>
        <w:t>Лиш тихий розпач: вмерти не дали.&lt;br /&gt;</w:t>
        <w:br/>
        <w:br/>
        <w:t>Їй говорили, а вона не чула.&lt;br /&gt;</w:t>
        <w:br/>
        <w:br/>
        <w:t>І тільки коли матір підвели,&lt;br /&gt;</w:t>
        <w:br/>
        <w:br/>
        <w:t>вона відразу, наче спам&amp;rsquo;яталась,&lt;br /&gt;</w:t>
        <w:br/>
        <w:br/>
        <w:t>і одхитнулась від того стовпа,&lt;br /&gt;</w:t>
        <w:br/>
        <w:br/>
        <w:t>і якось наче здалеку верталась,&lt;br /&gt;</w:t>
        <w:br/>
        <w:br/>
        <w:t>чогось вперед руками, як сліпа.&lt;br /&gt;</w:t>
        <w:br/>
        <w:br/>
        <w:t>Іще бліда, іще мов крейда біла,&lt;br /&gt;</w:t>
        <w:br/>
        <w:br/>
        <w:t>а наче й усміхалась, лебеділа:&lt;br /&gt;</w:t>
        <w:br/>
        <w:br/>
        <w:t>&amp;mdash; От бачте, мамо все і обійшлося.&amp;mdash;&lt;br /&gt;</w:t>
        <w:br/>
        <w:br/>
        <w:t>І цілувала матері волосся.</w:t>
      </w:r>
    </w:p>
    <w:p>
      <w:r>
        <w:br/>
        <w:br/>
        <w:t>ПРОЩА&lt;br /&gt;</w:t>
        <w:br/>
        <w:br/>
        <w:t>Розділ VI&lt;br /&gt;</w:t>
        <w:br/>
        <w:br/>
        <w:t>...Чвяхкотіла земля у старих постолах,&lt;br /&gt;</w:t>
        <w:br/>
        <w:br/>
        <w:t>похилилися верби в осінньому шматті.&lt;br /&gt;</w:t>
        <w:br/>
        <w:br/>
        <w:t>Повезли мою матір на білих волах,&lt;br /&gt;</w:t>
        <w:br/>
        <w:br/>
        <w:t>неоплакану матір, неоплакану матір.</w:t>
      </w:r>
    </w:p>
    <w:p>
      <w:r>
        <w:br/>
        <w:br/>
        <w:t>Спочивай, моя мамо, там легше тобі.&lt;br /&gt;</w:t>
        <w:br/>
        <w:br/>
        <w:t>Там ніхто не завдасть невигойної муки.&lt;br /&gt;</w:t>
        <w:br/>
        <w:br/>
        <w:t>Я ішла за тобою одна у юрбі.&lt;br /&gt;</w:t>
        <w:br/>
        <w:br/>
        <w:t>От і всі твої, мамо, і діти, і внуки.</w:t>
      </w:r>
    </w:p>
    <w:p>
      <w:r>
        <w:br/>
        <w:br/>
        <w:t>Анікого, нікого нема на землі,&lt;br /&gt;</w:t>
        <w:br/>
        <w:br/>
        <w:t>ні єдиної гілочки нашого роду!&lt;br /&gt;</w:t>
        <w:br/>
        <w:br/>
        <w:t>Лиш опудало, мамо, в старому брилі&lt;br /&gt;</w:t>
        <w:br/>
        <w:br/>
        <w:t>стереже самоту в лобузинні городу.</w:t>
      </w:r>
    </w:p>
    <w:p>
      <w:r>
        <w:br/>
        <w:br/>
        <w:t>Я й сама вже не знаю, жива я чи ні.&lt;br /&gt;</w:t>
        <w:br/>
        <w:br/>
        <w:t>Тільки знаю одне &amp;mdash; що, склепивши повіки,&lt;br /&gt;</w:t>
        <w:br/>
        <w:br/>
        <w:t>проплила моя мамо у тому човні&lt;br /&gt;</w:t>
        <w:br/>
        <w:br/>
        <w:t>та й втонула у землю, втонула навіки.</w:t>
      </w:r>
    </w:p>
    <w:p>
      <w:r>
        <w:br/>
        <w:br/>
        <w:t>Добрела я додому тоді звідтіля.&lt;br /&gt;</w:t>
        <w:br/>
        <w:br/>
        <w:t>Та й ношу її смерть у душі, як провину.&lt;br /&gt;</w:t>
        <w:br/>
        <w:br/>
        <w:t>Все ввижається: чорна осіння земля&lt;br /&gt;</w:t>
        <w:br/>
        <w:br/>
        <w:t>глухо гупає, мамо, об твою домовину&amp;hellip;</w:t>
      </w:r>
    </w:p>
    <w:p>
      <w:r>
        <w:br/>
        <w:br/>
        <w:t>Недовго мати щось тоді й прожевріла,&lt;br /&gt;</w:t>
        <w:br/>
        <w:br/>
        <w:t>щось після того тижнів півтора.&lt;br /&gt;</w:t>
        <w:br/>
        <w:br/>
        <w:t>Кленочками червоними й рожевими&lt;br /&gt;</w:t>
        <w:br/>
        <w:br/>
        <w:t>її на той світ осінь провела.&lt;br /&gt;</w:t>
        <w:br/>
        <w:br/>
        <w:t>І одридали в небі журавлі&lt;br /&gt;</w:t>
        <w:br/>
        <w:br/>
        <w:t>мені людину в світі найдорожчу.&lt;br /&gt;</w:t>
        <w:br/>
        <w:br/>
        <w:t>Отой горбочок свіжої землі&lt;br /&gt;</w:t>
        <w:br/>
        <w:br/>
        <w:t>поцілувала. Та й пішла на прощу.</w:t>
      </w:r>
    </w:p>
    <w:p>
      <w:r>
        <w:br/>
        <w:br/>
        <w:t>&amp;hellip;Учора вмилась в річці Полузір&amp;rsquo;є.&lt;br /&gt;</w:t>
        <w:br/>
        <w:br/>
        <w:t>Дивилась в небо &amp;mdash; пролітає птах.&lt;br /&gt;</w:t>
        <w:br/>
        <w:br/>
        <w:t>Така безмежність і таке безмір&amp;rsquo;я!&lt;br /&gt;</w:t>
        <w:br/>
        <w:br/>
        <w:t>Мій біль в мені. А я у цих степах.</w:t>
      </w:r>
    </w:p>
    <w:p>
      <w:r>
        <w:br/>
        <w:br/>
        <w:t>Легенький вітер трави хилитає.&lt;br /&gt;</w:t>
        <w:br/>
        <w:br/>
        <w:t>Пасе корову тітка на межі.&lt;br /&gt;</w:t>
        <w:br/>
        <w:br/>
        <w:t>Ніхто мене нічого не питає.&lt;br /&gt;</w:t>
        <w:br/>
        <w:br/>
        <w:t>Я всім чужа, і всі мені чужі.</w:t>
      </w:r>
    </w:p>
    <w:p>
      <w:r>
        <w:br/>
        <w:br/>
        <w:t>Іду. Бреду. Захочу, то й спочину.&lt;br /&gt;</w:t>
        <w:br/>
        <w:br/>
        <w:t>Розбиті ноги остуджу в росі.&lt;br /&gt;</w:t>
        <w:br/>
        <w:br/>
        <w:t>Ніхто мені не дивиться у спину.&lt;br /&gt;</w:t>
        <w:br/>
        <w:br/>
        <w:t>Я йду. Людина. Я така, як всі.</w:t>
      </w:r>
    </w:p>
    <w:p>
      <w:r>
        <w:br/>
        <w:br/>
        <w:t>Ще поки тепло, заночую в лузі.&lt;br /&gt;</w:t>
        <w:br/>
        <w:br/>
        <w:t>А там хтось впустить, перебуду ніч.&lt;br /&gt;</w:t>
        <w:br/>
        <w:br/>
        <w:t>В хатах щебечуть діти голопузі.&lt;br /&gt;</w:t>
        <w:br/>
        <w:br/>
        <w:t>Чомусь як гляну,&amp;mdash; однімає річ.</w:t>
      </w:r>
    </w:p>
    <w:p>
      <w:r>
        <w:br/>
        <w:br/>
        <w:t>Щось надломилось в голосі тремкому.&lt;br /&gt;</w:t>
        <w:br/>
        <w:br/>
        <w:t>Дорога, степ &amp;mdash; усе як в туман&amp;iacute;.&lt;br /&gt;</w:t>
        <w:br/>
        <w:br/>
        <w:t>Он ще прочани. І, мабуть, нікому&lt;br /&gt;</w:t>
        <w:br/>
        <w:br/>
        <w:t>немає гірше в світі, як мені.</w:t>
      </w:r>
    </w:p>
    <w:p>
      <w:r>
        <w:br/>
        <w:br/>
        <w:t>&amp;hellip;Учора хтось жалів мене: причинна.&lt;br /&gt;</w:t>
        <w:br/>
        <w:br/>
        <w:t>Така тепер я чорна і худа,&lt;br /&gt;</w:t>
        <w:br/>
        <w:br/>
        <w:t>така хистка тепер моя хода.&lt;br /&gt;</w:t>
        <w:br/>
        <w:br/>
        <w:t>Вбираю світ порожніми очима.</w:t>
      </w:r>
    </w:p>
    <w:p>
      <w:r>
        <w:br/>
        <w:br/>
        <w:t>Буває, часом сліпну від краси.&lt;br /&gt;</w:t>
        <w:br/>
        <w:br/>
        <w:t>Спинюсь, не тямлю, що воно за диво,&amp;mdash;&lt;br /&gt;</w:t>
        <w:br/>
        <w:br/>
        <w:t>оці степи, це небо, ці ліси,&lt;br /&gt;</w:t>
        <w:br/>
        <w:br/>
        <w:t>усе так гарно, чисто, незрадливо,&lt;br /&gt;</w:t>
        <w:br/>
        <w:br/>
        <w:t>усе як є &amp;mdash; дорога, явори,&lt;br /&gt;</w:t>
        <w:br/>
        <w:br/>
        <w:t>усе моє, все зветься &amp;mdash; Україна.&lt;br /&gt;</w:t>
        <w:br/>
        <w:br/>
        <w:t>Така краса, висока і нетлінна,&lt;br /&gt;</w:t>
        <w:br/>
        <w:br/>
        <w:t>що хоч спинись і з богом говори.</w:t>
      </w:r>
    </w:p>
    <w:p>
      <w:r>
        <w:br/>
        <w:br/>
        <w:t>...А степ уже сивий на поминках літа.&lt;br /&gt;</w:t>
        <w:br/>
        <w:br/>
        <w:t>Осіннього неба останні глибини.&lt;br /&gt;</w:t>
        <w:br/>
        <w:br/>
        <w:t>І гілка суха, як рука кармеліта,&lt;br /&gt;</w:t>
        <w:br/>
        <w:br/>
        <w:t>тримає у жмені оранж горобини.</w:t>
      </w:r>
    </w:p>
    <w:p>
      <w:r>
        <w:br/>
        <w:br/>
        <w:t>Як глянеш упр&amp;oacute;стяж &amp;mdash; дорога в намисті.&lt;br /&gt;</w:t>
        <w:br/>
        <w:br/>
        <w:t>Ці барви черлені і жовтогарячі,&lt;br /&gt;</w:t>
        <w:br/>
        <w:br/>
        <w:t>ці щедрі сади у багряному листі! &amp;mdash;&lt;br /&gt;</w:t>
        <w:br/>
        <w:br/>
        <w:t>а люди бредуть і бредуть, як незрячі.</w:t>
      </w:r>
    </w:p>
    <w:p>
      <w:r>
        <w:br/>
        <w:br/>
        <w:t>Шуліка з неба видивляє мишу.&lt;br /&gt;</w:t>
        <w:br/>
        <w:br/>
        <w:t>Горять на сонці грона горобин.&lt;br /&gt;</w:t>
        <w:br/>
        <w:br/>
        <w:t>Сіріє степ. Сорока бриє тишу.&lt;br /&gt;</w:t>
        <w:br/>
        <w:br/>
        <w:t>Прочани хліб виймають із торбин.&lt;br /&gt;</w:t>
        <w:br/>
        <w:br/>
        <w:t>А дика чайка б&amp;rsquo;ється об дорогу.&lt;br /&gt;</w:t>
        <w:br/>
        <w:br/>
        <w:t>Мандрівний дяк обідає на пні,&lt;br /&gt;</w:t>
        <w:br/>
        <w:br/>
        <w:t>&amp;mdash; Чого кульгаєш?&lt;br /&gt;</w:t>
        <w:br/>
        <w:br/>
        <w:t>&amp;mdash; Пробуртила ногу.&lt;br /&gt;</w:t>
        <w:br/>
        <w:br/>
        <w:t>&amp;mdash; То сядь спочинь.&lt;br /&gt;</w:t>
        <w:br/>
        <w:br/>
        <w:t>&amp;mdash; А ніколи мені.</w:t>
      </w:r>
    </w:p>
    <w:p>
      <w:r>
        <w:br/>
        <w:br/>
        <w:t>&amp;mdash; От і мені все ніколи та й ніколи.&lt;br /&gt;</w:t>
        <w:br/>
        <w:br/>
        <w:t>Хоч як біжи, а все у довжину.&lt;br /&gt;</w:t>
        <w:br/>
        <w:br/>
        <w:t>То я й не кваплюсь.&lt;br /&gt;</w:t>
        <w:br/>
        <w:br/>
        <w:t>Вмерти з&amp;aacute;вжди встигну.&lt;br /&gt;</w:t>
        <w:br/>
        <w:br/>
        <w:t>А часу все одно не дожену.</w:t>
      </w:r>
    </w:p>
    <w:p>
      <w:r>
        <w:br/>
        <w:br/>
        <w:t>&amp;mdash; Чи Київ ще далеко? &amp;mdash; Та не дуже.&lt;br /&gt;</w:t>
        <w:br/>
        <w:br/>
        <w:t>Варшава далі,&amp;mdash; усміхнувся дяк.&lt;br /&gt;</w:t>
        <w:br/>
        <w:br/>
        <w:t>Сидить, і палку мені струже.&lt;br /&gt;</w:t>
        <w:br/>
        <w:br/>
        <w:t>Такий старий, небритий, як будяк.</w:t>
      </w:r>
    </w:p>
    <w:p>
      <w:r>
        <w:br/>
        <w:br/>
        <w:t>&amp;mdash; То це на прощу вибралася ти?&lt;br /&gt;</w:t>
        <w:br/>
        <w:br/>
        <w:t>Це треба шмат дороги попойти.&lt;br /&gt;</w:t>
        <w:br/>
        <w:br/>
        <w:t>Ще будуть села, будуть город&amp;aacute;.&lt;br /&gt;</w:t>
        <w:br/>
        <w:br/>
        <w:t>А втім, нічого. Ти ще ж молода.</w:t>
      </w:r>
    </w:p>
    <w:p>
      <w:r>
        <w:br/>
        <w:br/>
        <w:t>Але чогось така вже, як обвуглена.&lt;br /&gt;</w:t>
        <w:br/>
        <w:br/>
        <w:t>Якась така, мов знята із хреста.&lt;br /&gt;</w:t>
        <w:br/>
        <w:br/>
        <w:t>Тут,&amp;mdash; каже,&amp;mdash; палка буде не обстругана.&lt;br /&gt;</w:t>
        <w:br/>
        <w:br/>
        <w:t>А тут ми зріжем,&amp;mdash; каже,&amp;mdash; бо товста.</w:t>
      </w:r>
    </w:p>
    <w:p>
      <w:r>
        <w:br/>
        <w:br/>
        <w:t>А я дивлюсь: чужа мені людина.&lt;br /&gt;</w:t>
        <w:br/>
        <w:br/>
        <w:t>Розійдемось, чи стрінемся коли?&lt;br /&gt;</w:t>
        <w:br/>
        <w:br/>
        <w:t>&amp;mdash; Хотіла жити, а життя не вийшло.&lt;br /&gt;</w:t>
        <w:br/>
        <w:br/>
        <w:t>Хотіла вмерти,&amp;mdash; люди не дали.</w:t>
      </w:r>
    </w:p>
    <w:p>
      <w:r>
        <w:br/>
        <w:br/>
        <w:t>А він мені: &amp;mdash; Моя ти голубичко!&lt;br /&gt;</w:t>
        <w:br/>
        <w:br/>
        <w:t>Страданіє, як кажуть, возвиша.&lt;br /&gt;</w:t>
        <w:br/>
        <w:br/>
        <w:t>От я й дивлюсь, що в тебе ж таке личко,&lt;br /&gt;</w:t>
        <w:br/>
        <w:br/>
        <w:t>що в ньому наскрізь світиться душа.</w:t>
      </w:r>
    </w:p>
    <w:p>
      <w:r>
        <w:br/>
        <w:br/>
        <w:t>А як подумать, дівчинко моя ти,&lt;br /&gt;</w:t>
        <w:br/>
        <w:br/>
        <w:t>то хто із нас на світі не розп&amp;rsquo;ятий?&lt;br /&gt;</w:t>
        <w:br/>
        <w:br/>
        <w:t>Воно як маєш серце не з льодини,&lt;br /&gt;</w:t>
        <w:br/>
        <w:br/>
        <w:t>розпяття &amp;mdash; доля кожної людини.</w:t>
      </w:r>
    </w:p>
    <w:p>
      <w:r>
        <w:br/>
        <w:br/>
        <w:t>Та є печальна втіха, далебі:&lt;br /&gt;</w:t>
        <w:br/>
        <w:br/>
        <w:t>комусь на світі гірше, як тобі.</w:t>
      </w:r>
    </w:p>
    <w:p>
      <w:r>
        <w:br/>
        <w:br/>
        <w:t>&amp;mdash; То ти з Полтави?&lt;br /&gt;</w:t>
        <w:br/>
        <w:br/>
        <w:t>&amp;mdash; Та, кажу, з Полтави.&lt;br /&gt;</w:t>
        <w:br/>
        <w:br/>
        <w:t>&amp;mdash; А де живеш, а звуть же тебе як? &amp;mdash;&lt;br /&gt;</w:t>
        <w:br/>
        <w:br/>
        <w:t>Кажу:&amp;mdash; Маруся, як уже спитали. &amp;mdash;&lt;br /&gt;</w:t>
        <w:br/>
        <w:br/>
        <w:t>І знов мовчу. Такий настирний дяк.</w:t>
      </w:r>
    </w:p>
    <w:p>
      <w:r>
        <w:br/>
        <w:br/>
        <w:t>&amp;mdash; Ну, як там ваші вулиці Гончарні,&lt;br /&gt;</w:t>
        <w:br/>
        <w:br/>
        <w:t>Ковальські, Чоботарські? Ти чия?&lt;br /&gt;</w:t>
        <w:br/>
        <w:br/>
        <w:t>Які пісні співаються печальні,&lt;br /&gt;</w:t>
        <w:br/>
        <w:br/>
        <w:t>про Остряницю все та Чурая?</w:t>
      </w:r>
    </w:p>
    <w:p>
      <w:r>
        <w:br/>
        <w:br/>
        <w:t>А очі в нього тихі та ласкаві.&lt;br /&gt;</w:t>
        <w:br/>
        <w:br/>
        <w:t>А так і видно &amp;mdash; добрий чоловік.&lt;br /&gt;</w:t>
        <w:br/>
        <w:br/>
        <w:t>&amp;mdash; А ви, кажу, давно були в Полтаві?&lt;br /&gt;</w:t>
        <w:br/>
        <w:br/>
        <w:t>&amp;mdash; При школі,&amp;mdash; каже,&amp;mdash; зимував торік.</w:t>
      </w:r>
    </w:p>
    <w:p>
      <w:r>
        <w:br/>
        <w:br/>
        <w:t>Люблю Полтаву. Люди там не сонні.&lt;br /&gt;</w:t>
        <w:br/>
        <w:br/>
        <w:t>І місто славне. Де ти там живеш?&lt;br /&gt;</w:t>
        <w:br/>
        <w:br/>
        <w:t>Купців полтавських бачив я в Саксонії,&lt;br /&gt;</w:t>
        <w:br/>
        <w:br/>
        <w:t>на Шльонську і по землях франків теж.</w:t>
      </w:r>
    </w:p>
    <w:p>
      <w:r>
        <w:br/>
        <w:br/>
        <w:t>Шаблі там не ржавіють у коморах,&lt;br /&gt;</w:t>
        <w:br/>
        <w:br/>
        <w:t>і кінську збрую миші не гризуть.&lt;br /&gt;</w:t>
        <w:br/>
        <w:br/>
        <w:t>А що вже порох, &amp;mdash; добрий роблять порох,&lt;br /&gt;</w:t>
        <w:br/>
        <w:br/>
        <w:t>в бочки зсипають, гетьману везуть.</w:t>
      </w:r>
    </w:p>
    <w:p>
      <w:r>
        <w:br/>
        <w:br/>
        <w:t>Які у вас там питія і страви!&lt;br /&gt;</w:t>
        <w:br/>
        <w:br/>
        <w:t>А як співає дівчина оця!..&lt;br /&gt;</w:t>
        <w:br/>
        <w:br/>
        <w:t>&amp;mdash; Та я, кажу, не зовсім із Полтави.&lt;br /&gt;</w:t>
        <w:br/>
        <w:br/>
        <w:t>Я там, кажу, з одного хуторця.</w:t>
      </w:r>
    </w:p>
    <w:p>
      <w:r>
        <w:br/>
        <w:br/>
        <w:t>Хоч би ж не взнав!..&lt;br /&gt;</w:t>
        <w:br/>
        <w:br/>
        <w:t>А він собі стругає.&lt;br /&gt;</w:t>
        <w:br/>
        <w:br/>
        <w:t>&amp;mdash; Людину скрізь біда підстерігає.</w:t>
      </w:r>
    </w:p>
    <w:p>
      <w:r>
        <w:br/>
        <w:br/>
        <w:t>Ось на, бери, добряча патериця.&lt;br /&gt;</w:t>
        <w:br/>
        <w:br/>
        <w:t>І в мене є, а вистругав, ще б пак.&lt;br /&gt;</w:t>
        <w:br/>
        <w:br/>
        <w:t>Двох ніг замало, третя пригодиться.&lt;br /&gt;</w:t>
        <w:br/>
        <w:br/>
        <w:t>Та й одганятись ніччю від собак.</w:t>
      </w:r>
    </w:p>
    <w:p>
      <w:r>
        <w:br/>
        <w:br/>
        <w:t>Бо тут чим далі, о ночівлю важче.&lt;br /&gt;</w:t>
        <w:br/>
        <w:br/>
        <w:t>Не те щоб глухо або люди злі.&lt;br /&gt;</w:t>
        <w:br/>
        <w:br/>
        <w:t>Чумою вродить, коли років два ще&lt;br /&gt;</w:t>
        <w:br/>
        <w:br/>
        <w:t>так війна походить по землі,</w:t>
      </w:r>
    </w:p>
    <w:p>
      <w:r>
        <w:br/>
        <w:br/>
        <w:t>Уже тут дожилися до багатства,&amp;mdash;&lt;br /&gt;</w:t>
        <w:br/>
        <w:br/>
        <w:t>між людьми мор, на дереві &amp;mdash; хробацтва.</w:t>
      </w:r>
    </w:p>
    <w:p>
      <w:r>
        <w:br/>
        <w:br/>
        <w:t>Пройшов я землю піднебесну,&lt;br /&gt;</w:t>
        <w:br/>
        <w:br/>
        <w:t>як говорив святий Іов.&lt;br /&gt;</w:t>
        <w:br/>
        <w:br/>
        <w:t>Куди не глянеш в даль оцю окрестну,&amp;mdash;&lt;br /&gt;</w:t>
        <w:br/>
        <w:br/>
        <w:t>тут споконвіку скрізь лилася кров.</w:t>
      </w:r>
    </w:p>
    <w:p>
      <w:r>
        <w:br/>
        <w:br/>
        <w:t>Там відступало військо Остряниці.&lt;br /&gt;</w:t>
        <w:br/>
        <w:br/>
        <w:t>Тут села збив копитами Кончак.&lt;br /&gt;</w:t>
        <w:br/>
        <w:br/>
        <w:t>А у долині річки Солониці&lt;br /&gt;</w:t>
        <w:br/>
        <w:br/>
        <w:t>слізьми покути висох солончак.</w:t>
      </w:r>
    </w:p>
    <w:p>
      <w:r>
        <w:br/>
        <w:br/>
        <w:t>Он бачиш, хрест, і та пташина зграйка,&lt;br /&gt;</w:t>
        <w:br/>
        <w:br/>
        <w:t>і та вже річка висохла на чверть,&amp;mdash;&lt;br /&gt;</w:t>
        <w:br/>
        <w:br/>
        <w:t>оце отут скрутили Наливайка&lt;br /&gt;</w:t>
        <w:br/>
        <w:br/>
        <w:t>і віддали на мученицьку смерть.</w:t>
      </w:r>
    </w:p>
    <w:p>
      <w:r>
        <w:br/>
        <w:br/>
        <w:t>Був молодий і гарний був на вроду.&lt;br /&gt;</w:t>
        <w:br/>
        <w:br/>
        <w:t>І жив, і вмер, як личить козаку.&lt;br /&gt;</w:t>
        <w:br/>
        <w:br/>
        <w:t>Зате, що він боровся за свободу,&lt;br /&gt;</w:t>
        <w:br/>
        <w:br/>
        <w:t>його спалили в мідному бику!</w:t>
      </w:r>
    </w:p>
    <w:p>
      <w:r>
        <w:br/>
        <w:br/>
        <w:t>А он уже й видніє з далини&lt;br /&gt;</w:t>
        <w:br/>
        <w:br/>
        <w:t>столиця Вишневецького &amp;mdash; Лубни.</w:t>
      </w:r>
    </w:p>
    <w:p>
      <w:r>
        <w:br/>
        <w:br/>
        <w:t>Там жив Ярема, син Раїни,&lt;br /&gt;</w:t>
        <w:br/>
        <w:br/>
        <w:t>страшний руйнатор України.</w:t>
      </w:r>
    </w:p>
    <w:p>
      <w:r>
        <w:br/>
        <w:br/>
        <w:t>Упир з холодними очима,&lt;br /&gt;</w:t>
        <w:br/>
        <w:br/>
        <w:t>пихатий словом і чолом,&lt;br /&gt;</w:t>
        <w:br/>
        <w:br/>
        <w:t>душа підступна і злочинна,&lt;br /&gt;</w:t>
        <w:br/>
        <w:br/>
        <w:t>закута в панцир і шолом.&lt;br /&gt;</w:t>
        <w:br/>
        <w:br/>
        <w:t>Уломок лицарського роду,&lt;br /&gt;</w:t>
        <w:br/>
        <w:br/>
        <w:t>мучитель власного народу,&lt;br /&gt;</w:t>
        <w:br/>
        <w:br/>
        <w:t>кривавий кат з-під темної зорі,&lt;br /&gt;</w:t>
        <w:br/>
        <w:br/>
        <w:t>отам він жив, на Замковій горі.</w:t>
      </w:r>
    </w:p>
    <w:p>
      <w:r>
        <w:br/>
        <w:br/>
        <w:t>З гори тієї, що стоїть, висока,&lt;br /&gt;</w:t>
        <w:br/>
        <w:br/>
        <w:t>в кільці річок і копаних канав,&lt;br /&gt;</w:t>
        <w:br/>
        <w:br/>
        <w:t>лубенський родич краківського Смока&lt;br /&gt;</w:t>
        <w:br/>
        <w:br/>
        <w:t>у нашу землю кігті увігнав.</w:t>
      </w:r>
    </w:p>
    <w:p>
      <w:r>
        <w:br/>
        <w:br/>
        <w:t>Бенкетував, сідав на шию хлопу,&lt;br /&gt;</w:t>
        <w:br/>
        <w:br/>
        <w:t>пускав дівчат по світу без коси.&lt;br /&gt;</w:t>
        <w:br/>
        <w:br/>
        <w:t>Стріляв козуль, возив пшоно в Європу&lt;br /&gt;</w:t>
        <w:br/>
        <w:br/>
        <w:t>і на поташ випалював ліси.</w:t>
      </w:r>
    </w:p>
    <w:p>
      <w:r>
        <w:br/>
        <w:br/>
        <w:t>Загарбав край, неначе відумерщину,&lt;br /&gt;</w:t>
        <w:br/>
        <w:br/>
        <w:t>і брав за все &amp;mdash; живе і неживе.&lt;br /&gt;</w:t>
        <w:br/>
        <w:br/>
        <w:t>За дим, за торг, ставщину, сухомельщину,&lt;br /&gt;</w:t>
        <w:br/>
        <w:br/>
        <w:t>спасн&amp;eacute;, гребельне, з воза, рогове.</w:t>
      </w:r>
    </w:p>
    <w:p>
      <w:r>
        <w:br/>
        <w:br/>
        <w:t>Обклав податком вулики, броварні,&lt;br /&gt;</w:t>
        <w:br/>
        <w:br/>
        <w:t>степи, луги, левади запосів.&lt;br /&gt;</w:t>
        <w:br/>
        <w:br/>
        <w:t>В монастирях, обладнаних під псарні,&lt;br /&gt;</w:t>
        <w:br/>
        <w:br/>
        <w:t>святі ченці удержували псів.</w:t>
      </w:r>
    </w:p>
    <w:p>
      <w:r>
        <w:br/>
        <w:br/>
        <w:t>Тримав усе оружною рукою.&lt;br /&gt;</w:t>
        <w:br/>
        <w:br/>
        <w:t>Був кам&amp;rsquo;янішйй од своїх твердинь.&lt;br /&gt;</w:t>
        <w:br/>
        <w:br/>
        <w:t>Горіли села, кров лилась рікою,&lt;br /&gt;</w:t>
        <w:br/>
        <w:br/>
        <w:t>коли тікав степами на Волинь...</w:t>
      </w:r>
    </w:p>
    <w:p>
      <w:r>
        <w:br/>
        <w:br/>
        <w:t>А вже в Лубнах нема ні бернардина.&lt;br /&gt;</w:t>
        <w:br/>
        <w:br/>
        <w:t>Вода усохла в замкових ровах.&lt;br /&gt;</w:t>
        <w:br/>
        <w:br/>
        <w:t>І, як печаль одвічна, двоєдина,&lt;br /&gt;</w:t>
        <w:br/>
        <w:br/>
        <w:t>душа Раїни плаче по церквах.</w:t>
      </w:r>
    </w:p>
    <w:p>
      <w:r>
        <w:br/>
        <w:br/>
        <w:t>А там, де жив всевладний Єремія,&lt;br /&gt;</w:t>
        <w:br/>
        <w:br/>
        <w:t>де поросли вже дикі чагарі,&amp;mdash;&lt;br /&gt;</w:t>
        <w:br/>
        <w:br/>
        <w:t>ще кам&amp;rsquo;яною щелепою змія&lt;br /&gt;</w:t>
        <w:br/>
        <w:br/>
        <w:t>щербатий мур чорніє на горі.</w:t>
      </w:r>
    </w:p>
    <w:p>
      <w:r>
        <w:br/>
        <w:br/>
        <w:t>Де був палац &amp;mdash; лежать одні руїни,&lt;br /&gt;</w:t>
        <w:br/>
        <w:br/>
        <w:t>стирчать уламки обгорілих стін.&lt;br /&gt;</w:t>
        <w:br/>
        <w:br/>
        <w:t>Усе сумує смутками своїми...&lt;br /&gt;</w:t>
        <w:br/>
        <w:br/>
        <w:t>Душа Раїни квилить між руїн.</w:t>
      </w:r>
    </w:p>
    <w:p>
      <w:r>
        <w:br/>
        <w:br/>
        <w:t>І тільки хмари, хмари пурпурові...&lt;br /&gt;</w:t>
        <w:br/>
        <w:br/>
        <w:t>І при дорозі &amp;mdash; мальви і терни...&lt;br /&gt;</w:t>
        <w:br/>
        <w:br/>
        <w:t>І на губах, як вічний присмак крові,&amp;mdash;&lt;br /&gt;</w:t>
        <w:br/>
        <w:br/>
        <w:t>столиця Вишневенького. Лубни.</w:t>
      </w:r>
    </w:p>
    <w:p>
      <w:r>
        <w:br/>
        <w:br/>
        <w:t>Вже ледве йду. Боюся, що пристану.&lt;br /&gt;</w:t>
        <w:br/>
        <w:br/>
        <w:t>Лубни минули, є ще трохи дня.&lt;br /&gt;</w:t>
        <w:br/>
        <w:br/>
        <w:t>І, як пола подертої сутани,&lt;br /&gt;</w:t>
        <w:br/>
        <w:br/>
        <w:t>накрило місто чорне вороння.</w:t>
      </w:r>
    </w:p>
    <w:p>
      <w:r>
        <w:br/>
        <w:br/>
        <w:t>І знову степ. І знову даль розлога.&lt;br /&gt;</w:t>
        <w:br/>
        <w:br/>
        <w:t>І я мовчу. І дяк уже мовчить.&lt;br /&gt;</w:t>
        <w:br/>
        <w:br/>
        <w:t>Ідеш, ідеш... Дорога та й дорога.&lt;br /&gt;</w:t>
        <w:br/>
        <w:br/>
        <w:t>Ідеш, ідеш... Хоч би вже відпочить.</w:t>
      </w:r>
    </w:p>
    <w:p>
      <w:r>
        <w:br/>
        <w:br/>
        <w:t>Зайшли в село. І моторошно, й дивно.&lt;br /&gt;</w:t>
        <w:br/>
        <w:br/>
        <w:t>Ні гавкне пес, ні корби не скриплять.&lt;br /&gt;</w:t>
        <w:br/>
        <w:br/>
        <w:t>Хати &amp;mdash; як скирти поночі, ні блимне.&lt;br /&gt;</w:t>
        <w:br/>
        <w:br/>
        <w:t>Невже так рано люди уже сплять?</w:t>
      </w:r>
    </w:p>
    <w:p>
      <w:r>
        <w:br/>
        <w:br/>
        <w:t>Двори якісь похмурі, непривітні.&lt;br /&gt;</w:t>
        <w:br/>
        <w:br/>
        <w:t>На все село зустріли двох жінок.&lt;br /&gt;</w:t>
        <w:br/>
        <w:br/>
        <w:t>Мов колодки, поцюкані в дровітні, &amp;mdash;&lt;br /&gt;</w:t>
        <w:br/>
        <w:br/>
        <w:t>гіркі обличчя в борознах думок.</w:t>
      </w:r>
    </w:p>
    <w:p>
      <w:r>
        <w:br/>
        <w:br/>
        <w:t>А дяк нічого, підтягнув ременика, &amp;mdash;&lt;br /&gt;</w:t>
        <w:br/>
        <w:br/>
        <w:t>ще й бадьоренько гомонить до мене,&lt;br /&gt;</w:t>
        <w:br/>
        <w:br/>
        <w:t>мовляв, оскільки це село Семенівка,&lt;br /&gt;</w:t>
        <w:br/>
        <w:br/>
        <w:t>ну, то ходімо,&amp;mdash; каже,&amp;mdash; до Семена.&lt;br /&gt;</w:t>
        <w:br/>
        <w:br/>
        <w:t>От хоч і в цю хатинку понад шляхом.&lt;br /&gt;</w:t>
        <w:br/>
        <w:br/>
        <w:t>&amp;mdash; Нам,&amp;mdash; каже,&amp;mdash; що. Усе ж таки під дахом.</w:t>
      </w:r>
    </w:p>
    <w:p>
      <w:r>
        <w:br/>
        <w:br/>
        <w:t>А там той дах із просвітом аршинним,&lt;br /&gt;</w:t>
        <w:br/>
        <w:br/>
        <w:t>підперлась хата ветхими дверми,&lt;br /&gt;</w:t>
        <w:br/>
        <w:br/>
        <w:t>обтулена потрухлим кияшинням&lt;br /&gt;</w:t>
        <w:br/>
        <w:br/>
        <w:t>іще з позаминулої зими.</w:t>
      </w:r>
    </w:p>
    <w:p>
      <w:r>
        <w:br/>
        <w:br/>
        <w:t>А в хаті пустка, аж земля на споді.&lt;br /&gt;</w:t>
        <w:br/>
        <w:br/>
        <w:t>І кріт нарив, і піл уже сторчма.&lt;br /&gt;</w:t>
        <w:br/>
        <w:br/>
        <w:t>&amp;mdash; Сідаймо,&amp;mdash; каже,&amp;mdash; у чужій господі.&lt;br /&gt;</w:t>
        <w:br/>
        <w:br/>
        <w:t>Господа є... Господаря нема.</w:t>
      </w:r>
    </w:p>
    <w:p>
      <w:r>
        <w:br/>
        <w:br/>
        <w:t>Тут од Лубен до самої Волині&lt;br /&gt;</w:t>
        <w:br/>
        <w:br/>
        <w:t>лежать навколо села удовині.&lt;br /&gt;</w:t>
        <w:br/>
        <w:br/>
        <w:t>Причілки виглядають з кропиви.&lt;br /&gt;</w:t>
        <w:br/>
        <w:br/>
        <w:t>А тут, як бач, немає і вдови.</w:t>
      </w:r>
    </w:p>
    <w:p>
      <w:r>
        <w:br/>
        <w:br/>
        <w:t>Тікав по трупах Єремія звідси.&lt;br /&gt;</w:t>
        <w:br/>
        <w:br/>
        <w:t>Та все карав, карав, карав призвідців.&lt;br /&gt;</w:t>
        <w:br/>
        <w:br/>
        <w:t>Рубав їм руки, вішав, розпинав,&lt;br /&gt;</w:t>
        <w:br/>
        <w:br/>
        <w:t>садив на палі, голови стинав.&lt;br /&gt;</w:t>
        <w:br/>
        <w:br/>
        <w:t>Страшний по ньому залишався слід &amp;mdash;&lt;br /&gt;</w:t>
        <w:br/>
        <w:br/>
        <w:t>козацьких тіл кривавий живопліт.</w:t>
      </w:r>
    </w:p>
    <w:p>
      <w:r>
        <w:br/>
        <w:br/>
        <w:t>Усі тут гибли, винні і невинні.&lt;br /&gt;</w:t>
        <w:br/>
        <w:br/>
        <w:t>Лишились тільки села удовині.&lt;br /&gt;</w:t>
        <w:br/>
        <w:br/>
        <w:t>Та назви сіл, побільшости з імен,&amp;mdash;&lt;br /&gt;</w:t>
        <w:br/>
        <w:br/>
        <w:t>бо все ж Панфил, Григорій та Семен.</w:t>
      </w:r>
    </w:p>
    <w:p>
      <w:r>
        <w:br/>
        <w:br/>
        <w:t>...Уранці вийшли. Тиша серпанкова.&lt;br /&gt;</w:t>
        <w:br/>
        <w:br/>
        <w:t>І павутиння вже, мов ятері.&lt;br /&gt;</w:t>
        <w:br/>
        <w:br/>
        <w:t>Та на поріг наживлена підкова,&lt;br /&gt;</w:t>
        <w:br/>
        <w:br/>
        <w:t>та заржавіле рало у дворі.</w:t>
      </w:r>
    </w:p>
    <w:p>
      <w:r>
        <w:br/>
        <w:br/>
        <w:t>Іду. Мовчу. Не дуже нам спочилось.&lt;br /&gt;</w:t>
        <w:br/>
        <w:br/>
        <w:t>Вночі по хаті все ходив Семен.&lt;br /&gt;</w:t>
        <w:br/>
        <w:br/>
        <w:t>Чи серце знову плакати навчилось&lt;br /&gt;</w:t>
        <w:br/>
        <w:br/>
        <w:t>на цій дорозі в Київ із Лубен?!</w:t>
      </w:r>
    </w:p>
    <w:p>
      <w:r>
        <w:br/>
        <w:br/>
        <w:t>Мовчу. Іду. Дивлюся на дорогу.&lt;br /&gt;</w:t>
        <w:br/>
        <w:br/>
        <w:t>Минаю села тихі і річки.&lt;br /&gt;</w:t>
        <w:br/>
        <w:br/>
        <w:t>Якомусь ти своєму, певно, богу&lt;br /&gt;</w:t>
        <w:br/>
        <w:br/>
        <w:t>поставив, княже, ці страшні свічки.</w:t>
      </w:r>
    </w:p>
    <w:p>
      <w:r>
        <w:br/>
        <w:br/>
        <w:t>Аж ген за обрій &amp;mdash; далі, далі, далі! &amp;mdash;&lt;br /&gt;</w:t>
        <w:br/>
        <w:br/>
        <w:t>усе мені ввижаються ті палі.&lt;br /&gt;</w:t>
        <w:br/>
        <w:br/>
        <w:t>Над плином років, паростю ялин,&lt;br /&gt;</w:t>
        <w:br/>
        <w:br/>
        <w:t>жовтогарячим дивом горобин,&lt;br /&gt;</w:t>
        <w:br/>
        <w:br/>
        <w:t>ще й досі кості торохтять зотлілі,&lt;br /&gt;</w:t>
        <w:br/>
        <w:br/>
        <w:t>і на вітрах рукава лопотять,&lt;br /&gt;</w:t>
        <w:br/>
        <w:br/>
        <w:t>і чорні свити на козацькім тілі&lt;br /&gt;</w:t>
        <w:br/>
        <w:br/>
        <w:t>за воронням ніяк не одлетять...</w:t>
      </w:r>
    </w:p>
    <w:p>
      <w:r>
        <w:br/>
        <w:br/>
        <w:t>А вороння! Його вже тут &amp;mdash; аж темно.&lt;br /&gt;</w:t>
        <w:br/>
        <w:br/>
        <w:t>І кряче, кряче, кряче з верховіть...&lt;br /&gt;</w:t>
        <w:br/>
        <w:br/>
        <w:t>А крук &amp;mdash; самітник. Він собі окремо.&lt;br /&gt;</w:t>
        <w:br/>
        <w:br/>
        <w:t>Сидить і жде наступних лихоліть.</w:t>
      </w:r>
    </w:p>
    <w:p>
      <w:r>
        <w:br/>
        <w:br/>
        <w:t>І каже дяк: &amp;mdash; Спитати б цього крука,&lt;br /&gt;</w:t>
        <w:br/>
        <w:br/>
        <w:t>він крук старий, набачився всього,&amp;mdash;&lt;br /&gt;</w:t>
        <w:br/>
        <w:br/>
        <w:t>чи думав Байда про такого внука,&lt;br /&gt;</w:t>
        <w:br/>
        <w:br/>
        <w:t>що зрадить славу прадіда свого?!</w:t>
      </w:r>
    </w:p>
    <w:p>
      <w:r>
        <w:br/>
        <w:br/>
        <w:t>Чи не тому такий Ярема й лютий,&lt;br /&gt;</w:t>
        <w:br/>
        <w:br/>
        <w:t>лад&amp;eacute;н цю землю трупами змостить,&lt;br /&gt;</w:t>
        <w:br/>
        <w:br/>
        <w:t>що кожна тут осичинка над шляхом&lt;br /&gt;</w:t>
        <w:br/>
        <w:br/>
        <w:t>йому про Юду листям шелестить?..</w:t>
      </w:r>
    </w:p>
    <w:p>
      <w:r>
        <w:br/>
        <w:br/>
        <w:t>А вже й поля імлою огорнулись,&lt;br /&gt;</w:t>
        <w:br/>
        <w:br/>
        <w:t>Слова самі на голос навернулись!&lt;br /&gt;</w:t>
        <w:br/>
        <w:br/>
        <w:t>&amp;quot;У Полтаві на риночку&lt;br /&gt;</w:t>
        <w:br/>
        <w:br/>
        <w:t>Та й п&amp;rsquo;є Байда мед-горілочку.&lt;br /&gt;</w:t>
        <w:br/>
        <w:br/>
        <w:t>Ой п&amp;rsquo;є Байда, Байда молодецький.&lt;br /&gt;</w:t>
        <w:br/>
        <w:br/>
        <w:t>А назустріч Байді їде Вишневенький.&lt;br /&gt;</w:t>
        <w:br/>
        <w:br/>
        <w:t>&amp;mdash; Де ти,&amp;mdash; каже,&amp;mdash; тут такий узявся&lt;br /&gt;</w:t>
        <w:br/>
        <w:br/>
        <w:t>Що мені на очі ще не попадався?&lt;br /&gt;</w:t>
        <w:br/>
        <w:br/>
        <w:t>Хто ти,&amp;mdash; каже,&amp;mdash; і якого роду,&lt;br /&gt;</w:t>
        <w:br/>
        <w:br/>
        <w:t>Що тебе не бачив я в Полтаві зроду?&lt;br /&gt;</w:t>
        <w:br/>
        <w:br/>
        <w:t>&amp;mdash; А я Байда, Байда Вишневецький,&lt;br /&gt;</w:t>
        <w:br/>
        <w:br/>
        <w:t>Що мене повісив колись цар турецький.&lt;br /&gt;</w:t>
        <w:br/>
        <w:br/>
        <w:t>Що у Царгороді та й мене схопили,&lt;br /&gt;</w:t>
        <w:br/>
        <w:br/>
        <w:t>Та й за ребро гаком, гаком зачепили.&lt;br /&gt;</w:t>
        <w:br/>
        <w:br/>
        <w:t>У раю сидів я, дуже я занидів,&lt;br /&gt;</w:t>
        <w:br/>
        <w:br/>
        <w:t>Бо вже України років сто не видів.&lt;br /&gt;</w:t>
        <w:br/>
        <w:br/>
        <w:t>Одпусти на землю,&amp;mdash; говорю Петрові.&amp;mdash;&lt;br /&gt;</w:t>
        <w:br/>
        <w:br/>
        <w:t>Там же мої діти, чи живі-здорові?&lt;br /&gt;</w:t>
        <w:br/>
        <w:br/>
        <w:t>Там же мої діти в третьому коліні.&lt;br /&gt;</w:t>
        <w:br/>
        <w:br/>
        <w:t>Що вони там роблять тепер на Вкраїні?&lt;br /&gt;</w:t>
        <w:br/>
        <w:br/>
        <w:t>А Петро послухав,&lt;br /&gt;</w:t>
        <w:br/>
        <w:br/>
        <w:t>Та й спустив драбину,&lt;br /&gt;</w:t>
        <w:br/>
        <w:br/>
        <w:t>Та й спустив драбину&lt;br /&gt;</w:t>
        <w:br/>
        <w:br/>
        <w:t>Прямо в горобину.&lt;br /&gt;</w:t>
        <w:br/>
        <w:br/>
        <w:t>Як гукне ж Ярема на свої гайдуки:&lt;br /&gt;</w:t>
        <w:br/>
        <w:br/>
        <w:t>&amp;mdash; Візьміть того Байду,&lt;br /&gt;</w:t>
        <w:br/>
        <w:br/>
        <w:t>візьміть добре в руки!&lt;br /&gt;</w:t>
        <w:br/>
        <w:br/>
        <w:t>Візьміть Байду, ізв&amp;rsquo;яжіте,&lt;br /&gt;</w:t>
        <w:br/>
        <w:br/>
        <w:t>Та й за ребро гаком, гаком зачепіте!&lt;br /&gt;</w:t>
        <w:br/>
        <w:br/>
        <w:t>&amp;hellip;Ой висить Байда на риночку,&lt;br /&gt;</w:t>
        <w:br/>
        <w:br/>
        <w:t>Та й не день, не нічку,&lt;br /&gt;</w:t>
        <w:br/>
        <w:br/>
        <w:t>та й не годиночку.&lt;br /&gt;</w:t>
        <w:br/>
        <w:br/>
        <w:t>Каже Байда, Байда Вишневецький:&lt;br /&gt;</w:t>
        <w:br/>
        <w:br/>
        <w:t>&amp;mdash; Краще б мене вішав ще раз цар турецький!&lt;br /&gt;</w:t>
        <w:br/>
        <w:br/>
        <w:t>Висіти на палі то іще не мука,&lt;br /&gt;</w:t>
        <w:br/>
        <w:br/>
        <w:t>Як тепер дивитись на такого внука!..&amp;quot;</w:t>
      </w:r>
    </w:p>
    <w:p>
      <w:r>
        <w:br/>
        <w:br/>
        <w:t>&amp;mdash; Е, дівчино, я слухаю, та й б&amp;aacute;йдуже,&lt;br /&gt;</w:t>
        <w:br/>
        <w:br/>
        <w:t>Що ти ж співаєш не про того Байду вже.</w:t>
      </w:r>
    </w:p>
    <w:p>
      <w:r>
        <w:br/>
        <w:br/>
        <w:t>А голосочок! То чого ж ти крилася?&lt;br /&gt;</w:t>
        <w:br/>
        <w:br/>
        <w:t>То все мовчиш, то я аж остовпів.&lt;br /&gt;</w:t>
        <w:br/>
        <w:br/>
        <w:t>Співав і я на хорах і на криласі,&lt;br /&gt;</w:t>
        <w:br/>
        <w:br/>
        <w:t>і знаю світський і духовний спів.</w:t>
      </w:r>
    </w:p>
    <w:p>
      <w:r>
        <w:br/>
        <w:br/>
        <w:t>Дишканти чув я, тенори, баси&lt;br /&gt;</w:t>
        <w:br/>
        <w:br/>
        <w:t>А ти співаєш &amp;mdash; душу всю проймає.&lt;br /&gt;</w:t>
        <w:br/>
        <w:br/>
        <w:t>Бувають, може, й кращі голоси,&lt;br /&gt;</w:t>
        <w:br/>
        <w:br/>
        <w:t>але такого другого немає!</w:t>
      </w:r>
    </w:p>
    <w:p>
      <w:r>
        <w:br/>
        <w:br/>
        <w:t>Послухай,&amp;mdash; каже,&amp;mdash; дівчино з Полтави&lt;br /&gt;</w:t>
        <w:br/>
        <w:br/>
        <w:t>Де ти навчилась брати ці октави?</w:t>
      </w:r>
    </w:p>
    <w:p>
      <w:r>
        <w:br/>
        <w:br/>
        <w:t>&amp;mdash; Пісні мої дівочі, не вселенські.&lt;br /&gt;</w:t>
        <w:br/>
        <w:br/>
        <w:t>Співаю так, не вмію по-письменськи.</w:t>
      </w:r>
    </w:p>
    <w:p>
      <w:r>
        <w:br/>
        <w:br/>
        <w:t>&amp;mdash; А я пізнав риторики, інфими.&lt;br /&gt;</w:t>
        <w:br/>
        <w:br/>
        <w:t>І так скажу: душа жива не ними.</w:t>
      </w:r>
    </w:p>
    <w:p>
      <w:r>
        <w:br/>
        <w:br/>
        <w:t>Піїти пишуть солодко, під метри.&lt;br /&gt;</w:t>
        <w:br/>
        <w:br/>
        <w:t>Про три персони божі. А слова,&lt;br /&gt;</w:t>
        <w:br/>
        <w:br/>
        <w:t>слова, Марусю, видумані, мертві.&lt;br /&gt;</w:t>
        <w:br/>
        <w:br/>
        <w:t>Од слів таких чманіє голова.</w:t>
      </w:r>
    </w:p>
    <w:p>
      <w:r>
        <w:br/>
        <w:br/>
        <w:t>Піднаторіли наші віршописці,&lt;br /&gt;</w:t>
        <w:br/>
        <w:br/>
        <w:t>бодай їх муха вбрикнула в колисці,&amp;mdash;&lt;br /&gt;</w:t>
        <w:br/>
        <w:br/>
        <w:t>убогі словом, мислію порочні,&lt;br /&gt;</w:t>
        <w:br/>
        <w:br/>
        <w:t>у тридцять літ плішиві і старі,&lt;br /&gt;</w:t>
        <w:br/>
        <w:br/>
        <w:t>вони складають віршики святочні,&lt;br /&gt;</w:t>
        <w:br/>
        <w:br/>
        <w:t>а в селах ридма плачуть кобзарі.</w:t>
      </w:r>
    </w:p>
    <w:p>
      <w:r>
        <w:br/>
        <w:br/>
        <w:t>Або такі, як ти оце, дівчата&lt;br /&gt;</w:t>
        <w:br/>
        <w:br/>
        <w:t>в сумних піснях виспівують життя.&lt;br /&gt;</w:t>
        <w:br/>
        <w:br/>
        <w:t>Ще Україна в слові не зачата.&lt;br /&gt;</w:t>
        <w:br/>
        <w:br/>
        <w:t>Дай боже їй родити це дитя!</w:t>
      </w:r>
    </w:p>
    <w:p>
      <w:r>
        <w:br/>
        <w:br/>
        <w:t>Бо те, що пишуть, то іще полова,&lt;br /&gt;</w:t>
        <w:br/>
        <w:br/>
        <w:t>то ще не засів для таких полів.&lt;br /&gt;</w:t>
        <w:br/>
        <w:br/>
        <w:t>З часів появи книги &amp;quot;Часослова&amp;quot;&lt;br /&gt;</w:t>
        <w:br/>
        <w:br/>
        <w:t>вже й час минув, а щось не чутно слів.</w:t>
      </w:r>
    </w:p>
    <w:p>
      <w:r>
        <w:br/>
        <w:br/>
        <w:t>Усе комусь щось пишуть на догоду&lt;br /&gt;</w:t>
        <w:br/>
        <w:br/>
        <w:t>та чечевиці хочуть, як Ісав.&lt;br /&gt;</w:t>
        <w:br/>
        <w:br/>
        <w:t>А хто напише, або написав,&lt;br /&gt;</w:t>
        <w:br/>
        <w:br/>
        <w:t>велику книгу нашого народу?!</w:t>
      </w:r>
    </w:p>
    <w:p>
      <w:r>
        <w:br/>
        <w:br/>
        <w:t>Чи десь над книгою тією&lt;br /&gt;</w:t>
        <w:br/>
        <w:br/>
        <w:t>свіча у келії дрижить?&lt;br /&gt;</w:t>
        <w:br/>
        <w:br/>
        <w:t>Чи десь в церковному притворі&lt;br /&gt;</w:t>
        <w:br/>
        <w:br/>
        <w:t>у скрині кованій лежить?</w:t>
      </w:r>
    </w:p>
    <w:p>
      <w:r>
        <w:br/>
        <w:br/>
        <w:t>...І знову шлях. Тополі та могили.&lt;br /&gt;</w:t>
        <w:br/>
        <w:br/>
        <w:t>Архемівка. Григорівка. Панфили.&lt;br /&gt;</w:t>
        <w:br/>
        <w:br/>
        <w:t>Остапівка. Карпилівка. Тишки.&lt;br /&gt;</w:t>
        <w:br/>
        <w:br/>
        <w:t>Так і йдемо, крізь горе навпрошки.&lt;br /&gt;</w:t>
        <w:br/>
        <w:br/>
        <w:t>Хтось десь в селі проторохтів гарбою.&lt;br /&gt;</w:t>
        <w:br/>
        <w:br/>
        <w:t>Та й знову тиша тугою бринить.&lt;br /&gt;</w:t>
        <w:br/>
        <w:br/>
        <w:t>А дяк говорить наче сам з собою.&lt;br /&gt;</w:t>
        <w:br/>
        <w:br/>
        <w:t>Іде, старенький, все щось бубонить.</w:t>
      </w:r>
    </w:p>
    <w:p>
      <w:r>
        <w:br/>
        <w:br/>
        <w:t>&amp;mdash; Коли я в бурсі пізнавав науки,&lt;br /&gt;</w:t>
        <w:br/>
        <w:br/>
        <w:t>Афіни й Рим пройшла крізь мої руки.</w:t>
      </w:r>
    </w:p>
    <w:p>
      <w:r>
        <w:br/>
        <w:br/>
        <w:t>От був народ! Що римляни, що греки.&lt;br /&gt;</w:t>
        <w:br/>
        <w:br/>
        <w:t>На всі віки нащадкам запасли.</w:t>
      </w:r>
    </w:p>
    <w:p>
      <w:r>
        <w:br/>
        <w:br/>
        <w:t>А ми... А ми!.. Хоч би які лелеки&lt;br /&gt;</w:t>
        <w:br/>
        <w:br/>
        <w:t>Гомера нам в колиску принесли.</w:t>
      </w:r>
    </w:p>
    <w:p>
      <w:r>
        <w:br/>
        <w:br/>
        <w:t>Усі віки ми чуєм брязкіт зброї,&lt;br /&gt;</w:t>
        <w:br/>
        <w:br/>
        <w:t>були боги в нас і були герої,&lt;br /&gt;</w:t>
        <w:br/>
        <w:br/>
        <w:t>який нас ворог тільки не терзав!&lt;br /&gt;</w:t>
        <w:br/>
        <w:br/>
        <w:t>Але говорять: &amp;quot;Як руїни Трої&amp;quot;.&lt;br /&gt;</w:t>
        <w:br/>
        <w:br/>
        <w:t>Про Київ так ніхто ще не сказав.</w:t>
      </w:r>
    </w:p>
    <w:p>
      <w:r>
        <w:br/>
        <w:br/>
        <w:t>Колись у давність недозриму&lt;br /&gt;</w:t>
        <w:br/>
        <w:br/>
        <w:t>була страшна дорога з Риму.&lt;br /&gt;</w:t>
        <w:br/>
        <w:br/>
        <w:t>І звався Аппіїв той шлях.</w:t>
      </w:r>
    </w:p>
    <w:p>
      <w:r>
        <w:br/>
        <w:br/>
        <w:t>Вже скільки тих віків минає,&lt;br /&gt;</w:t>
        <w:br/>
        <w:br/>
        <w:t>а в світі, певно, кожен знає,&lt;br /&gt;</w:t>
        <w:br/>
        <w:br/>
        <w:t>коли й кого там розпинали.&lt;br /&gt;</w:t>
        <w:br/>
        <w:br/>
        <w:t>Про це написано аннали,&lt;br /&gt;</w:t>
        <w:br/>
        <w:br/>
        <w:t>про це писали так і в риму,&lt;br /&gt;</w:t>
        <w:br/>
        <w:br/>
        <w:t>зучили вздовж і вперехрест.&lt;br /&gt;</w:t>
        <w:br/>
        <w:br/>
        <w:t>Але ж ота дорога з Риму&lt;br /&gt;</w:t>
        <w:br/>
        <w:br/>
        <w:t>якихось кілька сотень верст.</w:t>
      </w:r>
    </w:p>
    <w:p>
      <w:r>
        <w:br/>
        <w:br/>
        <w:t>А тут до самої Волині&lt;br /&gt;</w:t>
        <w:br/>
        <w:br/>
        <w:t>лежать ці села удовині!</w:t>
      </w:r>
    </w:p>
    <w:p>
      <w:r>
        <w:br/>
        <w:br/>
        <w:t>Хто знає, що тут відбулося?&lt;br /&gt;</w:t>
        <w:br/>
        <w:br/>
        <w:t>Хто розказав це людям до пуття?&lt;br /&gt;</w:t>
        <w:br/>
        <w:br/>
        <w:t>Неназване, туманом пойнялося.&lt;br /&gt;</w:t>
        <w:br/>
        <w:br/>
        <w:t>Непізнане, пішло у небуття.</w:t>
      </w:r>
    </w:p>
    <w:p>
      <w:r>
        <w:br/>
        <w:br/>
        <w:t>І десь, колись, через багато літ,&lt;br /&gt;</w:t>
        <w:br/>
        <w:br/>
        <w:t>ніхто цього й не втямить вже як слід,&lt;br /&gt;</w:t>
        <w:br/>
        <w:br/>
        <w:t>не зніме шапку, не проллє сльози,&lt;br /&gt;</w:t>
        <w:br/>
        <w:br/>
        <w:t>бо що? &amp;mdash; дорога, їздили вози,&lt;br /&gt;</w:t>
        <w:br/>
        <w:br/>
        <w:t>гули вітри, бриніла хохітва...&lt;br /&gt;</w:t>
        <w:br/>
        <w:br/>
        <w:t>Велике діло &amp;mdash; писані слова!</w:t>
      </w:r>
    </w:p>
    <w:p>
      <w:r>
        <w:br/>
        <w:br/>
        <w:t>Історії ж бо пишуть на столі.&lt;br /&gt;</w:t>
        <w:br/>
        <w:br/>
        <w:t>Ми ж пишем кров&amp;rsquo;ю на своїй землі.&lt;br /&gt;</w:t>
        <w:br/>
        <w:br/>
        <w:t>Ми пишем плугом, шаблею, мечем,&lt;br /&gt;</w:t>
        <w:br/>
        <w:br/>
        <w:t>піснями і невільницьким плачем.&lt;br /&gt;</w:t>
        <w:br/>
        <w:br/>
        <w:t>Могилами у полі без імен,&lt;br /&gt;</w:t>
        <w:br/>
        <w:br/>
        <w:t>дорогою до Києва з Лубен!</w:t>
      </w:r>
    </w:p>
    <w:p>
      <w:r>
        <w:br/>
        <w:br/>
        <w:t>...Ідеш, ідеш, а ще й не половина,&lt;br /&gt;</w:t>
        <w:br/>
        <w:br/>
        <w:t>Ідеш, ідеш, хоч добре, не один.&lt;br /&gt;</w:t>
        <w:br/>
        <w:br/>
        <w:t>Кривавим градом плаче горобина.&lt;br /&gt;</w:t>
        <w:br/>
        <w:br/>
        <w:t>Пливе туман, як білий лебедин.</w:t>
      </w:r>
    </w:p>
    <w:p>
      <w:r>
        <w:br/>
        <w:br/>
        <w:t>Стоять ліси смарагдово-руді,&lt;br /&gt;</w:t>
        <w:br/>
        <w:br/>
        <w:t>після дощу надовго крапелисті.&lt;br /&gt;</w:t>
        <w:br/>
        <w:br/>
        <w:t>Все глибша осінь. Вже і жолуді&lt;br /&gt;</w:t>
        <w:br/>
        <w:br/>
        <w:t>ховає сойка під опале листя.</w:t>
      </w:r>
    </w:p>
    <w:p>
      <w:r>
        <w:br/>
        <w:br/>
        <w:t>Оце йдемо вже кілька діб,&amp;mdash;&lt;br /&gt;</w:t>
        <w:br/>
        <w:br/>
        <w:t>небілені хати і випалений хліб.</w:t>
      </w:r>
    </w:p>
    <w:p>
      <w:r>
        <w:br/>
        <w:br/>
        <w:t>І каже дяк: &amp;mdash; Де будем ночувати?&lt;br /&gt;</w:t>
        <w:br/>
        <w:br/>
        <w:t>Про хліб і сіль давно щось не чувати.</w:t>
      </w:r>
    </w:p>
    <w:p>
      <w:r>
        <w:br/>
        <w:br/>
        <w:t>От я мандрую, хоч уже й не молод.&lt;br /&gt;</w:t>
        <w:br/>
        <w:br/>
        <w:t>Земля велика, радості нема.&lt;br /&gt;</w:t>
        <w:br/>
        <w:br/>
        <w:t>Ускрізь біда.&lt;br /&gt;</w:t>
        <w:br/>
        <w:br/>
        <w:t>Не тилько вщался голод,&lt;br /&gt;</w:t>
        <w:br/>
        <w:br/>
        <w:t>но і недугів смертоносних тьма.&lt;br /&gt;</w:t>
        <w:br/>
        <w:br/>
        <w:t>Вмирають люди, діткнені хоробами.&lt;br /&gt;</w:t>
        <w:br/>
        <w:br/>
        <w:t>Господь гробами землю поразив.&lt;br /&gt;</w:t>
        <w:br/>
        <w:br/>
        <w:t>Поля засіяв воями хоробрими,&lt;br /&gt;</w:t>
        <w:br/>
        <w:br/>
        <w:t>а нехоробрих геть переказив.</w:t>
      </w:r>
    </w:p>
    <w:p>
      <w:r>
        <w:br/>
        <w:br/>
        <w:t>А тут ще та комета велетенська,&lt;br /&gt;</w:t>
        <w:br/>
        <w:br/>
        <w:t>що наче в небі схрещені мечі.&lt;br /&gt;</w:t>
        <w:br/>
        <w:br/>
        <w:t>І голий вовк явивсь біля Смоленська,&lt;br /&gt;</w:t>
        <w:br/>
        <w:br/>
        <w:t>і їсть людей, і виє уночі...</w:t>
      </w:r>
    </w:p>
    <w:p>
      <w:r>
        <w:br/>
        <w:br/>
        <w:t>Ну, вибачай, нагнав на тебе жаху.&lt;br /&gt;</w:t>
        <w:br/>
        <w:br/>
        <w:t>Та ти не бійся, я вже не об тім.&lt;br /&gt;</w:t>
        <w:br/>
        <w:br/>
        <w:t>Хоч би яка коршомка біля шляху&lt;br /&gt;</w:t>
        <w:br/>
        <w:br/>
        <w:t>або який странноприїмний дім.</w:t>
      </w:r>
    </w:p>
    <w:p>
      <w:r>
        <w:br/>
        <w:br/>
        <w:t>Тобі, голубко, хоч води напиться.&lt;br /&gt;</w:t>
        <w:br/>
        <w:br/>
        <w:t>Підійдеш перша, може, не злякаються.&lt;br /&gt;</w:t>
        <w:br/>
        <w:br/>
        <w:t>Ще буде й гірш. Чим ближче до столиці,&lt;br /&gt;</w:t>
        <w:br/>
        <w:br/>
        <w:t>то тим міцніше люди замикаються.</w:t>
      </w:r>
    </w:p>
    <w:p>
      <w:r>
        <w:br/>
        <w:br/>
        <w:t>&amp;mdash; Пустіть хоч дівку,&lt;br /&gt;</w:t>
        <w:br/>
        <w:br/>
        <w:t>що це вам зашкодить?&lt;br /&gt;</w:t>
        <w:br/>
        <w:br/>
        <w:t>Чи жалько вам соломи околіт? &amp;mdash;&lt;br /&gt;</w:t>
        <w:br/>
        <w:br/>
        <w:t>Хтось пробурчав:&lt;br /&gt;</w:t>
        <w:br/>
        <w:br/>
        <w:t>&amp;mdash; Багато вас тут ходить.&lt;br /&gt;</w:t>
        <w:br/>
        <w:br/>
        <w:t>Хай бог простить. Такий тепера світ.</w:t>
      </w:r>
    </w:p>
    <w:p>
      <w:r>
        <w:br/>
        <w:br/>
        <w:t>&amp;mdash; Гонорували нас пристойно.&lt;br /&gt;</w:t>
        <w:br/>
        <w:br/>
        <w:t>Так під дверима і простоїмо?</w:t>
      </w:r>
    </w:p>
    <w:p>
      <w:r>
        <w:br/>
        <w:br/>
        <w:t>Ти тільки той... ти не впадай у відчай.&lt;br /&gt;</w:t>
        <w:br/>
        <w:br/>
        <w:t>Ще поки є погривина трави.&lt;br /&gt;</w:t>
        <w:br/>
        <w:br/>
        <w:t>А як Ісус, син,&amp;mdash; каже,&amp;mdash; чоловічий,&lt;br /&gt;</w:t>
        <w:br/>
        <w:br/>
        <w:t>не мав де прихилити голови?</w:t>
      </w:r>
    </w:p>
    <w:p>
      <w:r>
        <w:br/>
        <w:br/>
        <w:t>Та й те сказати: морове повітря.&lt;br /&gt;</w:t>
        <w:br/>
        <w:br/>
        <w:t>І хто там знає, звідки ми йдемо?&lt;br /&gt;</w:t>
        <w:br/>
        <w:br/>
        <w:t>&amp;mdash; Немає місця, людоньки, повірте.&lt;br /&gt;</w:t>
        <w:br/>
        <w:br/>
        <w:t>Самі у хаті покотом спимо.</w:t>
      </w:r>
    </w:p>
    <w:p>
      <w:r>
        <w:br/>
        <w:br/>
        <w:t>У того діти, в того породілля,&lt;br /&gt;</w:t>
        <w:br/>
        <w:br/>
        <w:t>У того баба хвора на печі.&lt;br /&gt;</w:t>
        <w:br/>
        <w:br/>
        <w:t>Бояться люди. Мор іде з Поділля.&lt;br /&gt;</w:t>
        <w:br/>
        <w:br/>
        <w:t>Дарма у вікна й стукати вночі.</w:t>
      </w:r>
    </w:p>
    <w:p>
      <w:r>
        <w:br/>
        <w:br/>
        <w:t>Зчерствіли люди од всіляких лих.&lt;br /&gt;</w:t>
        <w:br/>
        <w:br/>
        <w:t>Неволя давня душі роздвоїла.&lt;br /&gt;</w:t>
        <w:br/>
        <w:br/>
        <w:t>&amp;quot;Розширю страх мій на землі живих&amp;quot;,&amp;mdash;&lt;br /&gt;</w:t>
        <w:br/>
        <w:br/>
        <w:t>як сказано в пророка Даниїла.</w:t>
      </w:r>
    </w:p>
    <w:p>
      <w:r>
        <w:br/>
        <w:br/>
        <w:t>То поки сонцю крок до потуханія,&lt;br /&gt;</w:t>
        <w:br/>
        <w:br/>
        <w:t>мабуть, ходім шукати укриття,&lt;br /&gt;</w:t>
        <w:br/>
        <w:br/>
        <w:t>де ні печалі вже, ні воздиханія,&lt;br /&gt;</w:t>
        <w:br/>
        <w:br/>
        <w:t>а токмо безконечноє життя.</w:t>
      </w:r>
    </w:p>
    <w:p>
      <w:r>
        <w:br/>
        <w:br/>
        <w:t>Такі привітні цвинтарі бувають &amp;mdash;&lt;br /&gt;</w:t>
        <w:br/>
        <w:br/>
        <w:t>шатро небес і мармур в бур&amp;rsquo;яні.&lt;br /&gt;</w:t>
        <w:br/>
        <w:br/>
        <w:t>Живі живих, Марусю, убивають,&lt;br /&gt;</w:t>
        <w:br/>
        <w:br/>
        <w:t>а мертві зроду не зачеплять, ні.&lt;br /&gt;</w:t>
        <w:br/>
        <w:br/>
        <w:t>Це тут блукають різні поторочі,&lt;br /&gt;</w:t>
        <w:br/>
        <w:br/>
        <w:t>а цвинтар &amp;mdash; то вже діло не страшне.&lt;br /&gt;</w:t>
        <w:br/>
        <w:br/>
        <w:t>Спокійно там. Хіба що проти ночі&lt;br /&gt;</w:t>
        <w:br/>
        <w:br/>
        <w:t>чиясь душа крилом тебе черкне.</w:t>
      </w:r>
    </w:p>
    <w:p>
      <w:r>
        <w:br/>
        <w:br/>
        <w:t>Он подивись,&amp;mdash; ну чим не райські кущі?&lt;br /&gt;</w:t>
        <w:br/>
        <w:br/>
        <w:t>В траві лежить вороняче перо.&lt;br /&gt;</w:t>
        <w:br/>
        <w:br/>
        <w:t>Є навіть райки, яблучка гіркущі,&lt;br /&gt;</w:t>
        <w:br/>
        <w:br/>
        <w:t>на древі зла прищеплене добро.&lt;br /&gt;</w:t>
        <w:br/>
        <w:br/>
        <w:t>Десь, певно,&lt;br /&gt;</w:t>
        <w:br/>
        <w:br/>
        <w:t>й змій сховався тут здоровий.&lt;br /&gt;</w:t>
        <w:br/>
        <w:br/>
        <w:t>Сама не їж, не спокушай мене.&lt;br /&gt;</w:t>
        <w:br/>
        <w:br/>
        <w:t>Бо як побачить янгол мармуровий, &amp;mdash;&lt;br /&gt;</w:t>
        <w:br/>
        <w:br/>
        <w:t>з надгрібка зійде, з раю прожене.</w:t>
      </w:r>
    </w:p>
    <w:p>
      <w:r>
        <w:br/>
        <w:br/>
        <w:t>Гроби все, бачиш, панські, алебастрові.&lt;br /&gt;</w:t>
        <w:br/>
        <w:br/>
        <w:t>Надбитий янгол думає про суть.&lt;br /&gt;</w:t>
        <w:br/>
        <w:br/>
        <w:t>То давній цвинтар. Видно, що душпастирі&lt;br /&gt;</w:t>
        <w:br/>
        <w:br/>
        <w:t>біблійних кіз тут іноді пасуть.</w:t>
      </w:r>
    </w:p>
    <w:p>
      <w:r>
        <w:br/>
        <w:br/>
        <w:t>Які тут склепи! Цілі кам&amp;rsquo;яниці.&lt;br /&gt;</w:t>
        <w:br/>
        <w:br/>
        <w:t>Герби, склепіння, сходи і гробниці.&lt;br /&gt;</w:t>
        <w:br/>
        <w:br/>
        <w:t>Залізні двері, злодій не втеребиться.&lt;br /&gt;</w:t>
        <w:br/>
        <w:br/>
        <w:t>І всюди плющ повився на пригребицях.</w:t>
      </w:r>
    </w:p>
    <w:p>
      <w:r>
        <w:br/>
        <w:br/>
        <w:t>Які шляхетні прізвища тут панські! &amp;mdash;&lt;br /&gt;</w:t>
        <w:br/>
        <w:br/>
        <w:t>Бидловські, Козєбродські, Себастьянські.&lt;br /&gt;</w:t>
        <w:br/>
        <w:br/>
        <w:t>Яка в них гідність чується велика! &amp;mdash;&lt;br /&gt;</w:t>
        <w:br/>
        <w:br/>
        <w:t>Рох Яблоновський і Тадеуш Пика.</w:t>
      </w:r>
    </w:p>
    <w:p>
      <w:r>
        <w:br/>
        <w:br/>
        <w:t>Ти ба, які наймення гонористі.&lt;br /&gt;</w:t>
        <w:br/>
        <w:br/>
        <w:t>Не спиться щось в такому товаристві.</w:t>
      </w:r>
    </w:p>
    <w:p>
      <w:r>
        <w:br/>
        <w:br/>
        <w:t>А тут кого заткало павутиною?&lt;br /&gt;</w:t>
        <w:br/>
        <w:br/>
        <w:t>Кому це час так амфору надгриз?&lt;br /&gt;</w:t>
        <w:br/>
        <w:br/>
        <w:t>Антон Ключенко, писано латиною.&lt;br /&gt;</w:t>
        <w:br/>
        <w:br/>
        <w:t>Це, певно, з тих, юхтових, фарфолиз.</w:t>
      </w:r>
    </w:p>
    <w:p>
      <w:r>
        <w:br/>
        <w:br/>
        <w:t>Якби видніще, поблукати скрізь би.&lt;br /&gt;</w:t>
        <w:br/>
        <w:br/>
        <w:t>Тут є, либонь, виб&amp;igrave;тні горор&amp;iacute;зьби.&lt;br /&gt;</w:t>
        <w:br/>
        <w:br/>
        <w:t>А цей надгрібок...&amp;mdash;&lt;br /&gt;</w:t>
        <w:br/>
        <w:br/>
        <w:t>Дяк аж відсахнувся.&amp;mdash;&lt;br /&gt;</w:t>
        <w:br/>
        <w:br/>
        <w:t>Диви, живий, їй-бо, поворухнувся!</w:t>
      </w:r>
    </w:p>
    <w:p>
      <w:r>
        <w:br/>
        <w:br/>
        <w:t>&amp;quot;Обняв мя страх&amp;quot;,&amp;mdash; як сказано в псалмі.&lt;br /&gt;</w:t>
        <w:br/>
        <w:br/>
        <w:t>То це ми тут, виходить, не самі.</w:t>
      </w:r>
    </w:p>
    <w:p>
      <w:r>
        <w:br/>
        <w:br/>
        <w:t>То, може, ноги отряхнем од праха?&lt;br /&gt;</w:t>
        <w:br/>
        <w:br/>
        <w:t>Не дай бог привид, ще нас наляка.&lt;br /&gt;</w:t>
        <w:br/>
        <w:br/>
        <w:t>Щось дуже бідно вбране як на графа&lt;br /&gt;</w:t>
        <w:br/>
        <w:br/>
        <w:t>і зашляхетне як на жебрака.</w:t>
      </w:r>
    </w:p>
    <w:p>
      <w:r>
        <w:br/>
        <w:br/>
        <w:t>Диви, сидить і нас не помічає,&lt;br /&gt;</w:t>
        <w:br/>
        <w:br/>
        <w:t>як той надгрібок сивої печалі.</w:t>
      </w:r>
    </w:p>
    <w:p>
      <w:r>
        <w:br/>
        <w:br/>
        <w:t>Мабуть, поляк. Стара-стара людина.&lt;br /&gt;</w:t>
        <w:br/>
        <w:br/>
        <w:t>Це ж, певно, тут уся його родина &amp;mdash;&lt;br /&gt;</w:t>
        <w:br/>
        <w:br/>
        <w:t>у цій землі...&lt;br /&gt;</w:t>
        <w:br/>
        <w:br/>
        <w:t>Скорбото всеочисна!&lt;br /&gt;</w:t>
        <w:br/>
        <w:br/>
        <w:t>Оце уже і є його вітчизна.&lt;br /&gt;</w:t>
        <w:br/>
        <w:br/>
        <w:t>Давай одійдем, що вже тут поможеш?&lt;br /&gt;</w:t>
        <w:br/>
        <w:br/>
        <w:t>Одні кричать: &amp;quot;Од можа і до можа!&amp;quot;&lt;br /&gt;</w:t>
        <w:br/>
        <w:br/>
        <w:t>А цей старий? Людина між людьми,&lt;br /&gt;</w:t>
        <w:br/>
        <w:br/>
        <w:t>живе, як ми, і мучиться, як ми.</w:t>
      </w:r>
    </w:p>
    <w:p>
      <w:r>
        <w:br/>
        <w:br/>
        <w:t>Колись нащадки будуть одмивати&lt;br /&gt;</w:t>
        <w:br/>
        <w:br/>
        <w:t>оцю печаль од крові і глупот.&lt;br /&gt;</w:t>
        <w:br/>
        <w:br/>
        <w:t>Бо можновладці &amp;mdash; тяжко винуваті.&lt;br /&gt;</w:t>
        <w:br/>
        <w:br/>
        <w:t>А що зробив народові народ?!</w:t>
      </w:r>
    </w:p>
    <w:p>
      <w:r>
        <w:br/>
        <w:br/>
        <w:t>...Вже он і зорі сиплються з Ковша.&lt;br /&gt;</w:t>
        <w:br/>
        <w:br/>
        <w:t>Складне життя у всій його всебічності.&lt;br /&gt;</w:t>
        <w:br/>
        <w:br/>
        <w:t>А як подумать,&amp;mdash; що таке душа?&lt;br /&gt;</w:t>
        <w:br/>
        <w:br/>
        <w:t>Як той казав, це &amp;mdash; горизонт до Вічності.</w:t>
      </w:r>
    </w:p>
    <w:p>
      <w:r>
        <w:br/>
        <w:br/>
        <w:t>Гіркущих райок вранці пожували,&lt;br /&gt;</w:t>
        <w:br/>
        <w:br/>
        <w:t>та й знов до ночі подорожували.</w:t>
      </w:r>
    </w:p>
    <w:p>
      <w:r>
        <w:br/>
        <w:br/>
        <w:t>А вже й ліси соснові почались.&lt;br /&gt;</w:t>
        <w:br/>
        <w:br/>
        <w:t>Тут, кажуть, є розбійники і лосі.&lt;br /&gt;</w:t>
        <w:br/>
        <w:br/>
        <w:t>Тут вже когось зарізали колись,&lt;br /&gt;</w:t>
        <w:br/>
        <w:br/>
        <w:t>то в повнолуння він кричить і досі.&lt;br /&gt;</w:t>
        <w:br/>
        <w:br/>
        <w:t>Я вже й не чую тих страшних казок.&lt;br /&gt;</w:t>
        <w:br/>
        <w:br/>
        <w:t>Вже йду не йду, підламуються ноги.&lt;br /&gt;</w:t>
        <w:br/>
        <w:br/>
        <w:t>Нічної птиці моторошний зойк&lt;br /&gt;</w:t>
        <w:br/>
        <w:br/>
        <w:t>і чорний сум лубенської дороги.</w:t>
      </w:r>
    </w:p>
    <w:p>
      <w:r>
        <w:br/>
        <w:br/>
        <w:t>І раптом, що це? Жовті світлячки?&lt;br /&gt;</w:t>
        <w:br/>
        <w:br/>
        <w:t>Потрухлих пнів далекі мерехтинки?&lt;br /&gt;</w:t>
        <w:br/>
        <w:br/>
        <w:t>Мигтять, мигтять...&lt;br /&gt;</w:t>
        <w:br/>
        <w:br/>
        <w:t>Навколо ж&amp;mdash;ні хатинки.&lt;br /&gt;</w:t>
        <w:br/>
        <w:br/>
        <w:t>Підходим ближче, а воно &amp;mdash; свічки.</w:t>
      </w:r>
    </w:p>
    <w:p>
      <w:r>
        <w:br/>
        <w:br/>
        <w:t>Лежать під лісом люди на траві,&lt;br /&gt;</w:t>
        <w:br/>
        <w:br/>
        <w:t>на грудях склавши руки воскові,&lt;br /&gt;</w:t>
        <w:br/>
        <w:br/>
        <w:t>лицем до неба, тьмою оповитого,&lt;br /&gt;</w:t>
        <w:br/>
        <w:br/>
        <w:t>напівукриті хто сачком, хто свитою, &amp;mdash;&lt;br /&gt;</w:t>
        <w:br/>
        <w:br/>
        <w:t>чи вже умерли, чи іще живі?</w:t>
      </w:r>
    </w:p>
    <w:p>
      <w:r>
        <w:br/>
        <w:br/>
        <w:t>На жовті пальці обпливає віск.&lt;br /&gt;</w:t>
        <w:br/>
        <w:br/>
        <w:t>Обличчя гострі, одежина латана.&lt;br /&gt;</w:t>
        <w:br/>
        <w:br/>
        <w:t>Горять свічки.&lt;br /&gt;</w:t>
        <w:br/>
        <w:br/>
        <w:t>І сосни пахнуть ладаном.&lt;br /&gt;</w:t>
        <w:br/>
        <w:br/>
        <w:t>Шумить над шляхом предковічний ліс.</w:t>
      </w:r>
    </w:p>
    <w:p>
      <w:r>
        <w:br/>
        <w:br/>
        <w:t>Якісь пташки шиширхають у нетрях&amp;hellip;&lt;br /&gt;</w:t>
        <w:br/>
        <w:br/>
        <w:t>Десь виє вовк у хащах лісових,..&lt;br /&gt;</w:t>
        <w:br/>
        <w:br/>
        <w:t>Ну що ж, ту ніч були ми серед мертвих,&lt;br /&gt;</w:t>
        <w:br/>
        <w:br/>
        <w:t>а цю ніч будем між напівживих.</w:t>
      </w:r>
    </w:p>
    <w:p>
      <w:r>
        <w:br/>
        <w:br/>
        <w:t>Все ж охітніше. Не підійде звір.&lt;br /&gt;</w:t>
        <w:br/>
        <w:br/>
        <w:t>Та й перебудем до холодних зір.</w:t>
      </w:r>
    </w:p>
    <w:p>
      <w:r>
        <w:br/>
        <w:br/>
        <w:t>Он ще жива, бач, видно по людині.&lt;br /&gt;</w:t>
        <w:br/>
        <w:br/>
        <w:t>Рука здригнула, воском припекло.&lt;br /&gt;</w:t>
        <w:br/>
        <w:br/>
        <w:t>&amp;mdash; Ви звідки, люди?&lt;br /&gt;</w:t>
        <w:br/>
        <w:br/>
        <w:t>&amp;mdash; З голоду. З Волині.&lt;br /&gt;</w:t>
        <w:br/>
        <w:br/>
        <w:t>&amp;mdash; З села якого?&lt;br /&gt;</w:t>
        <w:br/>
        <w:br/>
        <w:t>&amp;mdash; Вимерло село.</w:t>
      </w:r>
    </w:p>
    <w:p>
      <w:r>
        <w:br/>
        <w:br/>
        <w:t>Ще подих ледве піднімає груди.&lt;br /&gt;</w:t>
        <w:br/>
        <w:br/>
        <w:t>Сутемні лиця, білі сорочки...&lt;br /&gt;</w:t>
        <w:br/>
        <w:br/>
        <w:t>&amp;mdash; Куди ви, люди?&lt;br /&gt;</w:t>
        <w:br/>
        <w:br/>
        <w:t>&amp;mdash; Вже тепер нікуди.&amp;mdash;&lt;br /&gt;</w:t>
        <w:br/>
        <w:br/>
        <w:t>Свічки... свічки... і тиша... і свічки&amp;hellip;</w:t>
      </w:r>
    </w:p>
    <w:p>
      <w:r>
        <w:br/>
        <w:br/>
        <w:t>І каже дяк: &amp;mdash; У них там на Волині&lt;br /&gt;</w:t>
        <w:br/>
        <w:br/>
        <w:t>якісь такі плач&amp;iacute; гіркополинні,&lt;br /&gt;</w:t>
        <w:br/>
        <w:br/>
        <w:t>то край такої дивної краси.&lt;br /&gt;</w:t>
        <w:br/>
        <w:br/>
        <w:t>А голоси, які там голоси!&lt;br /&gt;</w:t>
        <w:br/>
        <w:br/>
        <w:t>Але й життя там, боже, твоя воля.&lt;br /&gt;</w:t>
        <w:br/>
        <w:br/>
        <w:t>У них же там і сорочки, як доля.&lt;br /&gt;</w:t>
        <w:br/>
        <w:br/>
        <w:t>Там сосонку, кривульку або човник &amp;mdash;&lt;br /&gt;</w:t>
        <w:br/>
        <w:br/>
        <w:t>а рукави ж біліші лебедів &amp;mdash;&lt;br /&gt;</w:t>
        <w:br/>
        <w:br/>
        <w:t>ото як пустить чорним,&lt;br /&gt;</w:t>
        <w:br/>
        <w:br/>
        <w:t>чорним,&lt;br /&gt;</w:t>
        <w:br/>
        <w:br/>
        <w:t>чорним&lt;br /&gt;</w:t>
        <w:br/>
        <w:br/>
        <w:t>до з&amp;aacute;п&amp;rsquo;ястку у декілька рядів!</w:t>
      </w:r>
    </w:p>
    <w:p>
      <w:r>
        <w:br/>
        <w:br/>
        <w:t>Минає ніч... Свічки вже догорають&amp;hellip;&lt;br /&gt;</w:t>
        <w:br/>
        <w:br/>
        <w:t>&amp;mdash; Ці,&amp;mdash; каже дяк,&amp;mdash; хоч легко умирають.&lt;br /&gt;</w:t>
        <w:br/>
        <w:br/>
        <w:t>А то ішли, як жито наливалось.&lt;br /&gt;</w:t>
        <w:br/>
        <w:br/>
        <w:t>Ото як підуть попасом в житах,&lt;br /&gt;</w:t>
        <w:br/>
        <w:br/>
        <w:t>то, віриш, потім корчились, звивались,&lt;br /&gt;</w:t>
        <w:br/>
        <w:br/>
        <w:t>покрай доріг повзли на животах.</w:t>
      </w:r>
    </w:p>
    <w:p>
      <w:r>
        <w:br/>
        <w:br/>
        <w:t>Оце таке. Тобі не надокучило?&lt;br /&gt;</w:t>
        <w:br/>
        <w:br/>
        <w:t>Супутника послав бог балакучого.</w:t>
      </w:r>
    </w:p>
    <w:p>
      <w:r>
        <w:br/>
        <w:br/>
        <w:t>Усе складаю в душу, як в шкатулку.&lt;br /&gt;</w:t>
        <w:br/>
        <w:br/>
        <w:t>Уже душа гіркіша полину.&lt;br /&gt;</w:t>
        <w:br/>
        <w:br/>
        <w:t>І хоч не маю на землі притулку,&lt;br /&gt;</w:t>
        <w:br/>
        <w:br/>
        <w:t>но знаю землю вшир і в глибину.</w:t>
      </w:r>
    </w:p>
    <w:p>
      <w:r>
        <w:br/>
        <w:br/>
        <w:t>&amp;mdash; То ви б усе взяли та й написали,&lt;br /&gt;</w:t>
        <w:br/>
        <w:br/>
        <w:t>та й був би слід по вашому життю.</w:t>
      </w:r>
    </w:p>
    <w:p>
      <w:r>
        <w:br/>
        <w:br/>
        <w:t>&amp;mdash; Я написав, так торбу в мене вкрали,&lt;br /&gt;</w:t>
        <w:br/>
        <w:br/>
        <w:t>і всі мої папіруси тю-тю.</w:t>
      </w:r>
    </w:p>
    <w:p>
      <w:r>
        <w:br/>
        <w:br/>
        <w:t>Чи думали, що там вино і брашно?&lt;br /&gt;</w:t>
        <w:br/>
        <w:br/>
        <w:t>Чи золото, нахапане в війну?&lt;br /&gt;</w:t>
        <w:br/>
        <w:br/>
        <w:t>А знов мені заходжуватись страшно.&lt;br /&gt;</w:t>
        <w:br/>
        <w:br/>
        <w:t>Старий уже, тепер так не утну.</w:t>
      </w:r>
    </w:p>
    <w:p>
      <w:r>
        <w:br/>
        <w:br/>
        <w:t>Вже в мене й чуб, як пух на осокорі.&lt;br /&gt;</w:t>
        <w:br/>
        <w:br/>
        <w:t>Вже в мене й очі до письма слабі.&lt;br /&gt;</w:t>
        <w:br/>
        <w:br/>
        <w:t>Колись думки на слово були скорі,&lt;br /&gt;</w:t>
        <w:br/>
        <w:br/>
        <w:t>тепер думки самі уже в собі.</w:t>
      </w:r>
    </w:p>
    <w:p>
      <w:r>
        <w:br/>
        <w:br/>
        <w:t>То вже, мабуть, отак я і умру,&lt;br /&gt;</w:t>
        <w:br/>
        <w:br/>
        <w:t>а діло жизні так і не подвигну.&lt;br /&gt;</w:t>
        <w:br/>
        <w:br/>
        <w:t>Бо хоч і в рот горілки не беру,&lt;br /&gt;</w:t>
        <w:br/>
        <w:br/>
        <w:t>але ж і книгу написать не встигну.</w:t>
      </w:r>
    </w:p>
    <w:p>
      <w:r>
        <w:br/>
        <w:br/>
        <w:t>Мої собраття вже пішли у стовбур,&lt;br /&gt;</w:t>
        <w:br/>
        <w:br/>
        <w:t>вродивши рясно плевелами слів.&lt;br /&gt;</w:t>
        <w:br/>
        <w:br/>
        <w:t>Найперший дурень і останній бовдур&lt;br /&gt;</w:t>
        <w:br/>
        <w:br/>
        <w:t>уже, мабуть, в науках преуспів.</w:t>
      </w:r>
    </w:p>
    <w:p>
      <w:r>
        <w:br/>
        <w:br/>
        <w:t>А я гусак обскубаний, що й досі&lt;br /&gt;</w:t>
        <w:br/>
        <w:br/>
        <w:t>гелгоче щось про правду і добро,&lt;br /&gt;</w:t>
        <w:br/>
        <w:br/>
        <w:t>котрому в лапі вдержать удалося&lt;br /&gt;</w:t>
        <w:br/>
        <w:br/>
        <w:t>одне своє гусиноє перо.</w:t>
      </w:r>
    </w:p>
    <w:p>
      <w:r>
        <w:br/>
        <w:br/>
        <w:t>Мені не треба слави, ані грошей,&lt;br /&gt;</w:t>
        <w:br/>
        <w:br/>
        <w:t>ані щоб сильний світу похвалив,&amp;mdash;&lt;br /&gt;</w:t>
        <w:br/>
        <w:br/>
        <w:t>аби хто-небудь, мислію возросший,&lt;br /&gt;</w:t>
        <w:br/>
        <w:br/>
        <w:t>до мене часом слух свій прихилив.</w:t>
      </w:r>
    </w:p>
    <w:p>
      <w:r>
        <w:br/>
        <w:br/>
        <w:t>Але ж я прочитателів не маю.&lt;br /&gt;</w:t>
        <w:br/>
        <w:br/>
        <w:t>Сам пишу, і сам собі внімаю. ,</w:t>
      </w:r>
    </w:p>
    <w:p>
      <w:r>
        <w:br/>
        <w:br/>
        <w:t>...Тополя гнеться, як тонка танечниця.&lt;br /&gt;</w:t>
        <w:br/>
        <w:br/>
        <w:t>Лягає пил в густий чортополох.&lt;br /&gt;</w:t>
        <w:br/>
        <w:br/>
        <w:t>І в&amp;rsquo;ється вдаль дорога-безконечниця.&lt;br /&gt;</w:t>
        <w:br/>
        <w:br/>
        <w:t>І ми йдемо, і добре нам удвох.</w:t>
      </w:r>
    </w:p>
    <w:p>
      <w:r>
        <w:br/>
        <w:br/>
        <w:t>Бо він бреде, а я собі кульгаю.&lt;br /&gt;</w:t>
        <w:br/>
        <w:br/>
        <w:t>Він гомонить, а я собі мовчу.&lt;br /&gt;</w:t>
        <w:br/>
        <w:br/>
        <w:t>Уже й на палку дужче налягаю,&lt;br /&gt;</w:t>
        <w:br/>
        <w:br/>
        <w:t>і соваю торбину по плечу.</w:t>
      </w:r>
    </w:p>
    <w:p>
      <w:r>
        <w:br/>
        <w:br/>
        <w:t>А він іде, милується дорогою.&lt;br /&gt;</w:t>
        <w:br/>
        <w:br/>
        <w:t>Він молодий, йому іще не сто.&lt;br /&gt;</w:t>
        <w:br/>
        <w:br/>
        <w:t>В старій сукмані, книжка за вилогою&lt;br /&gt;</w:t>
        <w:br/>
        <w:br/>
        <w:t>і торба &amp;mdash; наче р&amp;eacute;меза гніздо.</w:t>
      </w:r>
    </w:p>
    <w:p>
      <w:r>
        <w:br/>
        <w:br/>
        <w:t>...Твердіший грунт намацують ціпки.&lt;br /&gt;</w:t>
        <w:br/>
        <w:br/>
        <w:t>Частіше схил обсотаний корчами.&lt;br /&gt;</w:t>
        <w:br/>
        <w:br/>
        <w:t>Чіпляючись лахміттям за гілки,&lt;br /&gt;</w:t>
        <w:br/>
        <w:br/>
        <w:t>виходять з лісу у піски прочани.</w:t>
      </w:r>
    </w:p>
    <w:p>
      <w:r>
        <w:br/>
        <w:br/>
        <w:t>Піски, піски... І де він, той причал?&lt;br /&gt;</w:t>
        <w:br/>
        <w:br/>
        <w:t>Чи так іти, чи стежка одурила?&lt;br /&gt;</w:t>
        <w:br/>
        <w:br/>
        <w:t>Пливуть, пливуть кораблики прочан &amp;mdash;&lt;br /&gt;</w:t>
        <w:br/>
        <w:br/>
        <w:t>над постолами нап&amp;rsquo;яті вітрила...</w:t>
      </w:r>
    </w:p>
    <w:p>
      <w:r>
        <w:br/>
        <w:br/>
        <w:t>Одна ішла, закута у вериги,&lt;br /&gt;</w:t>
        <w:br/>
        <w:br/>
        <w:t>у ковпаку залізному, невзута.&lt;br /&gt;</w:t>
        <w:br/>
        <w:br/>
        <w:t>Чи хто сказав, чи вичитала з книги,&lt;br /&gt;</w:t>
        <w:br/>
        <w:br/>
        <w:t>що богу вгодна отака покута?</w:t>
      </w:r>
    </w:p>
    <w:p>
      <w:r>
        <w:br/>
        <w:br/>
        <w:t>Ішла молитись у святі печери,&lt;br /&gt;</w:t>
        <w:br/>
        <w:br/>
        <w:t>казали,&amp;mdash; десь іздалеку, з Печори.&lt;br /&gt;</w:t>
        <w:br/>
        <w:br/>
        <w:t>Пудовий костур, і сама як мощі.&lt;br /&gt;</w:t>
        <w:br/>
        <w:br/>
        <w:t>Та так і впала, не дійшла до прощі.</w:t>
      </w:r>
    </w:p>
    <w:p>
      <w:r>
        <w:br/>
        <w:br/>
        <w:t>Чи грішниця, чи, може, так, блаженна.&lt;br /&gt;</w:t>
        <w:br/>
        <w:br/>
        <w:t>Присипали. Куди ж її нести?&lt;br /&gt;</w:t>
        <w:br/>
        <w:br/>
        <w:t>А вдалині вже Лавра нездвиженна&lt;br /&gt;</w:t>
        <w:br/>
        <w:br/>
        <w:t>вечірнє сонце брала на хрести...</w:t>
      </w:r>
    </w:p>
    <w:p>
      <w:r>
        <w:br/>
        <w:br/>
        <w:t>І ось він &amp;mdash; Київ!&lt;br /&gt;</w:t>
        <w:br/>
        <w:br/>
        <w:t>Возсіяв хрестами.&lt;br /&gt;</w:t>
        <w:br/>
        <w:br/>
        <w:t>Пригаслий зір красою полонив.&lt;br /&gt;</w:t>
        <w:br/>
        <w:br/>
        <w:t>Тут сам Господь безсмертними перстами&lt;br /&gt;</w:t>
        <w:br/>
        <w:br/>
        <w:t>оці священні гори осінив.</w:t>
      </w:r>
    </w:p>
    <w:p>
      <w:r>
        <w:br/>
        <w:br/>
        <w:t>Так довго йшла, так ждала терпеливо.&lt;br /&gt;</w:t>
        <w:br/>
        <w:br/>
        <w:t>І ось він, Київ, за валами він! &amp;mdash;&lt;br /&gt;</w:t>
        <w:br/>
        <w:br/>
        <w:t>той стольний град, золотоверхе диво,&lt;br /&gt;</w:t>
        <w:br/>
        <w:br/>
        <w:t>душі моєї малиновий дзвін!</w:t>
      </w:r>
    </w:p>
    <w:p>
      <w:r>
        <w:br/>
        <w:br/>
        <w:t>...І увійшли ми в київські ворота.&lt;br /&gt;</w:t>
        <w:br/>
        <w:br/>
        <w:t>Чогось так тихо, мов пройшла чума.&lt;br /&gt;</w:t>
        <w:br/>
        <w:br/>
        <w:t>І каже дяк: &amp;mdash; Згадай про жінку Лота.&lt;br /&gt;</w:t>
        <w:br/>
        <w:br/>
        <w:t>Не озирайся. Києва нема.</w:t>
      </w:r>
    </w:p>
    <w:p>
      <w:r>
        <w:br/>
        <w:br/>
        <w:t>Я озирнулась. Я не скам&amp;rsquo;яніла.&lt;br /&gt;</w:t>
        <w:br/>
        <w:br/>
        <w:t>Я не дала пролитися сльозам.&lt;br /&gt;</w:t>
        <w:br/>
        <w:br/>
        <w:t>Отак пройшло тут військо Радзивілла! &amp;mdash;&lt;br /&gt;</w:t>
        <w:br/>
        <w:br/>
        <w:t>В руїни вулиць заточився храм.</w:t>
      </w:r>
    </w:p>
    <w:p>
      <w:r>
        <w:br/>
        <w:br/>
        <w:t>Дзвіниця &amp;mdash; мертва. Обгоріли крони.&lt;br /&gt;</w:t>
        <w:br/>
        <w:br/>
        <w:t>І все німе &amp;mdash; і гори, і Поділ.&lt;br /&gt;</w:t>
        <w:br/>
        <w:br/>
        <w:t>В Литву до себе вивіз наші дзвони&lt;br /&gt;</w:t>
        <w:br/>
        <w:br/>
        <w:t>литовський гетьман Януш Радзивілл.</w:t>
      </w:r>
    </w:p>
    <w:p>
      <w:r>
        <w:br/>
        <w:br/>
        <w:t>Покинуті, попалені, похмурні&lt;br /&gt;</w:t>
        <w:br/>
        <w:br/>
        <w:t>стоять двори, базари, винокурні.</w:t>
      </w:r>
    </w:p>
    <w:p>
      <w:r>
        <w:br/>
        <w:br/>
        <w:t>Сади стоять, примерлі од пожежі.&lt;br /&gt;</w:t>
        <w:br/>
        <w:br/>
        <w:t>Людей немає. Коні не іржуть.&lt;br /&gt;</w:t>
        <w:br/>
        <w:br/>
        <w:t>Лиш на валах необгорілі вежі&lt;br /&gt;</w:t>
        <w:br/>
        <w:br/>
        <w:t>стирчать у небо. Попіл стережуть.</w:t>
      </w:r>
    </w:p>
    <w:p>
      <w:r>
        <w:br/>
        <w:br/>
        <w:t>Оце мій Київ, це моя вітчизна.&lt;br /&gt;</w:t>
        <w:br/>
        <w:br/>
        <w:t>Залиті кров&amp;rsquo;ю київські вали.&lt;br /&gt;</w:t>
        <w:br/>
        <w:br/>
        <w:t>Ой люди, люди, божа подобизна&lt;br /&gt;</w:t>
        <w:br/>
        <w:br/>
        <w:t>до чого ж ви цю землю довели?!</w:t>
      </w:r>
    </w:p>
    <w:p>
      <w:r>
        <w:br/>
        <w:br/>
        <w:t>І каже дяк: &amp;mdash; Яка там подобизна?&lt;br /&gt;</w:t>
        <w:br/>
        <w:br/>
        <w:t>Коли земля здригнулась від копит,&lt;br /&gt;</w:t>
        <w:br/>
        <w:br/>
        <w:t>назустріч Радзивіллу вийшов Тризна,&lt;br /&gt;</w:t>
        <w:br/>
        <w:br/>
        <w:t>печорський пресвятий архимандрит.</w:t>
      </w:r>
    </w:p>
    <w:p>
      <w:r>
        <w:br/>
        <w:br/>
        <w:t>І так звернувся, сивий та уклінний:&lt;br /&gt;</w:t>
        <w:br/>
        <w:br/>
        <w:t>&amp;mdash; Короні польській брат одноколійний!</w:t>
      </w:r>
    </w:p>
    <w:p>
      <w:r>
        <w:br/>
        <w:br/>
        <w:t>Ось ключ від міста. Ми відкриєм брами.&lt;br /&gt;</w:t>
        <w:br/>
        <w:br/>
        <w:t>Іди. Заходь. Та тільки пощади&lt;br /&gt;</w:t>
        <w:br/>
        <w:br/>
        <w:t>священне місто і священні храми.</w:t>
      </w:r>
    </w:p>
    <w:p>
      <w:r>
        <w:br/>
        <w:br/>
        <w:t>І він ввійшов, литовський князь, сюди.&lt;br /&gt;</w:t>
        <w:br/>
        <w:br/>
        <w:t>Як ніж у спину. А Потоцький &amp;mdash; в груди.&lt;br /&gt;</w:t>
        <w:br/>
        <w:br/>
        <w:t>Богдан між ними, як між двох вогнів.&lt;br /&gt;</w:t>
        <w:br/>
        <w:br/>
        <w:t>Що тут було! Розказували люди&lt;br /&gt;</w:t>
        <w:br/>
        <w:br/>
        <w:t>три дні, три ночі Київ пломенів!</w:t>
      </w:r>
    </w:p>
    <w:p>
      <w:r>
        <w:br/>
        <w:br/>
        <w:t>&amp;hellip;Стояв собор старовинний із випаленою душею.&lt;br /&gt;</w:t>
        <w:br/>
        <w:br/>
        <w:t>Ми тихо ступили в морок,&lt;br /&gt;</w:t>
        <w:br/>
        <w:br/>
        <w:t>що димом ядучим пропах.&lt;br /&gt;</w:t>
        <w:br/>
        <w:br/>
        <w:t>Молилися в порожнечу, на попіл ікон молились,&lt;br /&gt;</w:t>
        <w:br/>
        <w:br/>
        <w:t>шукали живого Бога у сонячних сизих стовпах.</w:t>
      </w:r>
    </w:p>
    <w:p>
      <w:r>
        <w:br/>
        <w:br/>
        <w:t>Лежали зрушені плити, як зашерти чорної криги.&lt;br /&gt;</w:t>
        <w:br/>
        <w:br/>
        <w:t>І янголи в білій одежі впритул обступили вівтар.&lt;br /&gt;</w:t>
        <w:br/>
        <w:br/>
        <w:t>Кричали полускані стіни.&lt;br /&gt;</w:t>
        <w:br/>
        <w:br/>
        <w:t>Якісь недопалені книги&lt;br /&gt;</w:t>
        <w:br/>
        <w:br/>
        <w:t>заблуканий місяць знадвору холодним пальцем гортав.</w:t>
      </w:r>
    </w:p>
    <w:p>
      <w:r>
        <w:br/>
        <w:br/>
        <w:t>Перехрестилась і заплакала.&lt;br /&gt;</w:t>
        <w:br/>
        <w:br/>
        <w:t>І тихо вийшла із собору.&lt;br /&gt;</w:t>
        <w:br/>
        <w:br/>
        <w:t>Ішла на прощу, а потрапила&lt;br /&gt;</w:t>
        <w:br/>
        <w:br/>
        <w:t>чи то в Содом, чи то в Гоморру.</w:t>
      </w:r>
    </w:p>
    <w:p>
      <w:r>
        <w:br/>
        <w:br/>
        <w:t>...Вже поночі до Лаври добирались.&lt;br /&gt;</w:t>
        <w:br/>
        <w:br/>
        <w:t>Ішли угору вузько, в колосок.&lt;br /&gt;</w:t>
        <w:br/>
        <w:br/>
        <w:t>Якісь яри, якийсь дрімучий праліс.&lt;br /&gt;</w:t>
        <w:br/>
        <w:br/>
        <w:t>Яри нічого, краще, ніж пісок.</w:t>
      </w:r>
    </w:p>
    <w:p>
      <w:r>
        <w:br/>
        <w:br/>
        <w:t>А по ярах, по схилах, як тубільці,&lt;br /&gt;</w:t>
        <w:br/>
        <w:br/>
        <w:t>землянки покопали погорільці.&lt;br /&gt;</w:t>
        <w:br/>
        <w:br/>
        <w:t>Ідеш, аж дивно: у вечірній млі&lt;br /&gt;</w:t>
        <w:br/>
        <w:br/>
        <w:t>то там, то там димок із-під землі.</w:t>
      </w:r>
    </w:p>
    <w:p>
      <w:r>
        <w:br/>
        <w:br/>
        <w:t>І каже дяк: &amp;mdash; Як у часи Батиєві.&lt;br /&gt;</w:t>
        <w:br/>
        <w:br/>
        <w:t>Пішли у землю люди в Києві.</w:t>
      </w:r>
    </w:p>
    <w:p>
      <w:r>
        <w:br/>
        <w:br/>
        <w:t>Вже й обжились. Он хтось обгородився.&lt;br /&gt;</w:t>
        <w:br/>
        <w:br/>
        <w:t>А хто і сіно склав уже в стіжки.&lt;br /&gt;</w:t>
        <w:br/>
        <w:br/>
        <w:t>А хтось уже в землянці й народився,&lt;br /&gt;</w:t>
        <w:br/>
        <w:br/>
        <w:t>бо онде жінка сушить пелюшки.</w:t>
      </w:r>
    </w:p>
    <w:p>
      <w:r>
        <w:br/>
        <w:br/>
        <w:t>Життя іде. Як сказано у Павла:&lt;br /&gt;</w:t>
        <w:br/>
        <w:br/>
        <w:t>&amp;quot;Живіть благочестиво у Христі&amp;quot;.&lt;br /&gt;</w:t>
        <w:br/>
        <w:br/>
        <w:t>Потерп ще трохи. Вже ось-ось і Лавра.&lt;br /&gt;</w:t>
        <w:br/>
        <w:br/>
        <w:t>А там спочинеш по трудах путі.</w:t>
      </w:r>
    </w:p>
    <w:p>
      <w:r>
        <w:br/>
        <w:br/>
        <w:t>...Але коли ми підійшли до Лаври,&lt;br /&gt;</w:t>
        <w:br/>
        <w:br/>
        <w:t>вже ніч була.&lt;br /&gt;</w:t>
        <w:br/>
        <w:br/>
        <w:t>Біля святих воріт&lt;br /&gt;</w:t>
        <w:br/>
        <w:br/>
        <w:t>якісь сиділи постаті, як равли,&lt;br /&gt;</w:t>
        <w:br/>
        <w:br/>
        <w:t>вібравши руки, й ноги, і живіт.</w:t>
      </w:r>
    </w:p>
    <w:p>
      <w:r>
        <w:br/>
        <w:br/>
        <w:t>Обідрані, закутані в рядюжки,&lt;br /&gt;</w:t>
        <w:br/>
        <w:br/>
        <w:t>не розбереш, де злидні, де злодюжки.&lt;br /&gt;</w:t>
        <w:br/>
        <w:br/>
        <w:t>Ще й руки тягнуть, просять Христа ради.&lt;br /&gt;</w:t>
        <w:br/>
        <w:br/>
        <w:t>Це люди теж. А що ти їм даси,&lt;br /&gt;</w:t>
        <w:br/>
        <w:br/>
        <w:t>коли, минувши селища і гради,&lt;br /&gt;</w:t>
        <w:br/>
        <w:br/>
        <w:t>сам третій тиждень сухарі їси?</w:t>
      </w:r>
    </w:p>
    <w:p>
      <w:r>
        <w:br/>
        <w:br/>
        <w:t>Святі ворота взято на ланцюг.&lt;br /&gt;</w:t>
        <w:br/>
        <w:br/>
        <w:t>У Лавру не пускають волоцюг.</w:t>
      </w:r>
    </w:p>
    <w:p>
      <w:r>
        <w:br/>
        <w:br/>
        <w:t>Вночі ворота Лаври не гостинні,&lt;br /&gt;</w:t>
        <w:br/>
        <w:br/>
        <w:t>даремно тут і возвишати глас.&lt;br /&gt;</w:t>
        <w:br/>
        <w:br/>
        <w:t>Глас вопіющого в пустині,&lt;br /&gt;</w:t>
        <w:br/>
        <w:br/>
        <w:t>напевно, був чутніший, як у нас.</w:t>
      </w:r>
    </w:p>
    <w:p>
      <w:r>
        <w:br/>
        <w:br/>
        <w:t>Хтось бубонів. Хтось бився у падучій.&lt;br /&gt;</w:t>
        <w:br/>
        <w:br/>
        <w:t>До ранку ми й просиділи з дяком.&lt;br /&gt;</w:t>
        <w:br/>
        <w:br/>
        <w:t>І волохаті хмари кругойдучі&lt;br /&gt;</w:t>
        <w:br/>
        <w:br/>
        <w:t>крутили в небі жовтим мідяком.</w:t>
      </w:r>
    </w:p>
    <w:p>
      <w:r>
        <w:br/>
        <w:br/>
        <w:t>...На другий день були ми у печерах.&lt;br /&gt;</w:t>
        <w:br/>
        <w:br/>
        <w:t>Тяглись в рукава довгих галерій.&lt;br /&gt;</w:t>
        <w:br/>
        <w:br/>
        <w:t>Поклони били. І чекали в чергах,&lt;br /&gt;</w:t>
        <w:br/>
        <w:br/>
        <w:t>бо тут людей &amp;mdash; що свічка, то і рій.</w:t>
      </w:r>
    </w:p>
    <w:p>
      <w:r>
        <w:br/>
        <w:br/>
        <w:t>Печерський старчик спереду іде,&lt;br /&gt;</w:t>
        <w:br/>
        <w:br/>
        <w:t>прочанам мощі в щ&amp;iacute;линку показує.&lt;br /&gt;</w:t>
        <w:br/>
        <w:br/>
        <w:t>А я ж не знаю, ані хто, ні де,&lt;br /&gt;</w:t>
        <w:br/>
        <w:br/>
        <w:t>то час від часу дяк мені розказує:</w:t>
      </w:r>
    </w:p>
    <w:p>
      <w:r>
        <w:br/>
        <w:br/>
        <w:t>&amp;mdash; Це преподобний лікар Агапіт,&lt;br /&gt;</w:t>
        <w:br/>
        <w:br/>
        <w:t>що ізцілив самого Мономаха.&lt;br /&gt;</w:t>
        <w:br/>
        <w:br/>
        <w:t>А це &amp;mdash; Алимпій, майстер на весь світ,&lt;br /&gt;</w:t>
        <w:br/>
        <w:br/>
        <w:t>до пензля хист був у цього монаха.</w:t>
      </w:r>
    </w:p>
    <w:p>
      <w:r>
        <w:br/>
        <w:br/>
        <w:t>Це &amp;mdash; Нестор, найславетніший з дідів.&lt;br /&gt;</w:t>
        <w:br/>
        <w:br/>
        <w:t>Лишив нащадкам працю свою горду,&lt;br /&gt;</w:t>
        <w:br/>
        <w:br/>
        <w:t>бо він писав і в келії сидів,&lt;br /&gt;</w:t>
        <w:br/>
        <w:br/>
        <w:t>а я ходив, і в мене вкрали торбу.</w:t>
      </w:r>
    </w:p>
    <w:p>
      <w:r>
        <w:br/>
        <w:br/>
        <w:t>А далі все подвижники, святі,&lt;br /&gt;</w:t>
        <w:br/>
        <w:br/>
        <w:t>що тут сиділи в келіях заперті,&lt;br /&gt;</w:t>
        <w:br/>
        <w:br/>
        <w:t>що їх Господь за подвиги в житті&lt;br /&gt;</w:t>
        <w:br/>
        <w:br/>
        <w:t>сподобив буть нетлінними по смерті.</w:t>
      </w:r>
    </w:p>
    <w:p>
      <w:r>
        <w:br/>
        <w:br/>
        <w:t>Оце Мардарій, що не мав майна.&lt;br /&gt;</w:t>
        <w:br/>
        <w:br/>
        <w:t>А це &amp;mdash; Пафнутій, що не пив вина.</w:t>
      </w:r>
    </w:p>
    <w:p>
      <w:r>
        <w:br/>
        <w:br/>
        <w:t>Це &amp;mdash; преподобний схимник Силуян,&lt;br /&gt;</w:t>
        <w:br/>
        <w:br/>
        <w:t>котрий без шуму, крику і ловитви&lt;br /&gt;</w:t>
        <w:br/>
        <w:br/>
        <w:t>злодіїв, дременувших у бурян,&lt;br /&gt;</w:t>
        <w:br/>
        <w:br/>
        <w:t>зв&amp;rsquo;язав єдино силою молитви.</w:t>
      </w:r>
    </w:p>
    <w:p>
      <w:r>
        <w:br/>
        <w:br/>
        <w:t>Це &amp;mdash; Нестор другий.&lt;br /&gt;</w:t>
        <w:br/>
        <w:br/>
        <w:t>Зветься він &amp;mdash; Некнижний.&lt;br /&gt;</w:t>
        <w:br/>
        <w:br/>
        <w:t>Таку заслугу перед богом мав,&lt;br /&gt;</w:t>
        <w:br/>
        <w:br/>
        <w:t>що завжди був на всіх богослужіннях,&lt;br /&gt;</w:t>
        <w:br/>
        <w:br/>
        <w:t>а й разу, ти скажи, не воздрімав.</w:t>
      </w:r>
    </w:p>
    <w:p>
      <w:r>
        <w:br/>
        <w:br/>
        <w:t>А це &amp;mdash; Сисой, що хіть свою презміг,&lt;br /&gt;</w:t>
        <w:br/>
        <w:br/>
        <w:t>щодня ходив до річки у веретті&lt;br /&gt;</w:t>
        <w:br/>
        <w:br/>
        <w:t>і роздягався з голови до ніг,&lt;br /&gt;</w:t>
        <w:br/>
        <w:br/>
        <w:t>щоб комарі кусали в очереті.</w:t>
      </w:r>
    </w:p>
    <w:p>
      <w:r>
        <w:br/>
        <w:br/>
        <w:t>Такі часи були благофортунні,&lt;br /&gt;</w:t>
        <w:br/>
        <w:br/>
        <w:t>що кожен подвизався зокрема.&lt;br /&gt;</w:t>
        <w:br/>
        <w:br/>
        <w:t>І жоден подвиг не лишився втуні.&lt;br /&gt;</w:t>
        <w:br/>
        <w:br/>
        <w:t>Тепер таких подвижників нема.</w:t>
      </w:r>
    </w:p>
    <w:p>
      <w:r>
        <w:br/>
        <w:br/>
        <w:t>Блюзнірська мисль запала мені в душу:&lt;br /&gt;</w:t>
        <w:br/>
        <w:br/>
        <w:t>&amp;quot;Чому на них молитися я мушу?&amp;quot;</w:t>
      </w:r>
    </w:p>
    <w:p>
      <w:r>
        <w:br/>
        <w:br/>
        <w:t>Хіба оті, без німбів, без імен,&lt;br /&gt;</w:t>
        <w:br/>
        <w:br/>
        <w:t>на тій дорозі в Київ із Лубен,&lt;br /&gt;</w:t>
        <w:br/>
        <w:br/>
        <w:t>або оті, під лісом, із Волині,&amp;mdash;&lt;br /&gt;</w:t>
        <w:br/>
        <w:br/>
        <w:t>хіба не більші мученики нині?!</w:t>
      </w:r>
    </w:p>
    <w:p>
      <w:r>
        <w:br/>
        <w:br/>
        <w:t>Стою. Дивлюся на дніпровські схили.&lt;br /&gt;</w:t>
        <w:br/>
        <w:br/>
        <w:t>Сисой... Мардарій... Подвиги Ахили...</w:t>
      </w:r>
    </w:p>
    <w:p>
      <w:r>
        <w:br/>
        <w:br/>
        <w:t>Тут кров лилася. Тут пройшов Батий.&lt;br /&gt;</w:t>
        <w:br/>
        <w:br/>
        <w:t>Софроній... Пимен... Мученик... Святий...</w:t>
      </w:r>
    </w:p>
    <w:p>
      <w:r>
        <w:br/>
        <w:br/>
        <w:t>І каже дяк: &amp;mdash; Немає у нас ліри.&lt;br /&gt;</w:t>
        <w:br/>
        <w:br/>
        <w:t>Та й розум за бодягу зачепивсь.&lt;br /&gt;</w:t>
        <w:br/>
        <w:br/>
        <w:t>Сисой, Мардарій &amp;mdash; мученики віри.&lt;br /&gt;</w:t>
        <w:br/>
        <w:br/>
        <w:t>А Байда що, од віри одступивсь?</w:t>
      </w:r>
    </w:p>
    <w:p>
      <w:r>
        <w:br/>
        <w:br/>
        <w:t>Аби слова, хоч бред второзаконія.&lt;br /&gt;</w:t>
        <w:br/>
        <w:br/>
        <w:t>А що сильніше підпирає твердь&amp;mdash;&lt;br /&gt;</w:t>
        <w:br/>
        <w:br/>
        <w:t>молитва преподобного Антонія&lt;br /&gt;</w:t>
        <w:br/>
        <w:br/>
        <w:t>чи Наливайка мученицька смерть?</w:t>
      </w:r>
    </w:p>
    <w:p>
      <w:r>
        <w:br/>
        <w:br/>
        <w:t>Я й сам колись проводив час&lt;br /&gt;</w:t>
        <w:br/>
        <w:br/>
        <w:t>в молитвах.&lt;br /&gt;</w:t>
        <w:br/>
        <w:br/>
        <w:t>Та й думаю, в землі чужосторонській,&lt;br /&gt;</w:t>
        <w:br/>
        <w:br/>
        <w:t>що як же так,&amp;mdash; ті гинули у битвах,&lt;br /&gt;</w:t>
        <w:br/>
        <w:br/>
        <w:t>а ті спасались на горі Афонській?</w:t>
      </w:r>
    </w:p>
    <w:p>
      <w:r>
        <w:br/>
        <w:br/>
        <w:t>Триліси взяти, сотенне містечко.&lt;br /&gt;</w:t>
        <w:br/>
        <w:br/>
        <w:t>Це ж ось недавно, це ж ось недалечко.&lt;br /&gt;</w:t>
        <w:br/>
        <w:br/>
        <w:t>За кілька днів ворожої облоги &amp;mdash;&lt;br /&gt;</w:t>
        <w:br/>
        <w:br/>
        <w:t>ні жителя живого, ні залоги.&lt;br /&gt;</w:t>
        <w:br/>
        <w:br/>
        <w:t>Було містечко... А підходиш ближче &amp;mdash;&lt;br /&gt;</w:t>
        <w:br/>
        <w:br/>
        <w:t>нема нічого. Тиша. Попелище.&lt;br /&gt;</w:t>
        <w:br/>
        <w:br/>
        <w:t>Лиш ходить смерть з кривавою косою...&lt;br /&gt;</w:t>
        <w:br/>
        <w:br/>
        <w:t>А ти прийшла молитися Сисою.</w:t>
      </w:r>
    </w:p>
    <w:p>
      <w:r>
        <w:br/>
        <w:br/>
        <w:t>Сидів подвижник, як ведмідь у гаврі.&lt;br /&gt;</w:t>
        <w:br/>
        <w:br/>
        <w:t>Вже тут книжки друкуються у Лаврі.&lt;br /&gt;</w:t>
        <w:br/>
        <w:br/>
        <w:t>Оно пройди під вікнами друкарні,&amp;mdash;&lt;br /&gt;</w:t>
        <w:br/>
        <w:br/>
        <w:t>які листки просушуються гарні.&lt;br /&gt;</w:t>
        <w:br/>
        <w:br/>
        <w:t>Це ж скільки там нового, дивовижного!&lt;br /&gt;</w:t>
        <w:br/>
        <w:br/>
        <w:t>А він тобі про Нестора Некнижного!</w:t>
      </w:r>
    </w:p>
    <w:p>
      <w:r>
        <w:br/>
        <w:br/>
        <w:t>Вже скрізь у нас є різні школи братські.&lt;br /&gt;</w:t>
        <w:br/>
        <w:br/>
        <w:t>Пів-України &amp;mdash; сироти козацькі.&lt;br /&gt;</w:t>
        <w:br/>
        <w:br/>
        <w:t>Од Лохвиці до самої Молдови,&lt;br /&gt;</w:t>
        <w:br/>
        <w:br/>
        <w:t>пів-України &amp;mdash; то козацькі вдови.&lt;br /&gt;</w:t>
        <w:br/>
        <w:br/>
        <w:t>Дітей без мужа ставити на ноги.&lt;br /&gt;</w:t>
        <w:br/>
        <w:br/>
        <w:t>Ні захисту в житті, ні допомоги.&lt;br /&gt;</w:t>
        <w:br/>
        <w:br/>
        <w:t>Такі ж гіркі, такі ж безобороннії!&lt;br /&gt;</w:t>
        <w:br/>
        <w:br/>
        <w:t>А їм все те ж &amp;mdash; про подвиги Февронії.</w:t>
      </w:r>
    </w:p>
    <w:p>
      <w:r>
        <w:br/>
        <w:br/>
        <w:t>Ти, певно, ще була тоді малою,&lt;br /&gt;</w:t>
        <w:br/>
        <w:br/>
        <w:t>як пролітала зірка із мітлою.&lt;br /&gt;</w:t>
        <w:br/>
        <w:br/>
        <w:t>А це було в той год страшний, коли&lt;br /&gt;</w:t>
        <w:br/>
        <w:br/>
        <w:t>п&amp;rsquo;ятьох старшин козацьких розп&amp;rsquo;яли.</w:t>
      </w:r>
    </w:p>
    <w:p>
      <w:r>
        <w:br/>
        <w:br/>
        <w:t>І голови &amp;mdash;&lt;br /&gt;</w:t>
        <w:br/>
        <w:br/>
        <w:t>хто звідки родом &amp;mdash;&lt;br /&gt;</w:t>
        <w:br/>
        <w:br/>
        <w:t>поставили перед народом.</w:t>
      </w:r>
    </w:p>
    <w:p>
      <w:r>
        <w:br/>
        <w:br/>
        <w:t>То жінка та, хорунжого чи сотника,&lt;br /&gt;</w:t>
        <w:br/>
        <w:br/>
        <w:t>що під стовпом лежала нежива,&amp;mdash;&lt;br /&gt;</w:t>
        <w:br/>
        <w:br/>
        <w:t>то можна їй про Симеона Столпника,&lt;br /&gt;</w:t>
        <w:br/>
        <w:br/>
        <w:t>що на стовпі мережив кружева?!</w:t>
      </w:r>
    </w:p>
    <w:p>
      <w:r>
        <w:br/>
        <w:br/>
        <w:t>...Ох, не такою я була й малою,&lt;br /&gt;</w:t>
        <w:br/>
        <w:br/>
        <w:t>коли летіла зірка над Сулою.&lt;br /&gt;</w:t>
        <w:br/>
        <w:br/>
        <w:t>Це ж він про батька, це про Чурая.&lt;br /&gt;</w:t>
        <w:br/>
        <w:br/>
        <w:t>Це ж мати там лежала так моя.</w:t>
      </w:r>
    </w:p>
    <w:p>
      <w:r>
        <w:br/>
        <w:br/>
        <w:t>Була зима. Якраз після Водохрища.&lt;br /&gt;</w:t>
        <w:br/>
        <w:br/>
        <w:t>Людей зганяли з усії Полтави.&lt;br /&gt;</w:t>
        <w:br/>
        <w:br/>
        <w:t>Щоб всі ж дивились на таке видовище.&lt;br /&gt;</w:t>
        <w:br/>
        <w:br/>
        <w:t>А мати крижем лежала,&lt;br /&gt;</w:t>
        <w:br/>
        <w:br/>
        <w:t>примерзали коси до снігу.</w:t>
      </w:r>
    </w:p>
    <w:p>
      <w:r>
        <w:br/>
        <w:br/>
        <w:t>На все життя! &amp;mdash; допоки я жива &amp;mdash;&lt;br /&gt;</w:t>
        <w:br/>
        <w:br/>
        <w:t>мені в очах той сніг... та голова...</w:t>
      </w:r>
    </w:p>
    <w:p>
      <w:r>
        <w:br/>
        <w:br/>
        <w:t>&amp;mdash; Чого ти плачеш? &amp;mdash; дяк мене питає.&lt;br /&gt;</w:t>
        <w:br/>
        <w:br/>
        <w:t>Кажу: &amp;mdash; Нічого...&lt;br /&gt;</w:t>
        <w:br/>
        <w:br/>
        <w:t>Листя облітає.&lt;br /&gt;</w:t>
        <w:br/>
        <w:br/>
        <w:t>Та так, кажу, заплакалось само.&amp;mdash;&lt;br /&gt;</w:t>
        <w:br/>
        <w:br/>
        <w:t>...Вже люди вишнурковуються з церкви,&lt;br /&gt;</w:t>
        <w:br/>
        <w:br/>
        <w:t>а ми з дяком усе ще сидимо.</w:t>
      </w:r>
    </w:p>
    <w:p>
      <w:r>
        <w:br/>
        <w:br/>
        <w:t>&amp;mdash; А я вже,&amp;mdash; каже,&amp;mdash;&lt;br /&gt;</w:t>
        <w:br/>
        <w:br/>
        <w:t>черствію з годами.&lt;br /&gt;</w:t>
        <w:br/>
        <w:br/>
        <w:t>Вже вечоріє. Вже, мабуть, ходім.&lt;br /&gt;</w:t>
        <w:br/>
        <w:br/>
        <w:t>Десь там, за монастирськими садами,&lt;br /&gt;</w:t>
        <w:br/>
        <w:br/>
        <w:t>напевно ж, є странноприїмний дім.</w:t>
      </w:r>
    </w:p>
    <w:p>
      <w:r>
        <w:br/>
        <w:br/>
        <w:t>...Знайшли той дім десь на задвірках Лаври.&lt;br /&gt;</w:t>
        <w:br/>
        <w:br/>
        <w:t>В дві дошки збитий стіл і вичовгані лави.</w:t>
      </w:r>
    </w:p>
    <w:p>
      <w:r>
        <w:br/>
        <w:br/>
        <w:t>Дух&amp;oacute;та сиза, як відьомські коси,&lt;br /&gt;</w:t>
        <w:br/>
        <w:br/>
        <w:t>аж пломінці на гнотиках дрижать.&lt;br /&gt;</w:t>
        <w:br/>
        <w:br/>
        <w:t>І богомільців цілі стоси&lt;br /&gt;</w:t>
        <w:br/>
        <w:br/>
        <w:t>перед очима предлежать.</w:t>
      </w:r>
    </w:p>
    <w:p>
      <w:r>
        <w:br/>
        <w:br/>
        <w:t>І каже дяк, хитнувшися: &amp;mdash; Дитино!&lt;br /&gt;</w:t>
        <w:br/>
        <w:br/>
        <w:t>Мовчу про ліс і не кажу про степ.&lt;br /&gt;</w:t>
        <w:br/>
        <w:br/>
        <w:t>Та краще ж ночувати десь під тином,&lt;br /&gt;</w:t>
        <w:br/>
        <w:br/>
        <w:t>аніж оцей лахмітяний вертеп!</w:t>
      </w:r>
    </w:p>
    <w:p>
      <w:r>
        <w:br/>
        <w:br/>
        <w:t>То ми пішли, та майже так, надворі,&lt;br /&gt;</w:t>
        <w:br/>
        <w:br/>
        <w:t>сухого листя трохи нагребли,&lt;br /&gt;</w:t>
        <w:br/>
        <w:br/>
        <w:t>та лежимо, та й дивимось на зорі.&lt;br /&gt;</w:t>
        <w:br/>
        <w:br/>
        <w:t>Та й, каже дяк, свободу обрели.</w:t>
      </w:r>
    </w:p>
    <w:p>
      <w:r>
        <w:br/>
        <w:br/>
        <w:t>Над нами вітер, листя ронячи,&lt;br /&gt;</w:t>
        <w:br/>
        <w:br/>
        <w:t>хитає гнізда гайворонячі.</w:t>
      </w:r>
    </w:p>
    <w:p>
      <w:r>
        <w:br/>
        <w:br/>
        <w:t>Дашок благий, земля сира,&lt;br /&gt;</w:t>
        <w:br/>
        <w:br/>
        <w:t>і тягне холодом з Дніпра.</w:t>
      </w:r>
    </w:p>
    <w:p>
      <w:r>
        <w:br/>
        <w:br/>
        <w:t>Усе б нічого, ми б уже і спали.&lt;br /&gt;</w:t>
        <w:br/>
        <w:br/>
        <w:t>Міцні під небом сни подорожан.&lt;br /&gt;</w:t>
        <w:br/>
        <w:br/>
        <w:t>Але ченці на ноги наступали&lt;br /&gt;</w:t>
        <w:br/>
        <w:br/>
        <w:t>і дзвоником будили нічліжан.</w:t>
      </w:r>
    </w:p>
    <w:p>
      <w:r>
        <w:br/>
        <w:br/>
        <w:t>Оце один виходить з-за собору,&lt;br /&gt;</w:t>
        <w:br/>
        <w:br/>
        <w:t>доземну рясу тягне за собою.&lt;br /&gt;</w:t>
        <w:br/>
        <w:br/>
        <w:t>А там і другий &amp;mdash;&lt;br /&gt;</w:t>
        <w:br/>
        <w:br/>
        <w:t>стриб через канавку,&lt;br /&gt;</w:t>
        <w:br/>
        <w:br/>
        <w:t>збирає знову мідяки в карнавку.</w:t>
      </w:r>
    </w:p>
    <w:p>
      <w:r>
        <w:br/>
        <w:br/>
        <w:t>&amp;mdash; Оце так сон приснився у столиці,&amp;mdash;&lt;br /&gt;</w:t>
        <w:br/>
        <w:br/>
        <w:t>промовив дяк, сідаючи бочком.&amp;mdash;&lt;br /&gt;</w:t>
        <w:br/>
        <w:br/>
        <w:t>Що вариш ти вареники в криниці&lt;br /&gt;</w:t>
        <w:br/>
        <w:br/>
        <w:t>і жовте листя ловиш друшляком.</w:t>
      </w:r>
    </w:p>
    <w:p>
      <w:r>
        <w:br/>
        <w:br/>
        <w:t>Удрав шпака, як кажуть, знакомито.&lt;br /&gt;</w:t>
        <w:br/>
        <w:br/>
        <w:t>Що ж, можна спати і на цій стежі,&lt;br /&gt;</w:t>
        <w:br/>
        <w:br/>
        <w:t>якби ж мені не ставили копито&lt;br /&gt;</w:t>
        <w:br/>
        <w:br/>
        <w:t>на саму грудь ці праведні мужі.</w:t>
      </w:r>
    </w:p>
    <w:p>
      <w:r>
        <w:br/>
        <w:br/>
        <w:t>Пошарудівши у сухому листі,&lt;br /&gt;</w:t>
        <w:br/>
        <w:br/>
        <w:t>дістав з торбини пучку тютюну.&lt;br /&gt;</w:t>
        <w:br/>
        <w:br/>
        <w:t>&amp;mdash; От,&amp;mdash; каже,&amp;mdash; кляті,&amp;mdash; каже,&amp;mdash; чорноризці;&lt;br /&gt;</w:t>
        <w:br/>
        <w:br/>
        <w:t>Сон перебили. Вже я не засну.</w:t>
      </w:r>
    </w:p>
    <w:p>
      <w:r>
        <w:br/>
        <w:br/>
        <w:t>Сиджу, дивлюся,&amp;mdash; вік прожив на світі,&lt;br /&gt;</w:t>
        <w:br/>
        <w:br/>
        <w:t>на те гніздо у тому верховітті&lt;br /&gt;</w:t>
        <w:br/>
        <w:br/>
        <w:t>та й думаю: дурний ти чоловік,&lt;br /&gt;</w:t>
        <w:br/>
        <w:br/>
        <w:t>що от прожив на світі цілий вік&lt;br /&gt;</w:t>
        <w:br/>
        <w:br/>
        <w:t>і, наловивши повну душу гав,&lt;br /&gt;</w:t>
        <w:br/>
        <w:br/>
        <w:t>гнізда собі ти так і не зібгав.</w:t>
      </w:r>
    </w:p>
    <w:p>
      <w:r>
        <w:br/>
        <w:br/>
        <w:t>...Колись в селі, що зветься Темногайці,&lt;br /&gt;</w:t>
        <w:br/>
        <w:br/>
        <w:t>а йшов мені тоді двадцятий рік,&lt;br /&gt;</w:t>
        <w:br/>
        <w:br/>
        <w:t>мене хотіли прикрутить при Гальці.&lt;br /&gt;</w:t>
        <w:br/>
        <w:br/>
        <w:t>Хвалити бога, вирвався і втік.</w:t>
      </w:r>
    </w:p>
    <w:p>
      <w:r>
        <w:br/>
        <w:br/>
        <w:t>А ще колись, за Дідьковою Греблею,&lt;br /&gt;</w:t>
        <w:br/>
        <w:br/>
        <w:t>під Києвом, отут, на Ірпені,&lt;br /&gt;</w:t>
        <w:br/>
        <w:br/>
        <w:t>я знов притульним затишком погребував,&lt;br /&gt;</w:t>
        <w:br/>
        <w:br/>
        <w:t>а вже й під сорок гухнуло мені.</w:t>
      </w:r>
    </w:p>
    <w:p>
      <w:r>
        <w:br/>
        <w:br/>
        <w:t>Любив я панну, Птимченко-Заглобську.&lt;br /&gt;</w:t>
        <w:br/>
        <w:br/>
        <w:t>Уже й надхмарні замки будував.&lt;br /&gt;</w:t>
        <w:br/>
        <w:br/>
        <w:t>&amp;quot;О рани Єзу, пан муві по-хлопську!&amp;quot; &amp;mdash;&lt;br /&gt;</w:t>
        <w:br/>
        <w:br/>
        <w:t>сказала панна. Я зрезигнував.</w:t>
      </w:r>
    </w:p>
    <w:p>
      <w:r>
        <w:br/>
        <w:br/>
        <w:t>Ну, та й нічого. Так мені і треба.&lt;br /&gt;</w:t>
        <w:br/>
        <w:br/>
        <w:t>Немає щастя, &amp;mdash; можна жити без.&lt;br /&gt;</w:t>
        <w:br/>
        <w:br/>
        <w:t>В душі людській, крім видимого неба,&lt;br /&gt;</w:t>
        <w:br/>
        <w:br/>
        <w:t>є одинадцять всячеських небес.</w:t>
      </w:r>
    </w:p>
    <w:p>
      <w:r>
        <w:br/>
        <w:br/>
        <w:t>Був регентом, і був я канархистом.&lt;br /&gt;</w:t>
        <w:br/>
        <w:br/>
        <w:t>Любив людей і обминав юрму.&lt;br /&gt;</w:t>
        <w:br/>
        <w:br/>
        <w:t>І відзначався коромольним хистом &amp;mdash;&lt;br /&gt;</w:t>
        <w:br/>
        <w:br/>
        <w:t>несклонностью к духовному ярму.</w:t>
      </w:r>
    </w:p>
    <w:p>
      <w:r>
        <w:br/>
        <w:br/>
        <w:t>Пізнав любов, пізнав я і ненависть.&lt;br /&gt;</w:t>
        <w:br/>
        <w:br/>
        <w:t>Гарячий був, доходив до нестям.&lt;br /&gt;</w:t>
        <w:br/>
        <w:br/>
        <w:t>Колись я жив. Тепер я розминаюсь&lt;br /&gt;</w:t>
        <w:br/>
        <w:br/>
        <w:t>з людьми, з лісами, з небом і з життям.</w:t>
      </w:r>
    </w:p>
    <w:p>
      <w:r>
        <w:br/>
        <w:br/>
        <w:t>Дор&amp;oacute;гу маю, ту єдину втіху.&lt;br /&gt;</w:t>
        <w:br/>
        <w:br/>
        <w:t>Лахва дякові, поки не зима.&lt;br /&gt;</w:t>
        <w:br/>
        <w:br/>
        <w:t>Ото таке &amp;mdash; цвірінь та в стріху.&lt;br /&gt;</w:t>
        <w:br/>
        <w:br/>
        <w:t>А що, як стріхи власної нема?</w:t>
      </w:r>
    </w:p>
    <w:p>
      <w:r>
        <w:br/>
        <w:br/>
        <w:t>Бував я скрізь. Душа у мене боса.&lt;br /&gt;</w:t>
        <w:br/>
        <w:br/>
        <w:t>Пройшла тернами множества земель.</w:t>
      </w:r>
    </w:p>
    <w:p>
      <w:r>
        <w:br/>
        <w:br/>
        <w:t>І брагу пив, напарену із проса,&lt;br /&gt;</w:t>
        <w:br/>
        <w:br/>
        <w:t>мальвазію також і мушкатель.&lt;br /&gt;</w:t>
        <w:br/>
        <w:br/>
        <w:t>В тюрмі варшавській був я кілька діб,&lt;br /&gt;</w:t>
        <w:br/>
        <w:br/>
        <w:t>жував у Празі семидальній хліб,&lt;br /&gt;</w:t>
        <w:br/>
        <w:br/>
        <w:t>в Молдові їв солодкий виноград,&lt;br /&gt;</w:t>
        <w:br/>
        <w:br/>
        <w:t>ногами зміряв всенький Семиград,&amp;mdash;&lt;br /&gt;</w:t>
        <w:br/>
        <w:br/>
        <w:t>та у якій не був я стороні,&lt;br /&gt;</w:t>
        <w:br/>
        <w:br/>
        <w:t>щось наче завжди плакало в мені:&lt;br /&gt;</w:t>
        <w:br/>
        <w:br/>
        <w:t>іди туди і віку там дожий,&lt;br /&gt;</w:t>
        <w:br/>
        <w:br/>
        <w:t>у землю рідну, де ти всім чужий.</w:t>
      </w:r>
    </w:p>
    <w:p>
      <w:r>
        <w:br/>
        <w:br/>
        <w:t>Мандрівний дяк, по світу волочуся,&lt;br /&gt;</w:t>
        <w:br/>
        <w:br/>
        <w:t>не маю ні родини, ні рідні.&lt;br /&gt;</w:t>
        <w:br/>
        <w:br/>
        <w:t>Зустрів тебе та якось і незчувся,&amp;mdash;&lt;br /&gt;</w:t>
        <w:br/>
        <w:br/>
        <w:t>так на душі потепліло мені!</w:t>
      </w:r>
    </w:p>
    <w:p>
      <w:r>
        <w:br/>
        <w:br/>
        <w:t>Ти скоро підеш, дівчино, додому,&lt;br /&gt;</w:t>
        <w:br/>
        <w:br/>
        <w:t>в свою Полтаву, до тії ріки.&lt;br /&gt;</w:t>
        <w:br/>
        <w:br/>
        <w:t>А там якомусь хлопцю молодому,&lt;br /&gt;</w:t>
        <w:br/>
        <w:br/>
        <w:t>мабуть, твої вже сняться рушники.</w:t>
      </w:r>
    </w:p>
    <w:p>
      <w:r>
        <w:br/>
        <w:br/>
        <w:t>Щастить же людям. Ех, ти, дяче, дяче!&lt;br /&gt;</w:t>
        <w:br/>
        <w:br/>
        <w:t>Не був би ти самотній на віку,&lt;br /&gt;</w:t>
        <w:br/>
        <w:br/>
        <w:t>якби хоч раз в судьбі своїй бродячій&lt;br /&gt;</w:t>
        <w:br/>
        <w:br/>
        <w:t>зустрів колись ти дівчину таку!</w:t>
      </w:r>
    </w:p>
    <w:p>
      <w:r>
        <w:br/>
        <w:br/>
        <w:t>Не подивуй, коли я раптом зникну,&lt;br /&gt;</w:t>
        <w:br/>
        <w:br/>
        <w:t>Боюсь печалі, що до тебе звикну.</w:t>
      </w:r>
    </w:p>
    <w:p>
      <w:r>
        <w:br/>
        <w:br/>
        <w:t>...Десь в било б&amp;rsquo;ють за звичаєм пустельним.&lt;br /&gt;</w:t>
        <w:br/>
        <w:br/>
        <w:t>Оце такий тепер у Лаврі дзвін.&lt;br /&gt;</w:t>
        <w:br/>
        <w:br/>
        <w:t>Так били в било перші преподобні,&lt;br /&gt;</w:t>
        <w:br/>
        <w:br/>
        <w:t>коли ще ліс був богу до колін.&lt;br /&gt;</w:t>
        <w:br/>
        <w:br/>
        <w:t>Коли іще в розбійницьких печерах&lt;br /&gt;</w:t>
        <w:br/>
        <w:br/>
        <w:t>валялись просто то кістки, то череп.&lt;br /&gt;</w:t>
        <w:br/>
        <w:br/>
        <w:t>І не було ні мурів, ані брам,&lt;br /&gt;</w:t>
        <w:br/>
        <w:br/>
        <w:t>лише на зрубі зарості малини&lt;br /&gt;</w:t>
        <w:br/>
        <w:br/>
        <w:t>і перший ветхий дерев&amp;rsquo;яний храм&lt;br /&gt;</w:t>
        <w:br/>
        <w:br/>
        <w:t>з престолом ще із каменю і глини...</w:t>
      </w:r>
    </w:p>
    <w:p>
      <w:r>
        <w:br/>
        <w:br/>
        <w:t>Тепер у Лаврі &amp;mdash; де вже ті ліси?&lt;br /&gt;</w:t>
        <w:br/>
        <w:br/>
        <w:t>Де молитовна тиша над лісами?&lt;br /&gt;</w:t>
        <w:br/>
        <w:br/>
        <w:t>Лише Дніпро, брат вічності й краси,&lt;br /&gt;</w:t>
        <w:br/>
        <w:br/>
        <w:t>тече в лугах тих самих і так само.</w:t>
      </w:r>
    </w:p>
    <w:p>
      <w:r>
        <w:br/>
        <w:br/>
        <w:t>А над Дніпром, на цій святій горі, &amp;mdash;&lt;br /&gt;</w:t>
        <w:br/>
        <w:br/>
        <w:t>тут ціле місто, з гутами, ровами,&lt;br /&gt;</w:t>
        <w:br/>
        <w:br/>
        <w:t>з надбрамними кремезними церквами,&lt;br /&gt;</w:t>
        <w:br/>
        <w:br/>
        <w:t>з монастирями вже в монастирі.</w:t>
      </w:r>
    </w:p>
    <w:p>
      <w:r>
        <w:br/>
        <w:br/>
        <w:t>Аж страх бере. Стоїть новоприбулець,&lt;br /&gt;</w:t>
        <w:br/>
        <w:br/>
        <w:t>ніде не втрапить, поки не спитав.&lt;br /&gt;</w:t>
        <w:br/>
        <w:br/>
        <w:t>Самих тут келій &amp;mdash; кілька добрих вулиць.&lt;br /&gt;</w:t>
        <w:br/>
        <w:br/>
        <w:t>Самих церков &amp;mdash; на кілька тих Полтав.</w:t>
      </w:r>
    </w:p>
    <w:p>
      <w:r>
        <w:br/>
        <w:br/>
        <w:t>Якби не дяк, то що б я і робила?&lt;br /&gt;</w:t>
        <w:br/>
        <w:br/>
        <w:t>Він знає все, сивесенький спудей.&lt;br /&gt;</w:t>
        <w:br/>
        <w:br/>
        <w:t>...Пустельник б&amp;rsquo;є в пустельне било.&lt;br /&gt;</w:t>
        <w:br/>
        <w:br/>
        <w:t>А в цій пустелі &amp;mdash; тисячі людей.</w:t>
      </w:r>
    </w:p>
    <w:p>
      <w:r>
        <w:br/>
        <w:br/>
        <w:t>Тут є такі, що трохи чи не плазом.&lt;br /&gt;</w:t>
        <w:br/>
        <w:br/>
        <w:t>Сліпі, німі. Із кармазинах є.&lt;br /&gt;</w:t>
        <w:br/>
        <w:br/>
        <w:t>Чи нас господь почує усіх разом,&lt;br /&gt;</w:t>
        <w:br/>
        <w:br/>
        <w:t>коли так просить кожен про своє?</w:t>
      </w:r>
    </w:p>
    <w:p>
      <w:r>
        <w:br/>
        <w:br/>
        <w:t>А я ж прийшла з такого далеку!&lt;br /&gt;</w:t>
        <w:br/>
        <w:br/>
        <w:t>Тут, кажуть, є стара як світ&lt;br /&gt;</w:t>
        <w:br/>
        <w:br/>
        <w:t>больнична церква при шпиталику,&lt;br /&gt;</w:t>
        <w:br/>
        <w:br/>
        <w:t>десь там біля святих воріт.</w:t>
      </w:r>
    </w:p>
    <w:p>
      <w:r>
        <w:br/>
        <w:br/>
        <w:t>Давно колись, по всіх превратностях,&lt;br /&gt;</w:t>
        <w:br/>
        <w:br/>
        <w:t>як каже дяк, її возвів&lt;br /&gt;</w:t>
        <w:br/>
        <w:br/>
        <w:t>при Лаврі, бувши тут привратником,&lt;br /&gt;</w:t>
        <w:br/>
        <w:br/>
        <w:t>один з чернігівських князів.</w:t>
      </w:r>
    </w:p>
    <w:p>
      <w:r>
        <w:br/>
        <w:br/>
        <w:t>То люди йдуть оце й понині,&lt;br /&gt;</w:t>
        <w:br/>
        <w:br/>
        <w:t>бо, кажуть, ніби легшає людині,&lt;br /&gt;</w:t>
        <w:br/>
        <w:br/>
        <w:t>як пом&amp;rsquo;янути саме в ній,&lt;br /&gt;</w:t>
        <w:br/>
        <w:br/>
        <w:t>у тій церковці кам&amp;rsquo;яній,&lt;br /&gt;</w:t>
        <w:br/>
        <w:br/>
        <w:t>своїх померлих... Пом&amp;rsquo;яну&lt;br /&gt;</w:t>
        <w:br/>
        <w:br/>
        <w:t>і попелом розвіяного батька...&lt;br /&gt;</w:t>
        <w:br/>
        <w:br/>
        <w:t>і матір, що звела я у труну...&lt;br /&gt;</w:t>
        <w:br/>
        <w:br/>
        <w:t>Тих, що душа не виговорює...&lt;br /&gt;</w:t>
        <w:br/>
        <w:br/>
        <w:t>Гордія... Ганну і... Григорія...</w:t>
      </w:r>
    </w:p>
    <w:p>
      <w:r>
        <w:br/>
        <w:br/>
        <w:t>Мені б молебень відслужити.&lt;br /&gt;</w:t>
        <w:br/>
        <w:br/>
        <w:t>Жива, то якось треба жити.</w:t>
      </w:r>
    </w:p>
    <w:p>
      <w:r>
        <w:br/>
        <w:br/>
        <w:t>* * *</w:t>
      </w:r>
    </w:p>
    <w:p>
      <w:r>
        <w:br/>
        <w:br/>
        <w:t>...Останню ніч то ми уже й не спали.&lt;br /&gt;</w:t>
        <w:br/>
        <w:br/>
        <w:t>І знов ченці на ноги наступали.&lt;br /&gt;</w:t>
        <w:br/>
        <w:br/>
        <w:t>Бухикав дяк, і дощик моросив.&lt;br /&gt;</w:t>
        <w:br/>
        <w:br/>
        <w:t>Ото, мабуть, грязюку розмісив!</w:t>
      </w:r>
    </w:p>
    <w:p>
      <w:r>
        <w:br/>
        <w:br/>
        <w:t>Зітхає дяк, бурмоче: &amp;mdash; Ех-хе-хе!&lt;br /&gt;</w:t>
        <w:br/>
        <w:br/>
        <w:t>Холодний світ, бодай йому лихе.&lt;br /&gt;</w:t>
        <w:br/>
        <w:br/>
        <w:t>В життя приходиш чистий і красивий.&lt;br /&gt;</w:t>
        <w:br/>
        <w:br/>
        <w:t>З життя ідеш заморений і сивий</w:t>
      </w:r>
    </w:p>
    <w:p>
      <w:r>
        <w:br/>
        <w:br/>
        <w:t>Мабуть, під ранок я таки заснула.&lt;br /&gt;</w:t>
        <w:br/>
        <w:br/>
        <w:t>Така мене утома огорнула! &amp;mdash;&lt;br /&gt;</w:t>
        <w:br/>
        <w:br/>
        <w:t>якийсь короткий, нечут&amp;eacute;нний сон&amp;hellip;&lt;br /&gt;</w:t>
        <w:br/>
        <w:br/>
        <w:t>Прокинулась від крякання ворон.&lt;br /&gt;</w:t>
        <w:br/>
        <w:br/>
        <w:t>Дашок дірявий, дощана стіна.&lt;br /&gt;</w:t>
        <w:br/>
        <w:br/>
        <w:t>Дяка немає. Тиша. Я одна.</w:t>
      </w:r>
    </w:p>
    <w:p>
      <w:r>
        <w:br/>
        <w:br/>
        <w:t>А на саквах лежить мені обнова &amp;mdash;&lt;br /&gt;</w:t>
        <w:br/>
        <w:br/>
        <w:t>в червоні квіти хусточка тернова.</w:t>
      </w:r>
    </w:p>
    <w:p>
      <w:r>
        <w:br/>
        <w:br/>
        <w:t>І ранок був, і дощик моросив.&lt;br /&gt;</w:t>
        <w:br/>
        <w:br/>
        <w:t>Вже й дуб ту хустку&lt;br /&gt;</w:t>
        <w:br/>
        <w:br/>
        <w:t>листям притрусив&amp;hellip;</w:t>
      </w:r>
    </w:p>
    <w:p>
      <w:r>
        <w:br/>
        <w:br/>
        <w:t>Пора й мені. Пора й мені, пора.&lt;br /&gt;</w:t>
        <w:br/>
        <w:br/>
        <w:t>Піски, піски... і синій плин Дніпра...&lt;br /&gt;</w:t>
        <w:br/>
        <w:br/>
        <w:t>і ліс... і шлях... і явір... і криниця...&lt;br /&gt;</w:t>
        <w:br/>
        <w:br/>
        <w:t>Куди іду?!&lt;br /&gt;</w:t>
        <w:br/>
        <w:br/>
        <w:t>Хто жде мене, крім Гриця?</w:t>
      </w:r>
    </w:p>
    <w:p>
      <w:r>
        <w:br/>
        <w:br/>
        <w:t>Кричать ключі у небі журавлині.&lt;br /&gt;</w:t>
        <w:br/>
        <w:br/>
        <w:t>Кому, і що, й навіщо говорить?&lt;br /&gt;</w:t>
        <w:br/>
        <w:br/>
        <w:t>Лягти під лісом, так як ті, з Волині&amp;hellip;&lt;br /&gt;</w:t>
        <w:br/>
        <w:br/>
        <w:t>І догоріть... і свічка догорить...</w:t>
      </w:r>
    </w:p>
    <w:p>
      <w:r>
        <w:br/>
        <w:br/>
        <w:t>Але іду, розмотую дорогу.&lt;br /&gt;</w:t>
        <w:br/>
        <w:br/>
        <w:t>Була на прощі, помолилась богу.&lt;br /&gt;</w:t>
        <w:br/>
        <w:br/>
        <w:t>Купила в Лаврі кілька свічечок.&lt;br /&gt;</w:t>
        <w:br/>
        <w:br/>
        <w:t>Зустріла добру у житті людину.&lt;br /&gt;</w:t>
        <w:br/>
        <w:br/>
        <w:t>І з тих усіх дякових балачок&lt;br /&gt;</w:t>
        <w:br/>
        <w:br/>
        <w:t>усе частіше згадую єдину,&amp;mdash;</w:t>
      </w:r>
    </w:p>
    <w:p>
      <w:r>
        <w:br/>
        <w:br/>
        <w:t>ту найсумнішу втіху, далебі:&lt;br /&gt;</w:t>
        <w:br/>
        <w:br/>
        <w:t>комусь на світі гірше, як тобі.</w:t>
      </w:r>
    </w:p>
    <w:p>
      <w:r>
        <w:br/>
        <w:br/>
        <w:t>А вже й ті села, як одні могили.&lt;br /&gt;</w:t>
        <w:br/>
        <w:br/>
        <w:t>Потроху вже й доходжу до Лубен&lt;br /&gt;</w:t>
        <w:br/>
        <w:br/>
        <w:t>Григорівка. Семенівка. Панфили.&lt;br /&gt;</w:t>
        <w:br/>
        <w:br/>
        <w:t>Святий Григорій... і святий Семен&amp;hellip;</w:t>
      </w:r>
    </w:p>
    <w:p>
      <w:r>
        <w:br/>
        <w:br/>
        <w:t>ДІДОВА БАЛКА&lt;br /&gt;</w:t>
        <w:br/>
        <w:br/>
        <w:t>Розділ VII&lt;br /&gt;</w:t>
        <w:br/>
        <w:br/>
        <w:t>Зима старенькі стріхи залатала.&lt;br /&gt;</w:t>
        <w:br/>
        <w:br/>
        <w:t>Сніги рожево міняться в полях.&lt;br /&gt;</w:t>
        <w:br/>
        <w:br/>
        <w:t>На всі ворота замкнена Полтава&lt;br /&gt;</w:t>
        <w:br/>
        <w:br/>
        <w:t>козацьку чату вислала на шлях.</w:t>
      </w:r>
    </w:p>
    <w:p>
      <w:r>
        <w:br/>
        <w:br/>
        <w:t>Їх кілька душ, у них далекі очі.&lt;br /&gt;</w:t>
        <w:br/>
        <w:br/>
        <w:t>Між ними Іскра і Лесько Черкес.&lt;br /&gt;</w:t>
        <w:br/>
        <w:br/>
        <w:t>Сніги, сніги... Сліди ще тільки вовчі.&lt;br /&gt;</w:t>
        <w:br/>
        <w:br/>
        <w:t>Порожній степ і тиша до небес.</w:t>
      </w:r>
    </w:p>
    <w:p>
      <w:r>
        <w:br/>
        <w:br/>
        <w:t>Гризуть вудила коні з нетерплячки.&lt;br /&gt;</w:t>
        <w:br/>
        <w:br/>
        <w:t>Поривчий вітер вихолку несе.&lt;br /&gt;</w:t>
        <w:br/>
        <w:br/>
        <w:t>Сніги, сніги&amp;hellip; З якої б то болячки&lt;br /&gt;</w:t>
        <w:br/>
        <w:br/>
        <w:t>так тихо все? І тихо так &amp;mdash; не все.</w:t>
      </w:r>
    </w:p>
    <w:p>
      <w:r>
        <w:br/>
        <w:br/>
        <w:t>Ген хуторів причаєність глибока.&lt;br /&gt;</w:t>
        <w:br/>
        <w:br/>
        <w:t>Он хтось іде в Полтаву з клумаком&lt;br /&gt;</w:t>
        <w:br/>
        <w:br/>
        <w:t>І далина на всі чотири боки&lt;br /&gt;</w:t>
        <w:br/>
        <w:br/>
        <w:t>перехрестилась чорним вітряком,</w:t>
      </w:r>
    </w:p>
    <w:p>
      <w:r>
        <w:br/>
        <w:br/>
        <w:t>...Стара моя Полтавонько, Олтаво!&lt;br /&gt;</w:t>
        <w:br/>
        <w:br/>
        <w:t>Щоразу по загладі молода.&lt;br /&gt;</w:t>
        <w:br/>
        <w:br/>
        <w:t>Ох, скільки дзвонів тих одкалатало,&lt;br /&gt;</w:t>
        <w:br/>
        <w:br/>
        <w:t>коли тебе пустошила орда!&lt;br /&gt;</w:t>
        <w:br/>
        <w:br/>
        <w:t>І як літали стріли половецькі&lt;br /&gt;</w:t>
        <w:br/>
        <w:br/>
        <w:t>і клекотіли степові орли!&lt;br /&gt;</w:t>
        <w:br/>
        <w:br/>
        <w:t>Минулих літ великодні мертвецькі&lt;br /&gt;</w:t>
        <w:br/>
        <w:br/>
        <w:t>тебе густим мовчанням облягли.</w:t>
      </w:r>
    </w:p>
    <w:p>
      <w:r>
        <w:br/>
        <w:br/>
        <w:t>І що лишалось від твоєї вроди?&lt;br /&gt;</w:t>
        <w:br/>
        <w:br/>
        <w:t>Безлюдних дворищ виляглі тини,&lt;br /&gt;</w:t>
        <w:br/>
        <w:br/>
        <w:t>між попелищ некопані городи,&lt;br /&gt;</w:t>
        <w:br/>
        <w:br/>
        <w:t>де рили землю дикі кабани.</w:t>
      </w:r>
    </w:p>
    <w:p>
      <w:r>
        <w:br/>
        <w:br/>
        <w:t>А потім знов на тому потолоччі,&lt;br /&gt;</w:t>
        <w:br/>
        <w:br/>
        <w:t>несіяні, мов квіти і трава,&lt;br /&gt;</w:t>
        <w:br/>
        <w:br/>
        <w:t>пробились люди і протерли очі,&amp;mdash;&lt;br /&gt;</w:t>
        <w:br/>
        <w:br/>
        <w:t>Полтавонько, ти все-таки жива?!</w:t>
      </w:r>
    </w:p>
    <w:p>
      <w:r>
        <w:br/>
        <w:br/>
        <w:t>Плакучі верби сплакали у воду&lt;br /&gt;</w:t>
        <w:br/>
        <w:br/>
        <w:t>гірку пилюку одболілих літ.&lt;br /&gt;</w:t>
        <w:br/>
        <w:br/>
        <w:t>З підземних нір зацьковану свободу&lt;br /&gt;</w:t>
        <w:br/>
        <w:br/>
        <w:t>попідруки ти вивела на світ.</w:t>
      </w:r>
    </w:p>
    <w:p>
      <w:r>
        <w:br/>
        <w:br/>
        <w:t>Позаростали рутою руїни.&lt;br /&gt;</w:t>
        <w:br/>
        <w:br/>
        <w:t>І знов твій голос тугою примовк.&lt;br /&gt;</w:t>
        <w:br/>
        <w:br/>
        <w:t>В твоїх лісах, над водами твоїми&lt;br /&gt;</w:t>
        <w:br/>
        <w:br/>
        <w:t>своїм богам молився князь Витовт.</w:t>
      </w:r>
    </w:p>
    <w:p>
      <w:r>
        <w:br/>
        <w:br/>
        <w:t>Зминули дні. Ти старшала роками.&lt;br /&gt;</w:t>
        <w:br/>
        <w:br/>
        <w:t>Ішла у небо і вростала в грунт.&lt;br /&gt;</w:t>
        <w:br/>
        <w:br/>
        <w:t>Тебе обняв залізними руками&lt;br /&gt;</w:t>
        <w:br/>
        <w:br/>
        <w:t>чужий король, неситий Сигизмунд.</w:t>
      </w:r>
    </w:p>
    <w:p>
      <w:r>
        <w:br/>
        <w:br/>
        <w:t>І знову, знову, знову під&amp;rsquo;яремна!&lt;br /&gt;</w:t>
        <w:br/>
        <w:br/>
        <w:t>Чи вже собі ми ради не дамо,&lt;br /&gt;</w:t>
        <w:br/>
        <w:br/>
        <w:t>що й Вишневецький, виродок Ярема,&lt;br /&gt;</w:t>
        <w:br/>
        <w:br/>
        <w:t>свій власний кат, запріг тебе в ярмо?!</w:t>
      </w:r>
    </w:p>
    <w:p>
      <w:r>
        <w:br/>
        <w:br/>
        <w:t>І знову захід &amp;mdash; наче багряниця.&lt;br /&gt;</w:t>
        <w:br/>
        <w:br/>
        <w:t>І знов надія в розпачі оман.&lt;br /&gt;</w:t>
        <w:br/>
        <w:br/>
        <w:t>Де впав Павлюк, там виріс Остряниця,&lt;br /&gt;</w:t>
        <w:br/>
        <w:br/>
        <w:t>і всі кайдани розірвав Богдан!</w:t>
      </w:r>
    </w:p>
    <w:p>
      <w:r>
        <w:br/>
        <w:br/>
        <w:t>І знову лихо. Не пройшло і году,&amp;mdash;&lt;br /&gt;</w:t>
        <w:br/>
        <w:br/>
        <w:t>у Білій Церкві складено угоду.&lt;br /&gt;</w:t>
        <w:br/>
        <w:br/>
        <w:t>І знову ти лишилась на поталу,&lt;br /&gt;</w:t>
        <w:br/>
        <w:br/>
        <w:t>і знову панство суне на Полтаву.</w:t>
      </w:r>
    </w:p>
    <w:p>
      <w:r>
        <w:br/>
        <w:br/>
        <w:t>Щоб знов тебе поставити навколішки,&lt;br /&gt;</w:t>
        <w:br/>
        <w:br/>
        <w:t>щоб ти була рабою, як колись.&lt;br /&gt;</w:t>
        <w:br/>
        <w:br/>
        <w:t>Он знову люди з хуторів навколишніх&lt;br /&gt;</w:t>
        <w:br/>
        <w:br/>
        <w:t>в твою фортецю степом потяглись.</w:t>
      </w:r>
    </w:p>
    <w:p>
      <w:r>
        <w:br/>
        <w:br/>
        <w:t>Іде, біжить &amp;mdash; усе, що є живого.&lt;br /&gt;</w:t>
        <w:br/>
        <w:br/>
        <w:t>Жене корів, кульгає до узбіч.&lt;br /&gt;</w:t>
        <w:br/>
        <w:br/>
        <w:t>О давнє місто, звикле до облоги,&lt;br /&gt;</w:t>
        <w:br/>
        <w:br/>
        <w:t>яка тривожна буде в тебе ніч!</w:t>
      </w:r>
    </w:p>
    <w:p>
      <w:r>
        <w:br/>
        <w:br/>
        <w:t>...Козацька чата дивиться на шлях,&amp;mdash;&lt;br /&gt;</w:t>
        <w:br/>
        <w:br/>
        <w:t>по самий обрій порожньо в полях.</w:t>
      </w:r>
    </w:p>
    <w:p>
      <w:r>
        <w:br/>
        <w:br/>
        <w:t>Тепер пани хай пройдуть хоч облавою,&lt;br /&gt;</w:t>
        <w:br/>
        <w:br/>
        <w:t>то вже стоять покинуті двори &amp;mdash;&lt;br /&gt;</w:t>
        <w:br/>
        <w:br/>
        <w:t>людські осади за Полтавою,&lt;br /&gt;</w:t>
        <w:br/>
        <w:br/>
        <w:t>поодинокі хутори.</w:t>
      </w:r>
    </w:p>
    <w:p>
      <w:r>
        <w:br/>
        <w:br/>
        <w:t>Пустеля, степ...&lt;br /&gt;</w:t>
        <w:br/>
        <w:br/>
        <w:t>ворон голодні гвалти...&lt;br /&gt;</w:t>
        <w:br/>
        <w:br/>
        <w:t>Нема кому із ким заговорить&lt;br /&gt;</w:t>
        <w:br/>
        <w:br/>
        <w:t>Лише димок із Дідової Балки&lt;br /&gt;</w:t>
        <w:br/>
        <w:br/>
        <w:t>курить собі у небо та й курить...</w:t>
      </w:r>
    </w:p>
    <w:p>
      <w:r>
        <w:br/>
        <w:br/>
        <w:t>Там дід живе, той самий дід Галерник,&lt;br /&gt;</w:t>
        <w:br/>
        <w:br/>
        <w:t>немрущий дід, самітник і химерник,&lt;br /&gt;</w:t>
        <w:br/>
        <w:br/>
        <w:t>що, років двадцять бувши у неволі,&lt;br /&gt;</w:t>
        <w:br/>
        <w:br/>
        <w:t>уже ж коли вернувся, а й тепер,&lt;br /&gt;</w:t>
        <w:br/>
        <w:br/>
        <w:t>що не різьбить,&amp;mdash; у нього мимоволі&lt;br /&gt;</w:t>
        <w:br/>
        <w:br/>
        <w:t>подібне до манесеньких галер.&lt;br /&gt;</w:t>
        <w:br/>
        <w:br/>
        <w:t>Ложки, ковганки, різні голянички,&lt;br /&gt;</w:t>
        <w:br/>
        <w:br/>
        <w:t>миски косарські з вухами, сільнички.&lt;br /&gt;</w:t>
        <w:br/>
        <w:br/>
        <w:t>А вже таку різьбовану і ловку&lt;br /&gt;</w:t>
        <w:br/>
        <w:br/>
        <w:t>ніхто, як він, не зробить салотовку.</w:t>
      </w:r>
    </w:p>
    <w:p>
      <w:r>
        <w:br/>
        <w:br/>
        <w:t>То винесе в Полтаву, то по селах&lt;br /&gt;</w:t>
        <w:br/>
        <w:br/>
        <w:t>(як не замети, звісно, й не дощі).&lt;br /&gt;</w:t>
        <w:br/>
        <w:br/>
        <w:t>Отож в турецьких дідових галерах&lt;br /&gt;</w:t>
        <w:br/>
        <w:br/>
        <w:t>Полтава і затовкує борщі.</w:t>
      </w:r>
    </w:p>
    <w:p>
      <w:r>
        <w:br/>
        <w:br/>
        <w:t>Ніде й душі уже на виднокрузі,&lt;br /&gt;</w:t>
        <w:br/>
        <w:br/>
        <w:t>і тільки з Балки Дідової &amp;mdash; дим.&lt;br /&gt;</w:t>
        <w:br/>
        <w:br/>
        <w:t>Це ж, певно, він у тій своїй ярузі&lt;br /&gt;</w:t>
        <w:br/>
        <w:br/>
        <w:t>на цілий степ залишився один.</w:t>
      </w:r>
    </w:p>
    <w:p>
      <w:r>
        <w:br/>
        <w:br/>
        <w:t>&amp;mdash; Гей, діду, діду, од дороги близько!&lt;br /&gt;</w:t>
        <w:br/>
        <w:br/>
        <w:t>Гей, діду, діду, як ви там, живі?</w:t>
      </w:r>
    </w:p>
    <w:p>
      <w:r>
        <w:br/>
        <w:br/>
        <w:t>&amp;mdash; Та й те сказать,&amp;mdash; хіба це вперше військо&lt;br /&gt;</w:t>
        <w:br/>
        <w:br/>
        <w:t>у мене пройде тут по голові?</w:t>
      </w:r>
    </w:p>
    <w:p>
      <w:r>
        <w:br/>
        <w:br/>
        <w:t>Присунув пень,&amp;mdash; це в нього за ослоник.&lt;br /&gt;</w:t>
        <w:br/>
        <w:br/>
        <w:t>Та й сів стругати з липи ополоник.</w:t>
      </w:r>
    </w:p>
    <w:p>
      <w:r>
        <w:br/>
        <w:br/>
        <w:t>У хаті тепло. Пахне деревиною.&lt;br /&gt;</w:t>
        <w:br/>
        <w:br/>
        <w:t>Коріння повно, всякої різьби.&lt;br /&gt;</w:t>
        <w:br/>
        <w:br/>
        <w:t>Під сволоком, між маком а калиною,&lt;br /&gt;</w:t>
        <w:br/>
        <w:br/>
        <w:t>шматки сухої липи і верби.</w:t>
      </w:r>
    </w:p>
    <w:p>
      <w:r>
        <w:br/>
        <w:br/>
        <w:t>Сказав Іван: &amp;mdash; Казали добрі люде,&lt;br /&gt;</w:t>
        <w:br/>
        <w:br/>
        <w:t>це ж місяць грудень, літо ще коли.&lt;br /&gt;</w:t>
        <w:br/>
        <w:br/>
        <w:t>Тут пройде військо, хтозна, як там буде.&lt;br /&gt;</w:t>
        <w:br/>
        <w:br/>
        <w:t>В Полтаві ви б цей час перебули.</w:t>
      </w:r>
    </w:p>
    <w:p>
      <w:r>
        <w:br/>
        <w:br/>
        <w:t>&amp;mdash; Не хочу людям завдавать мороки,&lt;br /&gt;</w:t>
        <w:br/>
        <w:br/>
        <w:t>сидіти сидьма на чужій печі.&lt;br /&gt;</w:t>
        <w:br/>
        <w:br/>
        <w:t>У мене хата тут своя, нівроку,&lt;br /&gt;</w:t>
        <w:br/>
        <w:br/>
        <w:t>свій домовик, свої он рогачі.</w:t>
      </w:r>
    </w:p>
    <w:p>
      <w:r>
        <w:br/>
        <w:br/>
        <w:t>Котору зиму я вже перечовгав.&lt;br /&gt;</w:t>
        <w:br/>
        <w:br/>
        <w:t>І домовик зі мною домував.&lt;br /&gt;</w:t>
        <w:br/>
        <w:br/>
        <w:t>Оце сидів на припічку учора, &amp;mdash;&lt;br /&gt;</w:t>
        <w:br/>
        <w:br/>
        <w:t>сміявся, плакав, руку подавав.</w:t>
      </w:r>
    </w:p>
    <w:p>
      <w:r>
        <w:br/>
        <w:br/>
        <w:t>Якби я міг вам бути у пригоді,&lt;br /&gt;</w:t>
        <w:br/>
        <w:br/>
        <w:t>а то ж про щаблю думати вже годі.</w:t>
      </w:r>
    </w:p>
    <w:p>
      <w:r>
        <w:br/>
        <w:br/>
        <w:t>А був колись такий великовоїн! &amp;mdash;&lt;br /&gt;</w:t>
        <w:br/>
        <w:br/>
        <w:t>од трьох шабель ще й досі не загоєн.</w:t>
      </w:r>
    </w:p>
    <w:p>
      <w:r>
        <w:br/>
        <w:br/>
        <w:t>Та й знов узявсь стругати свою ложку.&lt;br /&gt;</w:t>
        <w:br/>
        <w:br/>
        <w:t>&amp;mdash; Отак собі і тупаю потрошку.&lt;br /&gt;</w:t>
        <w:br/>
        <w:br/>
        <w:t>У бога смерті не благаю.&lt;br /&gt;</w:t>
        <w:br/>
        <w:br/>
        <w:t>Нічого, прийде і сама.&lt;br /&gt;</w:t>
        <w:br/>
        <w:br/>
        <w:t>Я ополоники стругаю,&lt;br /&gt;</w:t>
        <w:br/>
        <w:br/>
        <w:t>а людям їсти що нема.</w:t>
      </w:r>
    </w:p>
    <w:p>
      <w:r>
        <w:br/>
        <w:br/>
        <w:t>...Помовчали. Душа шукала слова.&lt;br /&gt;</w:t>
        <w:br/>
        <w:br/>
        <w:t>Воно трудне, не виважиш на хунт.&lt;br /&gt;</w:t>
        <w:br/>
        <w:br/>
        <w:t>Кінчався день. Потріскували дрова.&lt;br /&gt;</w:t>
        <w:br/>
        <w:br/>
        <w:t>В печі горіло, наче Трапезунд.&lt;br /&gt;</w:t>
        <w:br/>
        <w:br/>
        <w:t>Мигтіли різні в полум&amp;rsquo;ї химери,&lt;br /&gt;</w:t>
        <w:br/>
        <w:br/>
        <w:t>різець блищав у діда у руці.&lt;br /&gt;</w:t>
        <w:br/>
        <w:br/>
        <w:t>Пливли по хаті крихітні галери &amp;mdash;&lt;br /&gt;</w:t>
        <w:br/>
        <w:br/>
        <w:t>ковганки, салотовки, поставці...</w:t>
      </w:r>
    </w:p>
    <w:p>
      <w:r>
        <w:br/>
        <w:br/>
        <w:t>&amp;mdash; Ну, хто про що, а я про Наливайка.&lt;br /&gt;</w:t>
        <w:br/>
        <w:br/>
        <w:t>Вона співає чи уже мовчить?</w:t>
      </w:r>
    </w:p>
    <w:p>
      <w:r>
        <w:br/>
        <w:br/>
        <w:t>&amp;mdash; То вже не співи. То підбита чайка&lt;br /&gt;</w:t>
        <w:br/>
        <w:br/>
        <w:t>отак, упавши, на степу ячить.</w:t>
      </w:r>
    </w:p>
    <w:p>
      <w:r>
        <w:br/>
        <w:br/>
        <w:t>В ній наче щось навіки проминуло.&lt;br /&gt;</w:t>
        <w:br/>
        <w:br/>
        <w:t>Прийшла із прощі дивна і гірка.&lt;br /&gt;</w:t>
        <w:br/>
        <w:br/>
        <w:t>Так від людей Марусю відвернуло,&lt;br /&gt;</w:t>
        <w:br/>
        <w:br/>
        <w:t>що вже нікого й в хату не пуска.</w:t>
      </w:r>
    </w:p>
    <w:p>
      <w:r>
        <w:br/>
        <w:br/>
        <w:t>Усе одна. Нічого їй не треба.&lt;br /&gt;</w:t>
        <w:br/>
        <w:br/>
        <w:t>Все їй чуже. Здоров&amp;rsquo;я теж нема.&lt;br /&gt;</w:t>
        <w:br/>
        <w:br/>
        <w:t>Та проща, ті ночівлі проти неба&amp;hellip;&lt;br /&gt;</w:t>
        <w:br/>
        <w:br/>
        <w:t>оті нестатки вічні... та тюрма...</w:t>
      </w:r>
    </w:p>
    <w:p>
      <w:r>
        <w:br/>
        <w:br/>
        <w:t>Не дай бог, може, в неї і сухоти.&lt;br /&gt;</w:t>
        <w:br/>
        <w:br/>
        <w:t>Я все боюся &amp;mdash; рине горлом кров.&lt;br /&gt;</w:t>
        <w:br/>
        <w:br/>
        <w:t>А не приймає жодної турботи,&lt;br /&gt;</w:t>
        <w:br/>
        <w:br/>
        <w:t>а в хаті ж так &amp;mdash; ні хліба, ані дров.</w:t>
      </w:r>
    </w:p>
    <w:p>
      <w:r>
        <w:br/>
        <w:br/>
        <w:t>Порадьте, діду, ви ж їй наче батько.&lt;br /&gt;</w:t>
        <w:br/>
        <w:br/>
        <w:t>Невже ж вона й загине так сама?!</w:t>
      </w:r>
    </w:p>
    <w:p>
      <w:r>
        <w:br/>
        <w:br/>
        <w:t>&amp;mdash; В такій біді ніхто вже не порадько.&lt;br /&gt;</w:t>
        <w:br/>
        <w:br/>
        <w:t>Немає ради. Ради тут нема.</w:t>
      </w:r>
    </w:p>
    <w:p>
      <w:r>
        <w:br/>
        <w:br/>
        <w:t>Чого рвеш комір? Тут хіба задуха?&lt;br /&gt;</w:t>
        <w:br/>
        <w:br/>
        <w:t>Е, ні, стривай, нічого це не дасть.&lt;br /&gt;</w:t>
        <w:br/>
        <w:br/>
        <w:t>В житті найперше &amp;mdash; це притомність духа,&lt;br /&gt;</w:t>
        <w:br/>
        <w:br/>
        <w:t>тоді і вихід знайдеться з нещасть.</w:t>
      </w:r>
    </w:p>
    <w:p>
      <w:r>
        <w:br/>
        <w:br/>
        <w:t>Душа у тебе має бути крицею.&lt;br /&gt;</w:t>
        <w:br/>
        <w:br/>
        <w:t>Так плакати не гідно козака.&lt;br /&gt;</w:t>
        <w:br/>
        <w:br/>
        <w:t>Твій батько був; Іване, Остряницею,&amp;mdash;&lt;br /&gt;</w:t>
        <w:br/>
        <w:br/>
        <w:t>наступний гетьман після Павлюка.</w:t>
      </w:r>
    </w:p>
    <w:p>
      <w:r>
        <w:br/>
        <w:br/>
        <w:t>Ти ж син його! Душі не занехаєш.&lt;br /&gt;</w:t>
        <w:br/>
        <w:br/>
        <w:t>Не маєш права, ти ж таки не Гриць.&lt;br /&gt;</w:t>
        <w:br/>
        <w:br/>
        <w:t>Ось пройде час, когось і покохаєш.&lt;br /&gt;</w:t>
        <w:br/>
        <w:br/>
        <w:t>Преславен рід полтавських Остряниць!</w:t>
      </w:r>
    </w:p>
    <w:p>
      <w:r>
        <w:br/>
        <w:br/>
        <w:t>&amp;mdash; Та, може, й буде Гандзя або Настя.&lt;br /&gt;</w:t>
        <w:br/>
        <w:br/>
        <w:t>Та, може, й сином закріплю свій рід.&lt;br /&gt;</w:t>
        <w:br/>
        <w:br/>
        <w:t>А юж не буде в світі мені щастя,&lt;br /&gt;</w:t>
        <w:br/>
        <w:br/>
        <w:t>поки живу я, поки й сонця світ.</w:t>
      </w:r>
    </w:p>
    <w:p>
      <w:r>
        <w:br/>
        <w:br/>
        <w:t>Ми з нею рідні. Ми одного кореня.&lt;br /&gt;</w:t>
        <w:br/>
        <w:br/>
        <w:t>Мабуть, один лелека нас приніс.&lt;br /&gt;</w:t>
        <w:br/>
        <w:br/>
        <w:t>Батьки у нас безстрашні й невпокорені&lt;br /&gt;</w:t>
        <w:br/>
        <w:br/>
        <w:t>і матері посивілі од сліз.</w:t>
      </w:r>
    </w:p>
    <w:p>
      <w:r>
        <w:br/>
        <w:br/>
        <w:t>Минув той час, ті грози відгучали.&lt;br /&gt;</w:t>
        <w:br/>
        <w:br/>
        <w:t>Нові громи схрестились на мечах.&lt;br /&gt;</w:t>
        <w:br/>
        <w:br/>
        <w:t>Ми з нею &amp;mdash; діти однії печалі.&lt;br /&gt;</w:t>
        <w:br/>
        <w:br/>
        <w:t>Себе читаю у її очах.</w:t>
      </w:r>
    </w:p>
    <w:p>
      <w:r>
        <w:br/>
        <w:br/>
        <w:t>Минають ночі думами, півснами...&lt;br /&gt;</w:t>
        <w:br/>
        <w:br/>
        <w:t>І я минаю... і минають дні...&lt;br /&gt;</w:t>
        <w:br/>
        <w:br/>
        <w:t>Вона мовчить і думає піснями.&lt;br /&gt;</w:t>
        <w:br/>
        <w:br/>
        <w:t>І не минають лиш її пісні.</w:t>
      </w:r>
    </w:p>
    <w:p>
      <w:r>
        <w:br/>
        <w:br/>
        <w:t>...Кінчався день. Сумна і тонкоброва&lt;br /&gt;</w:t>
        <w:br/>
        <w:br/>
        <w:t>дивилася Марія з божника.&lt;br /&gt;</w:t>
        <w:br/>
        <w:br/>
        <w:t>Вогонь горів, потріскували дрова,&lt;br /&gt;</w:t>
        <w:br/>
        <w:br/>
        <w:t>шовкова стружка бігла з держака.&lt;br /&gt;</w:t>
        <w:br/>
        <w:br/>
        <w:t>Кіт спину вигнув у тигрясту смужку,&lt;br /&gt;</w:t>
        <w:br/>
        <w:br/>
        <w:t>помуркотів та й знов заліг у стружку.&lt;br /&gt;</w:t>
        <w:br/>
        <w:br/>
        <w:t>І хаті знов не вистачило ока:&lt;br /&gt;</w:t>
        <w:br/>
        <w:br/>
        <w:t>хтось десь промчав, а балка заглибока.&lt;br /&gt;</w:t>
        <w:br/>
        <w:br/>
        <w:t>І тільки сніг посипався з гілляки.&lt;br /&gt;</w:t>
        <w:br/>
        <w:br/>
        <w:t>&amp;mdash; Агов, Іване, он уже поляки!</w:t>
      </w:r>
    </w:p>
    <w:p>
      <w:r>
        <w:br/>
        <w:br/>
        <w:t>&amp;mdash; От ми тут трохи і притрем їм роги.&lt;br /&gt;</w:t>
        <w:br/>
        <w:br/>
        <w:t>А ви тут живете біля дороги,&amp;mdash;&lt;br /&gt;</w:t>
        <w:br/>
        <w:br/>
        <w:t>сказав Іван, підвівся із ослоника.</w:t>
      </w:r>
    </w:p>
    <w:p>
      <w:r>
        <w:br/>
        <w:br/>
        <w:t>А дід собі стругає ополоника.&lt;br /&gt;</w:t>
        <w:br/>
        <w:br/>
        <w:t>&amp;mdash; Нікуди я, Іване, не поїду.&lt;br /&gt;</w:t>
        <w:br/>
        <w:br/>
        <w:t>А там і Ворскла скресне в берегах.&lt;br /&gt;</w:t>
        <w:br/>
        <w:br/>
        <w:t>Та й тим ляхам який пожиток з діда?&lt;br /&gt;</w:t>
        <w:br/>
        <w:br/>
        <w:t>Живу тут, як закопаний в снігах.</w:t>
      </w:r>
    </w:p>
    <w:p>
      <w:r>
        <w:br/>
        <w:br/>
        <w:t>&amp;mdash; Дивіться, діду. То ж такі ватаги.&lt;br /&gt;</w:t>
        <w:br/>
        <w:br/>
        <w:t>Ніде ж нікого, важите життям.&lt;br /&gt;</w:t>
        <w:br/>
        <w:br/>
        <w:t>&amp;mdash; З життям то так, то гра навпереваги.&lt;br /&gt;</w:t>
        <w:br/>
        <w:br/>
        <w:t>Сюди-туди, не стямишся, &amp;mdash; вже й там.</w:t>
      </w:r>
    </w:p>
    <w:p>
      <w:r>
        <w:br/>
        <w:br/>
        <w:t>&amp;mdash; Що ж, вибачайте.&lt;br /&gt;</w:t>
        <w:br/>
        <w:br/>
        <w:t>&amp;mdash; За що вибачати?&lt;br /&gt;</w:t>
        <w:br/>
        <w:br/>
        <w:t>Мені що турок, що литвин, що лях.</w:t>
      </w:r>
    </w:p>
    <w:p>
      <w:r>
        <w:br/>
        <w:br/>
        <w:t>...Над самим краєм пролетіла чата,&lt;br /&gt;</w:t>
        <w:br/>
        <w:br/>
        <w:t>і кінь із балки вимчався на шлях.</w:t>
      </w:r>
    </w:p>
    <w:p>
      <w:r>
        <w:br/>
        <w:br/>
        <w:t>Вже в небі й місяць вистромить рогульку,&lt;br /&gt;</w:t>
        <w:br/>
        <w:br/>
        <w:t>і на порозі намерзає лід.&lt;br /&gt;</w:t>
        <w:br/>
        <w:br/>
        <w:t>А дід запалить корінькову люльку&lt;br /&gt;</w:t>
        <w:br/>
        <w:br/>
        <w:t>і довго ще дивитиметься вслід.&lt;br /&gt;</w:t>
        <w:br/>
        <w:br/>
        <w:t>І довго-довго буде наслухати&lt;br /&gt;</w:t>
        <w:br/>
        <w:br/>
        <w:t>оту раптову тишу хуторів.&lt;br /&gt;</w:t>
        <w:br/>
        <w:br/>
        <w:t>Жар вигребе із печі, щоб до хати&lt;br /&gt;</w:t>
        <w:br/>
        <w:br/>
        <w:t>на цей димок чужий хто не забрів.</w:t>
      </w:r>
    </w:p>
    <w:p>
      <w:r>
        <w:br/>
        <w:br/>
        <w:t>Залив той жар. І виніс головешки.&lt;br /&gt;</w:t>
        <w:br/>
        <w:br/>
        <w:t>А ти в кутку постоїш, кочерго.&lt;br /&gt;</w:t>
        <w:br/>
        <w:br/>
        <w:t>Та так ото повештався, повештався,&lt;br /&gt;</w:t>
        <w:br/>
        <w:br/>
        <w:t>то так воно ще й наче не того...</w:t>
      </w:r>
    </w:p>
    <w:p>
      <w:r>
        <w:br/>
        <w:br/>
        <w:t>ОБЛОГА ПОЛТАВИ&lt;br /&gt;</w:t>
        <w:br/>
        <w:br/>
        <w:t>Розділ VIII&lt;br /&gt;</w:t>
        <w:br/>
        <w:br/>
        <w:t>Степи і ніч. І хвища над степами.&lt;br /&gt;</w:t>
        <w:br/>
        <w:br/>
        <w:t>Полтавський шлях сніги перемели,&lt;br /&gt;</w:t>
        <w:br/>
        <w:br/>
        <w:t>Вороже військо ломиться у брами.&lt;br /&gt;</w:t>
        <w:br/>
        <w:br/>
        <w:t>Глухі ворота. І мовчать вали.&lt;br /&gt;</w:t>
        <w:br/>
        <w:br/>
        <w:t>Стоїть обоз по груди у заметах.&lt;br /&gt;</w:t>
        <w:br/>
        <w:br/>
        <w:t>Вже встигли сани льодом обрости.&lt;br /&gt;</w:t>
        <w:br/>
        <w:br/>
        <w:t>Терпи, Полтаво. Помолись за мертвих,&amp;mdash;&lt;br /&gt;</w:t>
        <w:br/>
        <w:br/>
        <w:t>передні коні в&amp;rsquo;їхали в хрести!</w:t>
      </w:r>
    </w:p>
    <w:p>
      <w:r>
        <w:br/>
        <w:br/>
        <w:t>Полтава спить. А панство &amp;mdash; чи не в гості.&lt;br /&gt;</w:t>
        <w:br/>
        <w:br/>
        <w:t>Сахнувся кінь. То ями, то горбки.&lt;br /&gt;</w:t>
        <w:br/>
        <w:br/>
        <w:t>Хрести, хрести...&lt;br /&gt;</w:t>
        <w:br/>
        <w:br/>
        <w:t>І торохтять, мов кості,&lt;br /&gt;</w:t>
        <w:br/>
        <w:br/>
        <w:t>на тих хрестах промерзлі рушники.&lt;br /&gt;</w:t>
        <w:br/>
        <w:br/>
        <w:t>Січе хуртеча, гостра, ніби шклиста.&lt;br /&gt;</w:t>
        <w:br/>
        <w:br/>
        <w:t>Піввійська вже не встоїть на ногах.&lt;br /&gt;</w:t>
        <w:br/>
        <w:br/>
        <w:t>Стара тополя, чорна та безлиста,&lt;br /&gt;</w:t>
        <w:br/>
        <w:br/>
        <w:t>ворон гойда на цвинтарі в снігах.</w:t>
      </w:r>
    </w:p>
    <w:p>
      <w:r>
        <w:br/>
        <w:br/>
        <w:t>Пани кленуть у лютому безсиллі.&lt;br /&gt;</w:t>
        <w:br/>
        <w:br/>
        <w:t>Це ж до Полтави ледве дотягли!&lt;br /&gt;</w:t>
        <w:br/>
        <w:br/>
        <w:t>Прослалось військо на чотири милі,&amp;mdash;&lt;br /&gt;</w:t>
        <w:br/>
        <w:br/>
        <w:t>хоч головою бийся об вали.</w:t>
      </w:r>
    </w:p>
    <w:p>
      <w:r>
        <w:br/>
        <w:br/>
        <w:t>На цій землі було вже їм бувальців,&lt;br /&gt;</w:t>
        <w:br/>
        <w:br/>
        <w:t>тут бог не сіяв з неба їм крупу.&lt;br /&gt;</w:t>
        <w:br/>
        <w:br/>
        <w:t>Простягнеш руку &amp;mdash; і не видно пальців,&lt;br /&gt;</w:t>
        <w:br/>
        <w:br/>
        <w:t>так хуртовина крутить у степу.</w:t>
      </w:r>
    </w:p>
    <w:p>
      <w:r>
        <w:br/>
        <w:br/>
        <w:t>Шугає вітер, сатаніє хвища.&lt;br /&gt;</w:t>
        <w:br/>
        <w:br/>
        <w:t>Ще спробуй тут багаття розвести.&lt;br /&gt;</w:t>
        <w:br/>
        <w:br/>
        <w:t>Аж де той ліс!&lt;br /&gt;</w:t>
        <w:br/>
        <w:br/>
        <w:t>Хоч спалюй топорища&lt;br /&gt;</w:t>
        <w:br/>
        <w:br/>
        <w:t>або рубай на цвинтарі хрести.</w:t>
      </w:r>
    </w:p>
    <w:p>
      <w:r>
        <w:br/>
        <w:br/>
        <w:t>Але ж не можна людність дратувати.&lt;br /&gt;</w:t>
        <w:br/>
        <w:br/>
        <w:t>Тут треба увійти без перешкод.&lt;br /&gt;</w:t>
        <w:br/>
        <w:br/>
        <w:t>Тут треба мирно.&lt;br /&gt;</w:t>
        <w:br/>
        <w:br/>
        <w:t>Все перетривати.&lt;br /&gt;</w:t>
        <w:br/>
        <w:br/>
        <w:t>Схизматики &amp;mdash; розпечений народ.</w:t>
      </w:r>
    </w:p>
    <w:p>
      <w:r>
        <w:br/>
        <w:br/>
        <w:t>Як не кричи, як браму не виламуй,&amp;mdash;&lt;br /&gt;</w:t>
        <w:br/>
        <w:br/>
        <w:t>угода є, то впустять. Та коли?&lt;br /&gt;</w:t>
        <w:br/>
        <w:br/>
        <w:t>...Вали високі. Що там за валами?&lt;br /&gt;</w:t>
        <w:br/>
        <w:br/>
        <w:t>Глухі ворота. І мовчать вали.</w:t>
      </w:r>
    </w:p>
    <w:p>
      <w:r>
        <w:br/>
        <w:br/>
        <w:t>А вранці, тільки почало світати,&lt;br /&gt;</w:t>
        <w:br/>
        <w:br/>
        <w:t>де не було, здається, ні душі,&amp;mdash;&lt;br /&gt;</w:t>
        <w:br/>
        <w:br/>
        <w:t>а вже стоять наведені гармати,&lt;br /&gt;</w:t>
        <w:br/>
        <w:br/>
        <w:t>і при лафетах &amp;mdash; мирні гармаші.&lt;br /&gt;</w:t>
        <w:br/>
        <w:br/>
        <w:t>Ніхто з панами не заводить бійки&lt;br /&gt;</w:t>
        <w:br/>
        <w:br/>
        <w:t>і навіть слів дошкульних не вжива.&lt;br /&gt;</w:t>
        <w:br/>
        <w:br/>
        <w:t>Хто курить дерев&amp;rsquo;яні носогрійки,&lt;br /&gt;</w:t>
        <w:br/>
        <w:br/>
        <w:t>хто порох в гаківниці набива.</w:t>
      </w:r>
    </w:p>
    <w:p>
      <w:r>
        <w:br/>
        <w:br/>
        <w:t>Сторожа, та стоїть собі на чатах.&lt;br /&gt;</w:t>
        <w:br/>
        <w:br/>
        <w:t>Та все їх більш над валом вирина,&amp;mdash;&lt;br /&gt;</w:t>
        <w:br/>
        <w:br/>
        <w:t>у чорних свитах, у шапках кучматих,&lt;br /&gt;</w:t>
        <w:br/>
        <w:br/>
        <w:t>в кобеняках з овечого сукна.&lt;br /&gt;</w:t>
        <w:br/>
        <w:br/>
        <w:t>Ніхто нічим нікому не вгрожає,&lt;br /&gt;</w:t>
        <w:br/>
        <w:br/>
        <w:t>ні в кого шабля не блищить в руці.&lt;br /&gt;</w:t>
        <w:br/>
        <w:br/>
        <w:t>Лиш на валах козацтво походжає&lt;br /&gt;</w:t>
        <w:br/>
        <w:br/>
        <w:t>і за щитами залягли стрільці.</w:t>
      </w:r>
    </w:p>
    <w:p>
      <w:r>
        <w:br/>
        <w:br/>
        <w:t>А вже шляхетство інеєм взялося,&lt;br /&gt;</w:t>
        <w:br/>
        <w:br/>
        <w:t>і вже охрипло панство від проклять.&lt;br /&gt;</w:t>
        <w:br/>
        <w:br/>
        <w:t>Кричіть, бряжчать,&lt;br /&gt;</w:t>
        <w:br/>
        <w:br/>
        <w:t>ворота вщент розносять.&lt;br /&gt;</w:t>
        <w:br/>
        <w:br/>
        <w:t>Але ж ворота ковані. Стоять.</w:t>
      </w:r>
    </w:p>
    <w:p>
      <w:r>
        <w:br/>
        <w:br/>
        <w:t>Якусь годину все це потривало.&lt;br /&gt;</w:t>
        <w:br/>
        <w:br/>
        <w:t>То їхній головний пояснень зажадав.&lt;br /&gt;</w:t>
        <w:br/>
        <w:br/>
        <w:t>А це від Пушкаря козак з міського валу&lt;br /&gt;</w:t>
        <w:br/>
        <w:br/>
        <w:t>такий універсал на списі їм подав:</w:t>
      </w:r>
    </w:p>
    <w:p>
      <w:r>
        <w:br/>
        <w:br/>
        <w:t>&amp;quot;Панове! Ви і ми&amp;mdash;це рівні два народи.&lt;br /&gt;</w:t>
        <w:br/>
        <w:br/>
        <w:t>В боях рішили спір, і вільні ми тепер.&lt;br /&gt;</w:t>
        <w:br/>
        <w:br/>
        <w:t>Ви, значить, принесли до нас свої клейноди.&lt;br /&gt;</w:t>
        <w:br/>
        <w:br/>
        <w:t>Свого орла також. А нащо нам орел?</w:t>
      </w:r>
    </w:p>
    <w:p>
      <w:r>
        <w:br/>
        <w:br/>
        <w:t>Наш полк стоїть у полковому місті.&lt;br /&gt;</w:t>
        <w:br/>
        <w:br/>
        <w:t>Це значить &amp;mdash; стоїмо ми на своїй землі.&lt;br /&gt;</w:t>
        <w:br/>
        <w:br/>
        <w:t>А ви тут хто такі? Стояли б десь на Віслі.&lt;br /&gt;</w:t>
        <w:br/>
        <w:br/>
        <w:t>У нас тут гетьманат, у вас там королі.</w:t>
      </w:r>
    </w:p>
    <w:p>
      <w:r>
        <w:br/>
        <w:br/>
        <w:t>Були б і ви, і ми таким би чином дома.&lt;br /&gt;</w:t>
        <w:br/>
        <w:br/>
        <w:t>Було б і вам, і нам кращіше так обом.&lt;br /&gt;</w:t>
        <w:br/>
        <w:br/>
        <w:t>Угода? Це ж яка? Вона нам невідома.&lt;br /&gt;</w:t>
        <w:br/>
        <w:br/>
        <w:t>Про що й звіщаєм вас з печаттю і гербом.</w:t>
      </w:r>
    </w:p>
    <w:p>
      <w:r>
        <w:br/>
        <w:br/>
        <w:t>Між іншим, ви такі пощипані війною&lt;br /&gt;</w:t>
        <w:br/>
        <w:br/>
        <w:t>і маєте харчів так мало про запас,&lt;br /&gt;</w:t>
        <w:br/>
        <w:br/>
        <w:t>що коли раптом тут піднімете ви зброю,&lt;br /&gt;</w:t>
        <w:br/>
        <w:br/>
        <w:t>то місце цих подій не свідчить проти нас&amp;quot;.</w:t>
      </w:r>
    </w:p>
    <w:p>
      <w:r>
        <w:br/>
        <w:br/>
        <w:t>...Минають миті, довші від століть.&lt;br /&gt;</w:t>
        <w:br/>
        <w:br/>
        <w:t>Дозорці ходять, наче на прогульку.&lt;br /&gt;</w:t>
        <w:br/>
        <w:br/>
        <w:t>Полтавський полк як вкопаний стоїть.&lt;br /&gt;</w:t>
        <w:br/>
        <w:br/>
        <w:t>Пушкар мовчить.&lt;br /&gt;</w:t>
        <w:br/>
        <w:br/>
        <w:t>І тільки палить люльку.</w:t>
      </w:r>
    </w:p>
    <w:p>
      <w:r>
        <w:br/>
        <w:br/>
        <w:t>&amp;mdash; Якщо ми здійсним ці статті угоди,&amp;mdash;&lt;br /&gt;</w:t>
        <w:br/>
        <w:br/>
        <w:t>дозорці гомоніли на валу,&amp;mdash;&lt;br /&gt;</w:t>
        <w:br/>
        <w:br/>
        <w:t>то й цей останній острівок свободи &amp;mdash;&lt;br /&gt;</w:t>
        <w:br/>
        <w:br/>
        <w:t>Полтавщина &amp;mdash; потрапить в кабалу!</w:t>
      </w:r>
    </w:p>
    <w:p>
      <w:r>
        <w:br/>
        <w:br/>
        <w:t>То це ми стільки вибули війни,&lt;br /&gt;</w:t>
        <w:br/>
        <w:br/>
        <w:t>щоб знов сюди вернулися вони?&lt;br /&gt;</w:t>
        <w:br/>
        <w:br/>
        <w:t>Щоб у Полтаві, полковому місті,&lt;br /&gt;</w:t>
        <w:br/>
        <w:br/>
        <w:t>стояло шляхти на кутку по двісті?!</w:t>
      </w:r>
    </w:p>
    <w:p>
      <w:r>
        <w:br/>
        <w:br/>
        <w:t>Вже й так життя, як льох без душника.&lt;br /&gt;</w:t>
        <w:br/>
        <w:br/>
        <w:t>Нема коли і жінку пожаліти.&lt;br /&gt;</w:t>
        <w:br/>
        <w:br/>
        <w:t>Так мало нам свойого Вишняка,&lt;br /&gt;</w:t>
        <w:br/>
        <w:br/>
        <w:t>потрібні нам ще їхні живоїди!</w:t>
      </w:r>
    </w:p>
    <w:p>
      <w:r>
        <w:br/>
        <w:br/>
        <w:t>Впустить в Полтаву військо його мосці?&lt;br /&gt;</w:t>
        <w:br/>
        <w:br/>
        <w:t>Е, ні, даруйте, тут нема дурних.&lt;br /&gt;</w:t>
        <w:br/>
        <w:br/>
        <w:t>Якщо їм зараз в руки не дамося,&lt;br /&gt;</w:t>
        <w:br/>
        <w:br/>
        <w:t>то згодом звідси й вдаримо на них.</w:t>
      </w:r>
    </w:p>
    <w:p>
      <w:r>
        <w:br/>
        <w:br/>
        <w:t>Вже дехто й занудився при дозвіллю:&lt;br /&gt;</w:t>
        <w:br/>
        <w:br/>
        <w:t>&amp;mdash; Якби хоч стрельнуть,&lt;br /&gt;</w:t>
        <w:br/>
        <w:br/>
        <w:t>хоч пшоном, хоч сіллю.</w:t>
      </w:r>
    </w:p>
    <w:p>
      <w:r>
        <w:br/>
        <w:br/>
        <w:t>Отаман Гук, що так гукає ловко,&lt;br /&gt;</w:t>
        <w:br/>
        <w:br/>
        <w:t>уже їм з валу гне сухого вовка.</w:t>
      </w:r>
    </w:p>
    <w:p>
      <w:r>
        <w:br/>
        <w:br/>
        <w:t>Лише Горбань хапає дрижаки.&lt;br /&gt;</w:t>
        <w:br/>
        <w:br/>
        <w:t>Кричить: &amp;mdash; Угода! Нарушать не смійте! &amp;mdash;&lt;br /&gt;</w:t>
        <w:br/>
        <w:br/>
        <w:t>Він думає,&amp;mdash; як впустять їх таки,&lt;br /&gt;</w:t>
        <w:br/>
        <w:br/>
        <w:t>то перш за все вони повісять війта.</w:t>
      </w:r>
    </w:p>
    <w:p>
      <w:r>
        <w:br/>
        <w:br/>
        <w:t>Вишняк, той крутить, преповажний пан,&lt;br /&gt;</w:t>
        <w:br/>
        <w:br/>
        <w:t>такий, що всіх панів перепанує.&lt;br /&gt;</w:t>
        <w:br/>
        <w:br/>
        <w:t>Учора, кажуть, приміряв жупан.&lt;br /&gt;</w:t>
        <w:br/>
        <w:br/>
        <w:t>Іти послом до шляхти пропонує.</w:t>
      </w:r>
    </w:p>
    <w:p>
      <w:r>
        <w:br/>
        <w:br/>
        <w:t>Але ж полковник не веде і вухом.&lt;br /&gt;</w:t>
        <w:br/>
        <w:br/>
        <w:t>Невже ж так і не виступим на прю?&lt;br /&gt;</w:t>
        <w:br/>
        <w:br/>
        <w:t>Лесько сказав:&lt;br /&gt;</w:t>
        <w:br/>
        <w:br/>
        <w:t>&amp;mdash; Як бухнем одним бухом!&amp;mdash;&lt;br /&gt;</w:t>
        <w:br/>
        <w:br/>
        <w:t>Пушкар сказав: &amp;mdash; Я вам поговорю!</w:t>
      </w:r>
    </w:p>
    <w:p>
      <w:r>
        <w:br/>
        <w:br/>
        <w:t>Тут головне &amp;mdash; спокійно і без крові.&lt;br /&gt;</w:t>
        <w:br/>
        <w:br/>
        <w:t>А там почнуться ночі сильвестр&amp;oacute;ві.&lt;br /&gt;</w:t>
        <w:br/>
        <w:br/>
        <w:t>А там Хрещення, Знайдення Глави...&lt;br /&gt;</w:t>
        <w:br/>
        <w:br/>
        <w:t>Це перемир&amp;rsquo;я, хлопці, до трави.</w:t>
      </w:r>
    </w:p>
    <w:p>
      <w:r>
        <w:br/>
        <w:br/>
        <w:t>...Іван стояв, дивився на валу.&lt;br /&gt;</w:t>
        <w:br/>
        <w:br/>
        <w:t>Все перед ним було як на долоні.&lt;br /&gt;</w:t>
        <w:br/>
        <w:br/>
        <w:t>Здіймало військо сніжну кушпелу.&lt;br /&gt;</w:t>
        <w:br/>
        <w:br/>
        <w:t>От коней шкода. Дуже добрі коні.</w:t>
      </w:r>
    </w:p>
    <w:p>
      <w:r>
        <w:br/>
        <w:br/>
        <w:t>Це ж де не йшли, забрали під сідло.&lt;br /&gt;</w:t>
        <w:br/>
        <w:br/>
        <w:t>Така зима, морози іорданські.&lt;br /&gt;</w:t>
        <w:br/>
        <w:br/>
        <w:t>Ич, скільки панства з ними прибуло!&lt;br /&gt;</w:t>
        <w:br/>
        <w:br/>
        <w:t>Один приїхав у кареті гданській.</w:t>
      </w:r>
    </w:p>
    <w:p>
      <w:r>
        <w:br/>
        <w:br/>
        <w:t>І німці є. Теж лицарі тевтонські.&lt;br /&gt;</w:t>
        <w:br/>
        <w:br/>
        <w:t>Усе кричить, нуртується, гуде.&lt;br /&gt;</w:t>
        <w:br/>
        <w:br/>
        <w:t>Звалити хочуть стіни єрихонські.&lt;br /&gt;</w:t>
        <w:br/>
        <w:br/>
        <w:t>Нічого. Вал міцненький. Не впаде.</w:t>
      </w:r>
    </w:p>
    <w:p>
      <w:r>
        <w:br/>
        <w:br/>
        <w:t>От тільки балка од дороги близько.&lt;br /&gt;</w:t>
        <w:br/>
        <w:br/>
        <w:t>Гей, діду, діду, ви ще там живі?&lt;br /&gt;</w:t>
        <w:br/>
        <w:br/>
        <w:t>Та й те сказать,&amp;mdash;&lt;br /&gt;</w:t>
        <w:br/>
        <w:br/>
        <w:t>хіба це вперше військо&lt;br /&gt;</w:t>
        <w:br/>
        <w:br/>
        <w:t>у нього там пройшло по голові?</w:t>
      </w:r>
    </w:p>
    <w:p>
      <w:r>
        <w:br/>
        <w:br/>
        <w:t>Пливуть над степом хмари волохаті.&lt;br /&gt;</w:t>
        <w:br/>
        <w:br/>
        <w:t>Живе там якось, як уже не є.&lt;br /&gt;</w:t>
        <w:br/>
        <w:br/>
        <w:t>Один-один.&lt;br /&gt;</w:t>
        <w:br/>
        <w:br/>
        <w:t>І домовик у хаті&lt;br /&gt;</w:t>
        <w:br/>
        <w:br/>
        <w:t>сміється, плаче й руку подає...</w:t>
      </w:r>
    </w:p>
    <w:p>
      <w:r>
        <w:br/>
        <w:br/>
        <w:t>А десь окремо, як болюча згадка,&lt;br /&gt;</w:t>
        <w:br/>
        <w:br/>
        <w:t>стоїть за зиму нахолола хатка.&lt;br /&gt;</w:t>
        <w:br/>
        <w:br/>
        <w:t>Над Ворсклою, під тими яворами,&lt;br /&gt;</w:t>
        <w:br/>
        <w:br/>
        <w:t>де вже ніхто не світить вечорами.&lt;br /&gt;</w:t>
        <w:br/>
        <w:br/>
        <w:t>І тільки вогник блимає вгорі.&lt;br /&gt;</w:t>
        <w:br/>
        <w:br/>
        <w:t>Там, певно, бог живе в монастирі.</w:t>
      </w:r>
    </w:p>
    <w:p>
      <w:r>
        <w:br/>
        <w:br/>
        <w:t>І вже забута богом і людьми&lt;br /&gt;</w:t>
        <w:br/>
        <w:br/>
        <w:t>живе Маруся в захистку зими.&lt;br /&gt;</w:t>
        <w:br/>
        <w:br/>
        <w:t>У снігових завоях завірюхи,&lt;br /&gt;</w:t>
        <w:br/>
        <w:br/>
        <w:t>де вже од хати тільки острішок,&lt;br /&gt;</w:t>
        <w:br/>
        <w:br/>
        <w:t>калиною годує омелюхів,&lt;br /&gt;</w:t>
        <w:br/>
        <w:br/>
        <w:t>отих жовтеньких стомлених пташок.</w:t>
      </w:r>
    </w:p>
    <w:p>
      <w:r>
        <w:br/>
        <w:br/>
        <w:t>Лиш час від часу прогучать копита.&lt;br /&gt;</w:t>
        <w:br/>
        <w:br/>
        <w:t>А там до хати й стежка не пробита.&lt;br /&gt;</w:t>
        <w:br/>
        <w:br/>
        <w:t>Біліє сніг в лелечому гнізді,&lt;br /&gt;</w:t>
        <w:br/>
        <w:br/>
        <w:t>і льоду вже намерзло півбадді.</w:t>
      </w:r>
    </w:p>
    <w:p>
      <w:r>
        <w:br/>
        <w:br/>
        <w:t>Хоч би десь вийшла в церкву, поміж люди,&lt;br /&gt;</w:t>
        <w:br/>
        <w:br/>
        <w:t>а то ж одна, ніколи і нікуди.&lt;br /&gt;</w:t>
        <w:br/>
        <w:br/>
        <w:t>Сухотний кашель надриває груди.&lt;br /&gt;</w:t>
        <w:br/>
        <w:br/>
        <w:t>Стоїть зима. Короткі сірі дні.&lt;br /&gt;</w:t>
        <w:br/>
        <w:br/>
        <w:t>Вночі горять сторожові вогні.</w:t>
      </w:r>
    </w:p>
    <w:p>
      <w:r>
        <w:br/>
        <w:br/>
        <w:t>Щодня, щомиті полк напоготові.&lt;br /&gt;</w:t>
        <w:br/>
        <w:br/>
        <w:t>Іван мовчить.&lt;br /&gt;</w:t>
        <w:br/>
        <w:br/>
        <w:t>Думки тепер тернові.&lt;br /&gt;</w:t>
        <w:br/>
        <w:br/>
        <w:t>І лиш бринить, як болісна струна:&lt;br /&gt;</w:t>
        <w:br/>
        <w:br/>
        <w:t>а як Маруся, як же там вона?</w:t>
      </w:r>
    </w:p>
    <w:p>
      <w:r>
        <w:br/>
        <w:br/>
        <w:t>...Та як, нічого. Нарікати гріх.&lt;br /&gt;</w:t>
        <w:br/>
        <w:br/>
        <w:t>Хіба я вже нещасніша за всіх?</w:t>
      </w:r>
    </w:p>
    <w:p>
      <w:r>
        <w:br/>
        <w:br/>
        <w:t>Живе ж оно Ящиха Балаклійська.&lt;br /&gt;</w:t>
        <w:br/>
        <w:br/>
        <w:t>А голосила ж років півтора.&lt;br /&gt;</w:t>
        <w:br/>
        <w:br/>
        <w:t>А чоловік же не вернувся з війська,&lt;br /&gt;</w:t>
        <w:br/>
        <w:br/>
        <w:t>живе ж вона, нічого, не вмира.</w:t>
      </w:r>
    </w:p>
    <w:p>
      <w:r>
        <w:br/>
        <w:br/>
        <w:t>Отак і я, привикну, якось житиму.&lt;br /&gt;</w:t>
        <w:br/>
        <w:br/>
        <w:t>Ніхто і не побачить, як тужитиму.</w:t>
      </w:r>
    </w:p>
    <w:p>
      <w:r>
        <w:br/>
        <w:br/>
        <w:t>Та тільки ж я вдова не Блаклійська.&lt;br /&gt;</w:t>
        <w:br/>
        <w:br/>
        <w:t>У неї муж не повернувся з війська.&lt;br /&gt;</w:t>
        <w:br/>
        <w:br/>
        <w:t>Поліг, загинув, вбитий молодим.&lt;br /&gt;</w:t>
        <w:br/>
        <w:br/>
        <w:t>Їй можна вічно плакати за ним.</w:t>
      </w:r>
    </w:p>
    <w:p>
      <w:r>
        <w:br/>
        <w:br/>
        <w:t>Щаслива ти, Ящихо Кошова!&lt;br /&gt;</w:t>
        <w:br/>
        <w:br/>
        <w:t>А я... Хто я? По кому я вдова?!</w:t>
      </w:r>
    </w:p>
    <w:p>
      <w:r>
        <w:br/>
        <w:br/>
        <w:t>...Так і живу. Минаю, наче хмарка.&lt;br /&gt;</w:t>
        <w:br/>
        <w:br/>
        <w:t>Вся облітаю, як осінній лист.&lt;br /&gt;</w:t>
        <w:br/>
        <w:br/>
        <w:t>То мишеня майне із закамарка.&lt;br /&gt;</w:t>
        <w:br/>
        <w:br/>
        <w:t>То дров підкине дядько Шибилист.</w:t>
      </w:r>
    </w:p>
    <w:p>
      <w:r>
        <w:br/>
        <w:br/>
        <w:t>То ти розважиш тугу нещадиму.&lt;br /&gt;</w:t>
        <w:br/>
        <w:br/>
        <w:t>То якось я і викреплю цю зиму.</w:t>
      </w:r>
    </w:p>
    <w:p>
      <w:r>
        <w:br/>
        <w:br/>
        <w:t>Так, сплю не сплю, зіщулюсь на печі.&lt;br /&gt;</w:t>
        <w:br/>
        <w:br/>
        <w:t>І виє пес на місяць уночі.</w:t>
      </w:r>
    </w:p>
    <w:p>
      <w:r>
        <w:br/>
        <w:br/>
        <w:t>Іван узяв ту руку, мов крижину:&lt;br /&gt;</w:t>
        <w:br/>
        <w:br/>
        <w:t>&amp;mdash; Ходім зі мною, доленько, ходім.&lt;br /&gt;</w:t>
        <w:br/>
        <w:br/>
        <w:t>Якби мені ти стала за дружину,&lt;br /&gt;</w:t>
        <w:br/>
        <w:br/>
        <w:t>яка б то радість увійшла в мій дім!</w:t>
      </w:r>
    </w:p>
    <w:p>
      <w:r>
        <w:br/>
        <w:br/>
        <w:t>Не повернула навіть голови.&lt;br /&gt;</w:t>
        <w:br/>
        <w:br/>
        <w:t>Лише печальне око з-під брови.&lt;br /&gt;</w:t>
        <w:br/>
        <w:br/>
        <w:t>Важка жалоба чорної коси,&lt;br /&gt;</w:t>
        <w:br/>
        <w:br/>
        <w:t>і тільки тінь колишньої краси.</w:t>
      </w:r>
    </w:p>
    <w:p>
      <w:r>
        <w:br/>
        <w:br/>
        <w:t>&amp;mdash; Кого ти любиш, Іване?&lt;br /&gt;</w:t>
        <w:br/>
        <w:br/>
        <w:t>Мене&lt;br /&gt;</w:t>
        <w:br/>
        <w:br/>
        <w:t>чи свою пам&amp;rsquo;ять?&lt;br /&gt;</w:t>
        <w:br/>
        <w:br/>
        <w:t>Красива я була, правда?&lt;br /&gt;</w:t>
        <w:br/>
        <w:br/>
        <w:t>Схожа на свою матір.&lt;br /&gt;</w:t>
        <w:br/>
        <w:br/>
        <w:t>Смілива я була, правда?&lt;br /&gt;</w:t>
        <w:br/>
        <w:br/>
        <w:t>Схожа на свого батька.&lt;br /&gt;</w:t>
        <w:br/>
        <w:br/>
        <w:t>Співуча я була, правда?&lt;br /&gt;</w:t>
        <w:br/>
        <w:br/>
        <w:t>Схожа на свій народ.&lt;br /&gt;</w:t>
        <w:br/>
        <w:br/>
        <w:t>А тепер моє обличчя зведене судомою болю.&lt;br /&gt;</w:t>
        <w:br/>
        <w:br/>
        <w:t>Вмираю від сухот.</w:t>
      </w:r>
    </w:p>
    <w:p>
      <w:r>
        <w:br/>
        <w:br/>
        <w:t>Сама від себе вже вмерла.&lt;br /&gt;</w:t>
        <w:br/>
        <w:br/>
        <w:t>І ти це, Іване, знаєш.&lt;br /&gt;</w:t>
        <w:br/>
        <w:br/>
        <w:t>Оце, що від мене лишилось,&lt;br /&gt;</w:t>
        <w:br/>
        <w:br/>
        <w:t>то, власне, уже не я.</w:t>
      </w:r>
    </w:p>
    <w:p>
      <w:r>
        <w:br/>
        <w:br/>
        <w:t>Ти любиш не цю, Іване.&lt;br /&gt;</w:t>
        <w:br/>
        <w:br/>
        <w:t>Ти пам&amp;rsquo;ять свою кохаєш.&lt;br /&gt;</w:t>
        <w:br/>
        <w:br/>
        <w:t>Щасливий будь нею, Іване.&lt;br /&gt;</w:t>
        <w:br/>
        <w:br/>
        <w:t>Бо пам&amp;rsquo;ять завжди твоя.</w:t>
      </w:r>
    </w:p>
    <w:p>
      <w:r>
        <w:br/>
        <w:br/>
        <w:t>&amp;mdash; Я і тоді любив тебе до болю.&lt;br /&gt;</w:t>
        <w:br/>
        <w:br/>
        <w:t>А вже тепер, Марусю, й поготів.&lt;br /&gt;</w:t>
        <w:br/>
        <w:br/>
        <w:t>Дозволь мені лишитися з тобою.&lt;br /&gt;</w:t>
        <w:br/>
        <w:br/>
        <w:t>Отак як є. Без змовин і сватів.</w:t>
      </w:r>
    </w:p>
    <w:p>
      <w:r>
        <w:br/>
        <w:br/>
        <w:t>У церкву підем. Піп нас обвінчає.&lt;br /&gt;</w:t>
        <w:br/>
        <w:br/>
        <w:t>Весілля справим. Пушкаря позвем.&lt;br /&gt;</w:t>
        <w:br/>
        <w:br/>
        <w:t>Як не полюбиш, в мене вистачає&lt;br /&gt;</w:t>
        <w:br/>
        <w:br/>
        <w:t>на двох любові. Якось проживем.</w:t>
      </w:r>
    </w:p>
    <w:p>
      <w:r>
        <w:br/>
        <w:br/>
        <w:t>&amp;mdash; Мене, Іване,&amp;mdash;отаку понівечену?&lt;br /&gt;</w:t>
        <w:br/>
        <w:br/>
        <w:t>Мене, Іване,&amp;mdash;отаку гірку?&lt;br /&gt;</w:t>
        <w:br/>
        <w:br/>
        <w:t>Хай бог пошле тобі хорошу дівчину,&lt;br /&gt;</w:t>
        <w:br/>
        <w:br/>
        <w:t>ще будеш ти щасливий на віку.</w:t>
      </w:r>
    </w:p>
    <w:p>
      <w:r>
        <w:br/>
        <w:br/>
        <w:t>На тому досить. І кінець розмові.&lt;br /&gt;</w:t>
        <w:br/>
        <w:br/>
        <w:t>Не треба й говорити нам про те.&lt;br /&gt;</w:t>
        <w:br/>
        <w:br/>
        <w:t>Моє життя &amp;mdash; руйн&amp;oacute;вище любові,&lt;br /&gt;</w:t>
        <w:br/>
        <w:br/>
        <w:t>де вже ніякий цвіт не процвіте.</w:t>
      </w:r>
    </w:p>
    <w:p>
      <w:r>
        <w:br/>
        <w:br/>
        <w:t>&amp;mdash; Останній плід на Чураївськім вітті!&lt;br /&gt;</w:t>
        <w:br/>
        <w:br/>
        <w:t>Оббив тебе такий жорстокий грім.&lt;br /&gt;</w:t>
        <w:br/>
        <w:br/>
        <w:t>Хоч би була залишила на світі&lt;br /&gt;</w:t>
        <w:br/>
        <w:br/>
        <w:t>дитиночку із голосом твоїм!</w:t>
      </w:r>
    </w:p>
    <w:p>
      <w:r>
        <w:br/>
        <w:br/>
        <w:t>&amp;mdash; Вже не залишу, долю змарнувала.&lt;br /&gt;</w:t>
        <w:br/>
        <w:br/>
        <w:t>Вже не залишу, час мій підоспів.&lt;br /&gt;</w:t>
        <w:br/>
        <w:br/>
        <w:t>Якби тепер, мабуть, я заспівала,&lt;br /&gt;</w:t>
        <w:br/>
        <w:br/>
        <w:t>було б це вже хрипіння, а не спів.</w:t>
      </w:r>
    </w:p>
    <w:p>
      <w:r>
        <w:br/>
        <w:br/>
        <w:t>Так і живу, без голосу, німа.&lt;br /&gt;</w:t>
        <w:br/>
        <w:br/>
        <w:t>Пісень немає &amp;mdash; і мене нема.</w:t>
      </w:r>
    </w:p>
    <w:p>
      <w:r>
        <w:br/>
        <w:br/>
        <w:t>...Оце і все що є тепер у мене,&lt;br /&gt;</w:t>
        <w:br/>
        <w:br/>
        <w:t>моя матусю, нене моя, нене! &amp;mdash;&lt;br /&gt;</w:t>
        <w:br/>
        <w:br/>
        <w:t>ота могила, на могилі хрест,&lt;br /&gt;</w:t>
        <w:br/>
        <w:br/>
        <w:t>і на деревах білий ожелест.</w:t>
      </w:r>
    </w:p>
    <w:p>
      <w:r>
        <w:br/>
        <w:br/>
        <w:t>Була у мене мати, наче бджілонька.&lt;br /&gt;</w:t>
        <w:br/>
        <w:br/>
        <w:t>Тепер я тут лишилася сама.&lt;br /&gt;</w:t>
        <w:br/>
        <w:br/>
        <w:t>Стоїть її холодная постілонька.&lt;br /&gt;</w:t>
        <w:br/>
        <w:br/>
        <w:t>Все як було. А матері нема.&lt;br /&gt;</w:t>
        <w:br/>
        <w:br/>
        <w:t>Це я убила, я! Її, хорошу.&lt;br /&gt;</w:t>
        <w:br/>
        <w:br/>
        <w:t>Картай себе уже чи не картай.&lt;br /&gt;</w:t>
        <w:br/>
        <w:br/>
        <w:t>Про що, Іване, я тебе попрошу,&amp;mdash;&lt;br /&gt;</w:t>
        <w:br/>
        <w:br/>
        <w:t>піди з могили сніг поодгортай.</w:t>
      </w:r>
    </w:p>
    <w:p>
      <w:r>
        <w:br/>
        <w:br/>
        <w:t>Іде Іван. І знову повертає.&lt;br /&gt;</w:t>
        <w:br/>
        <w:br/>
        <w:t>Думками сніг з могили одгортає.&lt;br /&gt;</w:t>
        <w:br/>
        <w:br/>
        <w:t>Вороже військо... Цвинтар при дорозі&amp;hellip;&lt;br /&gt;</w:t>
        <w:br/>
        <w:br/>
        <w:t>Четвертий тиждень місто у облозі.</w:t>
      </w:r>
    </w:p>
    <w:p>
      <w:r>
        <w:br/>
        <w:br/>
        <w:t>...Рубають, кляті, Пушкарівський ліс.&lt;br /&gt;</w:t>
        <w:br/>
        <w:br/>
        <w:t>Тріщіть і стогнуть, валяться дерева.&lt;br /&gt;</w:t>
        <w:br/>
        <w:br/>
        <w:t>Там і село за лісом &amp;mdash; Пушкареве.&lt;br /&gt;</w:t>
        <w:br/>
        <w:br/>
        <w:t>Рубають, кляті, Пушкарівський ліс!</w:t>
      </w:r>
    </w:p>
    <w:p>
      <w:r>
        <w:br/>
        <w:br/>
        <w:t>Старі дуби і парость молоду &amp;mdash;&lt;br /&gt;</w:t>
        <w:br/>
        <w:br/>
        <w:t>аби сьогодні, а вперед не дбають &amp;mdash;&lt;br /&gt;</w:t>
        <w:br/>
        <w:br/>
        <w:t>рубають криво, косо, без ладу,&amp;mdash;&lt;br /&gt;</w:t>
        <w:br/>
        <w:br/>
        <w:t>аж так і видно: не своє рубають.</w:t>
      </w:r>
    </w:p>
    <w:p>
      <w:r>
        <w:br/>
        <w:br/>
        <w:t>Що день, що ніч,&amp;mdash; рубають, аж гуде.&lt;br /&gt;</w:t>
        <w:br/>
        <w:br/>
        <w:t>Із валу видно &amp;mdash; звозять до дороги.&lt;br /&gt;</w:t>
        <w:br/>
        <w:br/>
        <w:t>Та ще й підстрелять зайця де-не-де,&lt;br /&gt;</w:t>
        <w:br/>
        <w:br/>
        <w:t>та ще й ведмедя викурять з барлоги.</w:t>
      </w:r>
    </w:p>
    <w:p>
      <w:r>
        <w:br/>
        <w:br/>
        <w:t>Сто років ріс. І ще сто років ріс.&lt;br /&gt;</w:t>
        <w:br/>
        <w:br/>
        <w:t>Полковнику! Це ж треба провалитись,&lt;br /&gt;</w:t>
        <w:br/>
        <w:br/>
        <w:t>щоб так оце стояти і дивитись!..&lt;br /&gt;</w:t>
        <w:br/>
        <w:br/>
        <w:t>Рубають, кляті, Пушкарівський ліс.</w:t>
      </w:r>
    </w:p>
    <w:p>
      <w:r>
        <w:br/>
        <w:br/>
        <w:t>Пушкар &amp;mdash;нічого. Глянув &amp;mdash; і нічого.&lt;br /&gt;</w:t>
        <w:br/>
        <w:br/>
        <w:t>Спокійні очі. Сива голова.&lt;br /&gt;</w:t>
        <w:br/>
        <w:br/>
        <w:t>Шорстка кирея кольору нічного.&lt;br /&gt;</w:t>
        <w:br/>
        <w:br/>
        <w:t>Дивився.&lt;br /&gt;</w:t>
        <w:br/>
        <w:br/>
        <w:t>Думав.&lt;br /&gt;</w:t>
        <w:br/>
        <w:br/>
        <w:t>&amp;mdash; Швидше б та трава!</w:t>
      </w:r>
    </w:p>
    <w:p>
      <w:r>
        <w:br/>
        <w:br/>
        <w:t>...Вночі над валом палахтить заграва.&lt;br /&gt;</w:t>
        <w:br/>
        <w:br/>
        <w:t>І попіл пахне долею Триліс.&lt;br /&gt;</w:t>
        <w:br/>
        <w:br/>
        <w:t>Як дикий звір, обкладена Полтава.&lt;br /&gt;</w:t>
        <w:br/>
        <w:br/>
        <w:t>Горять багаття &amp;mdash; Пушкарівський ліс.</w:t>
      </w:r>
    </w:p>
    <w:p>
      <w:r>
        <w:br/>
        <w:br/>
        <w:t>Горять багаття. Панство смажить вепра.&lt;br /&gt;</w:t>
        <w:br/>
        <w:br/>
        <w:t>Десь доп&amp;rsquo;яли старого сікача.&lt;br /&gt;</w:t>
        <w:br/>
        <w:br/>
        <w:t>Сидять, неначе виходці із пекла,&lt;br /&gt;</w:t>
        <w:br/>
        <w:br/>
        <w:t>усі пани полтавського ключа.</w:t>
      </w:r>
    </w:p>
    <w:p>
      <w:r>
        <w:br/>
        <w:br/>
        <w:t>У тих снігах, у тому палахтінні,&lt;br /&gt;</w:t>
        <w:br/>
        <w:br/>
        <w:t>заслухані у власну маячню,&lt;br /&gt;</w:t>
        <w:br/>
        <w:br/>
        <w:t>сидять, як хижі сатанинські тіні,&lt;br /&gt;</w:t>
        <w:br/>
        <w:br/>
        <w:t>у пурпурових відблисках вогню.</w:t>
      </w:r>
    </w:p>
    <w:p>
      <w:r>
        <w:br/>
        <w:br/>
        <w:t>І тільки цвинтар чорними хрестами&lt;br /&gt;</w:t>
        <w:br/>
        <w:br/>
        <w:t>із ночі підступає до багать.&lt;br /&gt;</w:t>
        <w:br/>
        <w:br/>
        <w:t>І вихолка ніяк не перестане,&lt;br /&gt;</w:t>
        <w:br/>
        <w:br/>
        <w:t>як привиди, у пίтьму одбігать...</w:t>
      </w:r>
    </w:p>
    <w:p>
      <w:r>
        <w:br/>
        <w:br/>
        <w:t>Оскільки ж мир,&lt;br /&gt;</w:t>
        <w:br/>
        <w:br/>
        <w:t>стріляти нам не можна.&lt;br /&gt;</w:t>
        <w:br/>
        <w:br/>
        <w:t>Лесько тупцює, сильно перемерз.&lt;br /&gt;</w:t>
        <w:br/>
        <w:br/>
        <w:t>У труби грають. Наволоч вельможна&lt;br /&gt;</w:t>
        <w:br/>
        <w:br/>
        <w:t>сама з собою танчить полонез.</w:t>
      </w:r>
    </w:p>
    <w:p>
      <w:r>
        <w:br/>
        <w:br/>
        <w:t>Мовляв, їм добре. Козакам в досаду.&lt;br /&gt;</w:t>
        <w:br/>
        <w:br/>
        <w:t>Ось почекай, мазурку ще утнуть.&lt;br /&gt;</w:t>
        <w:br/>
        <w:br/>
        <w:t>Ми видержим. Хай танчать до упаду&lt;br /&gt;</w:t>
        <w:br/>
        <w:br/>
        <w:t>Вони стріляти першими почнуть.</w:t>
      </w:r>
    </w:p>
    <w:p>
      <w:r>
        <w:br/>
        <w:br/>
        <w:t>...Стоять вельможні. Діло затяжне.&lt;br /&gt;</w:t>
        <w:br/>
        <w:br/>
        <w:t>Здається, так стоятимуть довіку.&lt;br /&gt;</w:t>
        <w:br/>
        <w:br/>
        <w:t>Лесько сміється: &amp;mdash; Голод підіжме&lt;br /&gt;</w:t>
        <w:br/>
        <w:br/>
        <w:t>чкурнуть, як чорт від кукуріку.</w:t>
      </w:r>
    </w:p>
    <w:p>
      <w:r>
        <w:br/>
        <w:br/>
        <w:t>От хто веселий, так оцей Лесько.&lt;br /&gt;</w:t>
        <w:br/>
        <w:br/>
        <w:t>Біда йому для смутку не причина.&lt;br /&gt;</w:t>
        <w:br/>
        <w:br/>
        <w:t>Бо як приніс на світ його бузько,&lt;br /&gt;</w:t>
        <w:br/>
        <w:br/>
        <w:t>то так і виріс наймитом хлопчина.</w:t>
      </w:r>
    </w:p>
    <w:p>
      <w:r>
        <w:br/>
        <w:br/>
        <w:t>Так присутяжив змалку його чмир,&lt;br /&gt;</w:t>
        <w:br/>
        <w:br/>
        <w:t>так остогидли стусани і кпини,&amp;mdash;&lt;br /&gt;</w:t>
        <w:br/>
        <w:br/>
        <w:t>а тут війна. А це ж таки не мир.&lt;br /&gt;</w:t>
        <w:br/>
        <w:br/>
        <w:t>В чмира табун, а у Леська &amp;mdash; й шкапини.</w:t>
      </w:r>
    </w:p>
    <w:p>
      <w:r>
        <w:br/>
        <w:br/>
        <w:t>Вдовиний син, замріяна душа,&amp;mdash;&lt;br /&gt;</w:t>
        <w:br/>
        <w:br/>
        <w:t>вже сотня їхня вийшла із Опішні,&lt;br /&gt;</w:t>
        <w:br/>
        <w:br/>
        <w:t>а він біжить за ними, як лоша,&lt;br /&gt;</w:t>
        <w:br/>
        <w:br/>
        <w:t>і гірко думи думає невтішні,&amp;mdash;</w:t>
      </w:r>
    </w:p>
    <w:p>
      <w:r>
        <w:br/>
        <w:br/>
        <w:t>що як же так, в похід йому пора,&lt;br /&gt;</w:t>
        <w:br/>
        <w:br/>
        <w:t>сімнадцять літ, а він сидіти буде?!&lt;br /&gt;</w:t>
        <w:br/>
        <w:br/>
        <w:t>Якби коня позичити в чмира,&lt;br /&gt;</w:t>
        <w:br/>
        <w:br/>
        <w:t>а шаблю він і в битві роздобуде!</w:t>
      </w:r>
    </w:p>
    <w:p>
      <w:r>
        <w:br/>
        <w:br/>
        <w:t>...Його піймав хазяїн у степу.&lt;br /&gt;</w:t>
        <w:br/>
        <w:br/>
        <w:t>З чужою в суд приведений конякою,&lt;br /&gt;</w:t>
        <w:br/>
        <w:br/>
        <w:t>він пояснив, що квапився в похід,&lt;br /&gt;</w:t>
        <w:br/>
        <w:br/>
        <w:t>отож не встиг чмиру сказати &amp;quot;дякую&amp;quot;.</w:t>
      </w:r>
    </w:p>
    <w:p>
      <w:r>
        <w:br/>
        <w:br/>
        <w:t>Подумав суд і розсудив їх так:&lt;br /&gt;</w:t>
        <w:br/>
        <w:br/>
        <w:t>що він же вкрав не гроші, не з городу.&lt;br /&gt;</w:t>
        <w:br/>
        <w:br/>
        <w:t>Іде війна. А що ж то за козак,&lt;br /&gt;</w:t>
        <w:br/>
        <w:br/>
        <w:t>котрий коня не має для походу?</w:t>
      </w:r>
    </w:p>
    <w:p>
      <w:r>
        <w:br/>
        <w:br/>
        <w:t>Що він чмиру ніяка ж не рідня,&lt;br /&gt;</w:t>
        <w:br/>
        <w:br/>
        <w:t>а все життя старається, гарує.&lt;br /&gt;</w:t>
        <w:br/>
        <w:br/>
        <w:t>Не доробився до свого коня,&lt;br /&gt;</w:t>
        <w:br/>
        <w:br/>
        <w:t>то хай йому хазяїн подарує.</w:t>
      </w:r>
    </w:p>
    <w:p>
      <w:r>
        <w:br/>
        <w:br/>
        <w:t>Отож тепер, він хлопець при коні.&lt;br /&gt;</w:t>
        <w:br/>
        <w:br/>
        <w:t>Хоробрий хлопець, не якась .там хлипавка.&lt;br /&gt;</w:t>
        <w:br/>
        <w:br/>
        <w:t>...Лесько сказав: &amp;mdash; Хіба це голод? Ні.&lt;br /&gt;</w:t>
        <w:br/>
        <w:br/>
        <w:t>Це просто піст. На те ж воно й пилипівка.</w:t>
      </w:r>
    </w:p>
    <w:p>
      <w:r>
        <w:br/>
        <w:br/>
        <w:t>...А дні ідуть. Уд&amp;aacute;внилась облога.&lt;br /&gt;</w:t>
        <w:br/>
        <w:br/>
        <w:t>Вже навіть звикли. Йдеться до Різдва.&lt;br /&gt;</w:t>
        <w:br/>
        <w:br/>
        <w:t>З усіх боків одрізана дорога,&amp;mdash;&lt;br /&gt;</w:t>
        <w:br/>
        <w:br/>
        <w:t>Полтавонько, ти все-таки жива?</w:t>
      </w:r>
    </w:p>
    <w:p>
      <w:r>
        <w:br/>
        <w:br/>
        <w:t>Вже навіть хтось пішов на вечорниці,&lt;br /&gt;</w:t>
        <w:br/>
        <w:br/>
        <w:t>об землю вдарив лиха того шмат.&lt;br /&gt;</w:t>
        <w:br/>
        <w:br/>
        <w:t>Дівки собі стоять біля криниці,&lt;br /&gt;</w:t>
        <w:br/>
        <w:br/>
        <w:t>а парубки стоять біля дівчат.</w:t>
      </w:r>
    </w:p>
    <w:p>
      <w:r>
        <w:br/>
        <w:br/>
        <w:t>Грицькова мати доживає віку.&lt;br /&gt;</w:t>
        <w:br/>
        <w:br/>
        <w:t>Отаман Гук гукає на валу.&lt;br /&gt;</w:t>
        <w:br/>
        <w:br/>
        <w:t>Шинкарка Таця сіла на публ&amp;iacute;ку,&lt;br /&gt;</w:t>
        <w:br/>
        <w:br/>
        <w:t>за блудодійство врізано полу.</w:t>
      </w:r>
    </w:p>
    <w:p>
      <w:r>
        <w:br/>
        <w:br/>
        <w:t>В неділю був базар.&lt;br /&gt;</w:t>
        <w:br/>
        <w:br/>
        <w:t>Вже чим там торгували,&lt;br /&gt;</w:t>
        <w:br/>
        <w:br/>
        <w:t>але ж таки &amp;mdash; в неділю був базар.&lt;br /&gt;</w:t>
        <w:br/>
        <w:br/>
        <w:t>Баби на гурт дві качки продавали.&lt;br /&gt;</w:t>
        <w:br/>
        <w:br/>
        <w:t>Хто виніс мак, хто рибу, хто узвар.</w:t>
      </w:r>
    </w:p>
    <w:p>
      <w:r>
        <w:br/>
        <w:br/>
        <w:t>Хтось навіть бачив справжню паляницю.&lt;br /&gt;</w:t>
        <w:br/>
        <w:br/>
        <w:t>Дзизь навіть трохи душу закропив.&lt;br /&gt;</w:t>
        <w:br/>
        <w:br/>
        <w:t>Лесько, продавши гриву гривострижцю,&lt;br /&gt;</w:t>
        <w:br/>
        <w:br/>
        <w:t>собі пищаль гвинтовану купив.</w:t>
      </w:r>
    </w:p>
    <w:p>
      <w:r>
        <w:br/>
        <w:br/>
        <w:t>Зате було матерій на базарі! &amp;mdash;&lt;br /&gt;</w:t>
        <w:br/>
        <w:br/>
        <w:t>зарбаф, штамет, об&amp;rsquo;яр і алтабас.&lt;br /&gt;</w:t>
        <w:br/>
        <w:br/>
        <w:t>А нащо ті шовки та мухоярі? &amp;mdash;&lt;br /&gt;</w:t>
        <w:br/>
        <w:br/>
        <w:t>Тепер купляй китайку про запас.</w:t>
      </w:r>
    </w:p>
    <w:p>
      <w:r>
        <w:br/>
        <w:br/>
        <w:t>А ще були там прянощі й приправи.&lt;br /&gt;</w:t>
        <w:br/>
        <w:br/>
        <w:t>Такі ж приправи гарні, як на сміх:&lt;br /&gt;</w:t>
        <w:br/>
        <w:br/>
        <w:t>Шапран та перець,&amp;mdash; до якої страви?&lt;br /&gt;</w:t>
        <w:br/>
        <w:br/>
        <w:t>Чи той мушкатний запашний горіх?</w:t>
      </w:r>
    </w:p>
    <w:p>
      <w:r>
        <w:br/>
        <w:br/>
        <w:t>Імбирцю, може? Може, кардамону?&lt;br /&gt;</w:t>
        <w:br/>
        <w:br/>
        <w:t>Цитрон заморський,&amp;mdash; гріш йому ціна,&lt;br /&gt;</w:t>
        <w:br/>
        <w:br/>
        <w:t>коли керсетку он яку червону&lt;br /&gt;</w:t>
        <w:br/>
        <w:br/>
        <w:t>дають за вузлик прілого пшона.</w:t>
      </w:r>
    </w:p>
    <w:p>
      <w:r>
        <w:br/>
        <w:br/>
        <w:t>Такий свят-вечір, що нема й куті.&lt;br /&gt;</w:t>
        <w:br/>
        <w:br/>
        <w:t>Стоїть Іван. Над валом крупка сіє.&lt;br /&gt;</w:t>
        <w:br/>
        <w:br/>
        <w:t>&amp;mdash; Чого стоїш отут на видноті?&lt;br /&gt;</w:t>
        <w:br/>
        <w:br/>
        <w:t>Ще стрілить хто.&lt;br /&gt;</w:t>
        <w:br/>
        <w:br/>
        <w:t>&amp;mdash; Не стрілить. Не посміє.</w:t>
      </w:r>
    </w:p>
    <w:p>
      <w:r>
        <w:br/>
        <w:br/>
        <w:t>Був у Марусі. Снігом замело.&lt;br /&gt;</w:t>
        <w:br/>
        <w:br/>
        <w:t>Прийшов до неї, навіть не зраділа.&lt;br /&gt;</w:t>
        <w:br/>
        <w:br/>
        <w:t>А на свят-вечір як вона сиділа,&lt;br /&gt;</w:t>
        <w:br/>
        <w:br/>
        <w:t>то вже од неї тіні те було.</w:t>
      </w:r>
    </w:p>
    <w:p>
      <w:r>
        <w:br/>
        <w:br/>
        <w:t>Мовчить Іван, потемнівши лицем.&lt;br /&gt;</w:t>
        <w:br/>
        <w:br/>
        <w:t>Очей не зводить з поля і дороги.&lt;br /&gt;</w:t>
        <w:br/>
        <w:br/>
        <w:t>І кожна мить то може буть кінцем,&lt;br /&gt;</w:t>
        <w:br/>
        <w:br/>
        <w:t>то може буть початком перемоги.</w:t>
      </w:r>
    </w:p>
    <w:p>
      <w:r>
        <w:br/>
        <w:br/>
        <w:t>...А це якраз після Різдва уранці&lt;br /&gt;</w:t>
        <w:br/>
        <w:br/>
        <w:t>ушкварили панове навдиранці.&lt;br /&gt;</w:t>
        <w:br/>
        <w:br/>
        <w:t>Налаштували з ночі свою валку,&lt;br /&gt;</w:t>
        <w:br/>
        <w:br/>
        <w:t>вже без погроз, без лютих перехвалок,&lt;br /&gt;</w:t>
        <w:br/>
        <w:br/>
        <w:t>знялись тихенько &amp;mdash; та й у степ безмежний.&lt;br /&gt;</w:t>
        <w:br/>
        <w:br/>
        <w:t>То вже тепер хоч цвинтар незалежний.</w:t>
      </w:r>
    </w:p>
    <w:p>
      <w:r>
        <w:br/>
        <w:br/>
        <w:t>Бо поки тут вони під валом бігали,&lt;br /&gt;</w:t>
        <w:br/>
        <w:br/>
        <w:t>у ці ворота ступою товкли,&lt;br /&gt;</w:t>
        <w:br/>
        <w:br/>
        <w:t>у спину їм з Брацлавщини й Чернігова&lt;br /&gt;</w:t>
        <w:br/>
        <w:br/>
        <w:t>нових повстань пожежі припекли.</w:t>
      </w:r>
    </w:p>
    <w:p>
      <w:r>
        <w:br/>
        <w:br/>
        <w:t>То й мусили забрать свої застави,&lt;br /&gt;</w:t>
        <w:br/>
        <w:br/>
        <w:t>мабуть, уже не тільки з-під Полтави.</w:t>
      </w:r>
    </w:p>
    <w:p>
      <w:r>
        <w:br/>
        <w:br/>
        <w:t>І відступили &amp;mdash;&amp;mdash; у полях тих самих.&lt;br /&gt;</w:t>
        <w:br/>
        <w:br/>
        <w:t>За ними панство у ріжнатих санях.&lt;br /&gt;</w:t>
        <w:br/>
        <w:br/>
        <w:t>І їхній ксьондз, небритий півзими,&lt;br /&gt;</w:t>
        <w:br/>
        <w:br/>
        <w:t>закутаний в тутейші килими.&lt;br /&gt;</w:t>
        <w:br/>
        <w:br/>
        <w:t>І те кварцяне військо зашкарубле,&lt;br /&gt;</w:t>
        <w:br/>
        <w:br/>
        <w:t>і ті гусари, зведені на пси,&lt;br /&gt;</w:t>
        <w:br/>
        <w:br/>
        <w:t>в обледеніле хутряне шкаруп&amp;rsquo;я&lt;br /&gt;</w:t>
        <w:br/>
        <w:br/>
        <w:t>ховаючи похнюплені носи...</w:t>
      </w:r>
    </w:p>
    <w:p>
      <w:r>
        <w:br/>
        <w:br/>
        <w:t>Вже й день минув, і обрії примеркли.&lt;br /&gt;</w:t>
        <w:br/>
        <w:br/>
        <w:t>Уже й людьми дорога загула.&lt;br /&gt;</w:t>
        <w:br/>
        <w:br/>
        <w:t>І кволим дзвоном цвинтарної церкви&lt;br /&gt;</w:t>
        <w:br/>
        <w:br/>
        <w:t>жива Полтава голос подала.</w:t>
      </w:r>
    </w:p>
    <w:p>
      <w:r>
        <w:br/>
        <w:br/>
        <w:t>Ген-ген у полі бовваніє чата.&lt;br /&gt;</w:t>
        <w:br/>
        <w:br/>
        <w:t>А при дорозі, жерлом у замет,&lt;br /&gt;</w:t>
        <w:br/>
        <w:br/>
        <w:t>стоїть покинута гармата,&lt;br /&gt;</w:t>
        <w:br/>
        <w:br/>
        <w:t>чавунний львівський фальконет.</w:t>
      </w:r>
    </w:p>
    <w:p>
      <w:r>
        <w:br/>
        <w:br/>
        <w:t>Де слідно кіньми, застрибали галки.&lt;br /&gt;</w:t>
        <w:br/>
        <w:br/>
        <w:t>Вечірнє сонце скоро догорить.&lt;br /&gt;</w:t>
        <w:br/>
        <w:br/>
        <w:t>...І знов димок із Дідової Балки&lt;br /&gt;</w:t>
        <w:br/>
        <w:br/>
        <w:t>курить собі у небо та й курить!</w:t>
      </w:r>
    </w:p>
    <w:p>
      <w:r>
        <w:br/>
        <w:br/>
        <w:t>ВЕСНА, І СМЕРТЬ,&lt;br /&gt;</w:t>
        <w:br/>
        <w:br/>
        <w:t>І СВІТЛЕ ВОСКРЕСІННЯ&lt;br /&gt;</w:t>
        <w:br/>
        <w:br/>
        <w:t>Розділ IX&lt;br /&gt;</w:t>
        <w:br/>
        <w:br/>
        <w:t>Весна прийшла так якось несподівано!&lt;br /&gt;</w:t>
        <w:br/>
        <w:br/>
        <w:t>Зима стояла міцно до пори.&lt;br /&gt;</w:t>
        <w:br/>
        <w:br/>
        <w:t>Вітри війнули з півдня. І тоді вона&lt;br /&gt;</w:t>
        <w:br/>
        <w:br/>
        <w:t>немов у Ворсклу з&amp;rsquo;їхала з гори.&lt;br /&gt;</w:t>
        <w:br/>
        <w:br/>
        <w:t>Ще сніг ковтала повідь широченна,&lt;br /&gt;</w:t>
        <w:br/>
        <w:br/>
        <w:t>і рала ждав іще тужавий лан.&lt;br /&gt;</w:t>
        <w:br/>
        <w:br/>
        <w:t>А під горою вишня наречена&lt;br /&gt;</w:t>
        <w:br/>
        <w:br/>
        <w:t>вже до віночка міряє туман.&lt;br /&gt;</w:t>
        <w:br/>
        <w:br/>
        <w:t>Подовшав день.&lt;br /&gt;</w:t>
        <w:br/>
        <w:br/>
        <w:t>Полегшали ці тіні,&lt;br /&gt;</w:t>
        <w:br/>
        <w:br/>
        <w:t>вечірні тіні спогадів і хмар.&lt;br /&gt;</w:t>
        <w:br/>
        <w:br/>
        <w:t>І дика груша в білому цвітінні&lt;br /&gt;</w:t>
        <w:br/>
        <w:br/>
        <w:t>на ціле поле світить, як ліхтар.</w:t>
      </w:r>
    </w:p>
    <w:p>
      <w:r>
        <w:br/>
        <w:br/>
        <w:t>Уже в дітей порожевіли личка.&lt;br /&gt;</w:t>
        <w:br/>
        <w:br/>
        <w:t>Уже дощем надихалась рілля.&lt;br /&gt;</w:t>
        <w:br/>
        <w:br/>
        <w:t>І скрізь трава, травиченька, травичка!&lt;br /&gt;</w:t>
        <w:br/>
        <w:br/>
        <w:t>І сонце сипле квіти, як з бриля.</w:t>
      </w:r>
    </w:p>
    <w:p>
      <w:r>
        <w:br/>
        <w:br/>
        <w:t>Вже онде щось і сіють у долині.&lt;br /&gt;</w:t>
        <w:br/>
        <w:br/>
        <w:t>Вже долітає пісня з далини.&lt;br /&gt;</w:t>
        <w:br/>
        <w:br/>
        <w:t>Вже горлиця аврукає в бруслині,&lt;br /&gt;</w:t>
        <w:br/>
        <w:br/>
        <w:t>стоять в заплавах золоті лини.</w:t>
      </w:r>
    </w:p>
    <w:p>
      <w:r>
        <w:br/>
        <w:br/>
        <w:t>Тут коло нас така зелена балочка,&lt;br /&gt;</w:t>
        <w:br/>
        <w:br/>
        <w:t>там озеро, не видно йому дна.&lt;br /&gt;</w:t>
        <w:br/>
        <w:br/>
        <w:t>Вже прилетіла голуба рибалочка,&lt;br /&gt;</w:t>
        <w:br/>
        <w:br/>
        <w:t>ніс в неї довгий, довший, ніж вона.</w:t>
      </w:r>
    </w:p>
    <w:p>
      <w:r>
        <w:br/>
        <w:br/>
        <w:t>Вже й дикі гуси в небі пролітали,&lt;br /&gt;</w:t>
        <w:br/>
        <w:br/>
        <w:t>вже й лебеді кричали крізь туман.&lt;br /&gt;</w:t>
        <w:br/>
        <w:br/>
        <w:t>Вже ходять в болотах біля Полтави&lt;br /&gt;</w:t>
        <w:br/>
        <w:br/>
        <w:t>ходуличник, крохаль і турухтан.</w:t>
      </w:r>
    </w:p>
    <w:p>
      <w:r>
        <w:br/>
        <w:br/>
        <w:t>Воскресли люди, хоч який хто квелий,&lt;br /&gt;</w:t>
        <w:br/>
        <w:br/>
        <w:t>після облоги схожі на примар.&lt;br /&gt;</w:t>
        <w:br/>
        <w:br/>
        <w:t>І монастир з цвітіння тих жарделей&lt;br /&gt;</w:t>
        <w:br/>
        <w:br/>
        <w:t>пливе у небо, як з рожевих хмар.</w:t>
      </w:r>
    </w:p>
    <w:p>
      <w:r>
        <w:br/>
        <w:br/>
        <w:t>О Боже духів і живої плоті!&lt;br /&gt;</w:t>
        <w:br/>
        <w:br/>
        <w:t>Я вперше усміхаюся, прости.&lt;br /&gt;</w:t>
        <w:br/>
        <w:br/>
        <w:t>Якась галузка в тому живоплоті&lt;br /&gt;</w:t>
        <w:br/>
        <w:br/>
        <w:t>і та он пнеться, хоче розцвісти.</w:t>
      </w:r>
    </w:p>
    <w:p>
      <w:r>
        <w:br/>
        <w:br/>
        <w:t>Весна прийшла. Скасовано угоду.&lt;br /&gt;</w:t>
        <w:br/>
        <w:br/>
        <w:t>Вся Україна знову у вогні.&lt;br /&gt;</w:t>
        <w:br/>
        <w:br/>
        <w:t>Цвіте земля, задивлена в свободу.&lt;br /&gt;</w:t>
        <w:br/>
        <w:br/>
        <w:t>Аж навіть жити хочеться мені.</w:t>
      </w:r>
    </w:p>
    <w:p>
      <w:r>
        <w:br/>
        <w:br/>
        <w:t>Як гарно з хаті, як просторо в сінях!&lt;br /&gt;</w:t>
        <w:br/>
        <w:br/>
        <w:t>Як оживають ниви і сади!&lt;br /&gt;</w:t>
        <w:br/>
        <w:br/>
        <w:t>А щоб хоч щось лишилось на насіння,&lt;br /&gt;</w:t>
        <w:br/>
        <w:br/>
        <w:t>на Пасху їли хліб із лободи.</w:t>
      </w:r>
    </w:p>
    <w:p>
      <w:r>
        <w:br/>
        <w:br/>
        <w:t>І знов лелека молиться до зірки.&lt;br /&gt;</w:t>
        <w:br/>
        <w:br/>
        <w:t>Клинець городу хоче врожаю.&lt;br /&gt;</w:t>
        <w:br/>
        <w:br/>
        <w:t>Є жменя жита, маку є півмірки,&lt;br /&gt;</w:t>
        <w:br/>
        <w:br/>
        <w:t>і чорнобривці, й трохи рижію.</w:t>
      </w:r>
    </w:p>
    <w:p>
      <w:r>
        <w:br/>
        <w:br/>
        <w:t>Спасибі, земле, за твої щедроти!&lt;br /&gt;</w:t>
        <w:br/>
        <w:br/>
        <w:t>За білий цвіт, за те, що довші дні.&lt;br /&gt;</w:t>
        <w:br/>
        <w:br/>
        <w:t>Прийшла весна. Сухоти є сухоти.&lt;br /&gt;</w:t>
        <w:br/>
        <w:br/>
        <w:t>Все гіршає і гіршає мені.</w:t>
      </w:r>
    </w:p>
    <w:p>
      <w:r>
        <w:br/>
        <w:br/>
        <w:t>Уже од кашлю в грудях все зболіло.&lt;br /&gt;</w:t>
        <w:br/>
        <w:br/>
        <w:t>То в жар, то в холод кидає. Ну ось,&lt;br /&gt;</w:t>
        <w:br/>
        <w:br/>
        <w:t>уже й моє намисто побіліло,&lt;br /&gt;</w:t>
        <w:br/>
        <w:br/>
        <w:t>мов памороззю сизою взялось.</w:t>
      </w:r>
    </w:p>
    <w:p>
      <w:r>
        <w:br/>
        <w:br/>
        <w:t>Як дивно, жар, але холонуть руки.&lt;br /&gt;</w:t>
        <w:br/>
        <w:br/>
        <w:t>А солов&amp;rsquo;ї чогось як навісні!&lt;br /&gt;</w:t>
        <w:br/>
        <w:br/>
        <w:t>Самотнім добре,&amp;mdash; жодної розлуки.&lt;br /&gt;</w:t>
        <w:br/>
        <w:br/>
        <w:t>Сухотним добре, &amp;mdash; гаснуть навесні.</w:t>
      </w:r>
    </w:p>
    <w:p>
      <w:r>
        <w:br/>
        <w:br/>
        <w:t>От тільки шкода &amp;mdash; вже не заспіваю.&lt;br /&gt;</w:t>
        <w:br/>
        <w:br/>
        <w:t>Город глушіє,&amp;mdash; вже не прополю.&lt;br /&gt;</w:t>
        <w:br/>
        <w:br/>
        <w:t>Щодня ту ніч, як смерть, перепливаю,&lt;br /&gt;</w:t>
        <w:br/>
        <w:br/>
        <w:t>Життя, як промінь сонячний, ловлю.</w:t>
      </w:r>
    </w:p>
    <w:p>
      <w:r>
        <w:br/>
        <w:br/>
        <w:t>А дні стоять,&amp;mdash; не хочеться тужити!&lt;br /&gt;</w:t>
        <w:br/>
        <w:br/>
        <w:t>І кожна пташка хатку собі в&amp;rsquo;є.&lt;br /&gt;</w:t>
        <w:br/>
        <w:br/>
        <w:t>&amp;mdash; Скажи, зозуле, скільки мені жити? &amp;mdash;&lt;br /&gt;</w:t>
        <w:br/>
        <w:br/>
        <w:t>Кує зозуля... Цілий день кує...</w:t>
      </w:r>
    </w:p>
    <w:p>
      <w:r>
        <w:br/>
        <w:br/>
        <w:t>Іван приходив. Так, посидів мовчки.&lt;br /&gt;</w:t>
        <w:br/>
        <w:br/>
        <w:t>Устав, пішов, оглянувся з воріт.&lt;br /&gt;</w:t>
        <w:br/>
        <w:br/>
        <w:t>Лише весна укинулась в листочки,&lt;br /&gt;</w:t>
        <w:br/>
        <w:br/>
        <w:t>підняв їх знову гетьман у похід.</w:t>
      </w:r>
    </w:p>
    <w:p>
      <w:r>
        <w:br/>
        <w:br/>
        <w:t>Заграли знову труби до походу,&lt;br /&gt;</w:t>
        <w:br/>
        <w:br/>
        <w:t>війнуло громом з Тясьмина-ріки.&lt;br /&gt;</w:t>
        <w:br/>
        <w:br/>
        <w:t>Богдан підняв козацтво за свободу,&lt;br /&gt;</w:t>
        <w:br/>
        <w:br/>
        <w:t>універсалом обіслав полки.</w:t>
      </w:r>
    </w:p>
    <w:p>
      <w:r>
        <w:br/>
        <w:br/>
        <w:t>&amp;mdash; І знов земля кипить у боротьбі.&lt;br /&gt;</w:t>
        <w:br/>
        <w:br/>
        <w:t>І знову я належу не собі,&amp;mdash;&lt;br /&gt;</w:t>
        <w:br/>
        <w:br/>
        <w:t>сказав Іван. Дивився, як востаннє.&lt;br /&gt;</w:t>
        <w:br/>
        <w:br/>
        <w:t>Торкнув мене прощальними вустами.</w:t>
      </w:r>
    </w:p>
    <w:p>
      <w:r>
        <w:br/>
        <w:br/>
        <w:t>Не знала я, що сум такий огорне.&lt;br /&gt;</w:t>
        <w:br/>
        <w:br/>
        <w:t>Вмирати буду,&amp;mdash; пом&amp;rsquo;яну добром.&lt;br /&gt;</w:t>
        <w:br/>
        <w:br/>
        <w:t>Кирея з вильотами чорна&lt;br /&gt;</w:t>
        <w:br/>
        <w:br/>
        <w:t>в останній раз майнула за бугром.</w:t>
      </w:r>
    </w:p>
    <w:p>
      <w:r>
        <w:br/>
        <w:br/>
        <w:t>І я, котрій давно вже все байдуже,&lt;br /&gt;</w:t>
        <w:br/>
        <w:br/>
        <w:t>уже нічим я сльози не впиню.&lt;br /&gt;</w:t>
        <w:br/>
        <w:br/>
        <w:t>Прощай Іване, найвірніший друже,&lt;br /&gt;</w:t>
        <w:br/>
        <w:br/>
        <w:t>шляхетна іскро вічного вогню!</w:t>
      </w:r>
    </w:p>
    <w:p>
      <w:r>
        <w:br/>
        <w:br/>
        <w:t>Виходить полк. Іван під корогвами.&lt;br /&gt;</w:t>
        <w:br/>
        <w:br/>
        <w:t>І я край шляху осторонь стою.&lt;br /&gt;</w:t>
        <w:br/>
        <w:br/>
        <w:t>Моя душа здригнулася словами.&lt;br /&gt;</w:t>
        <w:br/>
        <w:br/>
        <w:t>Співають пісню, боже мій, мою!</w:t>
      </w:r>
    </w:p>
    <w:p>
      <w:r>
        <w:br/>
        <w:br/>
        <w:t>І &amp;quot;Зелененький барвіночку&amp;quot;,&lt;br /&gt;</w:t>
        <w:br/>
        <w:br/>
        <w:t>й &amp;quot;Не плач, не журися,&lt;br /&gt;</w:t>
        <w:br/>
        <w:br/>
        <w:t>а за свого миленького богу помолися&amp;quot;.&lt;br /&gt;</w:t>
        <w:br/>
        <w:br/>
        <w:t>І про того козаченька,&lt;br /&gt;</w:t>
        <w:br/>
        <w:br/>
        <w:t>що їхав за Д&amp;eacute;сну.&lt;br /&gt;</w:t>
        <w:br/>
        <w:br/>
        <w:t>&amp;quot;Рости, рости, дівчинонько,&lt;br /&gt;</w:t>
        <w:br/>
        <w:br/>
        <w:t>на другую весну!&amp;quot;&lt;br /&gt;</w:t>
        <w:br/>
        <w:br/>
        <w:t>І про воду каламутну,&lt;br /&gt;</w:t>
        <w:br/>
        <w:br/>
        <w:t>чи не хвиля збила.&lt;br /&gt;</w:t>
        <w:br/>
        <w:br/>
        <w:t>І про тую дівчиноньку,&lt;br /&gt;</w:t>
        <w:br/>
        <w:br/>
        <w:t>що вірно любила.&lt;br /&gt;</w:t>
        <w:br/>
        <w:br/>
        <w:t>І про гору високую,&lt;br /&gt;</w:t>
        <w:br/>
        <w:br/>
        <w:t>і про ту криницю....</w:t>
      </w:r>
    </w:p>
    <w:p>
      <w:r>
        <w:br/>
        <w:br/>
        <w:t>Дівчата вчора берегом ішли,&lt;br /&gt;</w:t>
        <w:br/>
        <w:br/>
        <w:t>та й заспівали: &amp;quot;Ой не ходи, Грицю&amp;quot;.</w:t>
      </w:r>
    </w:p>
    <w:p>
      <w:r>
        <w:br/>
        <w:br/>
        <w:t>А я стояла... Що ж мені, кричати?..&lt;br /&gt;</w:t>
        <w:br/>
        <w:br/>
        <w:t>Які мені сказати їм слова?..&lt;br /&gt;</w:t>
        <w:br/>
        <w:br/>
        <w:t>Дівчаточка, дівчатонька, дівчата!&lt;br /&gt;</w:t>
        <w:br/>
        <w:br/>
        <w:t>Цю не співайте, я ж іще жива.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 Чурай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