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Маруся Богуславка</w:t>
      </w:r>
    </w:p>
    <w:p>
      <w:r>
        <w:br/>
        <w:t xml:space="preserve"> Староруська поема</w:t>
      </w:r>
    </w:p>
    <w:p>
      <w:r>
        <w:br/>
        <w:t>(1620 — 1621)</w:t>
      </w:r>
    </w:p>
    <w:p>
      <w:r>
        <w:br/>
        <w:t>"Нет царства, которое не разорилось бы,&lt;br /&gt;</w:t>
        <w:br/>
        <w:t>будучи в обладании клириков".&lt;br /&gt;</w:t>
        <w:br/>
        <w:t>Иоанн Грозный</w:t>
      </w:r>
    </w:p>
    <w:p>
      <w:r>
        <w:br/>
        <w:t>"Ой, бородачи!.. Многому злу корень —&lt;br /&gt;</w:t>
        <w:br/>
        <w:t>старцы и попы!"&lt;br /&gt;</w:t>
        <w:br/>
        <w:t>Петр Великий</w:t>
      </w:r>
    </w:p>
    <w:p>
      <w:r>
        <w:br/>
        <w:t>ПРИСВЯТ</w:t>
      </w:r>
    </w:p>
    <w:p>
      <w:r>
        <w:br/>
        <w:t>Тобі... О! Де ж те слово гарне, чисте,&lt;br /&gt;</w:t>
        <w:br/>
        <w:t>Блискуче, як срібло, розтоплене в горнилі,&lt;br /&gt;</w:t>
        <w:br/>
        <w:t>Щоб світу возвістить про свято урочисте&lt;br /&gt;</w:t>
        <w:br/>
        <w:t>Твоєї похвали, мій духу світлокрилий?</w:t>
      </w:r>
    </w:p>
    <w:p>
      <w:r>
        <w:br/>
        <w:t>Ні, не землі, не нам тебе благословляти,&lt;br /&gt;</w:t>
        <w:br/>
        <w:t>Пречисту в помислах, у задумах величну!&lt;br /&gt;</w:t>
        <w:br/>
        <w:t>Не знаєм, як тебе, яким ім'ям назвати,&lt;br /&gt;</w:t>
        <w:br/>
        <w:t>На пам'ять між, людьми, на шану віковічну.</w:t>
      </w:r>
    </w:p>
    <w:p>
      <w:r>
        <w:br/>
        <w:t>Там, де, мечта душі, витають херувими,&lt;br /&gt;</w:t>
        <w:br/>
        <w:t>Дадуть ім'я тобі, зорі новорожденній...&lt;br /&gt;</w:t>
        <w:br/>
        <w:t>Як перло між перел, між душами святими&lt;br /&gt;</w:t>
        <w:br/>
        <w:t>Сіятимеш в своїй красі благословенній.</w:t>
      </w:r>
    </w:p>
    <w:p>
      <w:r>
        <w:br/>
        <w:t>Сіяй і проливай в серця людські відраду;&lt;br /&gt;</w:t>
        <w:br/>
        <w:t>Нехай твою тропу, спасенну стежку знають,&lt;br /&gt;</w:t>
        <w:br/>
        <w:t>Нехай над світ увесь возлюблять щиру правду,&lt;br /&gt;</w:t>
        <w:br/>
        <w:t>Про неї родяться, за неї помирають.</w:t>
      </w:r>
    </w:p>
    <w:p>
      <w:r>
        <w:br/>
        <w:t>А я, коли твоя божественна природа&lt;br /&gt;</w:t>
        <w:br/>
        <w:t>Вселилась у мій дух і я твоїм диханнєм&lt;br /&gt;</w:t>
        <w:br/>
        <w:t>Повіну на серця, як райська прохолода,&lt;br /&gt;</w:t>
        <w:br/>
        <w:t>Як жизні вічний хір, весни благоуханнє.</w:t>
      </w:r>
    </w:p>
    <w:p>
      <w:r>
        <w:br/>
        <w:t>Се не моя хвала, твоя се буде слава,&lt;br /&gt;</w:t>
        <w:br/>
        <w:t>Твоя се ісповідь, твоє сердечне слово,&lt;br /&gt;</w:t>
        <w:br/>
        <w:t>Посланнице небес, Мадонно величава,&lt;br /&gt;</w:t>
        <w:br/>
        <w:t>Натхненне праведне високого й святого!</w:t>
      </w:r>
    </w:p>
    <w:p>
      <w:r>
        <w:br/>
        <w:t>ПІСНЯ ПЕРВА</w:t>
      </w:r>
    </w:p>
    <w:p>
      <w:r>
        <w:br/>
        <w:t>ДУМА ПЕРВА</w:t>
      </w:r>
    </w:p>
    <w:p>
      <w:r>
        <w:br/>
        <w:t>Музо, правди староруської вовік жива богине,&lt;br /&gt;</w:t>
        <w:br/>
        <w:t>Серця чистого і розуму свободного святине!</w:t>
      </w:r>
    </w:p>
    <w:p>
      <w:r>
        <w:br/>
        <w:t>Ми покинули з тобою шлях широкий суєвірства,&lt;br /&gt;</w:t>
        <w:br/>
        <w:t>Відцурались візантійського і римського попівства.</w:t>
      </w:r>
    </w:p>
    <w:p>
      <w:r>
        <w:br/>
        <w:t>Занедбали й ті перекази, ті споминки криваві,&lt;br /&gt;</w:t>
        <w:br/>
        <w:t>Що діди вважали за вінець своєї честі й слави.</w:t>
      </w:r>
    </w:p>
    <w:p>
      <w:r>
        <w:br/>
        <w:t>Ми пуття собі в козацькому завзятті не шукаєм,&lt;br /&gt;</w:t>
        <w:br/>
        <w:t>Щастя й долі в єзуїтському лукавстві не вбачаєм.</w:t>
      </w:r>
    </w:p>
    <w:p>
      <w:r>
        <w:br/>
        <w:t>Дай же нам, богине, тільки щирій правді поклонятись&lt;br /&gt;</w:t>
        <w:br/>
        <w:t>І в ім'я твоє святе дітьми терпимості озватись.</w:t>
      </w:r>
    </w:p>
    <w:p>
      <w:r>
        <w:br/>
        <w:t>Нехай інший хто в казки письмацькі давні поринає,&lt;br /&gt;</w:t>
        <w:br/>
        <w:t>Хитромовну їх імлу, мов чисту правду, прославляє.</w:t>
      </w:r>
    </w:p>
    <w:p>
      <w:r>
        <w:br/>
        <w:t>Ми про давні давна без гніву й лукавства спогадаймо,&lt;br /&gt;</w:t>
        <w:br/>
        <w:t>Про безладдє наших бідолашних предків заспіваймо.</w:t>
      </w:r>
    </w:p>
    <w:p>
      <w:r>
        <w:br/>
        <w:t>Заспіваймо ж перш усього про попа, попів окрасу,&lt;br /&gt;</w:t>
        <w:br/>
        <w:t>Дивовижу свого темного розбійницького часу:</w:t>
      </w:r>
    </w:p>
    <w:p>
      <w:r>
        <w:br/>
        <w:t>Як він чесно духом бодрим проти кривди подвизався,&lt;br /&gt;</w:t>
        <w:br/>
        <w:t>Хоч наслідним суєвірством понад іншими й не знявся.</w:t>
      </w:r>
    </w:p>
    <w:p>
      <w:r>
        <w:br/>
        <w:t>* * *</w:t>
      </w:r>
    </w:p>
    <w:p>
      <w:r>
        <w:br/>
        <w:t>Був сей піп коліна панського, з Підгір'я Ярославець,&lt;br /&gt;</w:t>
        <w:br/>
        <w:t>А на прізвище, по спомину й переказу, Державець '</w:t>
      </w:r>
    </w:p>
    <w:p>
      <w:r>
        <w:br/>
        <w:t>Бо його шляхетні предки за велику мали славу,&lt;br /&gt;</w:t>
        <w:br/>
        <w:t>Що з давен давнезних заслужили в короля державу.</w:t>
      </w:r>
    </w:p>
    <w:p>
      <w:r>
        <w:br/>
        <w:t>І було незгірш панам Державцям на Підгір'ї жити,&lt;br /&gt;</w:t>
        <w:br/>
        <w:t>Поки в Русь не поналазили гадюки єзуїти.</w:t>
      </w:r>
    </w:p>
    <w:p>
      <w:r>
        <w:br/>
        <w:t>Був Державець русин з огняною щирою душею:&lt;br /&gt;</w:t>
        <w:br/>
        <w:t>Не поладив він з тією злою, в'їдливою тлею.</w:t>
      </w:r>
    </w:p>
    <w:p>
      <w:r>
        <w:br/>
        <w:t>Кинув на поталу єзуїтам рід свій і родину,&lt;br /&gt;</w:t>
        <w:br/>
        <w:t>Заволікся пішки на козацьку вольну Україну.</w:t>
      </w:r>
    </w:p>
    <w:p>
      <w:r>
        <w:br/>
        <w:t>Не злякавсь шляхів татарських і пустинь тих українських,&lt;br /&gt;</w:t>
        <w:br/>
        <w:t>Рятував і серце, й розум од підходів єзуїтських.</w:t>
      </w:r>
    </w:p>
    <w:p>
      <w:r>
        <w:br/>
        <w:t>Волив лучче всяку нужду і тяжку біду приймати,&lt;br /&gt;</w:t>
        <w:br/>
        <w:t>Ніж з ляхами по науці єзуїтській панувати,</w:t>
      </w:r>
    </w:p>
    <w:p>
      <w:r>
        <w:br/>
        <w:t>З русинів ляхву та недоляшків штучно виробляти,&lt;br /&gt;</w:t>
        <w:br/>
        <w:t>Правду-матір, честь, і волю, й душу Риму продавати.</w:t>
      </w:r>
    </w:p>
    <w:p>
      <w:r>
        <w:br/>
        <w:t>Приблудивсь до річки Росі єзуїтський ненавидник,&lt;br /&gt;</w:t>
        <w:br/>
        <w:t>Підступної проповіді польсько-римської противник.</w:t>
      </w:r>
    </w:p>
    <w:p>
      <w:r>
        <w:br/>
        <w:t>Приблудивсь до узграничного містечка Богуслава 2,&lt;br /&gt;</w:t>
        <w:br/>
        <w:t>Де козак не знав і не питав, чия воно держава.</w:t>
      </w:r>
    </w:p>
    <w:p>
      <w:r>
        <w:br/>
        <w:t>Уродливий, молодий, моторний, хоч і небагатий,&lt;br /&gt;</w:t>
        <w:br/>
        <w:t>Приймаком пристав до вдовиної нужденної хати.</w:t>
      </w:r>
    </w:p>
    <w:p>
      <w:r>
        <w:br/>
        <w:t>Ущасливив бідолашну вбогу вдівоньку козачку,&lt;br /&gt;</w:t>
        <w:br/>
        <w:t>Як поняв у неї безприданку дочку-одиначку.</w:t>
      </w:r>
    </w:p>
    <w:p>
      <w:r>
        <w:br/>
        <w:t>Жили-пробували у старій оселі хоч не вельми пишно,&lt;br /&gt;</w:t>
        <w:br/>
        <w:t>Та хвалити Бога і Святу Покрову 3 що було затишно.</w:t>
      </w:r>
    </w:p>
    <w:p>
      <w:r>
        <w:br/>
        <w:t>ДУМА ДРУГА</w:t>
      </w:r>
    </w:p>
    <w:p>
      <w:r>
        <w:br/>
        <w:t>Уподобали на нашому Пороссі Ярославля,&lt;br /&gt;</w:t>
        <w:br/>
        <w:t>З-над Дністра, із руського Підгір'я шляхтича Державця.</w:t>
      </w:r>
    </w:p>
    <w:p>
      <w:r>
        <w:br/>
        <w:t>Був-бо він мистець великий по верхах з книжок читати,&lt;br /&gt;</w:t>
        <w:br/>
        <w:t>Алілую, кондаки, ірмоси й тропарі співати,</w:t>
      </w:r>
    </w:p>
    <w:p>
      <w:r>
        <w:br/>
        <w:t>І пани його й усі міщане вельми полюбили,&lt;br /&gt;</w:t>
        <w:br/>
        <w:t>Напідпитку й по тверезу одинаково хвалили,</w:t>
      </w:r>
    </w:p>
    <w:p>
      <w:r>
        <w:br/>
        <w:t>Що попа, приблудного волоха 4, в хибах поправляє,&lt;br /&gt;</w:t>
        <w:br/>
        <w:t>І дяка гучним Апостолом за пояс затикає.</w:t>
      </w:r>
    </w:p>
    <w:p>
      <w:r>
        <w:br/>
        <w:t>І зібралась у них у неділю рано чорна рада, 5&lt;br /&gt;</w:t>
        <w:br/>
        <w:t>Врадила на чорній раді однословно вся громада:</w:t>
      </w:r>
    </w:p>
    <w:p>
      <w:r>
        <w:br/>
        <w:t>Із нетяг зібрать по денежці, а з дуків — по півкопи,&lt;br /&gt;</w:t>
        <w:br/>
        <w:t>І тим скарбом висвятить його в Печерському 6 на попи.</w:t>
      </w:r>
    </w:p>
    <w:p>
      <w:r>
        <w:br/>
        <w:t>А волошина-приблуду з Богуславщини прогнати,&lt;br /&gt;</w:t>
        <w:br/>
        <w:t>Бо не вмів старий гаразд ні служби править, ні співати.</w:t>
      </w:r>
    </w:p>
    <w:p>
      <w:r>
        <w:br/>
        <w:t>Вихваляло все Поросся нового попа — й миряне,&lt;br /&gt;</w:t>
        <w:br/>
        <w:t>І пани, і крамарі, і всі цеховики-міщане.</w:t>
      </w:r>
    </w:p>
    <w:p>
      <w:r>
        <w:br/>
        <w:t>"Хоч у нас, — мовляли, — церква шатами не знакомита,&lt;br /&gt;</w:t>
        <w:br/>
        <w:t>Да поповим розумом, мов золотом, кругом окрита".</w:t>
      </w:r>
    </w:p>
    <w:p>
      <w:r>
        <w:br/>
        <w:t>Тільки козакам Державець був не так-то до вподоби:&lt;br /&gt;</w:t>
        <w:br/>
        <w:t>Бо не мав до них прихильності, поваги, ні шаноби.</w:t>
      </w:r>
    </w:p>
    <w:p>
      <w:r>
        <w:br/>
        <w:t>На бенкети суті в курені до них не поспішався,&lt;br /&gt;</w:t>
        <w:br/>
        <w:t>Горілок їх добрих і медів п'яних немов цурався.</w:t>
      </w:r>
    </w:p>
    <w:p>
      <w:r>
        <w:br/>
        <w:t>А найбільше тим козацтву піп сей був не до любові,&lt;br /&gt;</w:t>
        <w:br/>
        <w:t>Що казав, як думав, щиру правду козакові.</w:t>
      </w:r>
    </w:p>
    <w:p>
      <w:r>
        <w:br/>
        <w:t>Він картав у церкві козаків докірними словами,&lt;br /&gt;</w:t>
        <w:br/>
        <w:t>Соромив їх дуків хижими, кривавими ділами.</w:t>
      </w:r>
    </w:p>
    <w:p>
      <w:r>
        <w:br/>
        <w:t>І полковника козацького, й обозного 7, й гетьмана 8&lt;br /&gt;</w:t>
        <w:br/>
        <w:t>Поважав не вельми більш, як нехриста і бусурмана.</w:t>
      </w:r>
    </w:p>
    <w:p>
      <w:r>
        <w:br/>
        <w:t>"Бо вони, — рече, — Дніпром на море випливали,&lt;br /&gt;</w:t>
        <w:br/>
        <w:t>Та й купецьким суднам християнським пільги не давали;</w:t>
      </w:r>
    </w:p>
    <w:p>
      <w:r>
        <w:br/>
        <w:t>Християн-купців, як і невірних турків, пліндрували,&lt;br /&gt;</w:t>
        <w:br/>
        <w:t>А награбивши турецького немов добра, гуляли.</w:t>
      </w:r>
    </w:p>
    <w:p>
      <w:r>
        <w:br/>
        <w:t>В погулянках славились морським походом та хвалились,&lt;br /&gt;</w:t>
        <w:br/>
        <w:t>Що за віру б то благочестиву християнську бились.</w:t>
      </w:r>
    </w:p>
    <w:p>
      <w:r>
        <w:br/>
        <w:t>І п'яне кобзарство, шинкове нищунство, підкупляли,&lt;br /&gt;</w:t>
        <w:br/>
        <w:t>Щоб у кобзу про лицарство їх розбійницьке бряжчали.</w:t>
      </w:r>
    </w:p>
    <w:p>
      <w:r>
        <w:br/>
        <w:t>А пропившись&lt;br /&gt;</w:t>
        <w:br/>
        <w:t>І, мов крем'ях той, оббившись,</w:t>
      </w:r>
    </w:p>
    <w:p>
      <w:r>
        <w:br/>
        <w:t>Свою рідну Україну пліндрували,&lt;br /&gt;</w:t>
        <w:br/>
        <w:t>Милосердного гріхами прогнівляли;</w:t>
      </w:r>
    </w:p>
    <w:p>
      <w:r>
        <w:br/>
        <w:t>Божий бич, татар, на села накликали,&lt;br /&gt;</w:t>
        <w:br/>
        <w:t>Много християнських душ занапащали"...</w:t>
      </w:r>
    </w:p>
    <w:p>
      <w:r>
        <w:br/>
        <w:t>На попа за се козацтво нарікало,&lt;br /&gt;</w:t>
        <w:br/>
        <w:t>І на часточку йому не подавало;</w:t>
      </w:r>
    </w:p>
    <w:p>
      <w:r>
        <w:br/>
        <w:t>По чужих церквах акафісти наймало,&lt;br /&gt;</w:t>
        <w:br/>
        <w:t>Роківщиною його ніже не обмисляло.</w:t>
      </w:r>
    </w:p>
    <w:p>
      <w:r>
        <w:br/>
        <w:t>Не пізнав розкошів богуславський чесний піп-тімаха,&lt;br /&gt;</w:t>
        <w:br/>
        <w:t>На попівстві жив мов гречкосій-доматор сіромаха.</w:t>
      </w:r>
    </w:p>
    <w:p>
      <w:r>
        <w:br/>
        <w:t>Проста хата в нього сяла тільки гарними богами,&lt;br /&gt;</w:t>
        <w:br/>
        <w:t>Та пахущими на божниках квітками й рушниками,</w:t>
      </w:r>
    </w:p>
    <w:p>
      <w:r>
        <w:br/>
        <w:t>Та хорошою, як Божий рай, вродливою дочкою,&lt;br /&gt;</w:t>
        <w:br/>
        <w:t>Що всім брала очі дивною якоюсь красотою.</w:t>
      </w:r>
    </w:p>
    <w:p>
      <w:r>
        <w:br/>
        <w:t>Байдуже було старому про багатство:&lt;br /&gt;</w:t>
        <w:br/>
        <w:t>"Не від сього, — рече, — миру наше царство"...</w:t>
      </w:r>
    </w:p>
    <w:p>
      <w:r>
        <w:br/>
        <w:t>І на те з старою не вважали,&lt;br /&gt;</w:t>
        <w:br/>
        <w:t>Що попи їх із попадями минали,</w:t>
      </w:r>
    </w:p>
    <w:p>
      <w:r>
        <w:br/>
        <w:t>Інде попасу веселого собі шукали,&lt;br /&gt;</w:t>
        <w:br/>
        <w:t>Від убогої гостини потай утікали.</w:t>
      </w:r>
    </w:p>
    <w:p>
      <w:r>
        <w:br/>
        <w:t>Один тільки й пан прихильний обібрався,&lt;br /&gt;</w:t>
        <w:br/>
        <w:t>Товстогубим між козаками звався.</w:t>
      </w:r>
    </w:p>
    <w:p>
      <w:r>
        <w:br/>
        <w:t>Не любив також і сей бенкетувати,&lt;br /&gt;</w:t>
        <w:br/>
        <w:t>А любив з попом у Біблії 9 читати.</w:t>
      </w:r>
    </w:p>
    <w:p>
      <w:r>
        <w:br/>
        <w:t>До попа частенько став сей пан ходити,&lt;br /&gt;</w:t>
        <w:br/>
        <w:t>І без чарки про спасенне говорити.</w:t>
      </w:r>
    </w:p>
    <w:p>
      <w:r>
        <w:br/>
        <w:t>Хто казав: любив він попадю старую,&lt;br /&gt;</w:t>
        <w:br/>
        <w:t>Хто казав: ще й більш попівну молодую.</w:t>
      </w:r>
    </w:p>
    <w:p>
      <w:r>
        <w:br/>
        <w:t>Замолоду він якось не оженився,&lt;br /&gt;</w:t>
        <w:br/>
        <w:t>І в літа, ляхи мовляли, panski вбився:</w:t>
      </w:r>
    </w:p>
    <w:p>
      <w:r>
        <w:br/>
        <w:t>Дак лизав старий до молодої губки,&lt;br /&gt;</w:t>
        <w:br/>
        <w:t>Буркотав, як сивий голуб до голубки.</w:t>
      </w:r>
    </w:p>
    <w:p>
      <w:r>
        <w:br/>
        <w:t>ДУМА ТРЕТЯ</w:t>
      </w:r>
    </w:p>
    <w:p>
      <w:r>
        <w:br/>
        <w:t>І</w:t>
      </w:r>
    </w:p>
    <w:p>
      <w:r>
        <w:br/>
        <w:t>"І не кажи мені,&lt;br /&gt;</w:t>
        <w:br/>
        <w:t>І не турчи мені:&lt;br /&gt;</w:t>
        <w:br/>
        <w:t>Не хочу слухать-знати,&lt;br /&gt;</w:t>
        <w:br/>
        <w:t>Щоб за нелюбого&lt;br /&gt;</w:t>
        <w:br/>
        <w:t>Да товстогубого&lt;br /&gt;</w:t>
        <w:br/>
        <w:t>Марусеньку віддати". —</w:t>
      </w:r>
    </w:p>
    <w:p>
      <w:r>
        <w:br/>
        <w:t>II</w:t>
      </w:r>
    </w:p>
    <w:p>
      <w:r>
        <w:br/>
        <w:t>"І не проси мене,&lt;br /&gt;</w:t>
        <w:br/>
        <w:t>І не гризи мене:&lt;br /&gt;</w:t>
        <w:br/>
        <w:t>Шкода про се й казати,&lt;br /&gt;</w:t>
        <w:br/>
        <w:t>Щоб із злиденником&lt;br /&gt;</w:t>
        <w:br/>
        <w:t>Та безземельником&lt;br /&gt;</w:t>
        <w:br/>
        <w:t>Марусеньку звінчати.</w:t>
      </w:r>
    </w:p>
    <w:p>
      <w:r>
        <w:br/>
        <w:t>III</w:t>
      </w:r>
    </w:p>
    <w:p>
      <w:r>
        <w:br/>
        <w:t>І батько, й дід його,&lt;br /&gt;</w:t>
        <w:br/>
        <w:t>І рід, і плід його&lt;br /&gt;</w:t>
        <w:br/>
        <w:t>Се все було ледащо:&lt;br /&gt;</w:t>
        <w:br/>
        <w:t>Бо козакуючи,&lt;br /&gt;</w:t>
        <w:br/>
        <w:t>Статки гайнуючи,&lt;br /&gt;</w:t>
        <w:br/>
        <w:t>Позводились нінащо".</w:t>
      </w:r>
    </w:p>
    <w:p>
      <w:r>
        <w:br/>
        <w:t>Так старенький із старою&lt;br /&gt;</w:t>
        <w:br/>
        <w:t>День у день сварився,&lt;br /&gt;</w:t>
        <w:br/>
        <w:t>А козак із їх дочкою&lt;br /&gt;</w:t>
        <w:br/>
        <w:t>Тайкома любився.</w:t>
      </w:r>
    </w:p>
    <w:p>
      <w:r>
        <w:br/>
        <w:t>Була гарна вбога панна,&lt;br /&gt;</w:t>
        <w:br/>
        <w:t>Краля-королиця:&lt;br /&gt;</w:t>
        <w:br/>
        <w:t>Як ясна зоря, рум'яна,&lt;br /&gt;</w:t>
        <w:br/>
        <w:t>Як сніг, білолиця.</w:t>
      </w:r>
    </w:p>
    <w:p>
      <w:r>
        <w:br/>
        <w:t>Народила мати доню —&lt;br /&gt;</w:t>
        <w:br/>
        <w:t>Мов намалювала;&lt;br /&gt;</w:t>
        <w:br/>
        <w:t>Надала їй щастє-долю,&lt;br /&gt;</w:t>
        <w:br/>
        <w:t>Щоб біди не знала.</w:t>
      </w:r>
    </w:p>
    <w:p>
      <w:r>
        <w:br/>
        <w:t>А біда не за горами,&lt;br /&gt;</w:t>
        <w:br/>
        <w:t>Ходить проміж нами...&lt;br /&gt;</w:t>
        <w:br/>
        <w:t>Очі з чорними бровами&lt;br /&gt;</w:t>
        <w:br/>
        <w:t>Миготять сльозами.</w:t>
      </w:r>
    </w:p>
    <w:p>
      <w:r>
        <w:br/>
        <w:t>Миготять, мов блискавиці,&lt;br /&gt;</w:t>
        <w:br/>
        <w:t>З-під густої тучі,&lt;br /&gt;</w:t>
        <w:br/>
        <w:t>Як стоїть коло криниці,&lt;br /&gt;</w:t>
        <w:br/>
        <w:t>Свою долю ждучи.</w:t>
      </w:r>
    </w:p>
    <w:p>
      <w:r>
        <w:br/>
        <w:t>"Не ходи вже, доле й воле,&lt;br /&gt;</w:t>
        <w:br/>
        <w:t>Вранці до криниці:&lt;br /&gt;</w:t>
        <w:br/>
        <w:t>Продають мене за поле,&lt;br /&gt;</w:t>
        <w:br/>
        <w:t>За важкі червінці". —</w:t>
      </w:r>
    </w:p>
    <w:p>
      <w:r>
        <w:br/>
        <w:t>"Ні, покіль на небі зорі&lt;br /&gt;</w:t>
        <w:br/>
        <w:t>Місяця стрічають,&lt;br /&gt;</w:t>
        <w:br/>
        <w:t>Покіль на безкраїм морі&lt;br /&gt;</w:t>
        <w:br/>
        <w:t>З вітром хвилі грають,</w:t>
      </w:r>
    </w:p>
    <w:p>
      <w:r>
        <w:br/>
        <w:t>Товстогубу не придбати&lt;br /&gt;</w:t>
        <w:br/>
        <w:t>Чорних брів дівочих!&lt;br /&gt;</w:t>
        <w:br/>
        <w:t>Завтра будемо єднати&lt;br /&gt;</w:t>
        <w:br/>
        <w:t>Козаків охочих,</w:t>
      </w:r>
    </w:p>
    <w:p>
      <w:r>
        <w:br/>
        <w:t>І полинемо з вітрами&lt;br /&gt;</w:t>
        <w:br/>
        <w:t>На безкрає море,&lt;br /&gt;</w:t>
        <w:br/>
        <w:t>І поробимось панами,&lt;br /&gt;</w:t>
        <w:br/>
        <w:t>І забудем горе.</w:t>
      </w:r>
    </w:p>
    <w:p>
      <w:r>
        <w:br/>
        <w:t>Побудуєм собі пишні&lt;br /&gt;</w:t>
        <w:br/>
        <w:t>Хати на помості,&lt;br /&gt;</w:t>
        <w:br/>
        <w:t>І вчащатимуть велишні&lt;br /&gt;</w:t>
        <w:br/>
        <w:t>До нас дуки в гості.</w:t>
      </w:r>
    </w:p>
    <w:p>
      <w:r>
        <w:br/>
        <w:t>Оксамити, златоглави&lt;br /&gt;</w:t>
        <w:br/>
        <w:t>Будемо носити,&lt;br /&gt;</w:t>
        <w:br/>
        <w:t>Килимами крити лави,&lt;br /&gt;</w:t>
        <w:br/>
        <w:t>Меди-вина пити.</w:t>
      </w:r>
    </w:p>
    <w:p>
      <w:r>
        <w:br/>
        <w:t>Бо мене старшим обрали&lt;br /&gt;</w:t>
        <w:br/>
        <w:t>Над всіма старими,&lt;br /&gt;</w:t>
        <w:br/>
        <w:t>Щоб на море я човнами&lt;br /&gt;</w:t>
        <w:br/>
        <w:t>Вилітав, мов крильми.</w:t>
      </w:r>
    </w:p>
    <w:p>
      <w:r>
        <w:br/>
        <w:t>А у мене — як заграє&lt;br /&gt;</w:t>
        <w:br/>
        <w:t>Моречко з вітрами,&lt;br /&gt;</w:t>
        <w:br/>
        <w:t>Мені духа підіймає&lt;br /&gt;</w:t>
        <w:br/>
        <w:t>Вгору, мов руками.</w:t>
      </w:r>
    </w:p>
    <w:p>
      <w:r>
        <w:br/>
        <w:t>Грають, грають-примовляють&lt;br /&gt;</w:t>
        <w:br/>
        <w:t>Кобзарі великі:&lt;br /&gt;</w:t>
        <w:br/>
        <w:t>Будуть грати-примовляти&lt;br /&gt;</w:t>
        <w:br/>
        <w:t>По всі вічні віки.</w:t>
      </w:r>
    </w:p>
    <w:p>
      <w:r>
        <w:br/>
        <w:t>О, се дивна кобза — море!&lt;br /&gt;</w:t>
        <w:br/>
        <w:t>Дивні в кобзи й струни!&lt;br /&gt;</w:t>
        <w:br/>
        <w:t>Як заграє, відчиняє&lt;br /&gt;</w:t>
        <w:br/>
        <w:t>Предковічні труни.</w:t>
      </w:r>
    </w:p>
    <w:p>
      <w:r>
        <w:br/>
        <w:t>І виходить з них лицарство,&lt;br /&gt;</w:t>
        <w:br/>
        <w:t>Що на морі билось,&lt;br /&gt;</w:t>
        <w:br/>
        <w:t>Більшою, ніж пишне панство,&lt;br /&gt;</w:t>
        <w:br/>
        <w:t>Славою покрилось.</w:t>
      </w:r>
    </w:p>
    <w:p>
      <w:r>
        <w:br/>
        <w:t>І я, Маню, буду славен&lt;br /&gt;</w:t>
        <w:br/>
        <w:t>Проміж лицарями,&lt;br /&gt;</w:t>
        <w:br/>
        <w:t>Проміж дуками-панами,&lt;br /&gt;</w:t>
        <w:br/>
        <w:t>Проміж кобзарями.</w:t>
      </w:r>
    </w:p>
    <w:p>
      <w:r>
        <w:br/>
        <w:t>Будуть Левка Кочубея&lt;br /&gt;</w:t>
        <w:br/>
        <w:t>По Вкраїні знати,&lt;br /&gt;</w:t>
        <w:br/>
        <w:t>І під струни про Мурея,&lt;br /&gt;</w:t>
        <w:br/>
        <w:t>Що він бив, співати 10.</w:t>
      </w:r>
    </w:p>
    <w:p>
      <w:r>
        <w:br/>
        <w:t>Будуть Левка Кочубея&lt;br /&gt;</w:t>
        <w:br/>
        <w:t>Знати й за морями,&lt;br /&gt;</w:t>
        <w:br/>
        <w:t>Споминати, мов Енея 11,&lt;br /&gt;</w:t>
        <w:br/>
        <w:t>Перед королями.</w:t>
      </w:r>
    </w:p>
    <w:p>
      <w:r>
        <w:br/>
        <w:t>Бо Левко твій до султана&lt;br /&gt;</w:t>
        <w:br/>
        <w:t>Знайде шлях-дорогу&lt;br /&gt;</w:t>
        <w:br/>
        <w:t>І всю шатами зодягне&lt;br /&gt;</w:t>
        <w:br/>
        <w:t>Україну вбогу.</w:t>
      </w:r>
    </w:p>
    <w:p>
      <w:r>
        <w:br/>
        <w:t>Бо Левко твій бесурмена&lt;br /&gt;</w:t>
        <w:br/>
        <w:t>Спліндрує-зруйнує&lt;br /&gt;</w:t>
        <w:br/>
        <w:t>І самого королеві&lt;br /&gt;</w:t>
        <w:br/>
        <w:t>В'язнем подарує".</w:t>
      </w:r>
    </w:p>
    <w:p>
      <w:r>
        <w:br/>
        <w:t>ДУМА ЧЕТВЕРТА</w:t>
      </w:r>
    </w:p>
    <w:p>
      <w:r>
        <w:br/>
        <w:t>І весела, і щаслива&lt;br /&gt;</w:t>
        <w:br/>
        <w:t>Мріями коханка,&lt;br /&gt;</w:t>
        <w:br/>
        <w:t>І ясніша уродлива&lt;br /&gt;</w:t>
        <w:br/>
        <w:t>Весняного ранка.</w:t>
      </w:r>
    </w:p>
    <w:p>
      <w:r>
        <w:br/>
        <w:t>Як на світі любо жити,&lt;br /&gt;</w:t>
        <w:br/>
        <w:t>Милого любити,&lt;br /&gt;</w:t>
        <w:br/>
        <w:t>З його мислями навіки&lt;br /&gt;</w:t>
        <w:br/>
        <w:t>Душу й серце злити!</w:t>
      </w:r>
    </w:p>
    <w:p>
      <w:r>
        <w:br/>
        <w:t>"Чи ти чуєш, паньматусю,&lt;br /&gt;</w:t>
        <w:br/>
        <w:t>Що Левко говорить?&lt;br /&gt;</w:t>
        <w:br/>
        <w:t>До твоєї він Марусі&lt;br /&gt;</w:t>
        <w:br/>
        <w:t>Мов у дзвона дзвонить.</w:t>
      </w:r>
    </w:p>
    <w:p>
      <w:r>
        <w:br/>
        <w:t>Каже милий, є десь море,&lt;br /&gt;</w:t>
        <w:br/>
        <w:t>Гонище безкрає,&lt;br /&gt;</w:t>
        <w:br/>
        <w:t>Що, мов житом добре поле,&lt;br /&gt;</w:t>
        <w:br/>
        <w:t>Золотом сіяє.</w:t>
      </w:r>
    </w:p>
    <w:p>
      <w:r>
        <w:br/>
        <w:t>Каже милий, що здобуде&lt;br /&gt;</w:t>
        <w:br/>
        <w:t>Здобич нам велику;&lt;br /&gt;</w:t>
        <w:br/>
        <w:t>Златоглав носити буде,&lt;br /&gt;</w:t>
        <w:br/>
        <w:t>Покіль його й віку.</w:t>
      </w:r>
    </w:p>
    <w:p>
      <w:r>
        <w:br/>
        <w:t>Каже милий, що ми будем&lt;br /&gt;</w:t>
        <w:br/>
        <w:t>Жити-панувати,&lt;br /&gt;</w:t>
        <w:br/>
        <w:t>І величні з нами дуки&lt;br /&gt;</w:t>
        <w:br/>
        <w:t>Знай бенкетувати". —</w:t>
      </w:r>
    </w:p>
    <w:p>
      <w:r>
        <w:br/>
        <w:t>"Моє щастє, моя доня,&lt;br /&gt;</w:t>
        <w:br/>
        <w:t>Радуюсь від серця,&lt;br /&gt;</w:t>
        <w:br/>
        <w:t>Що мені на старість доля&lt;br /&gt;</w:t>
        <w:br/>
        <w:t>Молода всміхнеться.</w:t>
      </w:r>
    </w:p>
    <w:p>
      <w:r>
        <w:br/>
        <w:t>Буде мати в вас сидіти&lt;br /&gt;</w:t>
        <w:br/>
        <w:t>Хоч коло порогу&lt;br /&gt;</w:t>
        <w:br/>
        <w:t>Та на вас обох гледіти,&lt;br /&gt;</w:t>
        <w:br/>
        <w:t>Дякуючи Богу.</w:t>
      </w:r>
    </w:p>
    <w:p>
      <w:r>
        <w:br/>
        <w:t>Буде хоч щодня помости&lt;br /&gt;</w:t>
        <w:br/>
        <w:t>Шарувати-мити,&lt;br /&gt;</w:t>
        <w:br/>
        <w:t>Аби в панській високості&lt;br /&gt;</w:t>
        <w:br/>
        <w:t>З вами й їй пожити". —</w:t>
      </w:r>
    </w:p>
    <w:p>
      <w:r>
        <w:br/>
        <w:t>"Ні, до тебе ще й над нього,&lt;br /&gt;</w:t>
        <w:br/>
        <w:t>Мамо, прихилюся,&lt;br /&gt;</w:t>
        <w:br/>
        <w:t>Що з козаченьком ззирнуся,&lt;br /&gt;</w:t>
        <w:br/>
        <w:t>До тебе всміхнуся.</w:t>
      </w:r>
    </w:p>
    <w:p>
      <w:r>
        <w:br/>
        <w:t>Будеш павою, матусю,&lt;br /&gt;</w:t>
        <w:br/>
        <w:t>В парчах походжати&lt;br /&gt;</w:t>
        <w:br/>
        <w:t>І в шовки свою Марусю,&lt;br /&gt;</w:t>
        <w:br/>
        <w:t>В жемчуги вбирати".</w:t>
      </w:r>
    </w:p>
    <w:p>
      <w:r>
        <w:br/>
        <w:t>ДУМА П'ЯТА</w:t>
      </w:r>
    </w:p>
    <w:p>
      <w:r>
        <w:br/>
        <w:t>Старосвітська кров козацька&lt;br /&gt;</w:t>
        <w:br/>
        <w:t>В ветхих жилах врала:&lt;br /&gt;</w:t>
        <w:br/>
        <w:t>Попадя поклони клала,&lt;br /&gt;</w:t>
        <w:br/>
        <w:t>Всіх святих благала:</w:t>
      </w:r>
    </w:p>
    <w:p>
      <w:r>
        <w:br/>
        <w:t>Козакові помагати&lt;br /&gt;</w:t>
        <w:br/>
        <w:t>Турка воювати,&lt;br /&gt;</w:t>
        <w:br/>
        <w:t>Кораблі його прокляті&lt;br /&gt;</w:t>
        <w:br/>
        <w:t>На пожар пускати.</w:t>
      </w:r>
    </w:p>
    <w:p>
      <w:r>
        <w:br/>
        <w:t>"Ти ж, владичице небесна, —&lt;br /&gt;</w:t>
        <w:br/>
        <w:t>Слізно промовляла, —&lt;br /&gt;</w:t>
        <w:br/>
        <w:t>Що на полі і на морі&lt;br /&gt;</w:t>
        <w:br/>
        <w:t>Нашим помагала!</w:t>
      </w:r>
    </w:p>
    <w:p>
      <w:r>
        <w:br/>
        <w:t>Покривай твоїм покровом&lt;br /&gt;</w:t>
        <w:br/>
        <w:t>Байдаки козацькі,&lt;br /&gt;</w:t>
        <w:br/>
        <w:t>Розбивай небесним громом&lt;br /&gt;</w:t>
        <w:br/>
        <w:t>Судна бусурманські,</w:t>
      </w:r>
    </w:p>
    <w:p>
      <w:r>
        <w:br/>
        <w:t>А з них зброю, срібні кубки,&lt;br /&gt;</w:t>
        <w:br/>
        <w:t>Сукна, златоглави&lt;br /&gt;</w:t>
        <w:br/>
        <w:t>Козакам подай у руки&lt;br /&gt;</w:t>
        <w:br/>
        <w:t>Для своєї слави!"</w:t>
      </w:r>
    </w:p>
    <w:p>
      <w:r>
        <w:br/>
        <w:t>Старосвітська кров шляхетська&lt;br /&gt;</w:t>
        <w:br/>
        <w:t>В ветхих жилах врала,&lt;br /&gt;</w:t>
        <w:br/>
        <w:t>І в попа противні думки&lt;br /&gt;</w:t>
        <w:br/>
        <w:t>З серця викликала.</w:t>
      </w:r>
    </w:p>
    <w:p>
      <w:r>
        <w:br/>
        <w:t>Бо не з шаблі, з плуга жити&lt;br /&gt;</w:t>
        <w:br/>
        <w:t>Його предки вчили,&lt;br /&gt;</w:t>
        <w:br/>
        <w:t>Рідну землю боронити&lt;br /&gt;</w:t>
        <w:br/>
        <w:t>Щоснаги, щосили.</w:t>
      </w:r>
    </w:p>
    <w:p>
      <w:r>
        <w:br/>
        <w:t>За козацтво він частенько&lt;br /&gt;</w:t>
        <w:br/>
        <w:t>З жінкою сварився,&lt;br /&gt;</w:t>
        <w:br/>
        <w:t>А погримавши, журився&lt;br /&gt;</w:t>
        <w:br/>
        <w:t>Та богам молився.</w:t>
      </w:r>
    </w:p>
    <w:p>
      <w:r>
        <w:br/>
        <w:t>Від сладчайшого Ісуса&lt;br /&gt;</w:t>
        <w:br/>
        <w:t>До Кузьми святого&lt;br /&gt;</w:t>
        <w:br/>
        <w:t>З-під його густого вуса&lt;br /&gt;</w:t>
        <w:br/>
        <w:t>Буркотіло слово.</w:t>
      </w:r>
    </w:p>
    <w:p>
      <w:r>
        <w:br/>
        <w:t>Звав і він богів із неба&lt;br /&gt;</w:t>
        <w:br/>
        <w:t>Против азіатства,&lt;br /&gt;</w:t>
        <w:br/>
        <w:t>Та цурався, мов Ереба 12,&lt;br /&gt;</w:t>
        <w:br/>
        <w:t>Бурліїв-козацтва.</w:t>
      </w:r>
    </w:p>
    <w:p>
      <w:r>
        <w:br/>
        <w:t>На коханнє ж залицяннє,&lt;br /&gt;</w:t>
        <w:br/>
        <w:t>На слова Левкові&lt;br /&gt;</w:t>
        <w:br/>
        <w:t>Дав із жінкою в розмові&lt;br /&gt;</w:t>
        <w:br/>
        <w:t>Присуд козакові:</w:t>
      </w:r>
    </w:p>
    <w:p>
      <w:r>
        <w:br/>
        <w:t>І</w:t>
      </w:r>
    </w:p>
    <w:p>
      <w:r>
        <w:br/>
        <w:t>"І не турбуй мене,&lt;br /&gt;</w:t>
        <w:br/>
        <w:t>І не дратуй мене&lt;br /&gt;</w:t>
        <w:br/>
        <w:t>Ти мріями своїми!&lt;br /&gt;</w:t>
        <w:br/>
        <w:t>Сі безземельники —&lt;br /&gt;</w:t>
        <w:br/>
        <w:t>Чорти-пекельники;&lt;br /&gt;</w:t>
        <w:br/>
        <w:t>Пропадемо ми з ними.</w:t>
      </w:r>
    </w:p>
    <w:p>
      <w:r>
        <w:br/>
        <w:t>ІІ</w:t>
      </w:r>
    </w:p>
    <w:p>
      <w:r>
        <w:br/>
        <w:t>З моря вертаються,&lt;br /&gt;</w:t>
        <w:br/>
        <w:t>Знов пропиваються,&lt;br /&gt;</w:t>
        <w:br/>
        <w:t>Знов ходять без сорочки.&lt;br /&gt;</w:t>
        <w:br/>
        <w:t>Хай їх цураються,&lt;br /&gt;</w:t>
        <w:br/>
        <w:t>З ними не знаються&lt;br /&gt;</w:t>
        <w:br/>
        <w:t>Отецькі чесні дочки.</w:t>
      </w:r>
    </w:p>
    <w:p>
      <w:r>
        <w:br/>
        <w:t>ІІІ</w:t>
      </w:r>
    </w:p>
    <w:p>
      <w:r>
        <w:br/>
        <w:t>Бо за п'янюгами&lt;br /&gt;</w:t>
        <w:br/>
        <w:t>Та волоцюгами&lt;br /&gt;</w:t>
        <w:br/>
        <w:t>Орда сюди вганяє,&lt;br /&gt;</w:t>
        <w:br/>
        <w:t>І не одно у нас&lt;br /&gt;</w:t>
        <w:br/>
        <w:t>(Скажемо в добрий час)&lt;br /&gt;</w:t>
        <w:br/>
        <w:t>Село від них палає".</w:t>
      </w:r>
    </w:p>
    <w:p>
      <w:r>
        <w:br/>
        <w:t>"Я довідався, чого се,&lt;br /&gt;</w:t>
        <w:br/>
        <w:t>Козаки охочі&lt;br /&gt;</w:t>
        <w:br/>
        <w:t>Пропивають у шинкарки&lt;br /&gt;</w:t>
        <w:br/>
        <w:t>Нащадки жіночі,</w:t>
      </w:r>
    </w:p>
    <w:p>
      <w:r>
        <w:br/>
        <w:t>І дзижчать, мов злющі оси,&lt;br /&gt;</w:t>
        <w:br/>
        <w:t>І гудуть шершнями,&lt;br /&gt;</w:t>
        <w:br/>
        <w:t>Будять нас посеред ночі&lt;br /&gt;</w:t>
        <w:br/>
        <w:t>Гуком та піснями.</w:t>
      </w:r>
    </w:p>
    <w:p>
      <w:r>
        <w:br/>
        <w:t>Знай, моя голубко, лихо&lt;br /&gt;</w:t>
        <w:br/>
        <w:t>Та й велике сталось:&lt;br /&gt;</w:t>
        <w:br/>
        <w:t>На Цоцорі безголов'є и&lt;br /&gt;</w:t>
        <w:br/>
        <w:t>Над панами склалось.</w:t>
      </w:r>
    </w:p>
    <w:p>
      <w:r>
        <w:br/>
        <w:t>Кликав пан гетьман коронний&lt;br /&gt;</w:t>
        <w:br/>
        <w:t>За Дністро й охочих, —&lt;br /&gt;</w:t>
        <w:br/>
        <w:t>Обізвалась купа сивих&lt;br /&gt;</w:t>
        <w:br/>
        <w:t>Та підпарубочих;</w:t>
      </w:r>
    </w:p>
    <w:p>
      <w:r>
        <w:br/>
        <w:t>А середні загукали,&lt;br /&gt;</w:t>
        <w:br/>
        <w:t>Мов базар жіноцький:&lt;br /&gt;</w:t>
        <w:br/>
        <w:t>"Нехай знає-пам'ятає&lt;br /&gt;</w:t>
        <w:br/>
        <w:t>Ясний пан Жовковський 14</w:t>
      </w:r>
    </w:p>
    <w:p>
      <w:r>
        <w:br/>
        <w:t>Як пани нам на Вільшанці&lt;br /&gt;</w:t>
        <w:br/>
        <w:t>Леєстри писали 15,&lt;br /&gt;</w:t>
        <w:br/>
        <w:t>Козаків старих до плуга,&lt;br /&gt;</w:t>
        <w:br/>
        <w:t>До коси вертали"...</w:t>
      </w:r>
    </w:p>
    <w:p>
      <w:r>
        <w:br/>
        <w:t>"Як же, злющі, одібрали&lt;br /&gt;</w:t>
        <w:br/>
        <w:t>Із Цоцори вісті,&lt;br /&gt;</w:t>
        <w:br/>
        <w:t>Миттю до коша зібрали&lt;br /&gt;</w:t>
        <w:br/>
        <w:t>Тисячу і двісті". —</w:t>
      </w:r>
    </w:p>
    <w:p>
      <w:r>
        <w:br/>
        <w:t>"Які ж вісті, мій панотче"? —&lt;br /&gt;</w:t>
        <w:br/>
        <w:t>"Дикі, жено мила!&lt;br /&gt;</w:t>
        <w:br/>
        <w:t>Розметала нас, мов клоччє,&lt;br /&gt;</w:t>
        <w:br/>
        <w:t>Бесурменська сила.</w:t>
      </w:r>
    </w:p>
    <w:p>
      <w:r>
        <w:br/>
        <w:t>Стяте голову з гетьмана&lt;br /&gt;</w:t>
        <w:br/>
        <w:t>Великорозумну,&lt;br /&gt;</w:t>
        <w:br/>
        <w:t>Що всю Русь обороняла&lt;br /&gt;</w:t>
        <w:br/>
        <w:t>Та й Ляхву безумну.</w:t>
      </w:r>
    </w:p>
    <w:p>
      <w:r>
        <w:br/>
        <w:t>Стято й подано гостинця&lt;br /&gt;</w:t>
        <w:br/>
        <w:t>У Стамбул страшного,&lt;br /&gt;</w:t>
        <w:br/>
        <w:t>І висить вона в воротях&lt;br /&gt;</w:t>
        <w:br/>
        <w:t>У царя гнівного". —</w:t>
      </w:r>
    </w:p>
    <w:p>
      <w:r>
        <w:br/>
        <w:t>"Ох, мій Боже"! —&lt;br /&gt;</w:t>
        <w:br/>
        <w:t>"Не лякайся:&lt;br /&gt;</w:t>
        <w:br/>
        <w:t>Се не все ще горе,&lt;br /&gt;</w:t>
        <w:br/>
        <w:t>А ось лихо, що зібрались&lt;br /&gt;</w:t>
        <w:br/>
        <w:t>Козаки на море!</w:t>
      </w:r>
    </w:p>
    <w:p>
      <w:r>
        <w:br/>
        <w:t>Будуть море пліндрувати,&lt;br /&gt;</w:t>
        <w:br/>
        <w:t>Пити да гуляти,&lt;br /&gt;</w:t>
        <w:br/>
        <w:t>А нас кляті азіати&lt;br /&gt;</w:t>
        <w:br/>
        <w:t>У полон займати.</w:t>
      </w:r>
    </w:p>
    <w:p>
      <w:r>
        <w:br/>
        <w:t>Будуть пити, в кобзи грати,&lt;br /&gt;</w:t>
        <w:br/>
        <w:t>Здобич прославляти,&lt;br /&gt;</w:t>
        <w:br/>
        <w:t>А ми — той Стамбул завзятий&lt;br /&gt;</w:t>
        <w:br/>
        <w:t>Бранцями сповняти!</w:t>
      </w:r>
    </w:p>
    <w:p>
      <w:r>
        <w:br/>
        <w:t>Вирвавсь я із рук єхидних,&lt;br /&gt;</w:t>
        <w:br/>
        <w:t>В хижих єзуїтів,&lt;br /&gt;</w:t>
        <w:br/>
        <w:t>Та й попавсь в криваві лапи&lt;br /&gt;</w:t>
        <w:br/>
        <w:t>Наших людоїдів.</w:t>
      </w:r>
    </w:p>
    <w:p>
      <w:r>
        <w:br/>
        <w:t>Як ті душі погубляють,&lt;br /&gt;</w:t>
        <w:br/>
        <w:t>Так сі людське тіло,&lt;br /&gt;</w:t>
        <w:br/>
        <w:t>Та ще й дякуй, мов за добре,&lt;br /&gt;</w:t>
        <w:br/>
        <w:t>За спасенне діло!</w:t>
      </w:r>
    </w:p>
    <w:p>
      <w:r>
        <w:br/>
        <w:t>Подивись, он над ворітьми&lt;br /&gt;</w:t>
        <w:br/>
        <w:t>Значка-комишина:&lt;br /&gt;</w:t>
        <w:br/>
        <w:t>Се заслужена попівська&lt;br /&gt;</w:t>
        <w:br/>
        <w:t>Плата-роківщина.</w:t>
      </w:r>
    </w:p>
    <w:p>
      <w:r>
        <w:br/>
        <w:t>Повтикають комишини,&lt;br /&gt;</w:t>
        <w:br/>
        <w:t>Ратища по дворах&lt;br /&gt;</w:t>
        <w:br/>
        <w:t>Та й шукають на горілку&lt;br /&gt;</w:t>
        <w:br/>
        <w:t>Жита по коморах.</w:t>
      </w:r>
    </w:p>
    <w:p>
      <w:r>
        <w:br/>
        <w:t>Човнове се в них зоветься...&lt;br /&gt;</w:t>
        <w:br/>
        <w:t>Хто не йде на море,&lt;br /&gt;</w:t>
        <w:br/>
        <w:t>Приймай мовчки від гультяйства&lt;br /&gt;</w:t>
        <w:br/>
        <w:t>І наругу, й горе!</w:t>
      </w:r>
    </w:p>
    <w:p>
      <w:r>
        <w:br/>
        <w:t>Ой ви, праведники Божі!&lt;br /&gt;</w:t>
        <w:br/>
        <w:t>Де ж шукати правди?&lt;br /&gt;</w:t>
        <w:br/>
        <w:t>Всюди кривда, лжа, тіснота,&lt;br /&gt;</w:t>
        <w:br/>
        <w:t>Всюди повно зради".</w:t>
      </w:r>
    </w:p>
    <w:p>
      <w:r>
        <w:br/>
        <w:t>І оглянув піп, зітхнувши,&lt;br /&gt;</w:t>
        <w:br/>
        <w:t>Божники з богами:&lt;br /&gt;</w:t>
        <w:br/>
        <w:t>Мріють мовчки чудотворці&lt;br /&gt;</w:t>
        <w:br/>
        <w:t>Попід рушниками.</w:t>
      </w:r>
    </w:p>
    <w:p>
      <w:r>
        <w:br/>
        <w:t>"Знаєш що, моя Палазю?&lt;br /&gt;</w:t>
        <w:br/>
        <w:t>Тяжко нам тут жити,&lt;br /&gt;</w:t>
        <w:br/>
        <w:t>Харцизякам, мов болячці,&lt;br /&gt;</w:t>
        <w:br/>
        <w:t>Без пуття годити.</w:t>
      </w:r>
    </w:p>
    <w:p>
      <w:r>
        <w:br/>
        <w:t>Є Москва, народ заможний,&lt;br /&gt;</w:t>
        <w:br/>
        <w:t>Кажуть, і правдивий...&lt;br /&gt;</w:t>
        <w:br/>
        <w:t>Править нею цар побожний&lt;br /&gt;</w:t>
        <w:br/>
        <w:t>І благочестивий.</w:t>
      </w:r>
    </w:p>
    <w:p>
      <w:r>
        <w:br/>
        <w:t>Haші предки проти хана&lt;br /&gt;</w:t>
        <w:br/>
        <w:t>Їй допомагали,&lt;br /&gt;</w:t>
        <w:br/>
        <w:t>Козаки ж царю з ляхами&lt;br /&gt;</w:t>
        <w:br/>
        <w:t>Тяжко допікали.</w:t>
      </w:r>
    </w:p>
    <w:p>
      <w:r>
        <w:br/>
        <w:t>Чув я, в Києві говівши,&lt;br /&gt;</w:t>
        <w:br/>
        <w:t>Дехто з України&lt;br /&gt;</w:t>
        <w:br/>
        <w:t>До Москви втікати хоче&lt;br /&gt;</w:t>
        <w:br/>
        <w:t>При лихій годині.</w:t>
      </w:r>
    </w:p>
    <w:p>
      <w:r>
        <w:br/>
        <w:t>Бо докучили вже нашим&lt;br /&gt;</w:t>
        <w:br/>
        <w:t>Ниці єзуїти,&lt;br /&gt;</w:t>
        <w:br/>
        <w:t>А до гурту їх пристали&lt;br /&gt;</w:t>
        <w:br/>
        <w:t>Ще й вовки-уніти.</w:t>
      </w:r>
    </w:p>
    <w:p>
      <w:r>
        <w:br/>
        <w:t>Хоч і топлять запорожці&lt;br /&gt;</w:t>
        <w:br/>
        <w:t>Клятих супостатів,&lt;br /&gt;</w:t>
        <w:br/>
        <w:t>Та аби в них по коморах&lt;br /&gt;</w:t>
        <w:br/>
        <w:t>Скрині жакувати.</w:t>
      </w:r>
    </w:p>
    <w:p>
      <w:r>
        <w:br/>
        <w:t>Хочуть наші займанщини&lt;br /&gt;</w:t>
        <w:br/>
        <w:t>У царя просити,&lt;br /&gt;</w:t>
        <w:br/>
        <w:t>Щоб козацтва й жидовини&lt;br /&gt;</w:t>
        <w:br/>
        <w:t>В села не впустити [a].</w:t>
      </w:r>
    </w:p>
    <w:p>
      <w:r>
        <w:br/>
        <w:t>Позбуваймо всю скотину&lt;br /&gt;</w:t>
        <w:br/>
        <w:t>І стару хатину,&lt;br /&gt;</w:t>
        <w:br/>
        <w:t>Та втікаймо, покіль цілі,&lt;br /&gt;</w:t>
        <w:br/>
        <w:t>У царську країну,</w:t>
      </w:r>
    </w:p>
    <w:p>
      <w:r>
        <w:br/>
        <w:t>Бо я бачу, не бувати&lt;br /&gt;</w:t>
        <w:br/>
        <w:t>Правді тут між. нами,&lt;br /&gt;</w:t>
        <w:br/>
        <w:t>Покіль буде панувати&lt;br /&gt;</w:t>
        <w:br/>
        <w:t>Жидова з ляхами.</w:t>
      </w:r>
    </w:p>
    <w:p>
      <w:r>
        <w:br/>
        <w:t>А козацтво, хоч з ордою&lt;br /&gt;</w:t>
        <w:br/>
        <w:t>Б'ється і воює,&lt;br /&gt;</w:t>
        <w:br/>
        <w:t>Її оком позирає,&lt;br /&gt;</w:t>
        <w:br/>
        <w:t>Її серцем чує.</w:t>
      </w:r>
    </w:p>
    <w:p>
      <w:r>
        <w:br/>
        <w:t>Як дознавсь я про Цоцору,&lt;br /&gt;</w:t>
        <w:br/>
        <w:t>Сон мені приснився:&lt;br /&gt;</w:t>
        <w:br/>
        <w:t>Що Дніпро під зимню пору&lt;br /&gt;</w:t>
        <w:br/>
        <w:t>Широко розлився.</w:t>
      </w:r>
    </w:p>
    <w:p>
      <w:r>
        <w:br/>
        <w:t>Ох, розлився не водою,&lt;br /&gt;</w:t>
        <w:br/>
        <w:t>Кров'ю він людською,&lt;br /&gt;</w:t>
        <w:br/>
        <w:t>І козацтво наше плавле&lt;br /&gt;</w:t>
        <w:br/>
        <w:t>По крові з ордою.</w:t>
      </w:r>
    </w:p>
    <w:p>
      <w:r>
        <w:br/>
        <w:t>О святії чудотворці!&lt;br /&gt;</w:t>
        <w:br/>
        <w:t>Умоліте Бога,&lt;br /&gt;</w:t>
        <w:br/>
        <w:t>Щоб ся кров не покропила&lt;br /&gt;</w:t>
        <w:br/>
        <w:t>Нашого порога".</w:t>
      </w:r>
    </w:p>
    <w:p>
      <w:r>
        <w:br/>
        <w:t>ДУМА ШОСТА</w:t>
      </w:r>
    </w:p>
    <w:p>
      <w:r>
        <w:br/>
        <w:t>Не вернувсь Левко з човнами&lt;br /&gt;</w:t>
        <w:br/>
        <w:t>На лиман із моря,&lt;br /&gt;</w:t>
        <w:br/>
        <w:t>А вже люде дознавали&lt;br /&gt;</w:t>
        <w:br/>
        <w:t>На Вкраїні горя.</w:t>
      </w:r>
    </w:p>
    <w:p>
      <w:r>
        <w:br/>
        <w:t>Вже кругом палають села,&lt;br /&gt;</w:t>
        <w:br/>
        <w:t>Гонять скот, отари...&lt;br /&gt;</w:t>
        <w:br/>
        <w:t>Людський плач і голосіннє —&lt;br /&gt;</w:t>
        <w:br/>
        <w:t>Під самії хмари.</w:t>
      </w:r>
    </w:p>
    <w:p>
      <w:r>
        <w:br/>
        <w:t>Кинувсь піп з дяком у церкву,&lt;br /&gt;</w:t>
        <w:br/>
        <w:t>Слізно Бога просять,&lt;br /&gt;</w:t>
        <w:br/>
        <w:t>А піддячі не співають,&lt;br /&gt;</w:t>
        <w:br/>
        <w:t>Голосно голосять.</w:t>
      </w:r>
    </w:p>
    <w:p>
      <w:r>
        <w:br/>
        <w:t>Зачинивсь Господь на небі&lt;br /&gt;</w:t>
        <w:br/>
        <w:t>З усіма святими:&lt;br /&gt;</w:t>
        <w:br/>
        <w:t>Мабуть, люде прогнівили&lt;br /&gt;</w:t>
        <w:br/>
        <w:t>Вчинками лихими.</w:t>
      </w:r>
    </w:p>
    <w:p>
      <w:r>
        <w:br/>
        <w:t>Налетіла з Криму буря&lt;br /&gt;</w:t>
        <w:br/>
        <w:t>На село щасливе:&lt;br /&gt;</w:t>
        <w:br/>
        <w:t>Гумна палять, хати граблять,&lt;br /&gt;</w:t>
        <w:br/>
        <w:t>Ясирять, що живе.</w:t>
      </w:r>
    </w:p>
    <w:p>
      <w:r>
        <w:br/>
        <w:t>І по-нашому говорять,&lt;br /&gt;</w:t>
        <w:br/>
        <w:t>Хвалячи Аллаха,&lt;br /&gt;</w:t>
        <w:br/>
        <w:t>Що ясир сей їм дарує&lt;br /&gt;</w:t>
        <w:br/>
        <w:t>Лицар-сіромаха [b].</w:t>
      </w:r>
    </w:p>
    <w:p>
      <w:r>
        <w:br/>
        <w:t>"Не схотів, — мовляють, — з панством&lt;br /&gt;</w:t>
        <w:br/>
        <w:t>Вийти на Цоцору,&lt;br /&gt;</w:t>
        <w:br/>
        <w:t>А метнувся на купецтво&lt;br /&gt;</w:t>
        <w:br/>
        <w:t>Проти договору.</w:t>
      </w:r>
    </w:p>
    <w:p>
      <w:r>
        <w:br/>
        <w:t>І Аллах, защитник правди,&lt;br /&gt;</w:t>
        <w:br/>
        <w:t>Покарав невірних:&lt;br /&gt;</w:t>
        <w:br/>
        <w:t>Оддав їх нові осади&lt;br /&gt;</w:t>
        <w:br/>
        <w:t>В руки правовірних.</w:t>
      </w:r>
    </w:p>
    <w:p>
      <w:r>
        <w:br/>
        <w:t>І Аллах, гонитель зради,&lt;br /&gt;</w:t>
        <w:br/>
        <w:t>Подав з неба голос:&lt;br /&gt;</w:t>
        <w:br/>
        <w:t>Попалив огнем осади&lt;br /&gt;</w:t>
        <w:br/>
        <w:t>Ще й на нивах колос.</w:t>
      </w:r>
    </w:p>
    <w:p>
      <w:r>
        <w:br/>
        <w:t>І Аллах, помститель кривди,&lt;br /&gt;</w:t>
        <w:br/>
        <w:t>Простер з неба руку,&lt;br /&gt;</w:t>
        <w:br/>
        <w:t>І пійшли гуртом єхиди&lt;br /&gt;</w:t>
        <w:br/>
        <w:t>У ясирну муку.</w:t>
      </w:r>
    </w:p>
    <w:p>
      <w:r>
        <w:br/>
        <w:t>Через лютих людоморів&lt;br /&gt;</w:t>
        <w:br/>
        <w:t>І благих карає:&lt;br /&gt;</w:t>
        <w:br/>
        <w:t>На Цонорі, мов на морі,&lt;br /&gt;</w:t>
        <w:br/>
        <w:t>Хляби одверзає.</w:t>
      </w:r>
    </w:p>
    <w:p>
      <w:r>
        <w:br/>
        <w:t>Позирнувши в ті безодні,&lt;br /&gt;</w:t>
        <w:br/>
        <w:t>Сліпнуть ваші очі,&lt;br /&gt;</w:t>
        <w:br/>
        <w:t>Обіймає і хоробрих&lt;br /&gt;</w:t>
        <w:br/>
        <w:t>Пополох жіночий.</w:t>
      </w:r>
    </w:p>
    <w:p>
      <w:r>
        <w:br/>
        <w:t>І Зулуш, кому в лицарстві&lt;br /&gt;</w:t>
        <w:br/>
        <w:t>Рівного немає,&lt;br /&gt;</w:t>
        <w:br/>
        <w:t>Головою наше царство,&lt;br /&gt;</w:t>
        <w:br/>
        <w:t>Порту 17 прославляє..." [c]</w:t>
      </w:r>
    </w:p>
    <w:p>
      <w:r>
        <w:br/>
        <w:t>ДУМА СЬОМА</w:t>
      </w:r>
    </w:p>
    <w:p>
      <w:r>
        <w:br/>
        <w:t>І</w:t>
      </w:r>
    </w:p>
    <w:p>
      <w:r>
        <w:br/>
        <w:t>І чує се немов крізь сон старенька,&lt;br /&gt;</w:t>
        <w:br/>
        <w:t>І трусяться у неї руки й ноги.&lt;br /&gt;</w:t>
        <w:br/>
        <w:t>Тремтить, як лист, Маруся молоденька,&lt;br /&gt;</w:t>
        <w:br/>
        <w:t>Поблідли щоки й губи у небоги.&lt;br /&gt;</w:t>
        <w:br/>
        <w:t>"Аллах! Велик єси в твоїй щедроті, —&lt;br /&gt;</w:t>
        <w:br/>
        <w:t>Промовив бородатий татарюга, —&lt;br /&gt;</w:t>
        <w:br/>
        <w:t>Тепер ходитиму я ввесь у злоті:&lt;br /&gt;</w:t>
        <w:br/>
        <w:t>Се падишаху Роксолана друга 18,&lt;br /&gt;</w:t>
        <w:br/>
        <w:t>Гаремне божество, відрада у турботі".</w:t>
      </w:r>
    </w:p>
    <w:p>
      <w:r>
        <w:br/>
        <w:t>II</w:t>
      </w:r>
    </w:p>
    <w:p>
      <w:r>
        <w:br/>
        <w:t>Спасибі, кобзарі, вам за співаннє&lt;br /&gt;</w:t>
        <w:br/>
        <w:t>Про дивну красоту, якої звіку,&lt;br /&gt;</w:t>
        <w:br/>
        <w:t>Мовляли, бачити і без коханнє&lt;br /&gt;</w:t>
        <w:br/>
        <w:t>Не снилось-бо й вві сні ще чоловіку!&lt;br /&gt;</w:t>
        <w:br/>
        <w:t>Я серцем віщим чув, що тільки в нашій&lt;br /&gt;</w:t>
        <w:br/>
        <w:t>Співочій серед сліз гірких пустині&lt;br /&gt;</w:t>
        <w:br/>
        <w:t>Так народиться, чого ще очі&lt;br /&gt;</w:t>
        <w:br/>
        <w:t>Людські не бачили на Україні.&lt;br /&gt;</w:t>
        <w:br/>
        <w:t>І серце привело мене д' оселі очей.</w:t>
      </w:r>
    </w:p>
    <w:p>
      <w:r>
        <w:br/>
        <w:t>III</w:t>
      </w:r>
    </w:p>
    <w:p>
      <w:r>
        <w:br/>
        <w:t>Попаде! З радощів тобі признаюсь"&lt;br /&gt;</w:t>
        <w:br/>
        <w:t>Що я — твій брат Івась. Мене вхопили&lt;br /&gt;</w:t>
        <w:br/>
        <w:t>Січовики в ясир, і я збираюсь&lt;br /&gt;</w:t>
        <w:br/>
        <w:t>Давно побачить сей куточок милий,&lt;br /&gt;</w:t>
        <w:br/>
        <w:t>Сю старосвітську низькорослу хату,&lt;br /&gt;</w:t>
        <w:br/>
        <w:t>Де ти мене, маленького, учила,&lt;br /&gt;</w:t>
        <w:br/>
        <w:t>Як слухать матері, коритись тату,&lt;br /&gt;</w:t>
        <w:br/>
        <w:t>Де мати няньчила мене, пестила,&lt;br /&gt;</w:t>
        <w:br/>
        <w:t>І спатки на руках односила в кімнату". —</w:t>
      </w:r>
    </w:p>
    <w:p>
      <w:r>
        <w:br/>
        <w:t>IV</w:t>
      </w:r>
    </w:p>
    <w:p>
      <w:r>
        <w:br/>
        <w:t>"Івасю! Братику!.. Про що ж лякаєш&lt;br /&gt;</w:t>
        <w:br/>
        <w:t>Словами нас ти хижими й звичаєм?&lt;br /&gt;</w:t>
        <w:br/>
        <w:t>Хіба ж не бачиш лиха і не знаєш,&lt;br /&gt;</w:t>
        <w:br/>
        <w:t>Що й так уже душі в собі не маєш?&lt;br /&gt;</w:t>
        <w:br/>
        <w:t>О! Як же се Господь із рук поганських&lt;br /&gt;</w:t>
        <w:br/>
        <w:t>Тебе ослобонив? А ненька з горя..." —&lt;br /&gt;</w:t>
        <w:br/>
        <w:t>"Поганських, навісна? Ні, з християнських!&lt;br /&gt;</w:t>
        <w:br/>
        <w:t>Бо не орда була то із-над моря&lt;br /&gt;</w:t>
        <w:br/>
        <w:t>Набігла, а свої у башликах татарських". —</w:t>
      </w:r>
    </w:p>
    <w:p>
      <w:r>
        <w:br/>
        <w:t>"Як? Що?.. Кажи-бо! Я мов зо сну чую",-&lt;br /&gt;</w:t>
        <w:br/>
        <w:t>"Кажу тобі, попаде; повбиралось&lt;br /&gt;</w:t>
        <w:br/>
        <w:t>Татарами козацтво. Гната Шую&lt;br /&gt;</w:t>
        <w:br/>
        <w:t>Я й знав: бо вже не раз мені траплялось&lt;br /&gt;</w:t>
        <w:br/>
        <w:t>Сидіти в нього на коні і в поле&lt;br /&gt;</w:t>
        <w:br/>
        <w:t>З ним із села летіть по-запорозьки,&lt;br /&gt;</w:t>
        <w:br/>
        <w:t>"Гала! Гала!" — кричать, а я, на горе&lt;br /&gt;</w:t>
        <w:br/>
        <w:t>Нещасній матері, прибіг і "коськи"&lt;br /&gt;</w:t>
        <w:br/>
        <w:t>Прошусь. Він і продав мене в ясир за море". —</w:t>
      </w:r>
    </w:p>
    <w:p>
      <w:r>
        <w:br/>
        <w:t>VI</w:t>
      </w:r>
    </w:p>
    <w:p>
      <w:r>
        <w:br/>
        <w:t>"Як! Що ти кажеш? Він? Та він же в ченці&lt;br /&gt;</w:t>
        <w:br/>
        <w:t>Збирався цілий вік!" —&lt;br /&gt;</w:t>
        <w:br/>
        <w:t>"Воно й не шкодить,&lt;br /&gt;</w:t>
        <w:br/>
        <w:t>Як биті талярі бряжчать в кишеньці:&lt;br /&gt;</w:t>
        <w:br/>
        <w:t>Такий-то й монастир скоріш знаходить". —&lt;br /&gt;</w:t>
        <w:br/>
        <w:t>"Так ти оце з неволі вже втікаєш"? —&lt;br /&gt;</w:t>
        <w:br/>
        <w:t>"Ні, там-то й воля: там моя домівка." —&lt;br /&gt;</w:t>
        <w:br/>
        <w:t>"О, що ти кажеш! Нащо нас лякаєш?&lt;br /&gt;</w:t>
        <w:br/>
        <w:t>Хіба ж бо з турчином, з ордою накладаєш?!" —</w:t>
      </w:r>
    </w:p>
    <w:p>
      <w:r>
        <w:br/>
        <w:t>VII</w:t>
      </w:r>
    </w:p>
    <w:p>
      <w:r>
        <w:br/>
        <w:t>"Не накладаю, ні! Бо я між ними&lt;br /&gt;</w:t>
        <w:br/>
        <w:t>Немов на світ удруге народився&lt;br /&gt;</w:t>
        <w:br/>
        <w:t>І думками про божество святими,&lt;br /&gt;</w:t>
        <w:br/>
        <w:t>І правдою без хиби просвітився.&lt;br /&gt;</w:t>
        <w:br/>
        <w:t>Аллах один; нема у нього роду.&lt;br /&gt;</w:t>
        <w:br/>
        <w:t>Всесилен він, не требує підмоги;&lt;br /&gt;</w:t>
        <w:br/>
        <w:t>Цурається мерзенного народу,&lt;br /&gt;</w:t>
        <w:br/>
        <w:t>Що оббиває у царів пороги&lt;br /&gt;</w:t>
        <w:br/>
        <w:t>І вносить прах земний в небеснії чертоги". —</w:t>
      </w:r>
    </w:p>
    <w:p>
      <w:r>
        <w:br/>
        <w:t>VIII</w:t>
      </w:r>
    </w:p>
    <w:p>
      <w:r>
        <w:br/>
        <w:t>"Коли ти думками святими справді&lt;br /&gt;</w:t>
        <w:br/>
        <w:t>Там просвітивсь, то дай же нам зашиту&lt;br /&gt;</w:t>
        <w:br/>
        <w:t>Від татарви у нашій рідній хаті,&lt;br /&gt;</w:t>
        <w:br/>
        <w:t>Щоб не спліндровано нас, не побито". —&lt;br /&gt;</w:t>
        <w:br/>
        <w:t>"О, ні! Нехай джавур горить-палає&lt;br /&gt;</w:t>
        <w:br/>
        <w:t>Із ідольством своїм гидким, мізерним;&lt;br /&gt;</w:t>
        <w:br/>
        <w:t>Нехай огонь зрадливих пожирає,&lt;br /&gt;</w:t>
        <w:br/>
        <w:t>Що роблять кривди праведним, спасенним&lt;br /&gt;</w:t>
        <w:br/>
        <w:t>І правовірникам серця возвеселяє"! —</w:t>
      </w:r>
    </w:p>
    <w:p>
      <w:r>
        <w:br/>
        <w:t>IX</w:t>
      </w:r>
    </w:p>
    <w:p>
      <w:r>
        <w:br/>
        <w:t>"Мій братику!.." —&lt;br /&gt;</w:t>
        <w:br/>
        <w:t>"Попаде! Нас навіки&lt;br /&gt;</w:t>
        <w:br/>
        <w:t>Розділено з тобою. Ся хатина&lt;br /&gt;</w:t>
        <w:br/>
        <w:t>Мені сестра й рідня; а ви, каліки&lt;br /&gt;</w:t>
        <w:br/>
        <w:t>Умом, чужі мені, немов скотина". —&lt;br /&gt;</w:t>
        <w:br/>
        <w:t>"Так хоч хатину пощади святую,&lt;br /&gt;</w:t>
        <w:br/>
        <w:t>Де вмерла мати, по тобі журившись"! —&lt;br /&gt;</w:t>
        <w:br/>
        <w:t>"Ні, я по-свойому її вшаную:&lt;br /&gt;</w:t>
        <w:br/>
        <w:t>Мов дух, перед Аллахом засвітившись,&lt;br /&gt;</w:t>
        <w:br/>
        <w:t>Нехай перелетить в обитель неземную!</w:t>
      </w:r>
    </w:p>
    <w:p>
      <w:r>
        <w:br/>
        <w:t>Х</w:t>
      </w:r>
    </w:p>
    <w:p>
      <w:r>
        <w:br/>
        <w:t>Там сльози матері, як Божі зорі,&lt;br /&gt;</w:t>
        <w:br/>
        <w:t>Засяють у мене перед очима,&lt;br /&gt;</w:t>
        <w:br/>
        <w:t>Як серцем потону в блаженстві, в морі&lt;br /&gt;</w:t>
        <w:br/>
        <w:t>Серед утіх, достойних серафима.&lt;br /&gt;</w:t>
        <w:br/>
        <w:t>А на землі — земне...&lt;br /&gt;</w:t>
        <w:br/>
        <w:t>Моя царице!&lt;br /&gt;</w:t>
        <w:br/>
        <w:t>Сідай зо мною на коня-бахмата,&lt;br /&gt;</w:t>
        <w:br/>
        <w:t>Полинемо в Стамбул удвох, як птиця.&lt;br /&gt;</w:t>
        <w:br/>
        <w:t>Нехай горить стара, мізерна хата:&lt;br /&gt;</w:t>
        <w:br/>
        <w:t>Ти матимеш таке, про що тобі й не сниться".</w:t>
      </w:r>
    </w:p>
    <w:p>
      <w:r>
        <w:br/>
        <w:t>XI</w:t>
      </w:r>
    </w:p>
    <w:p>
      <w:r>
        <w:br/>
        <w:t>У попаді в очу позеленіло...&lt;br /&gt;</w:t>
        <w:br/>
        <w:t>Дочка, татарин, божники з богами,&lt;br /&gt;</w:t>
        <w:br/>
        <w:t>Усе пішло кругом і зашуміло,&lt;br /&gt;</w:t>
        <w:br/>
        <w:t>Мов гай густий під бурею-вітрами...&lt;br /&gt;</w:t>
        <w:br/>
        <w:t>Кудись вона біжить чи завірюха&lt;br /&gt;</w:t>
        <w:br/>
        <w:t>Її на дикі крила підхопила&lt;br /&gt;</w:t>
        <w:br/>
        <w:t>І мчить крізь полом'є та дим, і духа&lt;br /&gt;</w:t>
        <w:br/>
        <w:t>У грудях бідолашних захопило&lt;br /&gt;</w:t>
        <w:br/>
        <w:t>І серце, й пам'ять, мов у морі, потопило.</w:t>
      </w:r>
    </w:p>
    <w:p>
      <w:r>
        <w:br/>
        <w:t>ПІСНЯ ДРУГА</w:t>
      </w:r>
    </w:p>
    <w:p>
      <w:r>
        <w:br/>
        <w:t>ДУМА ПЕРВА</w:t>
      </w:r>
    </w:p>
    <w:p>
      <w:r>
        <w:br/>
        <w:t>Смерте, бабо-сповитухо,&lt;br /&gt;</w:t>
        <w:br/>
        <w:t>Лікарю людський останній!&lt;br /&gt;</w:t>
        <w:br/>
        <w:t>Ти одна нам гоїш духа&lt;br /&gt;</w:t>
        <w:br/>
        <w:t>В нашій долі безталанній.</w:t>
      </w:r>
    </w:p>
    <w:p>
      <w:r>
        <w:br/>
        <w:t>Утомившись закривати&lt;br /&gt;</w:t>
        <w:br/>
        <w:t>В Богуславі людям очі,&lt;br /&gt;</w:t>
        <w:br/>
        <w:t>Димом сховища сповняти&lt;br /&gt;</w:t>
        <w:br/>
        <w:t>І душити крик жіночий.</w:t>
      </w:r>
    </w:p>
    <w:p>
      <w:r>
        <w:br/>
        <w:t>Понагачувала трупу&lt;br /&gt;</w:t>
        <w:br/>
        <w:t>Повні сіни коло хати&lt;br /&gt;</w:t>
        <w:br/>
        <w:t>Та й пійшла живого лупу *&lt;br /&gt;</w:t>
        <w:br/>
        <w:t>В дикім полі доглядати.</w:t>
      </w:r>
    </w:p>
    <w:p>
      <w:r>
        <w:br/>
        <w:t>І забула про едину&lt;br /&gt;</w:t>
        <w:br/>
        <w:t>Непридушену людину,&lt;br /&gt;</w:t>
        <w:br/>
        <w:t>Мов у полі на роздоллі&lt;br /&gt;</w:t>
        <w:br/>
        <w:t>Про нескошену билину.</w:t>
      </w:r>
    </w:p>
    <w:p>
      <w:r>
        <w:br/>
        <w:t>Не билина в чистім полі&lt;br /&gt;</w:t>
        <w:br/>
        <w:t>З-під коси твоєї встала:&lt;br /&gt;</w:t>
        <w:br/>
        <w:t>Сирота стара в недолі&lt;br /&gt;</w:t>
        <w:br/>
        <w:t>Пам'ять-розум утеряла.</w:t>
      </w:r>
    </w:p>
    <w:p>
      <w:r>
        <w:br/>
        <w:t>Підвелась і по пустині&lt;br /&gt;</w:t>
        <w:br/>
        <w:t>Диким поглядом блукала...&lt;br /&gt;</w:t>
        <w:br/>
        <w:t>Опинившись на могилі,&lt;br /&gt;</w:t>
        <w:br/>
        <w:t>Серед степу промовляла:</w:t>
      </w:r>
    </w:p>
    <w:p>
      <w:r>
        <w:br/>
        <w:t>"Де се я, і що се з нами&lt;br /&gt;</w:t>
        <w:br/>
        <w:t>Сталось-приключилось?&lt;br /&gt;</w:t>
        <w:br/>
        <w:t>Ні світлиці, ні кімнати...&lt;br /&gt;</w:t>
        <w:br/>
        <w:t>Се мені приснилось.</w:t>
      </w:r>
    </w:p>
    <w:p>
      <w:r>
        <w:br/>
        <w:t>Се я сплю... О, як же серце&lt;br /&gt;</w:t>
        <w:br/>
        <w:t>Тяжко замирає!..&lt;br /&gt;</w:t>
        <w:br/>
        <w:t>Степ, могила... і криваве&lt;br /&gt;</w:t>
        <w:br/>
        <w:t>Сонечко сідає.</w:t>
      </w:r>
    </w:p>
    <w:p>
      <w:r>
        <w:br/>
        <w:t>У димах сідає сонце&lt;br /&gt;</w:t>
        <w:br/>
        <w:t>Чи в кров поринає?&lt;br /&gt;</w:t>
        <w:br/>
        <w:t>Вітер з полом'єм по полю,&lt;br /&gt;</w:t>
        <w:br/>
        <w:t>Мов по морю, грає.</w:t>
      </w:r>
    </w:p>
    <w:p>
      <w:r>
        <w:br/>
        <w:t>Ні села кругом, ні духа...&lt;br /&gt;</w:t>
        <w:br/>
        <w:t>Скрізь галки літають,&lt;br /&gt;</w:t>
        <w:br/>
        <w:t>І собаки, мов на звіра,&lt;br /&gt;</w:t>
        <w:br/>
        <w:t>Скиглять-завивають.</w:t>
      </w:r>
    </w:p>
    <w:p>
      <w:r>
        <w:br/>
        <w:t>Що ж се за пожежа сталась&lt;br /&gt;</w:t>
        <w:br/>
        <w:t>Серед України?&lt;br /&gt;</w:t>
        <w:br/>
        <w:t>Потонуло все, почезло...&lt;br /&gt;</w:t>
        <w:br/>
        <w:t>Нігде ні хатини!</w:t>
      </w:r>
    </w:p>
    <w:p>
      <w:r>
        <w:br/>
        <w:t>О, невже б то се татаре&lt;br /&gt;</w:t>
        <w:br/>
        <w:t>Наших позаймали,&lt;br /&gt;</w:t>
        <w:br/>
        <w:t>Села й ниви попаливши,&lt;br /&gt;</w:t>
        <w:br/>
        <w:t>У полон погнали?</w:t>
      </w:r>
    </w:p>
    <w:p>
      <w:r>
        <w:br/>
        <w:t>Ні! Під дзвоном королівським&lt;br /&gt;</w:t>
        <w:br/>
        <w:t>Сплю я на могилі...&lt;br /&gt;</w:t>
        <w:br/>
        <w:t>Чи то ж люде, як горіли,&lt;br /&gt;</w:t>
        <w:br/>
        <w:t>В дзвона б не дзвонили?</w:t>
      </w:r>
    </w:p>
    <w:p>
      <w:r>
        <w:br/>
        <w:t>Задзвоню, чи не прокинусь..." —&lt;br /&gt;</w:t>
        <w:br/>
        <w:t>Встала й задзвонила.&lt;br /&gt;</w:t>
        <w:br/>
        <w:t>Затремтіло ветхе тіло;&lt;br /&gt;</w:t>
        <w:br/>
        <w:t>Серденько занило.</w:t>
      </w:r>
    </w:p>
    <w:p>
      <w:r>
        <w:br/>
        <w:t>І озвалося до дзвона&lt;br /&gt;</w:t>
        <w:br/>
        <w:t>Скигленнє собаче, —&lt;br /&gt;</w:t>
        <w:br/>
        <w:t>Мов душа в пекельних муках&lt;br /&gt;</w:t>
        <w:br/>
        <w:t>Під землею плаче…</w:t>
      </w:r>
    </w:p>
    <w:p>
      <w:r>
        <w:br/>
        <w:t>О, мовчи, страшенний дзвоне!&lt;br /&gt;</w:t>
        <w:br/>
        <w:t>Збудиш хирне серце...&lt;br /&gt;</w:t>
        <w:br/>
        <w:t>Як проснеться-стрепенеться,&lt;br /&gt;</w:t>
        <w:br/>
        <w:t>Кров'ю розіллється.</w:t>
      </w:r>
    </w:p>
    <w:p>
      <w:r>
        <w:br/>
        <w:t>Я забула, як заснула,&lt;br /&gt;</w:t>
        <w:br/>
        <w:t>Чим була, живучи...&lt;br /&gt;</w:t>
        <w:br/>
        <w:t>Темна темрява бгорнула&lt;br /&gt;</w:t>
        <w:br/>
        <w:t>Мізок мій болючий.</w:t>
      </w:r>
    </w:p>
    <w:p>
      <w:r>
        <w:br/>
        <w:t>Ніби я когось любила,&lt;br /&gt;</w:t>
        <w:br/>
        <w:t>Гарна, молоденька;&lt;br /&gt;</w:t>
        <w:br/>
        <w:t>Ніби нас благословила,&lt;br /&gt;</w:t>
        <w:br/>
        <w:t>Радуючись, ненька.</w:t>
      </w:r>
    </w:p>
    <w:p>
      <w:r>
        <w:br/>
        <w:t>Чи дочка була се в мене,&lt;br /&gt;</w:t>
        <w:br/>
        <w:t>Чи се я, Маруся?&lt;br /&gt;</w:t>
        <w:br/>
        <w:t>По кому се я так плачу,&lt;br /&gt;</w:t>
        <w:br/>
        <w:t>По кому журюся?</w:t>
      </w:r>
    </w:p>
    <w:p>
      <w:r>
        <w:br/>
        <w:t>А, згадала!... Я з'єднала&lt;br /&gt;</w:t>
        <w:br/>
        <w:t>Доню за султана,&lt;br /&gt;</w:t>
        <w:br/>
        <w:t>За всесвітнього гетьмана,&lt;br /&gt;</w:t>
        <w:br/>
        <w:t>Злющого тирана.</w:t>
      </w:r>
    </w:p>
    <w:p>
      <w:r>
        <w:br/>
        <w:t>Таж він хлепче кров людськую,&lt;br /&gt;</w:t>
        <w:br/>
        <w:t>Мов собака воду, —&lt;br /&gt;</w:t>
        <w:br/>
        <w:t>І за потвар сю лихую&lt;br /&gt;</w:t>
        <w:br/>
        <w:t>Видать пишну вроду!</w:t>
      </w:r>
    </w:p>
    <w:p>
      <w:r>
        <w:br/>
        <w:t>За нелюба-товстогуба&lt;br /&gt;</w:t>
        <w:br/>
        <w:t>Утопить дитину,&lt;br /&gt;</w:t>
        <w:br/>
        <w:t>Що робила Божим раєм&lt;br /&gt;</w:t>
        <w:br/>
        <w:t>Нам стару хатину!</w:t>
      </w:r>
    </w:p>
    <w:p>
      <w:r>
        <w:br/>
        <w:t>Мов за змія-людожера&lt;br /&gt;</w:t>
        <w:br/>
        <w:t>Дочок оддавали 19,&lt;br /&gt;</w:t>
        <w:br/>
        <w:t>Що ченці там у печерах&lt;br /&gt;</w:t>
        <w:br/>
        <w:t>Страшно змалювали...</w:t>
      </w:r>
    </w:p>
    <w:p>
      <w:r>
        <w:br/>
        <w:t>От чого я так журюся,&lt;br /&gt;</w:t>
        <w:br/>
        <w:t>Чого ревно плачу,&lt;br /&gt;</w:t>
        <w:br/>
        <w:t>Мов береза, слізьми ллюся,&lt;br /&gt;</w:t>
        <w:br/>
        <w:t>Світонька не бачу.</w:t>
      </w:r>
    </w:p>
    <w:p>
      <w:r>
        <w:br/>
        <w:t>От чого я так журюся,&lt;br /&gt;</w:t>
        <w:br/>
        <w:t>Аж у землю б'юся…&lt;br /&gt;</w:t>
        <w:br/>
        <w:t>Полечу до неї в пекло&lt;br /&gt;</w:t>
        <w:br/>
        <w:t>Та хоч подивлюся!</w:t>
      </w:r>
    </w:p>
    <w:p>
      <w:r>
        <w:br/>
        <w:t>О, коли б її побачить,&lt;br /&gt;</w:t>
        <w:br/>
        <w:t>Глянути й умерти!&lt;br /&gt;</w:t>
        <w:br/>
        <w:t>Викупила б та хвилина&lt;br /&gt;</w:t>
        <w:br/>
        <w:t>Муки жизні й смерти...</w:t>
      </w:r>
    </w:p>
    <w:p>
      <w:r>
        <w:br/>
        <w:t>Я знайду в турецьку віру&lt;br /&gt;</w:t>
        <w:br/>
        <w:t>Кучман, шлях Татарський 20:&lt;br /&gt;</w:t>
        <w:br/>
        <w:t>Як везли, вона все дерла&lt;br /&gt;</w:t>
        <w:br/>
        <w:t>Подарунки панські, —</w:t>
      </w:r>
    </w:p>
    <w:p>
      <w:r>
        <w:br/>
        <w:t>Подарунки ті криваві,&lt;br /&gt;</w:t>
        <w:br/>
        <w:t>Що татарин клятий&lt;br /&gt;</w:t>
        <w:br/>
        <w:t>Засліпив голубці очі,&lt;br /&gt;</w:t>
        <w:br/>
        <w:t>Щоб її піймати.</w:t>
      </w:r>
    </w:p>
    <w:p>
      <w:r>
        <w:br/>
        <w:t>Він кармазин златоглавий,&lt;br /&gt;</w:t>
        <w:br/>
        <w:t>Гаптуваннєм шитий,&lt;br /&gt;</w:t>
        <w:br/>
        <w:t>Розіслав у нас по лаві,&lt;br /&gt;</w:t>
        <w:br/>
        <w:t>Щоб її зловити.</w:t>
      </w:r>
    </w:p>
    <w:p>
      <w:r>
        <w:br/>
        <w:t>Загорілась тогді церква,&lt;br /&gt;</w:t>
        <w:br/>
        <w:t>Дзвони задзвонили,&lt;br /&gt;</w:t>
        <w:br/>
        <w:t>Китайки да блаватаси&lt;br /&gt;</w:t>
        <w:br/>
        <w:t>Всю світлицю вкрили.</w:t>
      </w:r>
    </w:p>
    <w:p>
      <w:r>
        <w:br/>
        <w:t>Дери, доню, ту огиду,&lt;br /&gt;</w:t>
        <w:br/>
        <w:t>Парчі й оксамити&lt;br /&gt;</w:t>
        <w:br/>
        <w:t>Да по Кучману розкидуй&lt;br /&gt;</w:t>
        <w:br/>
        <w:t>Неньці для приміти.</w:t>
      </w:r>
    </w:p>
    <w:p>
      <w:r>
        <w:br/>
        <w:t>Буду в руки златоглави&lt;br /&gt;</w:t>
        <w:br/>
        <w:t>Прокляті хапати&lt;br /&gt;</w:t>
        <w:br/>
        <w:t>І знаки твої криваві&lt;br /&gt;</w:t>
        <w:br/>
        <w:t>Слізьми обливати.</w:t>
      </w:r>
    </w:p>
    <w:p>
      <w:r>
        <w:br/>
        <w:t>А пожар собі під ноги&lt;br /&gt;</w:t>
        <w:br/>
        <w:t>Слати-підгортати,&lt;br /&gt;</w:t>
        <w:br/>
        <w:t>В золоті твої чертоги&lt;br /&gt;</w:t>
        <w:br/>
        <w:t>Путь гірку верстати.</w:t>
      </w:r>
    </w:p>
    <w:p>
      <w:r>
        <w:br/>
        <w:t>Бачу, як вони зіяють.&lt;br /&gt;</w:t>
        <w:br/>
        <w:t>Вирлами дракона,&lt;br /&gt;</w:t>
        <w:br/>
        <w:t>На Вкраїну позирають,&lt;br /&gt;</w:t>
        <w:br/>
        <w:t>Мов безодня чорна,</w:t>
      </w:r>
    </w:p>
    <w:p>
      <w:r>
        <w:br/>
        <w:t>Не боюсь вас, кляті вирла,&lt;br /&gt;</w:t>
        <w:br/>
        <w:t>Кров'яна пучино!&lt;br /&gt;</w:t>
        <w:br/>
        <w:t>Нам поможе Божа сила&lt;br /&gt;</w:t>
        <w:br/>
        <w:t>Проти них, дитино.</w:t>
      </w:r>
    </w:p>
    <w:p>
      <w:r>
        <w:br/>
        <w:t>Вже вона мені стихенька&lt;br /&gt;</w:t>
        <w:br/>
        <w:t>Світить свічку-зорю&lt;br /&gt;</w:t>
        <w:br/>
        <w:t>І веде мене ясненька&lt;br /&gt;</w:t>
        <w:br/>
        <w:t>На страшну Цоцору.</w:t>
      </w:r>
    </w:p>
    <w:p>
      <w:r>
        <w:br/>
        <w:t>Там, я чула, пан Жовковський&lt;br /&gt;</w:t>
        <w:br/>
        <w:t>Згинув од шаблюки,&lt;br /&gt;</w:t>
        <w:br/>
        <w:t>І досталось його тіло&lt;br /&gt;</w:t>
        <w:br/>
        <w:t>Татарюзі в руки.</w:t>
      </w:r>
    </w:p>
    <w:p>
      <w:r>
        <w:br/>
        <w:t>А велика головище&lt;br /&gt;</w:t>
        <w:br/>
        <w:t>Котиться по полю...&lt;br /&gt;</w:t>
        <w:br/>
        <w:t>Я піймаю та й сховаю&lt;br /&gt;</w:t>
        <w:br/>
        <w:t>Диво під полою.</w:t>
      </w:r>
    </w:p>
    <w:p>
      <w:r>
        <w:br/>
        <w:t>За се диво буду пиво,&lt;br /&gt;</w:t>
        <w:br/>
        <w:t>Меди-вина пити,&lt;br /&gt;</w:t>
        <w:br/>
        <w:t>В златоглавах да в блаватах&lt;br /&gt;</w:t>
        <w:br/>
        <w:t>Павою ходити.</w:t>
      </w:r>
    </w:p>
    <w:p>
      <w:r>
        <w:br/>
        <w:t>Бо повісить цар-невіра&lt;br /&gt;</w:t>
        <w:br/>
        <w:t>Диво те під зорі,&lt;br /&gt;</w:t>
        <w:br/>
        <w:t>Щоб і Польща, й Україна&lt;br /&gt;</w:t>
        <w:br/>
        <w:t>Потонули в горі.</w:t>
      </w:r>
    </w:p>
    <w:p>
      <w:r>
        <w:br/>
        <w:t>Прикує його невіра,&lt;br /&gt;</w:t>
        <w:br/>
        <w:t>Ланцюгом узявши,&lt;br /&gt;</w:t>
        <w:br/>
        <w:t>Щоб його проклята віра&lt;br /&gt;</w:t>
        <w:br/>
        <w:t>Побивала наших.</w:t>
      </w:r>
    </w:p>
    <w:p>
      <w:r>
        <w:br/>
        <w:t>"Хто мені, — рече, — те диво&lt;br /&gt;</w:t>
        <w:br/>
        <w:t>Знайде на Цоцорі,&lt;br /&gt;</w:t>
        <w:br/>
        <w:t>Той у мене засіяє&lt;br /&gt;</w:t>
        <w:br/>
        <w:t>Високо, як зорі.</w:t>
      </w:r>
    </w:p>
    <w:p>
      <w:r>
        <w:br/>
        <w:t>Буде первим чоловіком&lt;br /&gt;</w:t>
        <w:br/>
        <w:t>По царі-султані&lt;br /&gt;</w:t>
        <w:br/>
        <w:t>І блищатиме, як сонце,&lt;br /&gt;</w:t>
        <w:br/>
        <w:t>В золотім жупані"...</w:t>
      </w:r>
    </w:p>
    <w:p>
      <w:r>
        <w:br/>
        <w:t>Ой чого ж се побіліла,&lt;br /&gt;</w:t>
        <w:br/>
        <w:t>Чорная долина?&lt;br /&gt;</w:t>
        <w:br/>
        <w:t>Бо вся Польща обомліла&lt;br /&gt;</w:t>
        <w:br/>
        <w:t>І вся Україна.</w:t>
      </w:r>
    </w:p>
    <w:p>
      <w:r>
        <w:br/>
        <w:t>Побіліла ти, долино,&lt;br /&gt;</w:t>
        <w:br/>
        <w:t>Панським білим трупом:&lt;br /&gt;</w:t>
        <w:br/>
        <w:t>Збагатила вражу силу&lt;br /&gt;</w:t>
        <w:br/>
        <w:t>Жакуваннєм-лупом.</w:t>
      </w:r>
    </w:p>
    <w:p>
      <w:r>
        <w:br/>
        <w:t>Побіліла трупом панським&lt;br /&gt;</w:t>
        <w:br/>
        <w:t>Поруч із козацьким,&lt;br /&gt;</w:t>
        <w:br/>
        <w:t>І вквітчався труп не маком,&lt;br /&gt;</w:t>
        <w:br/>
        <w:t>Порубом лицарським.</w:t>
      </w:r>
    </w:p>
    <w:p>
      <w:r>
        <w:br/>
        <w:t>Я по мертвих не ридаю.&lt;br /&gt;</w:t>
        <w:br/>
        <w:t>Голошу-співаю,&lt;br /&gt;</w:t>
        <w:br/>
        <w:t>З сіроманцями-вовками&lt;br /&gt;</w:t>
        <w:br/>
        <w:t>Квилю-проквиляю.</w:t>
      </w:r>
    </w:p>
    <w:p>
      <w:r>
        <w:br/>
        <w:t>Годі, вовці-сіроманці,&lt;br /&gt;</w:t>
        <w:br/>
        <w:t>Труп лицарський рвати:&lt;br /&gt;</w:t>
        <w:br/>
        <w:t>Я живе вам кину серце,&lt;br /&gt;</w:t>
        <w:br/>
        <w:t>Бідолашна мати.</w:t>
      </w:r>
    </w:p>
    <w:p>
      <w:r>
        <w:br/>
        <w:t>Ухопіте, розірвіте,&lt;br /&gt;</w:t>
        <w:br/>
        <w:t>Бо воно голосить,&lt;br /&gt;</w:t>
        <w:br/>
        <w:t>І в глухих богів рятунку&lt;br /&gt;</w:t>
        <w:br/>
        <w:t>Від ординця просить.</w:t>
      </w:r>
    </w:p>
    <w:p>
      <w:r>
        <w:br/>
        <w:t>Погоріли всі світлиці&lt;br /&gt;</w:t>
        <w:br/>
        <w:t>І церкви з богами,&lt;br /&gt;</w:t>
        <w:br/>
        <w:t>Залягло під попелами&lt;br /&gt;</w:t>
        <w:br/>
        <w:t>Поле облогами.</w:t>
      </w:r>
    </w:p>
    <w:p>
      <w:r>
        <w:br/>
        <w:t>Сіймо-сіймо здуру сльози&lt;br /&gt;</w:t>
        <w:br/>
        <w:t>По степу-облозі:&lt;br /&gt;</w:t>
        <w:br/>
        <w:t>Ані правди, ні відради,&lt;br /&gt;</w:t>
        <w:br/>
        <w:t>Ні надії в Бозі".</w:t>
      </w:r>
    </w:p>
    <w:p>
      <w:r>
        <w:br/>
        <w:t>Не мара вночі блукає,&lt;br /&gt;</w:t>
        <w:br/>
        <w:t>Щоб людей лякати:&lt;br /&gt;</w:t>
        <w:br/>
        <w:t>За дочкою уганяє&lt;br /&gt;</w:t>
        <w:br/>
        <w:t>Божевільна мати.</w:t>
      </w:r>
    </w:p>
    <w:p>
      <w:r>
        <w:br/>
        <w:t>То ридає, то співає,&lt;br /&gt;</w:t>
        <w:br/>
        <w:t>То з печалі рветься,&lt;br /&gt;</w:t>
        <w:br/>
        <w:t>То на Бога нарікає,&lt;br /&gt;</w:t>
        <w:br/>
        <w:t>В землю грудьми б'ється.</w:t>
      </w:r>
    </w:p>
    <w:p>
      <w:r>
        <w:br/>
        <w:t>І, не знаючи дороги,&lt;br /&gt;</w:t>
        <w:br/>
        <w:t>До Дністра простує…&lt;br /&gt;</w:t>
        <w:br/>
        <w:t>Мов крилаті в неї ноги,&lt;br /&gt;</w:t>
        <w:br/>
        <w:t>Пузирів не чує.</w:t>
      </w:r>
    </w:p>
    <w:p>
      <w:r>
        <w:br/>
        <w:t>Старосвітська кров козацька&lt;br /&gt;</w:t>
        <w:br/>
        <w:t>В ветхих жилах врала;&lt;br /&gt;</w:t>
        <w:br/>
        <w:t>В тілі мученім юнацька&lt;br /&gt;</w:t>
        <w:br/>
        <w:t>Сила воскресала.</w:t>
      </w:r>
    </w:p>
    <w:p>
      <w:r>
        <w:br/>
        <w:t>Ясувала бідна мати&lt;br /&gt;</w:t>
        <w:br/>
        <w:t>Бідної Марусі —&lt;br /&gt;</w:t>
        <w:br/>
        <w:t>Дух потужний і завзятий&lt;br /&gt;</w:t>
        <w:br/>
        <w:t>Нужденної Русі.</w:t>
      </w:r>
    </w:p>
    <w:p>
      <w:r>
        <w:br/>
        <w:t>І мов давнього варязтва,&lt;br /&gt;</w:t>
        <w:br/>
        <w:t>Невгавуща сила,&lt;br /&gt;</w:t>
        <w:br/>
        <w:t>Мов скажений дух козацтва,&lt;br /&gt;</w:t>
        <w:br/>
        <w:t>Бурею летіла.</w:t>
      </w:r>
    </w:p>
    <w:p>
      <w:r>
        <w:br/>
        <w:t>Довгий, мов бунчук гетьманський,&lt;br /&gt;</w:t>
        <w:br/>
        <w:t>Волос розвивався;&lt;br /&gt;</w:t>
        <w:br/>
        <w:t>Сам собою шлях татарський&lt;br /&gt;</w:t>
        <w:br/>
        <w:t>Їй під ноги слався.</w:t>
      </w:r>
    </w:p>
    <w:p>
      <w:r>
        <w:br/>
        <w:t>ДУМА ДРУГА</w:t>
      </w:r>
    </w:p>
    <w:p>
      <w:r>
        <w:br/>
        <w:t>І</w:t>
      </w:r>
    </w:p>
    <w:p>
      <w:r>
        <w:br/>
        <w:t>О Дністре, знаний проміж лицарями,&lt;br /&gt;</w:t>
        <w:br/>
        <w:t>Порогу руської землі кривавий!&lt;br /&gt;</w:t>
        <w:br/>
        <w:t>Колись давно ми з Струсями-братами 21&lt;br /&gt;</w:t>
        <w:br/>
        <w:t>Поза тобою здобували слави:&lt;br /&gt;</w:t>
        <w:br/>
        <w:t>Волощину 22, мов щит, із рук турецьких&lt;br /&gt;</w:t>
        <w:br/>
        <w:t>Ми довго рвали вкупі з поляками,&lt;br /&gt;</w:t>
        <w:br/>
        <w:t>За приводом Серп'яг 23 та Вишневеньких 24&lt;br /&gt;</w:t>
        <w:br/>
        <w:t>Блукали в полі вовчими слідами,&lt;br /&gt;</w:t>
        <w:br/>
        <w:t>Шуганнєм по світах рівнялись із орлами.</w:t>
      </w:r>
    </w:p>
    <w:p>
      <w:r>
        <w:br/>
        <w:t>ІІ</w:t>
      </w:r>
    </w:p>
    <w:p>
      <w:r>
        <w:br/>
        <w:t>Тепер ти, Дністре, став гнилим потоком&lt;br /&gt;</w:t>
        <w:br/>
        <w:t>Гидоти всякої, що назбиралась&lt;br /&gt;</w:t>
        <w:br/>
        <w:t>У посварках Заходу із Востоком,&lt;br /&gt;</w:t>
        <w:br/>
        <w:t>І лютостю обох їх провонялась.&lt;br /&gt;</w:t>
        <w:br/>
        <w:t>О Музо! Одверни від неї очі:&lt;br /&gt;</w:t>
        <w:br/>
        <w:t>Нехай ляхи гризуться з русинами,&lt;br /&gt;</w:t>
        <w:br/>
        <w:t>Втікай із їх кубла голодна й боса,&lt;br /&gt;</w:t>
        <w:br/>
        <w:t>Як бігла бідна мати манівцями,&lt;br /&gt;</w:t>
        <w:br/>
        <w:t>Обдерта по тернах, бліда, простоволоса.</w:t>
      </w:r>
    </w:p>
    <w:p>
      <w:r>
        <w:br/>
        <w:t>ІІІ</w:t>
      </w:r>
    </w:p>
    <w:p>
      <w:r>
        <w:br/>
        <w:t>Обдерта по тернах... Зима упала&lt;br /&gt;</w:t>
        <w:br/>
        <w:t>На голову злиденній за годину.&lt;br /&gt;</w:t>
        <w:br/>
        <w:t>Тепер її й Маруся б не впізнала,&lt;br /&gt;</w:t>
        <w:br/>
        <w:t>Коли б вернулась звідти на Вкраїну,&lt;br /&gt;</w:t>
        <w:br/>
        <w:t>Де "чотирма концями світу" править&lt;br /&gt;</w:t>
        <w:br/>
        <w:t>Той цар, що величають тінню Бога,&lt;br /&gt;</w:t>
        <w:br/>
        <w:t>Той, що й Москву, й ляхву, і німця давить,&lt;br /&gt;</w:t>
        <w:br/>
        <w:t>І Риму гордого втирає рога,&lt;br /&gt;</w:t>
        <w:br/>
        <w:t>Дарма, що королі там товпляться в порога.</w:t>
      </w:r>
    </w:p>
    <w:p>
      <w:r>
        <w:br/>
        <w:t>IV</w:t>
      </w:r>
    </w:p>
    <w:p>
      <w:r>
        <w:br/>
        <w:t>О серце матірне! Ти б не злякалось&lt;br /&gt;</w:t>
        <w:br/>
        <w:t>І Люцифера у його потузі,&lt;br /&gt;</w:t>
        <w:br/>
        <w:t>Бо в тебе вже нічого не зісталось,&lt;br /&gt;</w:t>
        <w:br/>
        <w:t>Нічого у твоїй важенній тузі...&lt;br /&gt;</w:t>
        <w:br/>
        <w:t>Дивується волошин, стрівши бабу,&lt;br /&gt;</w:t>
        <w:br/>
        <w:t>Як се Дністро перебрела старенькаї&lt;br /&gt;</w:t>
        <w:br/>
        <w:t>І, сміючись, говорить, буркулабу *:&lt;br /&gt;</w:t>
        <w:br/>
        <w:t>"Води їй по коліно: бо п'яненька,&lt;br /&gt;</w:t>
        <w:br/>
        <w:t>Дарма, що зморщилась і зсохлась, як опенька." —</w:t>
      </w:r>
    </w:p>
    <w:p>
      <w:r>
        <w:br/>
        <w:t>V</w:t>
      </w:r>
    </w:p>
    <w:p>
      <w:r>
        <w:br/>
        <w:t>"Не смійся, — каже той, перехрестившись, —&lt;br /&gt;</w:t>
        <w:br/>
        <w:t>Се відьма з Лисої гори 26 втікає.&lt;br /&gt;</w:t>
        <w:br/>
        <w:t>Мов середа на п'ятницю скривившись,&lt;br /&gt;</w:t>
        <w:br/>
        <w:t>Дивись, як сльози кулаком втирає.&lt;br /&gt;</w:t>
        <w:br/>
        <w:t>Не зупиняй, нехай її лукавий&lt;br /&gt;</w:t>
        <w:br/>
        <w:t>Несе від нас на Буджаки татарські.&lt;br /&gt;</w:t>
        <w:br/>
        <w:t>Там Кантемир, мовляли. Міч Кривавий 27&lt;br /&gt;</w:t>
        <w:br/>
        <w:t>Прости нас, Господи, пророк султанський,&lt;br /&gt;</w:t>
        <w:br/>
        <w:t>Сю відьму верне знов до чортової лави."</w:t>
      </w:r>
    </w:p>
    <w:p>
      <w:r>
        <w:br/>
        <w:t>VI</w:t>
      </w:r>
    </w:p>
    <w:p>
      <w:r>
        <w:br/>
        <w:t>Глузує буркулаб. Вертавсь додому&lt;br /&gt;</w:t>
        <w:br/>
        <w:t>Зі Львова саме, від попів побожних.&lt;br /&gt;</w:t>
        <w:br/>
        <w:t>Подав на шату Юрові Святому 28&lt;br /&gt;</w:t>
        <w:br/>
        <w:t>Срібла від земляків, бояр вельможних;&lt;br /&gt;</w:t>
        <w:br/>
        <w:t>Так мислі вже благочестиві в нього&lt;br /&gt;</w:t>
        <w:br/>
        <w:t>На язиці веселому вертілись&lt;br /&gt;</w:t>
        <w:br/>
        <w:t>І гладив живота свого товстого,&lt;br /&gt;</w:t>
        <w:br/>
        <w:t>Жартуючи з очей, що не дивились&lt;br /&gt;</w:t>
        <w:br/>
        <w:t>На Божий світ од сліз і в чорну землю врились.</w:t>
      </w:r>
    </w:p>
    <w:p>
      <w:r>
        <w:br/>
        <w:t>VII</w:t>
      </w:r>
    </w:p>
    <w:p>
      <w:r>
        <w:br/>
        <w:t>Не дивляться на Божий світ, а знають,&lt;br /&gt;</w:t>
        <w:br/>
        <w:t>Як манівцями втрапить до Царграда 29,&lt;br /&gt;</w:t>
        <w:br/>
        <w:t>Звідкіль їм зорі-оченята сяють&lt;br /&gt;</w:t>
        <w:br/>
        <w:t>Із обмурованого міцно саду.&lt;br /&gt;</w:t>
        <w:br/>
        <w:t>Високий мур! Вона про нього чула...&lt;br /&gt;</w:t>
        <w:br/>
        <w:t>Хто не чував про нього на Вкраїні?&lt;br /&gt;</w:t>
        <w:br/>
        <w:t>Страшні будинки клятого Стамбула&lt;br /&gt;</w:t>
        <w:br/>
        <w:t>Ввижались матері й малій дитині.&lt;br /&gt;</w:t>
        <w:br/>
        <w:t>Кобзарська пам'ять їх і досі не забула.</w:t>
      </w:r>
    </w:p>
    <w:p>
      <w:r>
        <w:br/>
        <w:t>VIII</w:t>
      </w:r>
    </w:p>
    <w:p>
      <w:r>
        <w:br/>
        <w:t>Коли б добитись їй туди живою,&lt;br /&gt;</w:t>
        <w:br/>
        <w:t>Вона б зуміла крізь той мур пробитись...&lt;br /&gt;</w:t>
        <w:br/>
        <w:t>Вона б його розбила головою&lt;br /&gt;</w:t>
        <w:br/>
        <w:t>Жовковського, — аби їй подивитись,&lt;br /&gt;</w:t>
        <w:br/>
        <w:t>Аби заглянути в ті очі-зорі&lt;br /&gt;</w:t>
        <w:br/>
        <w:t>І, не спитавши ні про що, втонути&lt;br /&gt;</w:t>
        <w:br/>
        <w:t>У несказанному блаженстві-морі,&lt;br /&gt;</w:t>
        <w:br/>
        <w:t>І до страшного суду 30 так заснути,&lt;br /&gt;</w:t>
        <w:br/>
        <w:t>І про все горенько, про всю біду забути.</w:t>
      </w:r>
    </w:p>
    <w:p>
      <w:r>
        <w:br/>
        <w:t>ІХ</w:t>
      </w:r>
    </w:p>
    <w:p>
      <w:r>
        <w:br/>
        <w:t>"Ось-ось вона! Ось, котиться по полю&lt;br /&gt;</w:t>
        <w:br/>
        <w:t>Розумна голова, що рятувала&lt;br /&gt;</w:t>
        <w:br/>
        <w:t>Всю Польщу й Русь! Я під полою&lt;br /&gt;</w:t>
        <w:br/>
        <w:t>Її сховаю, і, як розбивала&lt;br /&gt;</w:t>
        <w:br/>
        <w:t>Вона страшного ката-супостата,&lt;br /&gt;</w:t>
        <w:br/>
        <w:t>Так розіб'ю той мур страшенний нею"&lt;br /&gt;</w:t>
        <w:br/>
        <w:t>О доню, утікай сюди від ката;&lt;br /&gt;</w:t>
        <w:br/>
        <w:t>Сховайся під наміткою моєю, —&lt;br /&gt;</w:t>
        <w:br/>
        <w:t>Я в Київ проведу тебе попід землею.,</w:t>
      </w:r>
    </w:p>
    <w:p>
      <w:r>
        <w:br/>
        <w:t>X</w:t>
      </w:r>
    </w:p>
    <w:p>
      <w:r>
        <w:br/>
        <w:t>Святі ченці там ходи покопали&lt;br /&gt;</w:t>
        <w:br/>
        <w:t>Аж до самісінького Русалима 31,&lt;br /&gt;</w:t>
        <w:br/>
        <w:t>Щоб люде від невір туди втікали,&lt;br /&gt;</w:t>
        <w:br/>
        <w:t>Ховались із добутками своїми.&lt;br /&gt;</w:t>
        <w:br/>
        <w:t>Там на Великдень 32 стиха дзвони дзвонять,&lt;br /&gt;</w:t>
        <w:br/>
        <w:t>І люде гомонять, і щось співає.&lt;br /&gt;</w:t>
        <w:br/>
        <w:t>Нема на світі людям оборони, —&lt;br /&gt;</w:t>
        <w:br/>
        <w:t>Сира земля їх од біди ховає,&lt;br /&gt;</w:t>
        <w:br/>
        <w:t>І суду Божого страшного дожидає.</w:t>
      </w:r>
    </w:p>
    <w:p>
      <w:r>
        <w:br/>
        <w:t>XI</w:t>
      </w:r>
    </w:p>
    <w:p>
      <w:r>
        <w:br/>
        <w:t>Як тато вернеться з Москви, ми будем&lt;br /&gt;</w:t>
        <w:br/>
        <w:t>В московській займанщині тихо жити&lt;br /&gt;</w:t>
        <w:br/>
        <w:t>І горюваннєчко своє забудем...&lt;br /&gt;</w:t>
        <w:br/>
        <w:t>О, якби тільки до тебе добігти!...&lt;br /&gt;</w:t>
        <w:br/>
        <w:t>Вже недалечке. Ось біліють мури,&lt;br /&gt;</w:t>
        <w:br/>
        <w:t>По мурах кров гаряча червоніє…&lt;br /&gt;</w:t>
        <w:br/>
        <w:t>Сади кругом у воду потонули...&lt;br /&gt;</w:t>
        <w:br/>
        <w:t>О, визирни ж із них, моя надіє!&lt;br /&gt;</w:t>
        <w:br/>
        <w:t>Се ж із твоїх садів так любо вітер віє!..</w:t>
      </w:r>
    </w:p>
    <w:p>
      <w:r>
        <w:br/>
        <w:t>ХІІ</w:t>
      </w:r>
    </w:p>
    <w:p>
      <w:r>
        <w:br/>
        <w:t>Чого ж ти, земле, так заколихалась?&lt;br /&gt;</w:t>
        <w:br/>
        <w:t>Чого ти, небо, зразу почорніло?..&lt;br /&gt;</w:t>
        <w:br/>
        <w:t>Імла перед очима розіслалась,&lt;br /&gt;</w:t>
        <w:br/>
        <w:t>І серце, мов той камінь, заніміло...&lt;br /&gt;</w:t>
        <w:br/>
        <w:t>Хитається земля... Іде кругом... Не встою".&lt;br /&gt;</w:t>
        <w:br/>
        <w:t>Де ж мури під садами поховались?&lt;br /&gt;</w:t>
        <w:br/>
        <w:t>Се я крізь землю йду... О доню, доню!"&lt;br /&gt;</w:t>
        <w:br/>
        <w:t>І падає, і по землі послались&lt;br /&gt;</w:t>
        <w:br/>
        <w:t>Ті патли сиві, що відьомськими здавались.</w:t>
      </w:r>
    </w:p>
    <w:p>
      <w:r>
        <w:br/>
        <w:t>ДУМА ТРЕТЯ</w:t>
      </w:r>
    </w:p>
    <w:p>
      <w:r>
        <w:br/>
        <w:t>І</w:t>
      </w:r>
    </w:p>
    <w:p>
      <w:r>
        <w:br/>
        <w:t>"Аллах! — рече над нею татарюга,&lt;br /&gt;</w:t>
        <w:br/>
        <w:t>Високий, огрядний і бородатий, —&lt;br /&gt;</w:t>
        <w:br/>
        <w:t>Се милосердію твойму наруга,&lt;br /&gt;</w:t>
        <w:br/>
        <w:t>Щоб людям без войни так погибати.&lt;br /&gt;</w:t>
        <w:br/>
        <w:t>Ахмете! Подивись, яке обдерте&lt;br /&gt;</w:t>
        <w:br/>
        <w:t>І закривавлене стареньке тіло.&lt;br /&gt;</w:t>
        <w:br/>
        <w:t>Мабуть же не з добра, а з страху смерті,&lt;br /&gt;</w:t>
        <w:br/>
        <w:t>Воно через степи й терни летіло.&lt;br /&gt;</w:t>
        <w:br/>
        <w:t>Так поховать його спасенне буде діло.</w:t>
      </w:r>
    </w:p>
    <w:p>
      <w:r>
        <w:br/>
        <w:t>ІІ</w:t>
      </w:r>
    </w:p>
    <w:p>
      <w:r>
        <w:br/>
        <w:t>Махай до юрту, бравий мій козаче,&lt;br /&gt;</w:t>
        <w:br/>
        <w:t>Звели сюди приїхати гарбою:&lt;br /&gt;</w:t>
        <w:br/>
        <w:t>Бо он, дивись, вже чорний ворон кряче&lt;br /&gt;</w:t>
        <w:br/>
        <w:t>Над білою старою головою.&lt;br /&gt;</w:t>
        <w:br/>
        <w:t>Нам сто тринадцять раз повеліває&lt;br /&gt;</w:t>
        <w:br/>
        <w:t>Святий Коран 33 на вбогих і нещасних&lt;br /&gt;</w:t>
        <w:br/>
        <w:t>Дивитись так, як з неба позирає&lt;br /&gt;</w:t>
        <w:br/>
        <w:t>Аллах на нас, козявок бідолашних,&lt;br /&gt;</w:t>
        <w:br/>
        <w:t>І милосердія єлей в серця вливає".</w:t>
      </w:r>
    </w:p>
    <w:p>
      <w:r>
        <w:br/>
        <w:t>ІІІ</w:t>
      </w:r>
    </w:p>
    <w:p>
      <w:r>
        <w:br/>
        <w:t>Помчавсь Ахмет і курявою вкрився,&lt;br /&gt;</w:t>
        <w:br/>
        <w:t>Зсів із коня татарин бородатий&lt;br /&gt;</w:t>
        <w:br/>
        <w:t>І вухом странниці до серця нахилився...&lt;br /&gt;</w:t>
        <w:br/>
        <w:t>"Ні, ще злиденної своєї хати&lt;br /&gt;</w:t>
        <w:br/>
        <w:t>Душа не кинула!.." І здобуває&lt;br /&gt;</w:t>
        <w:br/>
        <w:t>Бальзам з саків ловецьких і тростинку&lt;br /&gt;</w:t>
        <w:br/>
        <w:t>В смажні і мертві вже уста вправляв,&lt;br /&gt;</w:t>
        <w:br/>
        <w:t>І стиха влив лікарства капелинку.&lt;br /&gt;</w:t>
        <w:br/>
        <w:t>"Благословен Аллах однині і довіку"!</w:t>
      </w:r>
    </w:p>
    <w:p>
      <w:r>
        <w:br/>
        <w:t>IV</w:t>
      </w:r>
    </w:p>
    <w:p>
      <w:r>
        <w:br/>
        <w:t>Сим словом іскру жизні він вітає.&lt;br /&gt;</w:t>
        <w:br/>
        <w:t>Стара прокинулась і гострим зглядом&lt;br /&gt;</w:t>
        <w:br/>
        <w:t>У вічі, мов ножем, йому штирхає.&lt;br /&gt;</w:t>
        <w:br/>
        <w:t>Морщини, мов гадюки, в'ються адом.&lt;br /&gt;</w:t>
        <w:br/>
        <w:t>"Де, коршаку, ти дів мою голубку?" —&lt;br /&gt;</w:t>
        <w:br/>
        <w:t>Промовила, і знов погасли очі.&lt;br /&gt;</w:t>
        <w:br/>
        <w:t>Татарин, із саків доставши губку,&lt;br /&gt;</w:t>
        <w:br/>
        <w:t>Холодною водою з дзбанка мочить&lt;br /&gt;</w:t>
        <w:br/>
        <w:t>І, витерши їй вид, ознаки жизні сочить.</w:t>
      </w:r>
    </w:p>
    <w:p>
      <w:r>
        <w:br/>
        <w:t>V</w:t>
      </w:r>
    </w:p>
    <w:p>
      <w:r>
        <w:br/>
        <w:t>"О, знаю, знаю! — каже стиха. — Шкода,&lt;br /&gt;</w:t>
        <w:br/>
        <w:t>Що я збудив тебе! Нехай би згасла&lt;br /&gt;</w:t>
        <w:br/>
        <w:t>Остання іскорка... Про що природа&lt;br /&gt;</w:t>
        <w:br/>
        <w:t>Знов улила у твій каганчик масла?&lt;br /&gt;</w:t>
        <w:br/>
        <w:t>Я бачу образ матері моєї...&lt;br /&gt;</w:t>
        <w:br/>
        <w:t>Так на землі без пам'яті лежала,&lt;br /&gt;</w:t>
        <w:br/>
        <w:t>Як вирвано дитину з рук у неї,&lt;br /&gt;</w:t>
        <w:br/>
        <w:t>А ваша хата полом'єм палала&lt;br /&gt;</w:t>
        <w:br/>
        <w:t>І навкруги земля, мов пекло, гоготала."</w:t>
      </w:r>
    </w:p>
    <w:p>
      <w:r>
        <w:br/>
        <w:t>VI</w:t>
      </w:r>
    </w:p>
    <w:p>
      <w:r>
        <w:br/>
        <w:t>Скрипить гарба в степу... Ахмет вернувся,&lt;br /&gt;</w:t>
        <w:br/>
        <w:t>І милосердний батько сина посилає,&lt;br /&gt;</w:t>
        <w:br/>
        <w:t>Щоб сіна де на добрий в'юк здобувся.&lt;br /&gt;</w:t>
        <w:br/>
        <w:t>З ним лойтрака він гарно вистилає;&lt;br /&gt;</w:t>
        <w:br/>
        <w:t>Кладуть стару на сіно і тихенько&lt;br /&gt;</w:t>
        <w:br/>
        <w:t>Везуть у балище на водопійло.&lt;br /&gt;</w:t>
        <w:br/>
        <w:t>Спускалося вже сонечко низенько,&lt;br /&gt;</w:t>
        <w:br/>
        <w:t>Проміннєм степ червоним золотило,&lt;br /&gt;</w:t>
        <w:br/>
        <w:t>І, мов дрімаючи, на небеса гледіло.</w:t>
      </w:r>
    </w:p>
    <w:p>
      <w:r>
        <w:br/>
        <w:t>VII</w:t>
      </w:r>
    </w:p>
    <w:p>
      <w:r>
        <w:br/>
        <w:t>Над водопійлом в балищі кочують&lt;br /&gt;</w:t>
        <w:br/>
        <w:t>Татаре з кіньми, з вівцями й волами...&lt;br /&gt;</w:t>
        <w:br/>
        <w:t>Кругом їх юрта, по горбах чатують&lt;br /&gt;</w:t>
        <w:br/>
        <w:t>Їх сторожі з луками й сайдаками.&lt;br /&gt;</w:t>
        <w:br/>
        <w:t>Земля чужа та длань міцна Аллаха&lt;br /&gt;</w:t>
        <w:br/>
        <w:t>Незримо скрізь простерта над хоробрим.&lt;br /&gt;</w:t>
        <w:br/>
        <w:t>Не відає жіночого він страха;&lt;br /&gt;</w:t>
        <w:br/>
        <w:t>З своїм мечем, кинджалом, луком добрим&lt;br /&gt;</w:t>
        <w:br/>
        <w:t>Лякає ворога, мов степового птаха.</w:t>
      </w:r>
    </w:p>
    <w:p>
      <w:r>
        <w:br/>
        <w:t>VIII</w:t>
      </w:r>
    </w:p>
    <w:p>
      <w:r>
        <w:br/>
        <w:t>Втікай, волошине, важкий, бокатий,&lt;br /&gt;</w:t>
        <w:br/>
        <w:t>Із займища свого на тихих водах&lt;br /&gt;</w:t>
        <w:br/>
        <w:t>Од степової на колесах хати:&lt;br /&gt;</w:t>
        <w:br/>
        <w:t>Се попасається орда на переходах!&lt;br /&gt;</w:t>
        <w:br/>
        <w:t>Ввесь тук твоїх долин і згір'я злачні&lt;br /&gt;</w:t>
        <w:br/>
        <w:t>Оддав Аллах під табуни татарам...&lt;br /&gt;</w:t>
        <w:br/>
        <w:t>А ви, купці, джавури необачні,&lt;br /&gt;</w:t>
        <w:br/>
        <w:t>Платіть за чату добре яничарам,&lt;br /&gt;</w:t>
        <w:br/>
        <w:t>Щоб не згубити вам лічби своїм товарам!</w:t>
      </w:r>
    </w:p>
    <w:p>
      <w:r>
        <w:br/>
        <w:t>ІХ</w:t>
      </w:r>
    </w:p>
    <w:p>
      <w:r>
        <w:br/>
        <w:t>Дурних невір за їх гріхи великі,&lt;br /&gt;</w:t>
        <w:br/>
        <w:t>За ідольство їх і обман народу&lt;br /&gt;</w:t>
        <w:br/>
        <w:t>Віддав Аллах своїм синам навіки&lt;br /&gt;</w:t>
        <w:br/>
        <w:t>З восходу сонця до його заходу.&lt;br /&gt;</w:t>
        <w:br/>
        <w:t>І повелів їх землю назирати&lt;br /&gt;</w:t>
        <w:br/>
        <w:t>З її добутками і всім багатством,&lt;br /&gt;</w:t>
        <w:br/>
        <w:t>Як назирає з хмар орел крилатий&lt;br /&gt;</w:t>
        <w:br/>
        <w:t>Дрібне, дурне і полохливе птаство,&lt;br /&gt;</w:t>
        <w:br/>
        <w:t>Щоб животворний тук з їх займанщини ссати.</w:t>
      </w:r>
    </w:p>
    <w:p>
      <w:r>
        <w:br/>
        <w:t>Х</w:t>
      </w:r>
    </w:p>
    <w:p>
      <w:r>
        <w:br/>
        <w:t>Так сина сей самарянин 34 навчає,&lt;br /&gt;</w:t>
        <w:br/>
        <w:t>Бистрого, як легка стріла, Ахмета,&lt;br /&gt;</w:t>
        <w:br/>
        <w:t>І милосерде він, і злість являє&lt;br /&gt;</w:t>
        <w:br/>
        <w:t>В ім'я свого пророка Магомета.&lt;br /&gt;</w:t>
        <w:br/>
        <w:t>Сусід страшний для Польщі й України!&lt;br /&gt;</w:t>
        <w:br/>
        <w:t>Бог та пророк; не хоче більш він знати&lt;br /&gt;</w:t>
        <w:br/>
        <w:t>Ніякої священної доктрини...&lt;br /&gt;</w:t>
        <w:br/>
        <w:t>Світ, правда, честь — оце його догмати:&lt;br /&gt;</w:t>
        <w:br/>
        <w:t>Світ у Корані, честь і правда у булаті.</w:t>
      </w:r>
    </w:p>
    <w:p>
      <w:r>
        <w:br/>
        <w:t>XI</w:t>
      </w:r>
    </w:p>
    <w:p>
      <w:r>
        <w:br/>
        <w:t>"Мечем Кривавим я зовусь, мій сину,&lt;br /&gt;</w:t>
        <w:br/>
        <w:t>В ім'я Того, хто милосерд без міри,&lt;br /&gt;</w:t>
        <w:br/>
        <w:t>Хто заповідав нам мету єдину —&lt;br /&gt;</w:t>
        <w:br/>
        <w:t>Всю землю покорити правій вірі.&lt;br /&gt;</w:t>
        <w:br/>
        <w:t>Тяжкі гріхи впинили предків наших&lt;br /&gt;</w:t>
        <w:br/>
        <w:t>Од наступу на землі християнські:&lt;br /&gt;</w:t>
        <w:br/>
        <w:t>За брехні наших гетьманів найстарших&lt;br /&gt;</w:t>
        <w:br/>
        <w:t>Аллах вернув їх під царів поганських,&lt;br /&gt;</w:t>
        <w:br/>
        <w:t>І, мов об скелю, ми б'ємось об мури лядські.</w:t>
      </w:r>
    </w:p>
    <w:p>
      <w:r>
        <w:br/>
        <w:t>XII</w:t>
      </w:r>
    </w:p>
    <w:p>
      <w:r>
        <w:br/>
        <w:t>Колись давно, мій сину, на Заході,&lt;br /&gt;</w:t>
        <w:br/>
        <w:t>Де небо нахилилось над землею,&lt;br /&gt;</w:t>
        <w:br/>
        <w:t>І море-океан гуляє на свободі,&lt;br /&gt;</w:t>
        <w:br/>
        <w:t>Облігши світ безоднею своєю, —&lt;br /&gt;</w:t>
        <w:br/>
        <w:t>Ми всі царства були завоювали,&lt;br /&gt;</w:t>
        <w:br/>
        <w:t>Розкішне Біле море*, мов руками,&lt;br /&gt;</w:t>
        <w:br/>
        <w:t>З Заходу і Востоку обіймали,&lt;br /&gt;</w:t>
        <w:br/>
        <w:t>Під гордий Рим ходили байдаками,&lt;br /&gt;</w:t>
        <w:br/>
        <w:t>Із пишних базилик престоли срібні брали.</w:t>
      </w:r>
    </w:p>
    <w:p>
      <w:r>
        <w:br/>
        <w:t>XIII</w:t>
      </w:r>
    </w:p>
    <w:p>
      <w:r>
        <w:br/>
        <w:t>Тепер у тих царствах сидять погане,&lt;br /&gt;</w:t>
        <w:br/>
        <w:t>І королі їх лижуть папі ноги,&lt;br /&gt;</w:t>
        <w:br/>
        <w:t>А правовірні наші мусульмане&lt;br /&gt;</w:t>
        <w:br/>
        <w:t>І від козацтва дознають тривоги.&lt;br /&gt;</w:t>
        <w:br/>
        <w:t>Но прийде час, що, мов на морі хвилі,&lt;br /&gt;</w:t>
        <w:br/>
        <w:t>Ми встанемо страшні перед джавуром.&lt;br /&gt;</w:t>
        <w:br/>
        <w:t>Не обороняться поганці нечестиві&lt;br /&gt;</w:t>
        <w:br/>
        <w:t>Ні шаблею, ні порохом, ні муром...&lt;br /&gt;</w:t>
        <w:br/>
        <w:t>На пожарищі в них ми станемо авулом.</w:t>
      </w:r>
    </w:p>
    <w:p>
      <w:r>
        <w:br/>
        <w:t>XIV</w:t>
      </w:r>
    </w:p>
    <w:p>
      <w:r>
        <w:br/>
        <w:t>Осман 35, високий учень мій в лицарстві,&lt;br /&gt;</w:t>
        <w:br/>
        <w:t>В кого я душу влив полом'яную,&lt;br /&gt;</w:t>
        <w:br/>
        <w:t>Тепер сидить, як божество, на царстві&lt;br /&gt;</w:t>
        <w:br/>
        <w:t>І наготовив їм войну страшную.&lt;br /&gt;</w:t>
        <w:br/>
        <w:t>Про се ж то ми й рушаєм до Дунаю...&lt;br /&gt;</w:t>
        <w:br/>
        <w:t>Я матір повезу до роду в гості,&lt;br /&gt;</w:t>
        <w:br/>
        <w:t>А ти з Добруджі 36 та з лісного краю&lt;br /&gt;</w:t>
        <w:br/>
        <w:t>Отабориш воювників при мості.&lt;br /&gt;</w:t>
        <w:br/>
        <w:t>Сю працю я тобі з братами поручаю.</w:t>
      </w:r>
    </w:p>
    <w:p>
      <w:r>
        <w:br/>
        <w:t>XV</w:t>
      </w:r>
    </w:p>
    <w:p>
      <w:r>
        <w:br/>
        <w:t>Вже наш ясир дійшов до Цареграда,&lt;br /&gt;</w:t>
        <w:br/>
        <w:t>А всі добутки, певно, за Дунаєм...&lt;br /&gt;</w:t>
        <w:br/>
        <w:t>Жде від Османа щедра нас награда,&lt;br /&gt;</w:t>
        <w:br/>
        <w:t>Та й по базарах грошей назбираєм...&lt;br /&gt;</w:t>
        <w:br/>
        <w:t>Простуй, Ахмете, в юрт, щоб зараз мати&lt;br /&gt;</w:t>
        <w:br/>
        <w:t>Відхаяла сю бідолашну жінку,&lt;br /&gt;</w:t>
        <w:br/>
        <w:t>А я проїду повіз наші чати,&lt;br /&gt;</w:t>
        <w:br/>
        <w:t>І буду в юрті за малу хвилинку.&lt;br /&gt;</w:t>
        <w:br/>
        <w:t>Всіх мурз із їх кошів вечеряти позвати.</w:t>
      </w:r>
    </w:p>
    <w:p>
      <w:r>
        <w:br/>
        <w:t>XVI</w:t>
      </w:r>
    </w:p>
    <w:p>
      <w:r>
        <w:br/>
        <w:t>Сьогодні по вечері буде рада&lt;br /&gt;</w:t>
        <w:br/>
        <w:t>Про все, як нам дорогу сю верстати.&lt;br /&gt;</w:t>
        <w:br/>
        <w:t>Кликни по чабану до нас із стада...&lt;br /&gt;</w:t>
        <w:br/>
        <w:t>Та щоб відхаяла сю бабу мати.&lt;br /&gt;</w:t>
        <w:br/>
        <w:t>Нам сто й тринадцять раз повеліває&lt;br /&gt;</w:t>
        <w:br/>
        <w:t>Святий Коран на вбогих і нещасних&lt;br /&gt;</w:t>
        <w:br/>
        <w:t>Дивитись так, як з неба позирає&lt;br /&gt;</w:t>
        <w:br/>
        <w:t>Аллах на нас, козявок бідолашних:&lt;br /&gt;</w:t>
        <w:br/>
        <w:t>Він милосердієм нам душу надихає".</w:t>
      </w:r>
    </w:p>
    <w:p>
      <w:r>
        <w:br/>
        <w:t>ПІСНЯ ТРЕТЯ</w:t>
      </w:r>
    </w:p>
    <w:p>
      <w:r>
        <w:br/>
        <w:t>ДУМА ПЕРВА</w:t>
      </w:r>
    </w:p>
    <w:p>
      <w:r>
        <w:br/>
        <w:t>Над степами сонце сяє,&lt;br /&gt;</w:t>
        <w:br/>
        <w:t>Вітер подихає,&lt;br /&gt;</w:t>
        <w:br/>
        <w:t>Подихає, мов у кобзу&lt;br /&gt;</w:t>
        <w:br/>
        <w:t>Тихострунну грає.</w:t>
      </w:r>
    </w:p>
    <w:p>
      <w:r>
        <w:br/>
        <w:t>Поначіплювано густо&lt;br /&gt;</w:t>
        <w:br/>
        <w:t>Струни золотії&lt;br /&gt;</w:t>
        <w:br/>
        <w:t>На степи, балки з річками,&lt;br /&gt;</w:t>
        <w:br/>
        <w:t>Байраки крутії.</w:t>
      </w:r>
    </w:p>
    <w:p>
      <w:r>
        <w:br/>
        <w:t>Сяє сонце, вітер віє,&lt;br /&gt;</w:t>
        <w:br/>
        <w:t>Тирсу нахиляє,&lt;br /&gt;</w:t>
        <w:br/>
        <w:t>До струни струна на кобзі&lt;br /&gt;</w:t>
        <w:br/>
        <w:t>Стиха промовляє.</w:t>
      </w:r>
    </w:p>
    <w:p>
      <w:r>
        <w:br/>
        <w:t>Бачиш оком, чуєш ухом,&lt;br /&gt;</w:t>
        <w:br/>
        <w:t>Серцем розумієш,&lt;br /&gt;</w:t>
        <w:br/>
        <w:t>А сказати-заспівати&lt;br /&gt;</w:t>
        <w:br/>
        <w:t>Голосно не вмієш.</w:t>
      </w:r>
    </w:p>
    <w:p>
      <w:r>
        <w:br/>
        <w:t>Несказанно, невимовне&lt;br /&gt;</w:t>
        <w:br/>
        <w:t>Кобза промовляє,&lt;br /&gt;</w:t>
        <w:br/>
        <w:t>І святими почуттями&lt;br /&gt;</w:t>
        <w:br/>
        <w:t>Серце надихає,</w:t>
      </w:r>
    </w:p>
    <w:p>
      <w:r>
        <w:br/>
        <w:t>І возносить серце вгору&lt;br /&gt;</w:t>
        <w:br/>
        <w:t>Від земного лона,&lt;br /&gt;</w:t>
        <w:br/>
        <w:t>Мов крилаті духи-коні&lt;br /&gt;</w:t>
        <w:br/>
        <w:t>Бога Аполлона 37</w:t>
      </w:r>
    </w:p>
    <w:p>
      <w:r>
        <w:br/>
        <w:t>Щоб споглянуло з-під неба&lt;br /&gt;</w:t>
        <w:br/>
        <w:t>На се жизні море,&lt;br /&gt;</w:t>
        <w:br/>
        <w:t>Де, мов хвиля гонить хвилю,&lt;br /&gt;</w:t>
        <w:br/>
        <w:t>Віра віру боре;</w:t>
      </w:r>
    </w:p>
    <w:p>
      <w:r>
        <w:br/>
        <w:t>І широкої набралось&lt;br /&gt;</w:t>
        <w:br/>
        <w:t>Правди та свободи,&lt;br /&gt;</w:t>
        <w:br/>
        <w:t>Що насильство витісняє&lt;br /&gt;</w:t>
        <w:br/>
        <w:t>З людської природи;</w:t>
      </w:r>
    </w:p>
    <w:p>
      <w:r>
        <w:br/>
        <w:t>І поезії спасенним&lt;br /&gt;</w:t>
        <w:br/>
        <w:t>Надихом сповнилось,&lt;br /&gt;</w:t>
        <w:br/>
        <w:t>До всіх вір і всіх язиків&lt;br /&gt;</w:t>
        <w:br/>
        <w:t>Рівно прихилилось.</w:t>
      </w:r>
    </w:p>
    <w:p>
      <w:r>
        <w:br/>
        <w:t>І поезії, й братерства&lt;br /&gt;</w:t>
        <w:br/>
        <w:t>Праведним натхненнєм&lt;br /&gt;</w:t>
        <w:br/>
        <w:t>До всіх кротких духом кротким&lt;br /&gt;</w:t>
        <w:br/>
        <w:t>І благоволеннєм.</w:t>
      </w:r>
    </w:p>
    <w:p>
      <w:r>
        <w:br/>
        <w:t>ДУМА ДРУГА</w:t>
      </w:r>
    </w:p>
    <w:p>
      <w:r>
        <w:br/>
        <w:t>Рушив табір, і в концерті&lt;br /&gt;</w:t>
        <w:br/>
        <w:t>Скрип коліс гарбових&lt;br /&gt;</w:t>
        <w:br/>
        <w:t>Злився з копотом і ржаннєм&lt;br /&gt;</w:t>
        <w:br/>
        <w:t>Коней табунових</w:t>
      </w:r>
    </w:p>
    <w:p>
      <w:r>
        <w:br/>
        <w:t>І, мов стадо голубине&lt;br /&gt;</w:t>
        <w:br/>
        <w:t>Замигтіло крильми,&lt;br /&gt;</w:t>
        <w:br/>
        <w:t>Крутять в полі веремія&lt;br /&gt;</w:t>
        <w:br/>
        <w:t>Делібаші кіньми.</w:t>
      </w:r>
    </w:p>
    <w:p>
      <w:r>
        <w:br/>
        <w:t>Кругом табору танцюють&lt;br /&gt;</w:t>
        <w:br/>
        <w:t>Той танець татарський,&lt;br /&gt;</w:t>
        <w:br/>
        <w:t>Що не раз крутив-морочив&lt;br /&gt;</w:t>
        <w:br/>
        <w:t>Голови лицарські.</w:t>
      </w:r>
    </w:p>
    <w:p>
      <w:r>
        <w:br/>
        <w:t>На юнаків-делібашів&lt;br /&gt;</w:t>
        <w:br/>
        <w:t>Старці позирають,&lt;br /&gt;</w:t>
        <w:br/>
        <w:t>Про свою юнацьку славу&lt;br /&gt;</w:t>
        <w:br/>
        <w:t>Любо споминають.</w:t>
      </w:r>
    </w:p>
    <w:p>
      <w:r>
        <w:br/>
        <w:t>І холодне в грудях серце&lt;br /&gt;</w:t>
        <w:br/>
        <w:t>Гріє кров гаряча,&lt;br /&gt;</w:t>
        <w:br/>
        <w:t>І завзятість оживає&lt;br /&gt;</w:t>
        <w:br/>
        <w:t>У душі козача.</w:t>
      </w:r>
    </w:p>
    <w:p>
      <w:r>
        <w:br/>
        <w:t>На юнаків-делібашів&lt;br /&gt;</w:t>
        <w:br/>
        <w:t>Дивляться дівчата,&lt;br /&gt;</w:t>
        <w:br/>
        <w:t>І мов іскрами стріляють&lt;br /&gt;</w:t>
        <w:br/>
        <w:t>Зорі-оченята.</w:t>
      </w:r>
    </w:p>
    <w:p>
      <w:r>
        <w:br/>
        <w:t>Познають своїх летучих,&lt;br /&gt;</w:t>
        <w:br/>
        <w:t>Що, мов блискавиця,&lt;br /&gt;</w:t>
        <w:br/>
        <w:t>В степових пилах, у тучах&lt;br /&gt;</w:t>
        <w:br/>
        <w:t>Зникне й загориться.</w:t>
      </w:r>
    </w:p>
    <w:p>
      <w:r>
        <w:br/>
        <w:t>Про юнаків-делібашів&lt;br /&gt;</w:t>
        <w:br/>
        <w:t>Кобзарі співають,&lt;br /&gt;</w:t>
        <w:br/>
        <w:t>Дзвонять в струни, невмираків&lt;br /&gt;</w:t>
        <w:br/>
        <w:t>Хвалять-прославляють.</w:t>
      </w:r>
    </w:p>
    <w:p>
      <w:r>
        <w:br/>
        <w:t>Обгорнула юрт молодіж,&lt;br /&gt;</w:t>
        <w:br/>
        <w:t>Мов густії тучі,&lt;br /&gt;</w:t>
        <w:br/>
        <w:t>Що вітрами гонить-крутить&lt;br /&gt;</w:t>
        <w:br/>
        <w:t>Гуррикан летючий.</w:t>
      </w:r>
    </w:p>
    <w:p>
      <w:r>
        <w:br/>
        <w:t>Серед юрту гарби-будки&lt;br /&gt;</w:t>
        <w:br/>
        <w:t>Стиха коливають;&lt;br /&gt;</w:t>
        <w:br/>
        <w:t>Білі поли, мов лебіддє,&lt;br /&gt;</w:t>
        <w:br/>
        <w:t>Крила надимають.</w:t>
      </w:r>
    </w:p>
    <w:p>
      <w:r>
        <w:br/>
        <w:t>І кричать колеса в будках&lt;br /&gt;</w:t>
        <w:br/>
        <w:t>Серед співу й дзвону,&lt;br /&gt;</w:t>
        <w:br/>
        <w:t>Як колись в нас на Посуллі 38&lt;br /&gt;</w:t>
        <w:br/>
        <w:t>Заволоки з Дону. *</w:t>
      </w:r>
    </w:p>
    <w:p>
      <w:r>
        <w:br/>
        <w:t>Се доспівувалась пісня,&lt;br /&gt;</w:t>
        <w:br/>
        <w:t>Що діди Бояни 39&lt;br /&gt;</w:t>
        <w:br/>
        <w:t>Древнім русичам, нам рідним,&lt;br /&gt;</w:t>
        <w:br/>
        <w:t>Голосно співали.</w:t>
      </w:r>
    </w:p>
    <w:p>
      <w:r>
        <w:br/>
        <w:t>Під перстами в них живії&lt;br /&gt;</w:t>
        <w:br/>
        <w:t>Струни промовляли&lt;br /&gt;</w:t>
        <w:br/>
        <w:t>І хоробрим золотії&lt;br /&gt;</w:t>
        <w:br/>
        <w:t>Славу рокотали.</w:t>
      </w:r>
    </w:p>
    <w:p>
      <w:r>
        <w:br/>
        <w:t>І, мов стадо лебедине,&lt;br /&gt;</w:t>
        <w:br/>
        <w:t>Співи розлітались,&lt;br /&gt;</w:t>
        <w:br/>
        <w:t>Не в одній вони людині&lt;br /&gt;</w:t>
        <w:br/>
        <w:t>Любо відзивались.</w:t>
      </w:r>
    </w:p>
    <w:p>
      <w:r>
        <w:br/>
        <w:t>І лицарське на Вкраїні&lt;br /&gt;</w:t>
        <w:br/>
        <w:t>Серце залунало&lt;br /&gt;</w:t>
        <w:br/>
        <w:t>І луну із серця в серце&lt;br /&gt;</w:t>
        <w:br/>
        <w:t>Аж до нас дослало.</w:t>
      </w:r>
    </w:p>
    <w:p>
      <w:r>
        <w:br/>
        <w:t>І ясним, незлобним оком&lt;br /&gt;</w:t>
        <w:br/>
        <w:t>Світ ми обіймаєм,&lt;br /&gt;</w:t>
        <w:br/>
        <w:t>Між Заходом і Востоком&lt;br /&gt;</w:t>
        <w:br/>
        <w:t>Бучі споминаєм.</w:t>
      </w:r>
    </w:p>
    <w:p>
      <w:r>
        <w:br/>
        <w:t>І вбачаємо в тих бучах&lt;br /&gt;</w:t>
        <w:br/>
        <w:t>Спільну жизнь єдину:&lt;br /&gt;</w:t>
        <w:br/>
        <w:t>Про Гординщину 40 сумуєм&lt;br /&gt;</w:t>
        <w:br/>
        <w:t>І про Україну.</w:t>
      </w:r>
    </w:p>
    <w:p>
      <w:r>
        <w:br/>
        <w:t>Лях, москаль, татарин, турчин&lt;br /&gt;</w:t>
        <w:br/>
        <w:t>Проміж себе браттє:&lt;br /&gt;</w:t>
        <w:br/>
        <w:t>Розлучило їх попівське&lt;br /&gt;</w:t>
        <w:br/>
        <w:t>Нависне завзяттє,</w:t>
      </w:r>
    </w:p>
    <w:p>
      <w:r>
        <w:br/>
        <w:t>Як любові й правди Бога&lt;br /&gt;</w:t>
        <w:br/>
        <w:t>Без попа познаєм, —&lt;br /&gt;</w:t>
        <w:br/>
        <w:t>Всіх братів ми до одного&lt;br /&gt;</w:t>
        <w:br/>
        <w:t>Серцем привітаєм.</w:t>
      </w:r>
    </w:p>
    <w:p>
      <w:r>
        <w:br/>
        <w:t>Як туман попівський зникне&lt;br /&gt;</w:t>
        <w:br/>
        <w:t>В сяєві науки,&lt;br /&gt;</w:t>
        <w:br/>
        <w:t>Міліонам по всім світі&lt;br /&gt;</w:t>
        <w:br/>
        <w:t>Буде менше муки.</w:t>
      </w:r>
    </w:p>
    <w:p>
      <w:r>
        <w:br/>
        <w:t>ДУМА ТРЕТЯ</w:t>
      </w:r>
    </w:p>
    <w:p>
      <w:r>
        <w:br/>
        <w:t>І</w:t>
      </w:r>
    </w:p>
    <w:p>
      <w:r>
        <w:br/>
        <w:t>Коло своєї на колесах хати&lt;br /&gt;</w:t>
        <w:br/>
        <w:t>Кривавий їхав Міч з людьми близькими,&lt;br /&gt;</w:t>
        <w:br/>
        <w:t>І поруч нього жінка. Два бахмати,&lt;br /&gt;</w:t>
        <w:br/>
        <w:t>Гривасті ступаки, ішли під ними.&lt;br /&gt;</w:t>
        <w:br/>
        <w:t>Бунчук червоний віяв-розвивався&lt;br /&gt;</w:t>
        <w:br/>
        <w:t>Над головою в нього: стяг понурий!&lt;br /&gt;</w:t>
        <w:br/>
        <w:t>І голосом потужним заливався&lt;br /&gt;</w:t>
        <w:br/>
        <w:t>Кобзар іззаду, рокотав і в струни,&lt;br /&gt;</w:t>
        <w:br/>
        <w:t>Та до пісень його гетьман не дослухався.</w:t>
      </w:r>
    </w:p>
    <w:p>
      <w:r>
        <w:br/>
        <w:t>ІІ</w:t>
      </w:r>
    </w:p>
    <w:p>
      <w:r>
        <w:br/>
        <w:t>"Моя Заїро! Ти моя єдина,&lt;br /&gt;</w:t>
        <w:br/>
        <w:t>Так як душа у тілі, серце в грудях...&lt;br /&gt;</w:t>
        <w:br/>
        <w:t>Нехай паруються, мов та скотина,&lt;br /&gt;</w:t>
        <w:br/>
        <w:t>Перелюбком: гидка гидота в людях!&lt;br /&gt;</w:t>
        <w:br/>
        <w:t>Той, хто нам дав Коран, сього не вводив&lt;br /&gt;</w:t>
        <w:br/>
        <w:t>(Жінок між нас поганський вік намножив).&lt;br /&gt;</w:t>
        <w:br/>
        <w:t>Ніколи він із рук не переходив&lt;br /&gt;</w:t>
        <w:br/>
        <w:t>У другі руки на святому ложі:&lt;br /&gt;</w:t>
        <w:br/>
        <w:t>Бо проповідував закони чисті Божі".</w:t>
      </w:r>
    </w:p>
    <w:p>
      <w:r>
        <w:br/>
        <w:t>ІІІ</w:t>
      </w:r>
    </w:p>
    <w:p>
      <w:r>
        <w:br/>
        <w:t>Так Міч Кривавий мовив до дружини,&lt;br /&gt;</w:t>
        <w:br/>
        <w:t>Що золотим волоссєм і очима&lt;br /&gt;</w:t>
        <w:br/>
        <w:t>Являла тип найкращий України.&lt;br /&gt;</w:t>
        <w:br/>
        <w:t>Той кроткий тип, що серце херувима&lt;br /&gt;</w:t>
        <w:br/>
        <w:t>Заніс до нас із Тігра до Євфрата 41, —&lt;br /&gt;</w:t>
        <w:br/>
        <w:t>Не той, що у жалю ваги не знає,&lt;br /&gt;</w:t>
        <w:br/>
        <w:t>Що, мов козацька кров лиха, завзята&lt;br /&gt;</w:t>
        <w:br/>
        <w:t>В любові вре, в ненависті палає&lt;br /&gt;</w:t>
        <w:br/>
        <w:t>І цілий Божий світ ні за що не вважає.</w:t>
      </w:r>
    </w:p>
    <w:p>
      <w:r>
        <w:br/>
        <w:t>ІV</w:t>
      </w:r>
    </w:p>
    <w:p>
      <w:r>
        <w:br/>
        <w:t>"Ти божество моїм очам являєш, —&lt;br /&gt;</w:t>
        <w:br/>
        <w:t>Рече Заїра, між людьми людина, —&lt;br /&gt;</w:t>
        <w:br/>
        <w:t>Бо блискавками на войні метаєш,&lt;br /&gt;</w:t>
        <w:br/>
        <w:t>А. дома, мов до матері дитина,&lt;br /&gt;</w:t>
        <w:br/>
        <w:t>До мене голову на лоно хилиш,&lt;br /&gt;</w:t>
        <w:br/>
        <w:t>Палкому серцю жаждеш прохолоди,&lt;br /&gt;</w:t>
        <w:br/>
        <w:t>Всім таборянам добродійства чиниш&lt;br /&gt;</w:t>
        <w:br/>
        <w:t>І нагороджуєш походні шкоди&lt;br /&gt;</w:t>
        <w:br/>
        <w:t>І всі кривавої войни труда й пригоди". —</w:t>
      </w:r>
    </w:p>
    <w:p>
      <w:r>
        <w:br/>
        <w:t>V</w:t>
      </w:r>
    </w:p>
    <w:p>
      <w:r>
        <w:br/>
        <w:t>"О, де ж би я знайшов спочивок любий&lt;br /&gt;</w:t>
        <w:br/>
        <w:t>Після літання дикими полями,&lt;br /&gt;</w:t>
        <w:br/>
        <w:t>Приятелів і слуг безцінних згуби&lt;br /&gt;</w:t>
        <w:br/>
        <w:t>Та боротьби за жизнь із ворогами?&lt;br /&gt;</w:t>
        <w:br/>
        <w:t>В саду в "сестри", що, мов стебло, кадила,&lt;br /&gt;</w:t>
        <w:br/>
        <w:t>Що, мов лелія, вознеслась із праха,&lt;br /&gt;</w:t>
        <w:br/>
        <w:t>[І раєм нам земну юдоль зробила,]&lt;br /&gt;</w:t>
        <w:br/>
        <w:t>По благості до нас, людців. Аллаха, —&lt;br /&gt;</w:t>
        <w:br/>
        <w:t>В твоїм саду, моя любов і сестро мила!..</w:t>
      </w:r>
    </w:p>
    <w:p>
      <w:r>
        <w:br/>
        <w:t>VI</w:t>
      </w:r>
    </w:p>
    <w:p>
      <w:r>
        <w:br/>
        <w:t>Пророче Божий! Ти Мечем Кривавим&lt;br /&gt;</w:t>
        <w:br/>
        <w:t>Звелів твойму слузі іменуватись,&lt;br /&gt;</w:t>
        <w:br/>
        <w:t>Щоб на землі твоєї правди й слави&lt;br /&gt;</w:t>
        <w:br/>
        <w:t>Войною та ясиром допевнятись;&lt;br /&gt;</w:t>
        <w:br/>
        <w:t>І, мов той гуррикан ширококрилий,&lt;br /&gt;</w:t>
        <w:br/>
        <w:t>Я мчусь, куди мій дух повеліває...&lt;br /&gt;</w:t>
        <w:br/>
        <w:t>Дає мені твоє натхненне сили&lt;br /&gt;</w:t>
        <w:br/>
        <w:t>Губить лихе, що правду зневажає...&lt;br /&gt;</w:t>
        <w:br/>
        <w:t>Не мій. Аллахів міч, невірних погубляє."</w:t>
      </w:r>
    </w:p>
    <w:p>
      <w:r>
        <w:br/>
        <w:t>VII</w:t>
      </w:r>
    </w:p>
    <w:p>
      <w:r>
        <w:br/>
        <w:t>І чистий сніг-завивала схилився&lt;br /&gt;</w:t>
        <w:br/>
        <w:t>Над чорною, як ворон, бородою;&lt;br /&gt;</w:t>
        <w:br/>
        <w:t>І вид його ясний затуманився&lt;br /&gt;</w:t>
        <w:br/>
        <w:t>Якоюсь погаданкою тяжкою.&lt;br /&gt;</w:t>
        <w:br/>
        <w:t>"О нене! — стиха, мов мала дитина,&lt;br /&gt;</w:t>
        <w:br/>
        <w:t>Промовив Кантемир. — Про що ти,&lt;br /&gt;</w:t>
        <w:br/>
        <w:t>Свята, пречиста, ангельська людино.&lt;br /&gt;</w:t>
        <w:br/>
        <w:t>Погибла від козацької голоти?&lt;br /&gt;</w:t>
        <w:br/>
        <w:t>Невже ж се за гріхи твого палкого сина?</w:t>
      </w:r>
    </w:p>
    <w:p>
      <w:r>
        <w:br/>
        <w:t>VIII</w:t>
      </w:r>
    </w:p>
    <w:p>
      <w:r>
        <w:br/>
        <w:t>Ніхто не рятував тебе від смерти,&lt;br /&gt;</w:t>
        <w:br/>
        <w:t>Як я з мечем кривавим на джавурів,&lt;br /&gt;</w:t>
        <w:br/>
        <w:t>Мов Божа помста, ринувся, щоб стерти&lt;br /&gt;</w:t>
        <w:br/>
        <w:t>З лиця землі невірних гайдабурів...&lt;br /&gt;</w:t>
        <w:br/>
        <w:t>Тепер знов образ твій мені з'явився&lt;br /&gt;</w:t>
        <w:br/>
        <w:t>У тім обличчі, як печаль, гіркому...&lt;br /&gt;</w:t>
        <w:br/>
        <w:t>Про що?.. Невже ж за тебе не помстився&lt;br /&gt;</w:t>
        <w:br/>
        <w:t>Твій син плачущий на цім кодлі злому,&lt;br /&gt;</w:t>
        <w:br/>
        <w:t>На ворозі сьому, в завзятості страшному?</w:t>
      </w:r>
    </w:p>
    <w:p>
      <w:r>
        <w:br/>
        <w:t>ІХ</w:t>
      </w:r>
    </w:p>
    <w:p>
      <w:r>
        <w:br/>
        <w:t>А ти, про що ж і ти з'явився, брате,&lt;br /&gt;</w:t>
        <w:br/>
        <w:t>Мені вві сні вже воїном дорослим?..&lt;br /&gt;</w:t>
        <w:br/>
        <w:t>Ти кажеш, се у тебе друга мати?&lt;br /&gt;</w:t>
        <w:br/>
        <w:t>Вона тобі сосудом богоносним&lt;br /&gt;</w:t>
        <w:br/>
        <w:t>Зробилась... Дивне в тебе слово!&lt;br /&gt;</w:t>
        <w:br/>
        <w:t>Побачимось, речеш, і Бога в серці&lt;br /&gt;</w:t>
        <w:br/>
        <w:t>Я покажу тобі мого святого...&lt;br /&gt;</w:t>
        <w:br/>
        <w:t>Ним я живу, ним серце в мене б'єтся…&lt;br /&gt;</w:t>
        <w:br/>
        <w:t>О, сне! Ти показав мені мене самого...</w:t>
      </w:r>
    </w:p>
    <w:p>
      <w:r>
        <w:br/>
        <w:t>Х</w:t>
      </w:r>
    </w:p>
    <w:p>
      <w:r>
        <w:br/>
        <w:t>Невже ж ти жив, мій брате, іскро світу,&lt;br /&gt;</w:t>
        <w:br/>
        <w:t>Що з матернього серця засвітилась,&lt;br /&gt;</w:t>
        <w:br/>
        <w:t>І се було угодно Магомету,&lt;br /&gt;</w:t>
        <w:br/>
        <w:t>Щоб жінка та, мов тінь, мені явилась,&lt;br /&gt;</w:t>
        <w:br/>
        <w:t>Та тінь свята, що і в юдолі смерти&lt;br /&gt;</w:t>
        <w:br/>
        <w:t>Свого синка, зітхаючи, шукає?&lt;br /&gt;</w:t>
        <w:br/>
        <w:t>О, не даваймо їй, Заїро, вмерти!&lt;br /&gt;</w:t>
        <w:br/>
        <w:t>Нехай розкаже нам про все, що знає,&lt;br /&gt;</w:t>
        <w:br/>
        <w:t>Яких близьких людей там на Вкраїні має". —</w:t>
      </w:r>
    </w:p>
    <w:p>
      <w:r>
        <w:br/>
        <w:t>XI</w:t>
      </w:r>
    </w:p>
    <w:p>
      <w:r>
        <w:br/>
        <w:t>"Як посадили, брате, в сонну воду&lt;br /&gt;</w:t>
        <w:br/>
        <w:t>Сю справді тінь живої ще людини,&lt;br /&gt;</w:t>
        <w:br/>
        <w:t>Вона пробовкнула щось про пригоду,&lt;br /&gt;</w:t>
        <w:br/>
        <w:t>Про втрату бідолашної дитини;&lt;br /&gt;</w:t>
        <w:br/>
        <w:t>Та сон-вода все горе потушила,&lt;br /&gt;</w:t>
        <w:br/>
        <w:t>Тепер старенька любо спочиває.&lt;br /&gt;</w:t>
        <w:br/>
        <w:t>У довгім сні воскресне жизні сила,&lt;br /&gt;</w:t>
        <w:br/>
        <w:t>Прокинеться від сну аж над Дунаєм:&lt;br /&gt;</w:t>
        <w:br/>
        <w:t>Тоді про все життє в гіркої розпитаєм".—</w:t>
      </w:r>
    </w:p>
    <w:p>
      <w:r>
        <w:br/>
        <w:t>XII</w:t>
      </w:r>
    </w:p>
    <w:p>
      <w:r>
        <w:br/>
        <w:t>"Мій сон мені, сеструню, не доснився…&lt;br /&gt;</w:t>
        <w:br/>
        <w:t>Я кинувсь братнє видмо обіймати,&lt;br /&gt;</w:t>
        <w:br/>
        <w:t>Дивлюсь — чавуш до мене нахилився&lt;br /&gt;</w:t>
        <w:br/>
        <w:t>Від беклербека посланець крилатий:&lt;br /&gt;</w:t>
        <w:br/>
        <w:t>"Хвала Аллахові! На Чорнім морі,&lt;br /&gt;</w:t>
        <w:br/>
        <w:t>Коло Кілії42 славної, джавурів&lt;br /&gt;</w:t>
        <w:br/>
        <w:t>Побито, і Редшид-баша в Босфорі&lt;br /&gt;</w:t>
        <w:br/>
        <w:t>До падишахових блискучих мурів&lt;br /&gt;</w:t>
        <w:br/>
        <w:t>Галерами пригнав з човнами гайдабурів".</w:t>
      </w:r>
    </w:p>
    <w:p>
      <w:r>
        <w:br/>
        <w:t>ХІІІ</w:t>
      </w:r>
    </w:p>
    <w:p>
      <w:r>
        <w:br/>
        <w:t>Заїро, спогадай тепер про Бушу&lt;br /&gt;</w:t>
        <w:br/>
        <w:t>Про договор святий і ляцьку зраду...&lt;br /&gt;</w:t>
        <w:br/>
        <w:t>Я на Цоцорі голову Зулушу&lt;br /&gt;</w:t>
        <w:br/>
        <w:t>Відтяв моїм мечем за їх неправду.&lt;br /&gt;</w:t>
        <w:br/>
        <w:t>Редшид же повтинав тепер їм руки,&lt;br /&gt;</w:t>
        <w:br/>
        <w:t>Що Лехистан зрадливий боронили.&lt;br /&gt;</w:t>
        <w:br/>
        <w:t>О, завдамо ж лихим невірам муки,&lt;br /&gt;</w:t>
        <w:br/>
        <w:t>Покрушимо одним походом сили,&lt;br /&gt;</w:t>
        <w:br/>
        <w:t>Що правовірну кров із року в рік точили.</w:t>
      </w:r>
    </w:p>
    <w:p>
      <w:r>
        <w:br/>
        <w:t>XIV</w:t>
      </w:r>
    </w:p>
    <w:p>
      <w:r>
        <w:br/>
        <w:t>Зовуть мене Османовим пророком...&lt;br /&gt;</w:t>
        <w:br/>
        <w:t>Так, сам пророк на те мене поставив,&lt;br /&gt;</w:t>
        <w:br/>
        <w:t>Щоб гидував перелюбним пороком&lt;br /&gt;</w:t>
        <w:br/>
        <w:t>І учня на святий закон наставив.&lt;br /&gt;</w:t>
        <w:br/>
        <w:t>І дасть йому Аллах орлові крила,&lt;br /&gt;</w:t>
        <w:br/>
        <w:t>Щоб знявся він над усіма царями,&lt;br /&gt;</w:t>
        <w:br/>
        <w:t>Щоб ідольство борола наша сила,&lt;br /&gt;</w:t>
        <w:br/>
        <w:t>Щоб Міч Кривавий мстивсь над ворогами&lt;br /&gt;</w:t>
        <w:br/>
        <w:t>І перед ним тремтів козак і лях-невіра!</w:t>
      </w:r>
    </w:p>
    <w:p>
      <w:r>
        <w:br/>
        <w:t>XV</w:t>
      </w:r>
    </w:p>
    <w:p>
      <w:r>
        <w:br/>
        <w:t>Кобзарю! Задзвони в гучнії струни,&lt;br /&gt;</w:t>
        <w:br/>
        <w:t>Щоб і громи тебе не заглушали...&lt;br /&gt;</w:t>
        <w:br/>
        <w:t>Нехай покинуть мовчазнії труни&lt;br /&gt;</w:t>
        <w:br/>
        <w:t>Всі, що з Мечем Кривавим воювали,&lt;br /&gt;</w:t>
        <w:br/>
        <w:t>І славою святою засіяють,&lt;br /&gt;</w:t>
        <w:br/>
        <w:t>Мов над степами путеводні зорі,&lt;br /&gt;</w:t>
        <w:br/>
        <w:t>І духа нам під хмари підіймають,&lt;br /&gt;</w:t>
        <w:br/>
        <w:t>Як гуррикан страшний тифона в морі,&lt;br /&gt;</w:t>
        <w:br/>
        <w:t>І трепетом серця недовіркам сповняють!</w:t>
      </w:r>
    </w:p>
    <w:p>
      <w:r>
        <w:br/>
        <w:t>XVI</w:t>
      </w:r>
    </w:p>
    <w:p>
      <w:r>
        <w:br/>
        <w:t>Гей, підведіть до мене бойового!&lt;br /&gt;</w:t>
        <w:br/>
        <w:t>Повчу я молодих орлят літання...&lt;br /&gt;</w:t>
        <w:br/>
        <w:t>Не вдержу в грудях серця огняного,&lt;br /&gt;</w:t>
        <w:br/>
        <w:t>Не вдержу в серці полом'я-палання!"&lt;br /&gt;</w:t>
        <w:br/>
        <w:t>І на баскому скоком опинився,&lt;br /&gt;</w:t>
        <w:br/>
        <w:t>Такий же, як і кінь, палкий, зиркатий.&lt;br /&gt;</w:t>
        <w:br/>
        <w:t>Заржавши, огир над землею звився,&lt;br /&gt;</w:t>
        <w:br/>
        <w:t>Огонь жерущий, аквілон крилатий, —&lt;br /&gt;</w:t>
        <w:br/>
        <w:t>І блискавкам його в степу не перегнати.</w:t>
      </w:r>
    </w:p>
    <w:p>
      <w:r>
        <w:br/>
        <w:t>XVII</w:t>
      </w:r>
    </w:p>
    <w:p>
      <w:r>
        <w:br/>
        <w:t>Заграли в труби, загули в тимпани,&lt;br /&gt;</w:t>
        <w:br/>
        <w:t>Кобзар потужним голосом залився,&lt;br /&gt;</w:t>
        <w:br/>
        <w:t>І струни ніби громом рокотали:&lt;br /&gt;</w:t>
        <w:br/>
        <w:t>То пінявий Босфор у скелі бився,&lt;br /&gt;</w:t>
        <w:br/>
        <w:t>Душа в старих мов крила розпускала,&lt;br /&gt;</w:t>
        <w:br/>
        <w:t>За Кантемиром по полю носилась.&lt;br /&gt;</w:t>
        <w:br/>
        <w:t>Велично навкруги Заїра позирала,&lt;br /&gt;</w:t>
        <w:br/>
        <w:t>Її обличчє сяєвом окрилось,&lt;br /&gt;</w:t>
        <w:br/>
        <w:t>І сльози капали, і серце веселилось.</w:t>
      </w:r>
    </w:p>
    <w:p>
      <w:r>
        <w:br/>
        <w:t>ДУМА ЧЕТВЕРТА</w:t>
      </w:r>
    </w:p>
    <w:p>
      <w:r>
        <w:br/>
        <w:t>Невмируща іскра жизні&lt;br /&gt;</w:t>
        <w:br/>
        <w:t>Жевріє помалу&lt;br /&gt;</w:t>
        <w:br/>
        <w:t>В тілі, що тяжким досталось&lt;br /&gt;</w:t>
        <w:br/>
        <w:t>Мукам на поталу.</w:t>
      </w:r>
    </w:p>
    <w:p>
      <w:r>
        <w:br/>
        <w:t>По переказу, з давнезних&lt;br /&gt;</w:t>
        <w:br/>
        <w:t>Аравійських давен 44&lt;br /&gt;</w:t>
        <w:br/>
        <w:t>Ліками рід Кантемирів&lt;br /&gt;</w:t>
        <w:br/>
        <w:t>Широко був славен.</w:t>
      </w:r>
    </w:p>
    <w:p>
      <w:r>
        <w:br/>
        <w:t>З купелю саджали в купіль,&lt;br /&gt;</w:t>
        <w:br/>
        <w:t>Як малу дитину,&lt;br /&gt;</w:t>
        <w:br/>
        <w:t>Полумертву, невладущу,&lt;br /&gt;</w:t>
        <w:br/>
        <w:t>Нетямну людину.</w:t>
      </w:r>
    </w:p>
    <w:p>
      <w:r>
        <w:br/>
        <w:t>І помалу, поволеньки&lt;br /&gt;</w:t>
        <w:br/>
        <w:t>Стала володати&lt;br /&gt;</w:t>
        <w:br/>
        <w:t>І руками, і ногами&lt;br /&gt;</w:t>
        <w:br/>
        <w:t>Безталанна мати.</w:t>
      </w:r>
    </w:p>
    <w:p>
      <w:r>
        <w:br/>
        <w:t>І вернувсь до неї розум,&lt;br /&gt;</w:t>
        <w:br/>
        <w:t>Скрушений бідою,&lt;br /&gt;</w:t>
        <w:br/>
        <w:t>І мов зо сну розмовляла&lt;br /&gt;</w:t>
        <w:br/>
        <w:t>Голосно з собою:</w:t>
      </w:r>
    </w:p>
    <w:p>
      <w:r>
        <w:br/>
        <w:t>"Се вже на тому я світі,&lt;br /&gt;</w:t>
        <w:br/>
        <w:t>Та ні рай, ні пекло...&lt;br /&gt;</w:t>
        <w:br/>
        <w:t>Мов у пеклі, темнувато;&lt;br /&gt;</w:t>
        <w:br/>
        <w:t>Мов у раї, тепло.</w:t>
      </w:r>
    </w:p>
    <w:p>
      <w:r>
        <w:br/>
        <w:t>Тепло й тихо, тільки чути&lt;br /&gt;</w:t>
        <w:br/>
        <w:t>Щось у кобзу грає&lt;br /&gt;</w:t>
        <w:br/>
        <w:t>І до струн живих неначе&lt;br /&gt;</w:t>
        <w:br/>
        <w:t>Голос промовляє.</w:t>
      </w:r>
    </w:p>
    <w:p>
      <w:r>
        <w:br/>
        <w:t>Се, мабуть, тайник-печера,&lt;br /&gt;</w:t>
        <w:br/>
        <w:t>Що йде під землею,&lt;br /&gt;</w:t>
        <w:br/>
        <w:t>Де сховались наші предки,&lt;br /&gt;</w:t>
        <w:br/>
        <w:t>Та й живуть сім'єю.</w:t>
      </w:r>
    </w:p>
    <w:p>
      <w:r>
        <w:br/>
        <w:t>Надо мною склеп неначе...&lt;br /&gt;</w:t>
        <w:br/>
        <w:t>Звідки ж вітер дише&lt;br /&gt;</w:t>
        <w:br/>
        <w:t>І стіною земляною,&lt;br /&gt;</w:t>
        <w:br/>
        <w:t>Мов рядном, колише?</w:t>
      </w:r>
    </w:p>
    <w:p>
      <w:r>
        <w:br/>
        <w:t>Коло мене щось мов ходить...&lt;br /&gt;</w:t>
        <w:br/>
        <w:t>Чи тінь, чи людина?&lt;br /&gt;</w:t>
        <w:br/>
        <w:t>Може, се моя Маруся,&lt;br /&gt;</w:t>
        <w:br/>
        <w:t>Кругла сиротина?</w:t>
      </w:r>
    </w:p>
    <w:p>
      <w:r>
        <w:br/>
        <w:t>Може, вмерла, як і мати,&lt;br /&gt;</w:t>
        <w:br/>
        <w:t>Від журби тяжкої.&lt;br /&gt;</w:t>
        <w:br/>
        <w:t>І впросилась доглядати&lt;br /&gt;</w:t>
        <w:br/>
        <w:t>Неньки неживої.</w:t>
      </w:r>
    </w:p>
    <w:p>
      <w:r>
        <w:br/>
        <w:t>Бо не чути, як ступає&lt;br /&gt;</w:t>
        <w:br/>
        <w:t>По землі се видмо,&lt;br /&gt;</w:t>
        <w:br/>
        <w:t>І його людське обличчє&lt;br /&gt;</w:t>
        <w:br/>
        <w:t>Ледве-ледве видно.</w:t>
      </w:r>
    </w:p>
    <w:p>
      <w:r>
        <w:br/>
        <w:t>Ні печалі, ні зітхання...&lt;br /&gt;</w:t>
        <w:br/>
        <w:t>Бачу, се ж бо й правда:&lt;br /&gt;</w:t>
        <w:br/>
        <w:t>Бо немов і я журюся,&lt;br /&gt;</w:t>
        <w:br/>
        <w:t>Немов трохи й рада". —</w:t>
      </w:r>
    </w:p>
    <w:p>
      <w:r>
        <w:br/>
        <w:t>"Рада, нене, що вернулась&lt;br /&gt;</w:t>
        <w:br/>
        <w:t>Божа іскра в тіло.&lt;br /&gt;</w:t>
        <w:br/>
        <w:t>Над тобою совершилось&lt;br /&gt;</w:t>
        <w:br/>
        <w:t>Благодатне діло". —</w:t>
      </w:r>
    </w:p>
    <w:p>
      <w:r>
        <w:br/>
        <w:t>Сі слова промовив стиха&lt;br /&gt;</w:t>
        <w:br/>
        <w:t>Дуже дивний голос...&lt;br /&gt;</w:t>
        <w:br/>
        <w:t>В бідолашної бабусі&lt;br /&gt;</w:t>
        <w:br/>
        <w:t>Зів'яв білий волос.</w:t>
      </w:r>
    </w:p>
    <w:p>
      <w:r>
        <w:br/>
        <w:t>"Чи се й ти вже під землею,&lt;br /&gt;</w:t>
        <w:br/>
        <w:t>Синку мій, королю,&lt;br /&gt;</w:t>
        <w:br/>
        <w:t>Що один дух був з моєю&lt;br /&gt;</w:t>
        <w:br/>
        <w:t>Бідною дочкою?" —</w:t>
      </w:r>
    </w:p>
    <w:p>
      <w:r>
        <w:br/>
        <w:t>"Ні, паньматко, — відказав їй, —&lt;br /&gt;</w:t>
        <w:br/>
        <w:t>Ще ти між живими,&lt;br /&gt;</w:t>
        <w:br/>
        <w:t>Хоч тобі людьми чужими,&lt;br /&gt;</w:t>
        <w:br/>
        <w:t>Може, ще й страшними.</w:t>
      </w:r>
    </w:p>
    <w:p>
      <w:r>
        <w:br/>
        <w:t>Відчепи, Заїро, полу,&lt;br /&gt;</w:t>
        <w:br/>
        <w:t>Хай засяє сонце,&lt;br /&gt;</w:t>
        <w:br/>
        <w:t>І до нас, як Боже око,&lt;br /&gt;</w:t>
        <w:br/>
        <w:t>Зазирне в віконце".</w:t>
      </w:r>
    </w:p>
    <w:p>
      <w:r>
        <w:br/>
        <w:t>І розлився по намету&lt;br /&gt;</w:t>
        <w:br/>
        <w:t>Світ благословенний,&lt;br /&gt;</w:t>
        <w:br/>
        <w:t>Що ціну йому зложити&lt;br /&gt;</w:t>
        <w:br/>
        <w:t>Тільки в ямі темній.</w:t>
      </w:r>
    </w:p>
    <w:p>
      <w:r>
        <w:br/>
        <w:t>Килимами вся долівка&lt;br /&gt;</w:t>
        <w:br/>
        <w:t>Вислана багато,&lt;br /&gt;</w:t>
        <w:br/>
        <w:t>І блищить ординська хата,&lt;br /&gt;</w:t>
        <w:br/>
        <w:t>Мов царська палата.</w:t>
      </w:r>
    </w:p>
    <w:p>
      <w:r>
        <w:br/>
        <w:t>Пишна зброя, кубки, таці,&lt;br /&gt;</w:t>
        <w:br/>
        <w:t>Намиста сіяють;&lt;br /&gt;</w:t>
        <w:br/>
        <w:t>Сутозолоті жупани&lt;br /&gt;</w:t>
        <w:br/>
        <w:t>З сонцем в жмурки грають.</w:t>
      </w:r>
    </w:p>
    <w:p>
      <w:r>
        <w:br/>
        <w:t>Да не дивиться небога,&lt;br /&gt;</w:t>
        <w:br/>
        <w:t>Чим орда пишалась,&lt;br /&gt;</w:t>
        <w:br/>
        <w:t>Через що за Сян дорога&lt;br /&gt;</w:t>
        <w:br/>
        <w:t>Золотою звалась 45.</w:t>
      </w:r>
    </w:p>
    <w:p>
      <w:r>
        <w:br/>
        <w:t>І знялась на лікоть з ложа&lt;br /&gt;</w:t>
        <w:br/>
        <w:t>На м'якій долівці,&lt;br /&gt;</w:t>
        <w:br/>
        <w:t>І вліпила в Кантемира&lt;br /&gt;</w:t>
        <w:br/>
        <w:t>Злякані зірниці.</w:t>
      </w:r>
    </w:p>
    <w:p>
      <w:r>
        <w:br/>
        <w:t>"Які Левко? — насилу шепче, —&lt;br /&gt;</w:t>
        <w:br/>
        <w:t>Обріс бородою?..&lt;br /&gt;</w:t>
        <w:br/>
        <w:t>Обвив голову габою?..&lt;br /&gt;</w:t>
        <w:br/>
        <w:t>Знається з ордою?" —</w:t>
      </w:r>
    </w:p>
    <w:p>
      <w:r>
        <w:br/>
        <w:t>"Ой, Заїро! Не гаразд ми,&lt;br /&gt;</w:t>
        <w:br/>
        <w:t>Не гаразд вчинили,&lt;br /&gt;</w:t>
        <w:br/>
        <w:t>Що яркого світу сонця&lt;br /&gt;</w:t>
        <w:br/>
        <w:t>Зразу напустили". —</w:t>
      </w:r>
    </w:p>
    <w:p>
      <w:r>
        <w:br/>
        <w:t>"Не втікай же бо, Левусю!&lt;br /&gt;</w:t>
        <w:br/>
        <w:t>Дай хоч подивлюся...&lt;br /&gt;</w:t>
        <w:br/>
        <w:t>Може, знаєш, де шукати...&lt;br /&gt;</w:t>
        <w:br/>
        <w:t>Де моя Маруся".</w:t>
      </w:r>
    </w:p>
    <w:p>
      <w:r>
        <w:br/>
        <w:t>І за полу Кантемира&lt;br /&gt;</w:t>
        <w:br/>
        <w:t>Безталанна ловить,&lt;br /&gt;</w:t>
        <w:br/>
        <w:t>І тремтить, і за дрібними&lt;br /&gt;</w:t>
        <w:br/>
        <w:t>Слова не промовить.</w:t>
      </w:r>
    </w:p>
    <w:p>
      <w:r>
        <w:br/>
        <w:t>"Що тобі здалось, голубко?&lt;br /&gt;</w:t>
        <w:br/>
        <w:t>З нами чиста сила!&lt;br /&gt;</w:t>
        <w:br/>
        <w:t>Не лякайсь-бо, сіра утко,&lt;br /&gt;</w:t>
        <w:br/>
        <w:t>Гоголице біла! —</w:t>
      </w:r>
    </w:p>
    <w:p>
      <w:r>
        <w:br/>
        <w:t>До старенької Заїра&lt;br /&gt;</w:t>
        <w:br/>
        <w:t>Стиха промовляє&lt;br /&gt;</w:t>
        <w:br/>
        <w:t>Голоском лагідним, любим,&lt;br /&gt;</w:t>
        <w:br/>
        <w:t>Мов сопілка грає. —</w:t>
      </w:r>
    </w:p>
    <w:p>
      <w:r>
        <w:br/>
        <w:t>Се мій муж, мій рай цвітущий,&lt;br /&gt;</w:t>
        <w:br/>
        <w:t>Радощі й утіхи:&lt;br /&gt;</w:t>
        <w:br/>
        <w:t>На войні він лев жерущий,&lt;br /&gt;</w:t>
        <w:br/>
        <w:t>Дома — голуб тихий". —</w:t>
      </w:r>
    </w:p>
    <w:p>
      <w:r>
        <w:br/>
        <w:t>"Як! Левко твій муж? Чи справді?&lt;br /&gt;</w:t>
        <w:br/>
        <w:t>І протерла очі,&lt;br /&gt;</w:t>
        <w:br/>
        <w:t>Чи се вдень їй увижалось,&lt;br /&gt;</w:t>
        <w:br/>
        <w:t>Чи посеред ночі? —</w:t>
      </w:r>
    </w:p>
    <w:p>
      <w:r>
        <w:br/>
        <w:t>Ти ж до неї залицявся,&lt;br /&gt;</w:t>
        <w:br/>
        <w:t>Орле мій, королю!&lt;br /&gt;</w:t>
        <w:br/>
        <w:t>І покинув? І спізнався?..&lt;br /&gt;</w:t>
        <w:br/>
        <w:t>І живеш з ордою?" —</w:t>
      </w:r>
    </w:p>
    <w:p>
      <w:r>
        <w:br/>
        <w:t>"Паньматусю!" —&lt;br /&gt;</w:t>
        <w:br/>
        <w:t>"Ні, Заїро,&lt;br /&gt;</w:t>
        <w:br/>
        <w:t>Сон мій був пророчий...&lt;br /&gt;</w:t>
        <w:br/>
        <w:t>Дивні речі, невимовні&lt;br /&gt;</w:t>
        <w:br/>
        <w:t>Бачать людські очі". —</w:t>
      </w:r>
    </w:p>
    <w:p>
      <w:r>
        <w:br/>
        <w:t>"Нене! Говори порядно,&lt;br /&gt;</w:t>
        <w:br/>
        <w:t>Хто ти, і кого ти&lt;br /&gt;</w:t>
        <w:br/>
        <w:t>Звеш Левком так недоладно,&lt;br /&gt;</w:t>
        <w:br/>
        <w:t>Тремтячи з турботи?</w:t>
      </w:r>
    </w:p>
    <w:p>
      <w:r>
        <w:br/>
        <w:t>Він кохавсь, як ти мовляла,&lt;br /&gt;</w:t>
        <w:br/>
        <w:t>Десь там із дочкою,&lt;br /&gt;</w:t>
        <w:br/>
        <w:t>І якась пригода сталась&lt;br /&gt;</w:t>
        <w:br/>
        <w:t>З ними і з тобою?.." —</w:t>
      </w:r>
    </w:p>
    <w:p>
      <w:r>
        <w:br/>
        <w:t>"Дак се не Левко? Се мрія?&lt;br /&gt;</w:t>
        <w:br/>
        <w:t>Ні! Його се голос:&lt;br /&gt;</w:t>
        <w:br/>
        <w:t>То гримить, то наче віє&lt;br /&gt;</w:t>
        <w:br/>
        <w:t>Вітерець між колос...</w:t>
      </w:r>
    </w:p>
    <w:p>
      <w:r>
        <w:br/>
        <w:t>Він гримів про воюваннє,&lt;br /&gt;</w:t>
        <w:br/>
        <w:t>Віяв про коханнє,&lt;br /&gt;</w:t>
        <w:br/>
        <w:t>Про щасливе пануваннє&lt;br /&gt;</w:t>
        <w:br/>
        <w:t>І розкошуваннє.</w:t>
      </w:r>
    </w:p>
    <w:p>
      <w:r>
        <w:br/>
        <w:t>Серед хвиль морських ревучих,&lt;br /&gt;</w:t>
        <w:br/>
        <w:t>Галасу та крику&lt;br /&gt;</w:t>
        <w:br/>
        <w:t>Чуло голос той все військо,&lt;br /&gt;</w:t>
        <w:br/>
        <w:t>Мов трубу велику.</w:t>
      </w:r>
    </w:p>
    <w:p>
      <w:r>
        <w:br/>
        <w:t>І за те старшим обрали&lt;br /&gt;</w:t>
        <w:br/>
        <w:t>Над всіми човнами,&lt;br /&gt;</w:t>
        <w:br/>
        <w:t>Над старими старшинами,&lt;br /&gt;</w:t>
        <w:br/>
        <w:t>Над отаманами.</w:t>
      </w:r>
    </w:p>
    <w:p>
      <w:r>
        <w:br/>
        <w:t>І, як сокіл в чистім полі&lt;br /&gt;</w:t>
        <w:br/>
        <w:t>Голуби ганяє,&lt;br /&gt;</w:t>
        <w:br/>
        <w:t>Так він на турецькі в морі&lt;br /&gt;</w:t>
        <w:br/>
        <w:t>Судна налітає.</w:t>
      </w:r>
    </w:p>
    <w:p>
      <w:r>
        <w:br/>
        <w:t>Налітає — турка боре,&lt;br /&gt;</w:t>
        <w:br/>
        <w:t>Здобич здобуває&lt;br /&gt;</w:t>
        <w:br/>
        <w:t>І про наше люте горе,&lt;br /&gt;</w:t>
        <w:br/>
        <w:t>Про біду не знає".</w:t>
      </w:r>
    </w:p>
    <w:p>
      <w:r>
        <w:br/>
        <w:t>Сумно Кантемир споглянув:&lt;br /&gt;</w:t>
        <w:br/>
        <w:t>"Так, се він, Заїро!&lt;br /&gt;</w:t>
        <w:br/>
        <w:t>Тепер всю пригоду знаю&lt;br /&gt;</w:t>
        <w:br/>
        <w:t>Вашу, бідна віро...</w:t>
      </w:r>
    </w:p>
    <w:p>
      <w:r>
        <w:br/>
        <w:t>Ти Марусі Богуславки,&lt;br /&gt;</w:t>
        <w:br/>
        <w:t>Мабуть, мати рідна?.."&lt;br /&gt;</w:t>
        <w:br/>
        <w:t>Затремтіла, се почувши,&lt;br /&gt;</w:t>
        <w:br/>
        <w:t>Мов листочок, бідна.</w:t>
      </w:r>
    </w:p>
    <w:p>
      <w:r>
        <w:br/>
        <w:t>"Не питай, звідкіль се знаю,&lt;br /&gt;</w:t>
        <w:br/>
        <w:t>А скажи, де взявся&lt;br /&gt;</w:t>
        <w:br/>
        <w:t>Сей козак, і де жив, поки&lt;br /&gt;</w:t>
        <w:br/>
        <w:t>З вами запізнався?" —</w:t>
      </w:r>
    </w:p>
    <w:p>
      <w:r>
        <w:br/>
        <w:t>"Де його зродила мати,&lt;br /&gt;</w:t>
        <w:br/>
        <w:t>В нас про се не знають,&lt;br /&gt;</w:t>
        <w:br/>
        <w:t>А що батько був завзятий,&lt;br /&gt;</w:t>
        <w:br/>
        <w:t>Добре пам'ятають.</w:t>
      </w:r>
    </w:p>
    <w:p>
      <w:r>
        <w:br/>
        <w:t>Був татарського він роду,&lt;br /&gt;</w:t>
        <w:br/>
        <w:t>Кочубеєм звався;&lt;br /&gt;</w:t>
        <w:br/>
        <w:t>Та невірного народу&lt;br /&gt;</w:t>
        <w:br/>
        <w:t>Здавна відцурався.</w:t>
      </w:r>
    </w:p>
    <w:p>
      <w:r>
        <w:br/>
        <w:t>І водив козацтво наше&lt;br /&gt;</w:t>
        <w:br/>
        <w:t>Під орду в улуси,&lt;br /&gt;</w:t>
        <w:br/>
        <w:t>І в крові купавсь, мовляли,&lt;br /&gt;</w:t>
        <w:br/>
        <w:t>По самії вуси.</w:t>
      </w:r>
    </w:p>
    <w:p>
      <w:r>
        <w:br/>
        <w:t>І з'охотивсь він під старість&lt;br /&gt;</w:t>
        <w:br/>
        <w:t>Богу роботати,&lt;br /&gt;</w:t>
        <w:br/>
        <w:t>У чернечій рясі душу&lt;br /&gt;</w:t>
        <w:br/>
        <w:t>Від гріхів спасати.</w:t>
      </w:r>
    </w:p>
    <w:p>
      <w:r>
        <w:br/>
        <w:t>А із Січі вислав сина&lt;br /&gt;</w:t>
        <w:br/>
        <w:t>На свою господу,&lt;br /&gt;</w:t>
        <w:br/>
        <w:t>І вподобався він дуже&lt;br /&gt;</w:t>
        <w:br/>
        <w:t>Нашому народу,</w:t>
      </w:r>
    </w:p>
    <w:p>
      <w:r>
        <w:br/>
        <w:t>Бо навчив його човнами&lt;br /&gt;</w:t>
        <w:br/>
        <w:t>По морю гуляти,&lt;br /&gt;</w:t>
        <w:br/>
        <w:t>Вразькі судна пліндрувати,&lt;br /&gt;</w:t>
        <w:br/>
        <w:t>Слави здобувати..." —</w:t>
      </w:r>
    </w:p>
    <w:p>
      <w:r>
        <w:br/>
        <w:t>"Так, се він! Бо Кочубеєм&lt;br /&gt;</w:t>
        <w:br/>
        <w:t>Звав чавуш гетьмана,&lt;br /&gt;</w:t>
        <w:br/>
        <w:t>Що Редшид його човнами&lt;br /&gt;</w:t>
        <w:br/>
        <w:t>Звеселив Османа".</w:t>
      </w:r>
    </w:p>
    <w:p>
      <w:r>
        <w:br/>
        <w:t>І Кривавий Міч обличчєм&lt;br /&gt;</w:t>
        <w:br/>
        <w:t>В землю похилився&lt;br /&gt;</w:t>
        <w:br/>
        <w:t>І, до килима припавши,&lt;br /&gt;</w:t>
        <w:br/>
        <w:t>Тяжко зажурився.</w:t>
      </w:r>
    </w:p>
    <w:p>
      <w:r>
        <w:br/>
        <w:t>"Нене! — каже. — Знаю певно,&lt;br /&gt;</w:t>
        <w:br/>
        <w:t>Де твоя Маруся,&lt;br /&gt;</w:t>
        <w:br/>
        <w:t>Та що плакать будеш ревно,&lt;br /&gt;</w:t>
        <w:br/>
        <w:t>Виректи боюся.</w:t>
      </w:r>
    </w:p>
    <w:p>
      <w:r>
        <w:br/>
        <w:t>А побачити побачиш:&lt;br /&gt;</w:t>
        <w:br/>
        <w:t>Ось тобі порука —&lt;br /&gt;</w:t>
        <w:br/>
        <w:t>Моя жінка, люба любка,&lt;br /&gt;</w:t>
        <w:br/>
        <w:t>Тихая голубка". —</w:t>
      </w:r>
    </w:p>
    <w:p>
      <w:r>
        <w:br/>
        <w:t>"Справді я її побачу?" —&lt;br /&gt;</w:t>
        <w:br/>
        <w:t>"Так, як Бог на небі,&lt;br /&gt;</w:t>
        <w:br/>
        <w:t>І живе вона не в пеклі,&lt;br /&gt;</w:t>
        <w:br/>
        <w:t>Не в страшнім Еребі".</w:t>
      </w:r>
    </w:p>
    <w:p>
      <w:r>
        <w:br/>
        <w:t>Повалилась йому в ноги&lt;br /&gt;</w:t>
        <w:br/>
        <w:t>Мучениця мати&lt;br /&gt;</w:t>
        <w:br/>
        <w:t>І, солодкими облившись,&lt;br /&gt;</w:t>
        <w:br/>
        <w:t>Стала промовляти:</w:t>
      </w:r>
    </w:p>
    <w:p>
      <w:r>
        <w:br/>
        <w:t>"Чоловіче! Чи ти турчин,&lt;br /&gt;</w:t>
        <w:br/>
        <w:t>Чи хто ти, не знаю...&lt;br /&gt;</w:t>
        <w:br/>
        <w:t>До твоїх ніг руки хирні&lt;br /&gt;</w:t>
        <w:br/>
        <w:t>Ревно простягаю.</w:t>
      </w:r>
    </w:p>
    <w:p>
      <w:r>
        <w:br/>
        <w:t>Дай, обнявши, поцілую&lt;br /&gt;</w:t>
        <w:br/>
        <w:t>Добрі, любі ноги,&lt;br /&gt;</w:t>
        <w:br/>
        <w:t>Що приймають странню неміч&lt;br /&gt;</w:t>
        <w:br/>
        <w:t>У свої пороги!" —</w:t>
      </w:r>
    </w:p>
    <w:p>
      <w:r>
        <w:br/>
        <w:t>"Не мені, матусю, дякуй,&lt;br /&gt;</w:t>
        <w:br/>
        <w:t>Богові святому,&lt;br /&gt;</w:t>
        <w:br/>
        <w:t>Що привів тебе в нещасті&lt;br /&gt;</w:t>
        <w:br/>
        <w:t>До тихого дому". —</w:t>
      </w:r>
    </w:p>
    <w:p>
      <w:r>
        <w:br/>
        <w:t>"Що за ніжне в тебе слово!&lt;br /&gt;</w:t>
        <w:br/>
        <w:t>Якої ж ти віри?&lt;br /&gt;</w:t>
        <w:br/>
        <w:t>Хіба ж так, як ми, говорять&lt;br /&gt;</w:t>
        <w:br/>
        <w:t>І турки невіри?" —</w:t>
      </w:r>
    </w:p>
    <w:p>
      <w:r>
        <w:br/>
        <w:t>"В мене мати, люба нене,&lt;br /&gt;</w:t>
        <w:br/>
        <w:t>Була християнка,&lt;br /&gt;</w:t>
        <w:br/>
        <w:t>Із Гусятина 46, з Підгір'я,&lt;br /&gt;</w:t>
        <w:br/>
        <w:t>Бранка-полонянка.</w:t>
      </w:r>
    </w:p>
    <w:p>
      <w:r>
        <w:br/>
        <w:t>Над колискою моєю,&lt;br /&gt;</w:t>
        <w:br/>
        <w:t>Так, як ви, співала,&lt;br /&gt;</w:t>
        <w:br/>
        <w:t>І по-вашому про Бога&lt;br /&gt;</w:t>
        <w:br/>
        <w:t>З хлопцем розмовляла.</w:t>
      </w:r>
    </w:p>
    <w:p>
      <w:r>
        <w:br/>
        <w:t>А пророк наш побратався&lt;br /&gt;</w:t>
        <w:br/>
        <w:t>З розп'ятим Пророком,&lt;br /&gt;</w:t>
        <w:br/>
        <w:t>Як огнем святим займався&lt;br /&gt;</w:t>
        <w:br/>
        <w:t>Над усім Востоком.</w:t>
      </w:r>
    </w:p>
    <w:p>
      <w:r>
        <w:br/>
        <w:t>Він Маріїного Сина&lt;br /&gt;</w:t>
        <w:br/>
        <w:t>Мав за путеводню 47&lt;br /&gt;</w:t>
        <w:br/>
        <w:t>Ясну зорю, як спускався&lt;br /&gt;</w:t>
        <w:br/>
        <w:t>У гріхів безодню.</w:t>
      </w:r>
    </w:p>
    <w:p>
      <w:r>
        <w:br/>
        <w:t>А цуравсь тих душ мерзенних,&lt;br /&gt;</w:t>
        <w:br/>
        <w:t>Що з його науки,&lt;br /&gt;</w:t>
        <w:br/>
        <w:t>3 його правди наробили&lt;br /&gt;</w:t>
        <w:br/>
        <w:t>Всім народам муки,</w:t>
      </w:r>
    </w:p>
    <w:p>
      <w:r>
        <w:br/>
        <w:t>Передвічного сім'єю,&lt;br /&gt;</w:t>
        <w:br/>
        <w:t>Родом наділили&lt;br /&gt;</w:t>
        <w:br/>
        <w:t>І лукавством та брехнею&lt;br /&gt;</w:t>
        <w:br/>
        <w:t>Небеса затьмили...</w:t>
      </w:r>
    </w:p>
    <w:p>
      <w:r>
        <w:br/>
        <w:t>І моя Заїра — бранка,&lt;br /&gt;</w:t>
        <w:br/>
        <w:t>І її на крила&lt;br /&gt;</w:t>
        <w:br/>
        <w:t>Наша буря-негаданка&lt;br /&gt;</w:t>
        <w:br/>
        <w:t>З-над Сули вхопила.</w:t>
      </w:r>
    </w:p>
    <w:p>
      <w:r>
        <w:br/>
        <w:t>І як Бог сестру Адаму 48&lt;br /&gt;</w:t>
        <w:br/>
        <w:t>Виліпив із глини,&lt;br /&gt;</w:t>
        <w:br/>
        <w:t>Мені з неї тато-мама&lt;br /&gt;</w:t>
        <w:br/>
        <w:t>Подругу зробили.</w:t>
      </w:r>
    </w:p>
    <w:p>
      <w:r>
        <w:br/>
        <w:t>Освітили її розум&lt;br /&gt;</w:t>
        <w:br/>
        <w:t>Чистим словом правди —&lt;br /&gt;</w:t>
        <w:br/>
        <w:t>У нещасті до відради,&lt;br /&gt;</w:t>
        <w:br/>
        <w:t>В щасті до поради.</w:t>
      </w:r>
    </w:p>
    <w:p>
      <w:r>
        <w:br/>
        <w:t>І твоя дочка, вповаю,&lt;br /&gt;</w:t>
        <w:br/>
        <w:t>Зрозуміє Бога,&lt;br /&gt;</w:t>
        <w:br/>
        <w:t>І високого достойна&lt;br /&gt;</w:t>
        <w:br/>
        <w:t>Зробиться порога". —</w:t>
      </w:r>
    </w:p>
    <w:p>
      <w:r>
        <w:br/>
        <w:t>"Вона Бога розуміє, —&lt;br /&gt;</w:t>
        <w:br/>
        <w:t>Прорекла старенька, —&lt;br /&gt;</w:t>
        <w:br/>
        <w:t>Бо молитись, було, вміє&lt;br /&gt;</w:t>
        <w:br/>
        <w:t>В мене ще й маленька.</w:t>
      </w:r>
    </w:p>
    <w:p>
      <w:r>
        <w:br/>
        <w:t>Знає змалку рушниками&lt;br /&gt;</w:t>
        <w:br/>
        <w:t>Божники вкривати&lt;br /&gt;</w:t>
        <w:br/>
        <w:t>І пахущими квітками&lt;br /&gt;</w:t>
        <w:br/>
        <w:t>Всі боги квітчати". —</w:t>
      </w:r>
    </w:p>
    <w:p>
      <w:r>
        <w:br/>
        <w:t>"Всі боги? Мовчи, бабусю,&lt;br /&gt;</w:t>
        <w:br/>
        <w:t>Про боги між нами;&lt;br /&gt;</w:t>
        <w:br/>
        <w:t>Бо єдин той, хто вкриває&lt;br /&gt;</w:t>
        <w:br/>
        <w:t>Землю небесами". —</w:t>
      </w:r>
    </w:p>
    <w:p>
      <w:r>
        <w:br/>
        <w:t>"Ні, добродію, мовчати&lt;br /&gt;</w:t>
        <w:br/>
        <w:t>Не в силах про віру,&lt;br /&gt;</w:t>
        <w:br/>
        <w:t>Хоч би й шию мені класти&lt;br /&gt;</w:t>
        <w:br/>
        <w:t>Кату під сокиру". —</w:t>
      </w:r>
    </w:p>
    <w:p>
      <w:r>
        <w:br/>
        <w:t>"Так! — понуро усміхнувся&lt;br /&gt;</w:t>
        <w:br/>
        <w:t>Кантемир. — Сокира&lt;br /&gt;</w:t>
        <w:br/>
        <w:t>Не страшна — хто не здобувся&lt;br /&gt;</w:t>
        <w:br/>
        <w:t>Більш як на кумира.</w:t>
      </w:r>
    </w:p>
    <w:p>
      <w:r>
        <w:br/>
        <w:t>Слухай, бабо. Русь я знаю&lt;br /&gt;</w:t>
        <w:br/>
        <w:t>Не десяток років...&lt;br /&gt;</w:t>
        <w:br/>
        <w:t>Де спіткаю, всіх стинаю&lt;br /&gt;</w:t>
        <w:br/>
        <w:t>Ваших лжепророків.</w:t>
      </w:r>
    </w:p>
    <w:p>
      <w:r>
        <w:br/>
        <w:t>І тебе, попаде, стяв би&lt;br /&gt;</w:t>
        <w:br/>
        <w:t>Зе безбожну душу,&lt;br /&gt;</w:t>
        <w:br/>
        <w:t>Та впиняє мене мати...&lt;br /&gt;</w:t>
        <w:br/>
        <w:t>Милувати мушу.</w:t>
      </w:r>
    </w:p>
    <w:p>
      <w:r>
        <w:br/>
        <w:t>Моя мати так дитину,&lt;br /&gt;</w:t>
        <w:br/>
        <w:t>Як і ти, втеряла,&lt;br /&gt;</w:t>
        <w:br/>
        <w:t>І твоє вона обличчє,&lt;br /&gt;</w:t>
        <w:br/>
        <w:t>І твій погляд мала.</w:t>
      </w:r>
    </w:p>
    <w:p>
      <w:r>
        <w:br/>
        <w:t>Не зневаж її, Заїро,&lt;br /&gt;</w:t>
        <w:br/>
        <w:t>Не гордуй старою:&lt;br /&gt;</w:t>
        <w:br/>
        <w:t>Бо безумство з неї здіймеш&lt;br /&gt;</w:t>
        <w:br/>
        <w:t>Тільки з головою.</w:t>
      </w:r>
    </w:p>
    <w:p>
      <w:r>
        <w:br/>
        <w:t>У тих розум, в сих безумство,&lt;br /&gt;</w:t>
        <w:br/>
        <w:t>Так попи зробили,&lt;br /&gt;</w:t>
        <w:br/>
        <w:t>Що царства ввели в безпутство&lt;br /&gt;</w:t>
        <w:br/>
        <w:t>І передрочили.</w:t>
      </w:r>
    </w:p>
    <w:p>
      <w:r>
        <w:br/>
        <w:t>Та не ся, ще гірша думка&lt;br /&gt;</w:t>
        <w:br/>
        <w:t>Мені серце крушить,&lt;br /&gt;</w:t>
        <w:br/>
        <w:t>Кров самумом і гаркуром&lt;br /&gt;</w:t>
        <w:br/>
        <w:t>Без сушила сушить.</w:t>
      </w:r>
    </w:p>
    <w:p>
      <w:r>
        <w:br/>
        <w:t>Чого брат мені приснився&lt;br /&gt;</w:t>
        <w:br/>
        <w:t>З дивними речами,&lt;br /&gt;</w:t>
        <w:br/>
        <w:t>Як до мене нахилився&lt;br /&gt;</w:t>
        <w:br/>
        <w:t>Вістовець з листами?</w:t>
      </w:r>
    </w:p>
    <w:p>
      <w:r>
        <w:br/>
        <w:t>О Заїро, сестро! Чую,&lt;br /&gt;</w:t>
        <w:br/>
        <w:t>Лихо невимовне,&lt;br /&gt;</w:t>
        <w:br/>
        <w:t>Що та іскра потухає,&lt;br /&gt;</w:t>
        <w:br/>
        <w:t>Що та кров холоне.</w:t>
      </w:r>
    </w:p>
    <w:p>
      <w:r>
        <w:br/>
        <w:t>Іскра Божа, кров пречиста&lt;br /&gt;</w:t>
        <w:br/>
        <w:t>З праведного серця...&lt;br /&gt;</w:t>
        <w:br/>
        <w:t>І погасне, захолоне,&lt;br /&gt;</w:t>
        <w:br/>
        <w:t>З Богом не зіллється.</w:t>
      </w:r>
    </w:p>
    <w:p>
      <w:r>
        <w:br/>
        <w:t>Люба сестро і дружино!&lt;br /&gt;</w:t>
        <w:br/>
        <w:t>Мусимо не кіньми&lt;br /&gt;</w:t>
        <w:br/>
        <w:t>До Стамбула ми летіти,&lt;br /&gt;</w:t>
        <w:br/>
        <w:t>А бистрими крильми".</w:t>
      </w:r>
    </w:p>
    <w:p>
      <w:r>
        <w:br/>
        <w:t>ПІСНЯ ЧЕТВЕРТА</w:t>
      </w:r>
    </w:p>
    <w:p>
      <w:r>
        <w:br/>
        <w:t>ДУМА ПЕРВА</w:t>
      </w:r>
    </w:p>
    <w:p>
      <w:r>
        <w:br/>
        <w:t>І</w:t>
      </w:r>
    </w:p>
    <w:p>
      <w:r>
        <w:br/>
        <w:t>Стамбул... Яке страшне, потужне слово!&lt;br /&gt;</w:t>
        <w:br/>
        <w:t>Європо! Ти була його злякалась,&lt;br /&gt;</w:t>
        <w:br/>
        <w:t>І пустота життя твого лихого&lt;br /&gt;</w:t>
        <w:br/>
        <w:t>В тривозі деспотів твоїх озвалась...&lt;br /&gt;</w:t>
        <w:br/>
        <w:t>Два рази вже ти правду на Босфорі&lt;br /&gt;</w:t>
        <w:br/>
        <w:t>Безумством християн твоїх гасила,&lt;br /&gt;</w:t>
        <w:br/>
        <w:t>Аж ось на Білому й на Чорнім морі&lt;br /&gt;</w:t>
        <w:br/>
        <w:t>Ще раз нова запанувала сила&lt;br /&gt;</w:t>
        <w:br/>
        <w:t>І давню боротьбу з лукавством поновила.</w:t>
      </w:r>
    </w:p>
    <w:p>
      <w:r>
        <w:br/>
        <w:t>II</w:t>
      </w:r>
    </w:p>
    <w:p>
      <w:r>
        <w:br/>
        <w:t>Як згасло світло, що з гори Сінаю&lt;br /&gt;</w:t>
        <w:br/>
        <w:t>Від громового слова засвітилось,&lt;br /&gt;</w:t>
        <w:br/>
        <w:t>І вістю кроткою, благою з раю&lt;br /&gt;</w:t>
        <w:br/>
        <w:t>Між галілейських рибаків явилось 49, —&lt;br /&gt;</w:t>
        <w:br/>
        <w:t>Тоді душа пророка Магомета&lt;br /&gt;</w:t>
        <w:br/>
        <w:t>Серед омани правди возжадала,&lt;br /&gt;</w:t>
        <w:br/>
        <w:t>Огонь її диханієм поета&lt;br /&gt;</w:t>
        <w:br/>
        <w:t>У темряві поганства роздувала&lt;br /&gt;</w:t>
        <w:br/>
        <w:t>І чоловічество від кривди рятувала.</w:t>
      </w:r>
    </w:p>
    <w:p>
      <w:r>
        <w:br/>
        <w:t>Ill</w:t>
      </w:r>
    </w:p>
    <w:p>
      <w:r>
        <w:br/>
        <w:t>I сила правди, чистоти, свободи&lt;br /&gt;</w:t>
        <w:br/>
        <w:t>Базар-Єрусалим опанувала&lt;br /&gt;</w:t>
        <w:br/>
        <w:t>І лжею отуманені народи&lt;br /&gt;</w:t>
        <w:br/>
        <w:t>Культурою новою осіяла.&lt;br /&gt;</w:t>
        <w:br/>
        <w:t>Обман і лжа вказали їй дорогу&lt;br /&gt;</w:t>
        <w:br/>
        <w:t>В четвертую столицю християнства,&lt;br /&gt;</w:t>
        <w:br/>
        <w:t>Де всі храми невидимому Богу&lt;br /&gt;</w:t>
        <w:br/>
        <w:t>Сповнились темним ідольством поганства,&lt;br /&gt;</w:t>
        <w:br/>
        <w:t>Затулою гріхів, покровом тунеядства.</w:t>
      </w:r>
    </w:p>
    <w:p>
      <w:r>
        <w:br/>
        <w:t>IV</w:t>
      </w:r>
    </w:p>
    <w:p>
      <w:r>
        <w:br/>
        <w:t>Стамбул... Перед сим іменем потужним&lt;br /&gt;</w:t>
        <w:br/>
        <w:t>Народи Западу возтрепетали&lt;br /&gt;</w:t>
        <w:br/>
        <w:t>І, правду борючи кагалом дружним,&lt;br /&gt;</w:t>
        <w:br/>
        <w:t>Свої царства від пагуби спасали&lt;br /&gt;</w:t>
        <w:br/>
        <w:t>У Римі новорожденим поганством...&lt;br /&gt;</w:t>
        <w:br/>
        <w:t>їх деспоти магометан псували,&lt;br /&gt;</w:t>
        <w:br/>
        <w:t>І, гроші сиплячи між мусульманством,&lt;br /&gt;</w:t>
        <w:br/>
        <w:t>Потужний дух розкошами всипляли,&lt;br /&gt;</w:t>
        <w:br/>
        <w:t>Кругом султана честь і правду потребляли.</w:t>
      </w:r>
    </w:p>
    <w:p>
      <w:r>
        <w:br/>
        <w:t>V</w:t>
      </w:r>
    </w:p>
    <w:p>
      <w:r>
        <w:br/>
        <w:t>"Великоліпного", як мур, підмили *,&lt;br /&gt;</w:t>
        <w:br/>
        <w:t>І похиливсь колос, і яничари&lt;br /&gt;</w:t>
        <w:br/>
        <w:t>Та спаги навкруги його могили,&lt;br /&gt;</w:t>
        <w:br/>
        <w:t>Мов дикі низовці, забунтували.&lt;br /&gt;</w:t>
        <w:br/>
        <w:t>І бореться іслам з єхидним Римом,&lt;br /&gt;</w:t>
        <w:br/>
        <w:t>І шарпає його лихе козацтво,&lt;br /&gt;</w:t>
        <w:br/>
        <w:t>І затуманює пожежі димом&lt;br /&gt;</w:t>
        <w:br/>
        <w:t>Жадне крові й руїни гайдамацтво.&lt;br /&gt;</w:t>
        <w:br/>
        <w:t>Стамбуле! Де ж твоє прославлене лицарство?</w:t>
      </w:r>
    </w:p>
    <w:p>
      <w:r>
        <w:br/>
        <w:t>VI</w:t>
      </w:r>
    </w:p>
    <w:p>
      <w:r>
        <w:br/>
        <w:t>У бебехи буйними головами&lt;br /&gt;</w:t>
        <w:br/>
        <w:t>Твої вожді преславні повривались,&lt;br /&gt;</w:t>
        <w:br/>
        <w:t>Танцями бранок, винами, медами,&lt;br /&gt;</w:t>
        <w:br/>
        <w:t>Перелюбством паскудним повпивались.&lt;br /&gt;</w:t>
        <w:br/>
        <w:t>А буй-тури, котрих вони водили&lt;br /&gt;</w:t>
        <w:br/>
        <w:t>На християнство, соромили Бога,&lt;br /&gt;</w:t>
        <w:br/>
        <w:t>Гірких вдовиць, сиріт, нетяг душили"&lt;br /&gt;</w:t>
        <w:br/>
        <w:t>Постали злидні, ґвалт, журба, тривога.&lt;br /&gt;</w:t>
        <w:br/>
        <w:t>Коло султанського високого порога.</w:t>
      </w:r>
    </w:p>
    <w:p>
      <w:r>
        <w:br/>
        <w:t>VII</w:t>
      </w:r>
    </w:p>
    <w:p>
      <w:r>
        <w:br/>
        <w:t>Редшиде й Кантемире! На Востоці&lt;br /&gt;</w:t>
        <w:br/>
        <w:t>Ви зорями новими заблищали.&lt;br /&gt;</w:t>
        <w:br/>
        <w:t>Істочник жизні обрели в пророці,&lt;br /&gt;</w:t>
        <w:br/>
        <w:t>Ісламу славою і честю стали.&lt;br /&gt;</w:t>
        <w:br/>
        <w:t>Од вашого меча недавно на Цоцорі&lt;br /&gt;</w:t>
        <w:br/>
        <w:t>Ліг трупом безголовим лях олживий,&lt;br /&gt;</w:t>
        <w:br/>
        <w:t>А на тім руськім невпокійнім морі&lt;br /&gt;</w:t>
        <w:br/>
        <w:t>Втеряв свій пишний цвіт козак зрадливий,&lt;br /&gt;</w:t>
        <w:br/>
        <w:t>І полом'єм взялись його поселки й ниви.</w:t>
      </w:r>
    </w:p>
    <w:p>
      <w:r>
        <w:br/>
        <w:t>VIII</w:t>
      </w:r>
    </w:p>
    <w:p>
      <w:r>
        <w:br/>
        <w:t>Як поле в них буяє бодяками,&lt;br /&gt;</w:t>
        <w:br/>
        <w:t>Так забуяли серед Цареграда&lt;br /&gt;</w:t>
        <w:br/>
        <w:t>Невольницькі базари козаками:&lt;br /&gt;</w:t>
        <w:br/>
        <w:t>Очам одрада, воїнам награда!&lt;br /&gt;</w:t>
        <w:br/>
        <w:t>І, мов грядки в садах цвітуть маками,&lt;br /&gt;</w:t>
        <w:br/>
        <w:t>Гареми мусульманські забриніли&lt;br /&gt;</w:t>
        <w:br/>
        <w:t>Дівчатами вродливими й жінками,&lt;br /&gt;</w:t>
        <w:br/>
        <w:t>А руські діти весело обсіли&lt;br /&gt;</w:t>
        <w:br/>
        <w:t>З пилавом мисочки, мов голуб'ята білі.</w:t>
      </w:r>
    </w:p>
    <w:p>
      <w:r>
        <w:br/>
        <w:t>IX</w:t>
      </w:r>
    </w:p>
    <w:p>
      <w:r>
        <w:br/>
        <w:t>Султанськими дітьми вони зовуться...&lt;br /&gt;</w:t>
        <w:br/>
        <w:t>Чи раб, чи пан був батько нечестивий,&lt;br /&gt;</w:t>
        <w:br/>
        <w:t>На всіх їх рівно милості поллються.&lt;br /&gt;</w:t>
        <w:br/>
        <w:t>Тут не орудують пани лестиві&lt;br /&gt;</w:t>
        <w:br/>
        <w:t>Людьми, як бидлом. Правда і одвага&lt;br /&gt;</w:t>
        <w:br/>
        <w:t>Дорогу стелять кожному однако.&lt;br /&gt;</w:t>
        <w:br/>
        <w:t>За правду й віру шана і повага&lt;br /&gt;</w:t>
        <w:br/>
        <w:t>Жде і тебе, козаче-гайдамако,&lt;br /&gt;</w:t>
        <w:br/>
        <w:t>Гультяю без ума, без совісті бурлако!</w:t>
      </w:r>
    </w:p>
    <w:p>
      <w:r>
        <w:br/>
        <w:t>X</w:t>
      </w:r>
    </w:p>
    <w:p>
      <w:r>
        <w:br/>
        <w:t>Проспись, п'янице, й розумом мізерним&lt;br /&gt;</w:t>
        <w:br/>
        <w:t>Урозумій, кому ти поклонявся!&lt;br /&gt;</w:t>
        <w:br/>
        <w:t>Яким обманщикам, сіпакам скверним&lt;br /&gt;</w:t>
        <w:br/>
        <w:t>З душею й тілом у полон оддався!&lt;br /&gt;</w:t>
        <w:br/>
        <w:t>Не для того ми грека звоювали,&lt;br /&gt;</w:t>
        <w:br/>
        <w:t>Щоб кров гарячу із людей точити,&lt;br /&gt;</w:t>
        <w:br/>
        <w:t>А щоб єдиного Всевишнього познали;&lt;br /&gt;</w:t>
        <w:br/>
        <w:t>Батьків безумних необачні діти&lt;br /&gt;</w:t>
        <w:br/>
        <w:t>І мертвим ідолам покинули служити.</w:t>
      </w:r>
    </w:p>
    <w:p>
      <w:r>
        <w:br/>
        <w:t>XI</w:t>
      </w:r>
    </w:p>
    <w:p>
      <w:r>
        <w:br/>
        <w:t>Дивись, ледащо, як у нас гуляє&lt;br /&gt;</w:t>
        <w:br/>
        <w:t>Народ веселий у святій свободі.&lt;br /&gt;</w:t>
        <w:br/>
        <w:t>А в вас раює і достаток має&lt;br /&gt;</w:t>
        <w:br/>
        <w:t>Хіба паливода, харцизник, злодій...&lt;br /&gt;</w:t>
        <w:br/>
        <w:t>Чи чуєш? Се сліпі старці співають&lt;br /&gt;</w:t>
        <w:br/>
        <w:t>Про ваших лицарів і в кобзи дзвонять.&lt;br /&gt;</w:t>
        <w:br/>
        <w:t>У нас невіри вольності вживають&lt;br /&gt;</w:t>
        <w:br/>
        <w:t>Більш, ніж у вас ті, що мерці хоронять .&lt;br /&gt;</w:t>
        <w:br/>
        <w:t>І в пекло до чортяк стадами душі гонять.</w:t>
      </w:r>
    </w:p>
    <w:p>
      <w:r>
        <w:br/>
        <w:t>XII</w:t>
      </w:r>
    </w:p>
    <w:p>
      <w:r>
        <w:br/>
        <w:t>Споглянь: у нас батьки із матірками,&lt;br /&gt;</w:t>
        <w:br/>
        <w:t>Прибувши з Лехистану, з України,&lt;br /&gt;</w:t>
        <w:br/>
        <w:t>Розпитують собі між козаками,&lt;br /&gt;</w:t>
        <w:br/>
        <w:t>Де їм шукать у полоні дитини.&lt;br /&gt;</w:t>
        <w:br/>
        <w:t>І ні один із нас ні бранця не потаїть,&lt;br /&gt;</w:t>
        <w:br/>
        <w:t>Ні бранки: бо в Корані золотими&lt;br /&gt;</w:t>
        <w:br/>
        <w:t>Словами нам прописано, щоб навіть&lt;br /&gt;</w:t>
        <w:br/>
        <w:t>До ворогів були ми милостиві,&lt;br /&gt;</w:t>
        <w:br/>
        <w:t>Не вимагаючи великої поживи.</w:t>
      </w:r>
    </w:p>
    <w:p>
      <w:r>
        <w:br/>
        <w:t>XIII</w:t>
      </w:r>
    </w:p>
    <w:p>
      <w:r>
        <w:br/>
        <w:t>Споглянь на сих туркень, що по базарах,&lt;br /&gt;</w:t>
        <w:br/>
        <w:t>В покривала закутані стидливо&lt;br /&gt;</w:t>
        <w:br/>
        <w:t>При спагах, муфтіях і яничарах&lt;br /&gt;</w:t>
        <w:br/>
        <w:t>Розпитують землячку нещасливу,&lt;br /&gt;</w:t>
        <w:br/>
        <w:t>Яке життє і горе на Вкраїні?&lt;br /&gt;</w:t>
        <w:br/>
        <w:t>Чи довго ще вона держатись буде? *&lt;br /&gt;</w:t>
        <w:br/>
        <w:t>І чом не кинуть при лихій годині&lt;br /&gt;</w:t>
        <w:br/>
        <w:t>Гірких тих займищ бідолашні люде&lt;br /&gt;</w:t>
        <w:br/>
        <w:t>Та не оселяться в якій чужій країні?</w:t>
      </w:r>
    </w:p>
    <w:p>
      <w:r>
        <w:br/>
        <w:t>XIV</w:t>
      </w:r>
    </w:p>
    <w:p>
      <w:r>
        <w:br/>
        <w:t>Споглянь: он козакам-вовкам туркеня&lt;br /&gt;</w:t>
        <w:br/>
        <w:t>Червінці роздає в ім'я пророка...*&lt;br /&gt;</w:t>
        <w:br/>
        <w:t>Не оскудіє милостива жменя&lt;br /&gt;</w:t>
        <w:br/>
        <w:t>Прибутками з Заходу і з Востока.&lt;br /&gt;</w:t>
        <w:br/>
        <w:t>На голову — хто нам шукає згуби —&lt;br /&gt;</w:t>
        <w:br/>
        <w:t>Ми сиплем жар своїм запомаганнєм;&lt;br /&gt;</w:t>
        <w:br/>
        <w:t>А ви про милость трубите у труби,&lt;br /&gt;</w:t>
        <w:br/>
        <w:t>Самі ж обманами та вимаганнєм&lt;br /&gt;</w:t>
        <w:br/>
        <w:t>Щодня багатитесь, ненаситні стяжаннєм.</w:t>
      </w:r>
    </w:p>
    <w:p>
      <w:r>
        <w:br/>
        <w:t>ДУМА ДРУГА</w:t>
      </w:r>
    </w:p>
    <w:p>
      <w:r>
        <w:br/>
        <w:t>І</w:t>
      </w:r>
    </w:p>
    <w:p>
      <w:r>
        <w:br/>
        <w:t>І се ти чуєш, бідолашна мати&lt;br /&gt;</w:t>
        <w:br/>
        <w:t>Марусі Богуславки, по базарах, —&lt;br /&gt;</w:t>
        <w:br/>
        <w:t>По тих, де мусять матірки шукати&lt;br /&gt;</w:t>
        <w:br/>
        <w:t>Своїх дітей, мов ярок по отарах.&lt;br /&gt;</w:t>
        <w:br/>
        <w:t>Тебе веде по городу Заїра,&lt;br /&gt;</w:t>
        <w:br/>
        <w:t>Голубка тиха, що у золотому&lt;br /&gt;</w:t>
        <w:br/>
        <w:t>Сидить в гнізді в страшного Кантемира,&lt;br /&gt;</w:t>
        <w:br/>
        <w:t>Мов у ковчезі Ноєвім святому 50,&lt;br /&gt;</w:t>
        <w:br/>
        <w:t>І не завидує на всій землі нікому.</w:t>
      </w:r>
    </w:p>
    <w:p>
      <w:r>
        <w:br/>
        <w:t>ІІ</w:t>
      </w:r>
    </w:p>
    <w:p>
      <w:r>
        <w:br/>
        <w:t>Страшним ім'ям його дітей лякають&lt;br /&gt;</w:t>
        <w:br/>
        <w:t>В багатій Польщі і на Русі вбогій.&lt;br /&gt;</w:t>
        <w:br/>
        <w:t>Кривавого Меча на Віслі знають;&lt;br /&gt;</w:t>
        <w:br/>
        <w:t>Ревуть про нього Дніпрові пороги...&lt;br /&gt;</w:t>
        <w:br/>
        <w:t>І лев сей лютий, сей дракон крилатий&lt;br /&gt;</w:t>
        <w:br/>
        <w:t>Найкращим ділом в пишнім Цареграді&lt;br /&gt;</w:t>
        <w:br/>
        <w:t>Вважав собі джавурку проводжати&lt;br /&gt;</w:t>
        <w:br/>
        <w:t>В будинок, що втонув у вертограді,&lt;br /&gt;</w:t>
        <w:br/>
        <w:t>В так названі тепер Царицині Палати.</w:t>
      </w:r>
    </w:p>
    <w:p>
      <w:r>
        <w:br/>
        <w:t>ІІІ</w:t>
      </w:r>
    </w:p>
    <w:p>
      <w:r>
        <w:br/>
        <w:t>Ув оксамит стареньку нарядили,&lt;br /&gt;</w:t>
        <w:br/>
        <w:t>У золотом гаптовані патинки,&lt;br /&gt;</w:t>
        <w:br/>
        <w:t>І до вподоби у всьому годили,&lt;br /&gt;</w:t>
        <w:br/>
        <w:t>Як госпожі вельможній і великій.&lt;br /&gt;</w:t>
        <w:br/>
        <w:t>Корилась мовчки мати нещаслива:&lt;br /&gt;</w:t>
        <w:br/>
        <w:t>Байдуже їй про позолоту суту,&lt;br /&gt;</w:t>
        <w:br/>
        <w:t>Ждала одного: щоб, покіль жива,&lt;br /&gt;</w:t>
        <w:br/>
        <w:t>Побачити дочку хоч на минуту,&lt;br /&gt;</w:t>
        <w:br/>
        <w:t>А що їй казано, приймала, як отруту.</w:t>
      </w:r>
    </w:p>
    <w:p>
      <w:r>
        <w:br/>
        <w:t>IV</w:t>
      </w:r>
    </w:p>
    <w:p>
      <w:r>
        <w:br/>
        <w:t>Попереду каваси виступали,&lt;br /&gt;</w:t>
        <w:br/>
        <w:t>Цяцьковані, страшні, як уголь чорні...&lt;br /&gt;</w:t>
        <w:br/>
        <w:t>Зуздрівши їх, дорогу всі давали,&lt;br /&gt;</w:t>
        <w:br/>
        <w:t>Вірмене, греки і жиди проворні.&lt;br /&gt;</w:t>
        <w:br/>
        <w:t>А ззаду йшли під бунчуком червоним&lt;br /&gt;</w:t>
        <w:br/>
        <w:t>Татаре гурмом, степові орлята,&lt;br /&gt;</w:t>
        <w:br/>
        <w:t>Що загніздились понад морем Чорним, —&lt;br /&gt;</w:t>
        <w:br/>
        <w:t>Орда легка, на гроші небагата,&lt;br /&gt;</w:t>
        <w:br/>
        <w:t>Багата волею, незнаниєм потентата.</w:t>
      </w:r>
    </w:p>
    <w:p>
      <w:r>
        <w:br/>
        <w:t>V</w:t>
      </w:r>
    </w:p>
    <w:p>
      <w:r>
        <w:br/>
        <w:t>"Чи бачиш, нене, мури сі криваві,&lt;br /&gt;</w:t>
        <w:br/>
        <w:t>Що перед нами неба досягають?&lt;br /&gt;</w:t>
        <w:br/>
        <w:t>Вони за предків наробили слави;&lt;br /&gt;</w:t>
        <w:br/>
        <w:t>Про них багацько кобзарі співають". ,&lt;br /&gt;</w:t>
        <w:br/>
        <w:t>Стара здригнулась: бо крівця червона&lt;br /&gt;</w:t>
        <w:br/>
        <w:t>Стікала з муру, де гаки стирчали.&lt;br /&gt;</w:t>
        <w:br/>
        <w:t>На них голодна крякала ворона,&lt;br /&gt;</w:t>
        <w:br/>
        <w:t>А долі пси у шматтє трупа рвали&lt;br /&gt;</w:t>
        <w:br/>
        <w:t>І, страшно гризучись, гарчали і вищали.</w:t>
      </w:r>
    </w:p>
    <w:p>
      <w:r>
        <w:br/>
        <w:t>VI</w:t>
      </w:r>
    </w:p>
    <w:p>
      <w:r>
        <w:br/>
        <w:t>"Се шибениця в нас, Мосток Мертвецький...&lt;br /&gt;</w:t>
        <w:br/>
        <w:t>На ній, за гак залізний зачепившись,&lt;br /&gt;</w:t>
        <w:br/>
        <w:t>Висів ваш Байда, Митрик Вишневенький 51,&lt;br /&gt;</w:t>
        <w:br/>
        <w:t>На зрадницькім учинкові вловившись.&lt;br /&gt;</w:t>
        <w:br/>
        <w:t>Служив султанові, та мов скаженний&lt;br /&gt;</w:t>
        <w:br/>
        <w:t>Утік від нього і здобувся ласки&lt;br /&gt;</w:t>
        <w:br/>
        <w:t>У ворога його, в Москві мерзенній,&lt;br /&gt;</w:t>
        <w:br/>
        <w:t>Мов качка на ставку гнилому ряски,&lt;br /&gt;</w:t>
        <w:br/>
        <w:t>Да й став нас воювать сей пинда навіжений.</w:t>
      </w:r>
    </w:p>
    <w:p>
      <w:r>
        <w:br/>
        <w:t>VII</w:t>
      </w:r>
    </w:p>
    <w:p>
      <w:r>
        <w:br/>
        <w:t>І на Мосток Мертвецький пхнули&lt;br /&gt;</w:t>
        <w:br/>
        <w:t>Його з високих піднебесних мурів,&lt;br /&gt;</w:t>
        <w:br/>
        <w:t>Щоб мук його страшенних не забули&lt;br /&gt;</w:t>
        <w:br/>
        <w:t>Зрадливі ваші козаки-джавури,&lt;br /&gt;</w:t>
        <w:br/>
        <w:t>Бо не схотів признати за пророка&lt;br /&gt;</w:t>
        <w:br/>
        <w:t>Посланника Аллаха, Магомета,&lt;br /&gt;</w:t>
        <w:br/>
        <w:t>І не спасла його рука висока&lt;br /&gt;</w:t>
        <w:br/>
        <w:t>Ісуса вашого із Назарета,&lt;br /&gt;</w:t>
        <w:br/>
        <w:t>І полетіла в ад його душа жорстока". —</w:t>
      </w:r>
    </w:p>
    <w:p>
      <w:r>
        <w:br/>
        <w:t>VIII</w:t>
      </w:r>
    </w:p>
    <w:p>
      <w:r>
        <w:br/>
        <w:t>"Ні, певно, в рай!" — промовила старенька,&lt;br /&gt;</w:t>
        <w:br/>
        <w:t>Не боячись турецької потуги. —&lt;br /&gt;</w:t>
        <w:br/>
        <w:t>"Коли б мене не зупиняла ненька, —&lt;br /&gt;</w:t>
        <w:br/>
        <w:t>Рече той глухо, — я б не чув наруги.&lt;br /&gt;</w:t>
        <w:br/>
        <w:t>О божевільна Русь! Який би з тебе&lt;br /&gt;</w:t>
        <w:br/>
        <w:t>Великий світ постав серед народів...&lt;br /&gt;</w:t>
        <w:br/>
        <w:t>Коли б у темній темряві у тебе&lt;br /&gt;</w:t>
        <w:br/>
        <w:t>Сліпорожденний піп не верховодив&lt;br /&gt;</w:t>
        <w:br/>
        <w:t>І розуму твойму єхидно не зашкодив!..</w:t>
      </w:r>
    </w:p>
    <w:p>
      <w:r>
        <w:br/>
        <w:t>IX</w:t>
      </w:r>
    </w:p>
    <w:p>
      <w:r>
        <w:br/>
        <w:t>Стара яго! В мою глибоку дуту&lt;br /&gt;</w:t>
        <w:br/>
        <w:t>Ти серцем матері чуйним прозріла,&lt;br /&gt;</w:t>
        <w:br/>
        <w:t>Що слова я свого додержать мушу,&lt;br /&gt;</w:t>
        <w:br/>
        <w:t>Хоч би, мов лютий ад, у мене кров кипіла".&lt;br /&gt;</w:t>
        <w:br/>
        <w:t>"Невіро! — знов рекла нещасна мати, —&lt;br /&gt;</w:t>
        <w:br/>
        <w:t>Щоб знав єси, що в нас Ісус наш значить&lt;br /&gt;</w:t>
        <w:br/>
        <w:t>І з ним сосуд пречистий благодати,&lt;br /&gt;</w:t>
        <w:br/>
        <w:t>То дай мені дочку мою побачить,&lt;br /&gt;</w:t>
        <w:br/>
        <w:t>Тоді готова й я від тебе смерть прийняти". —</w:t>
      </w:r>
    </w:p>
    <w:p>
      <w:r>
        <w:br/>
        <w:t>X</w:t>
      </w:r>
    </w:p>
    <w:p>
      <w:r>
        <w:br/>
        <w:t>"О роде лютий, роде нещасливий! —&lt;br /&gt;</w:t>
        <w:br/>
        <w:t>Промовив Кантемир, з гніву поблідши, —&lt;br /&gt;</w:t>
        <w:br/>
        <w:t>Нехай тебе тиран немилостивий&lt;br /&gt;</w:t>
        <w:br/>
        <w:t>У руки візьме, у залізні кліщі!&lt;br /&gt;</w:t>
        <w:br/>
        <w:t>Живи, як пес у нього на прикові,&lt;br /&gt;</w:t>
        <w:br/>
        <w:t>Вищи та скигли, потваре пекельна!&lt;br /&gt;</w:t>
        <w:br/>
        <w:t>Не мавши волі і в людському слові&lt;br /&gt;</w:t>
        <w:br/>
        <w:t>Біснуйся, мов за ґратами гієна,&lt;br /&gt;</w:t>
        <w:br/>
        <w:t>І мук твоїх нехай жахається вселеннаї</w:t>
      </w:r>
    </w:p>
    <w:p>
      <w:r>
        <w:br/>
        <w:t>XI</w:t>
      </w:r>
    </w:p>
    <w:p>
      <w:r>
        <w:br/>
        <w:t>Заїро, сонце любе, райське, тихе!&lt;br /&gt;</w:t>
        <w:br/>
        <w:t>Пожалься над дурною попадею:&lt;br /&gt;</w:t>
        <w:br/>
        <w:t>Вона зробила діло в нас велике&lt;br /&gt;</w:t>
        <w:br/>
        <w:t>З Марусею вродливою своєю.&lt;br /&gt;</w:t>
        <w:br/>
        <w:t>Увесь парадний шмат своїх гаремниць&lt;br /&gt;</w:t>
        <w:br/>
        <w:t>Порозсилав Осман, куди схотіли;&lt;br /&gt;</w:t>
        <w:br/>
        <w:t>Зоставив тільки тридцятьох служебниць,&lt;br /&gt;</w:t>
        <w:br/>
        <w:t>Щоб їй у вічі, мов ті пси, гледіли&lt;br /&gt;</w:t>
        <w:br/>
        <w:t>І виповняти все, що повелить, летіли.</w:t>
      </w:r>
    </w:p>
    <w:p>
      <w:r>
        <w:br/>
        <w:t>XII</w:t>
      </w:r>
    </w:p>
    <w:p>
      <w:r>
        <w:br/>
        <w:t>Хасеки-Хуррем 52 се нова в нас буде;&lt;br /&gt;</w:t>
        <w:br/>
        <w:t>Нові звичаї пійдуть у сералі;&lt;br /&gt;</w:t>
        <w:br/>
        <w:t>Нові засядуть у дивані люде;&lt;br /&gt;</w:t>
        <w:br/>
        <w:t>Нові порядки заведуться в краї.&lt;br /&gt;</w:t>
        <w:br/>
        <w:t>Одна біда: ся друга Роксоляна&lt;br /&gt;</w:t>
        <w:br/>
        <w:t>Х а с е к и – Х у р р е м назвою гордує *,&lt;br /&gt;</w:t>
        <w:br/>
        <w:t>Без ласки позирає на Османа,&lt;br /&gt;</w:t>
        <w:br/>
        <w:t>Їсть нехотя і знай сумує;&lt;br /&gt;</w:t>
        <w:br/>
        <w:t>Но сумом тим ще більш високий дух чарує.</w:t>
      </w:r>
    </w:p>
    <w:p>
      <w:r>
        <w:br/>
        <w:t>XIII</w:t>
      </w:r>
    </w:p>
    <w:p>
      <w:r>
        <w:br/>
        <w:t>При ній він, кажуть, мов дитина смирна,&lt;br /&gt;</w:t>
        <w:br/>
        <w:t>До неї доторкнутися не сміє,&lt;br /&gt;</w:t>
        <w:br/>
        <w:t>І, мов убога, боязка людина,&lt;br /&gt;</w:t>
        <w:br/>
        <w:t>Перед царицею потужною німіє.&lt;br /&gt;</w:t>
        <w:br/>
        <w:t>Коли б ти бачила, як звеселився,&lt;br /&gt;</w:t>
        <w:br/>
        <w:t>Як став мене прилюдно обіймати,&lt;br /&gt;</w:t>
        <w:br/>
        <w:t>Довідавшись (Редшид мені хвалився),&lt;br /&gt;</w:t>
        <w:br/>
        <w:t>Що у мене Хасеки-Хуррем мати... —&lt;br /&gt;</w:t>
        <w:br/>
        <w:t>"Вези її, вези в Царицині Палати!"</w:t>
      </w:r>
    </w:p>
    <w:p>
      <w:r>
        <w:br/>
        <w:t>XIV</w:t>
      </w:r>
    </w:p>
    <w:p>
      <w:r>
        <w:br/>
        <w:t>І, мов за покликом гучним Османа,&lt;br /&gt;</w:t>
        <w:br/>
        <w:t>Галера золота під бунчуками&lt;br /&gt;</w:t>
        <w:br/>
        <w:t>Назустріч припливла і привітала&lt;br /&gt;</w:t>
        <w:br/>
        <w:t>З гармат гетьмана із двома жінками.&lt;br /&gt;</w:t>
        <w:br/>
        <w:t>"Одна яса гетьману та гетьманші,&lt;br /&gt;</w:t>
        <w:br/>
        <w:t>А друга — рідній матері Хасеки,&lt;br /&gt;</w:t>
        <w:br/>
        <w:t>Великої й могущої султанші". —&lt;br /&gt;</w:t>
        <w:br/>
        <w:t>Так донесли галерні греки,&lt;br /&gt;</w:t>
        <w:br/>
        <w:t>Хибкі потурнаки, в ісламі недопеки.</w:t>
      </w:r>
    </w:p>
    <w:p>
      <w:r>
        <w:br/>
        <w:t>XV</w:t>
      </w:r>
    </w:p>
    <w:p>
      <w:r>
        <w:br/>
        <w:t>Босфорські води, мов срібло, кипіли&lt;br /&gt;</w:t>
        <w:br/>
        <w:t>Під веслами галери золотої,&lt;br /&gt;</w:t>
        <w:br/>
        <w:t>І очі очаровані гледіли&lt;br /&gt;</w:t>
        <w:br/>
        <w:t>На город Софії, колись святої 53,&lt;br /&gt;</w:t>
        <w:br/>
        <w:t>Тепер служебки грішної пророка,&lt;br /&gt;</w:t>
        <w:br/>
        <w:t>Покутниці за лжу на аріанство 54,&lt;br /&gt;</w:t>
        <w:br/>
        <w:t>На ту звізду туманного Востока,&lt;br /&gt;</w:t>
        <w:br/>
        <w:t>Та за гоненнє на несторіанство ,&lt;br /&gt;</w:t>
        <w:br/>
        <w:t>Котрим спасти свій ум хотіло християнство.</w:t>
      </w:r>
    </w:p>
    <w:p>
      <w:r>
        <w:br/>
        <w:t>XVI</w:t>
      </w:r>
    </w:p>
    <w:p>
      <w:r>
        <w:br/>
        <w:t>"Заїро! На всьому широкім світі&lt;br /&gt;</w:t>
        <w:br/>
        <w:t>Нема й не буде другого Стамбула.&lt;br /&gt;</w:t>
        <w:br/>
        <w:t>Мов золоті Аллах розвішав сіті&lt;br /&gt;</w:t>
        <w:br/>
        <w:t>Вподовж свого квітчастого авула.&lt;br /&gt;</w:t>
        <w:br/>
        <w:t>Крізь золото сади благоухають.&lt;br /&gt;</w:t>
        <w:br/>
        <w:t>Понад снігами мурів зеленіють,&lt;br /&gt;</w:t>
        <w:br/>
        <w:t>І мінарети, місяцем вінчанні,&lt;br /&gt;</w:t>
        <w:br/>
        <w:t>На горах райських, благодатних мріють!"&lt;br /&gt;</w:t>
        <w:br/>
        <w:t>А води дзеркалом прозирчастим леліють!" —</w:t>
      </w:r>
    </w:p>
    <w:p>
      <w:r>
        <w:br/>
        <w:t>XVII</w:t>
      </w:r>
    </w:p>
    <w:p>
      <w:r>
        <w:br/>
        <w:t>"Благословен Аллах! — рече Заїра, —&lt;br /&gt;</w:t>
        <w:br/>
        <w:t>Вінець землі віддав він правовірним.&lt;br /&gt;</w:t>
        <w:br/>
        <w:t>Хранителям правдивості і мира,&lt;br /&gt;</w:t>
        <w:br/>
        <w:t>Служителям своїм нелицемірним". —&lt;br /&gt;</w:t>
        <w:br/>
        <w:t>"Так, міч наш правду й мир обороняє;&lt;br /&gt;</w:t>
        <w:br/>
        <w:t>Жезлом желізним пасемо народи,&lt;br /&gt;</w:t>
        <w:br/>
        <w:t>І покіль він в руках у нас сіяє,&lt;br /&gt;</w:t>
        <w:br/>
        <w:t>Не хлинуть із небес потопні води&lt;br /&gt;</w:t>
        <w:br/>
        <w:t>І за людські гріхи не знівечать природи.</w:t>
      </w:r>
    </w:p>
    <w:p>
      <w:r>
        <w:br/>
        <w:t>XVIII</w:t>
      </w:r>
    </w:p>
    <w:p>
      <w:r>
        <w:br/>
        <w:t>Коли ж підіймуться джавури з праху&lt;br /&gt;</w:t>
        <w:br/>
        <w:t>Та завдадуть Османлисам зневагу&lt;br /&gt;</w:t>
        <w:br/>
        <w:t>Мечем і правдою, тогді Аллаху&lt;br /&gt;</w:t>
        <w:br/>
        <w:t>Зістанеться оддать їм перевагу.&lt;br /&gt;</w:t>
        <w:br/>
        <w:t>І скаламутиться Дунай широкий&lt;br /&gt;</w:t>
        <w:br/>
        <w:t>Від нашого безчесного втікання...&lt;br /&gt;</w:t>
        <w:br/>
        <w:t>І Порти пишної поріг високий&lt;br /&gt;</w:t>
        <w:br/>
        <w:t>Страшенного дознає поругания...&lt;br /&gt;</w:t>
        <w:br/>
        <w:t>Аллаху! Не впиняй твого меча-карання!</w:t>
      </w:r>
    </w:p>
    <w:p>
      <w:r>
        <w:br/>
        <w:t>XIX</w:t>
      </w:r>
    </w:p>
    <w:p>
      <w:r>
        <w:br/>
        <w:t>Нехай над світом той господарює,&lt;br /&gt;</w:t>
        <w:br/>
        <w:t>В кого душа міцна в міцному тілі,&lt;br /&gt;</w:t>
        <w:br/>
        <w:t>Хто правду серцем чистим, чесним чує,&lt;br /&gt;</w:t>
        <w:br/>
        <w:t>Хто в слові вірен, непохибен в ділі.&lt;br /&gt;</w:t>
        <w:br/>
        <w:t>А ви, фальшиві мідяки-червінці,&lt;br /&gt;</w:t>
        <w:br/>
        <w:t>П'яниці, бабії та лежебоки,&lt;br /&gt;</w:t>
        <w:br/>
        <w:t>Блудні з паршивої отари вівці,&lt;br /&gt;</w:t>
        <w:br/>
        <w:t>Занепаду Османлисів пророки!&lt;br /&gt;</w:t>
        <w:br/>
        <w:t>Да буде ваш уділ кривавий і жорстокий!" —</w:t>
      </w:r>
    </w:p>
    <w:p>
      <w:r>
        <w:br/>
        <w:t>XX</w:t>
      </w:r>
    </w:p>
    <w:p>
      <w:r>
        <w:br/>
        <w:t>"Не говори так страшно про недолю,&lt;br /&gt;</w:t>
        <w:br/>
        <w:t>Мій соколе, мій орле сизокрилий!&lt;br /&gt;</w:t>
        <w:br/>
        <w:t>Не зуповняй даремною журбою&lt;br /&gt;</w:t>
        <w:br/>
        <w:t>Душі твоєї вірної Заїри.&lt;br /&gt;</w:t>
        <w:br/>
        <w:t>Дивись, які картини перед нами&lt;br /&gt;</w:t>
        <w:br/>
        <w:t>Над водами небесно-голубими!&lt;br /&gt;</w:t>
        <w:br/>
        <w:t>Як у воді висять доми з садами,&lt;br /&gt;</w:t>
        <w:br/>
        <w:t>З піддашшями, з терасами своїми,&lt;br /&gt;</w:t>
        <w:br/>
        <w:t>А білі голуби, немов сніги над ними!</w:t>
      </w:r>
    </w:p>
    <w:p>
      <w:r>
        <w:br/>
        <w:t>XXI</w:t>
      </w:r>
    </w:p>
    <w:p>
      <w:r>
        <w:br/>
        <w:t>Дивись, які мечеті мармурові!&lt;br /&gt;</w:t>
        <w:br/>
        <w:t>Які легкі кіоски та стрільниці!&lt;br /&gt;</w:t>
        <w:br/>
        <w:t>Мов парчами окутані діброви,&lt;br /&gt;</w:t>
        <w:br/>
        <w:t>З них золоті летять угору шпиці.&lt;br /&gt;</w:t>
        <w:br/>
        <w:t>Над ними хмари тихим раєм сяють&lt;br /&gt;</w:t>
        <w:br/>
        <w:t>На небі чистому, як дух пророка:&lt;br /&gt;</w:t>
        <w:br/>
        <w:t>То херувими з неба визирають,&lt;br /&gt;</w:t>
        <w:br/>
        <w:t>Промінне Божого благого ока,&lt;br /&gt;</w:t>
        <w:br/>
        <w:t>Едемські сторожі спасенного Востока!"</w:t>
      </w:r>
    </w:p>
    <w:p>
      <w:r>
        <w:br/>
        <w:t>ДУМА ТРЕТЯ</w:t>
      </w:r>
    </w:p>
    <w:p>
      <w:r>
        <w:br/>
        <w:t>І</w:t>
      </w:r>
    </w:p>
    <w:p>
      <w:r>
        <w:br/>
        <w:t>Тим часом, як Заїра любовалась&lt;br /&gt;</w:t>
        <w:br/>
        <w:t>Священної природи малюваннєм,&lt;br /&gt;</w:t>
        <w:br/>
        <w:t>Душа, примучена недолею, озвалась&lt;br /&gt;</w:t>
        <w:br/>
        <w:t>Новим страданием на чуже страданнє.&lt;br /&gt;</w:t>
        <w:br/>
        <w:t>Не золотом галера величалась,&lt;br /&gt;</w:t>
        <w:br/>
        <w:t>Не довгими хвалилась бунчуками:&lt;br /&gt;</w:t>
        <w:br/>
        <w:t>Вона цвіла, пишалась і втішалась&lt;br /&gt;</w:t>
        <w:br/>
        <w:t>До поясниці голими гребцями,&lt;br /&gt;</w:t>
        <w:br/>
        <w:t>Здобутими в бою рабами, козаками.</w:t>
      </w:r>
    </w:p>
    <w:p>
      <w:r>
        <w:br/>
        <w:t>ІІ</w:t>
      </w:r>
    </w:p>
    <w:p>
      <w:r>
        <w:br/>
        <w:t>Кругом срібло і золото блищало,&lt;br /&gt;</w:t>
        <w:br/>
        <w:t>І сонцем рай із неба осміхався,&lt;br /&gt;</w:t>
        <w:br/>
        <w:t>А в хирнім тілі сонце замирало,&lt;br /&gt;</w:t>
        <w:br/>
        <w:t>Що так язик із язика знущався.&lt;br /&gt;</w:t>
        <w:br/>
        <w:t>Стара не знала й не хотіла знати,&lt;br /&gt;</w:t>
        <w:br/>
        <w:t>Що козаки на морі виробляли&lt;br /&gt;</w:t>
        <w:br/>
        <w:t>І чим би стались мечеті й палати,&lt;br /&gt;</w:t>
        <w:br/>
        <w:t>Коли б вони Стамбул опанували&lt;br /&gt;</w:t>
        <w:br/>
        <w:t>Та свій закон невірам показали.</w:t>
      </w:r>
    </w:p>
    <w:p>
      <w:r>
        <w:br/>
        <w:t>III</w:t>
      </w:r>
    </w:p>
    <w:p>
      <w:r>
        <w:br/>
        <w:t>В тій церковці, в тому бабинці-раю,&lt;br /&gt;</w:t>
        <w:br/>
        <w:t>В куточку тім небесного жилища,&lt;br /&gt;</w:t>
        <w:br/>
        <w:t>Де чоловік її, по давньому звичаю,&lt;br /&gt;</w:t>
        <w:br/>
        <w:t>Благословляв різню та пожарища,&lt;br /&gt;</w:t>
        <w:br/>
        <w:t>Аби чужа була, не наша віра,&lt;br /&gt;</w:t>
        <w:br/>
        <w:t>Аби не наш язик звав Бога правди, —&lt;br /&gt;</w:t>
        <w:br/>
        <w:t>В тій церковці запекла злість кипіла&lt;br /&gt;</w:t>
        <w:br/>
        <w:t>В серцях завзятих темної громади,&lt;br /&gt;</w:t>
        <w:br/>
        <w:t>Що адом дихала на пишні царегради.</w:t>
      </w:r>
    </w:p>
    <w:p>
      <w:r>
        <w:br/>
        <w:t>IV</w:t>
      </w:r>
    </w:p>
    <w:p>
      <w:r>
        <w:br/>
        <w:t>До пояса нагі, плечисті чуприндири,&lt;br /&gt;</w:t>
        <w:br/>
        <w:t>Леви Порогів, лицарі Лиману,&lt;br /&gt;</w:t>
        <w:br/>
        <w:t>Сиділи в ряд, без волі і без сили&lt;br /&gt;</w:t>
        <w:br/>
        <w:t>Метнутись на грізного бусурмана.&lt;br /&gt;</w:t>
        <w:br/>
        <w:t>Залізні кайдани їм повпивались,&lt;br /&gt;</w:t>
        <w:br/>
        <w:t>Мов зуби Цербера 56, у голі ноги;&lt;br /&gt;</w:t>
        <w:br/>
        <w:t>Гребли всі влад, аж потом обливались,&lt;br /&gt;</w:t>
        <w:br/>
        <w:t>Бо потурнак ходив між ними строгий&lt;br /&gt;</w:t>
        <w:br/>
        <w:t>І карбачем крутим їм додавав підмоги.</w:t>
      </w:r>
    </w:p>
    <w:p>
      <w:r>
        <w:br/>
        <w:t>V</w:t>
      </w:r>
    </w:p>
    <w:p>
      <w:r>
        <w:br/>
        <w:t>"О чоловіче, — прорекла старенька, —&lt;br /&gt;</w:t>
        <w:br/>
        <w:t>Невже ти в серце Господа не чуєш?&lt;br /&gt;</w:t>
        <w:br/>
        <w:t>В нас і на скот помахують злегенька,&lt;br /&gt;</w:t>
        <w:br/>
        <w:t>А ти сих в'язників, мов кат, катуєш!&lt;br /&gt;</w:t>
        <w:br/>
        <w:t>Дивись, які страшні, криваві смуги&lt;br /&gt;</w:t>
        <w:br/>
        <w:t>На плечах, мов вужі, понабрякали!&lt;br /&gt;</w:t>
        <w:br/>
        <w:t>Такої безсердечної наруги&lt;br /&gt;</w:t>
        <w:br/>
        <w:t>Ще людські очі звіку не видали.&lt;br /&gt;</w:t>
        <w:br/>
        <w:t>Вони ж на весла й так щосил понадягали". —</w:t>
      </w:r>
    </w:p>
    <w:p>
      <w:r>
        <w:br/>
        <w:t>VI</w:t>
      </w:r>
    </w:p>
    <w:p>
      <w:r>
        <w:br/>
        <w:t>"Вельможна пані, — каже той по-лядськи. —&lt;br /&gt;</w:t>
        <w:br/>
        <w:t>Шкода тобі над ними вболівати:&lt;br /&gt;</w:t>
        <w:br/>
        <w:t>Бо падло се, сі трупи гайдамацькі&lt;br /&gt;</w:t>
        <w:br/>
        <w:t>Однаково собаки будуть рвати.&lt;br /&gt;</w:t>
        <w:br/>
        <w:t>Мені ще й ксьондз казав, щоб козакові&lt;br /&gt;</w:t>
        <w:br/>
        <w:t>У присяганні віри не діймати,&lt;br /&gt;</w:t>
        <w:br/>
        <w:t>А як сидітиме вже на прикові,&lt;br /&gt;</w:t>
        <w:br/>
        <w:t>Дак жалощів до злющого не мати:&lt;br /&gt;</w:t>
        <w:br/>
        <w:t>"Бо, — каже, — на розбій його рождає й мати". —</w:t>
      </w:r>
    </w:p>
    <w:p>
      <w:r>
        <w:br/>
        <w:t>VII</w:t>
      </w:r>
    </w:p>
    <w:p>
      <w:r>
        <w:br/>
        <w:t>"Яка ж тогді се буде в тебе віра,&lt;br /&gt;</w:t>
        <w:br/>
        <w:t>Щоб, як на падло, на людей дивитись&lt;br /&gt;</w:t>
        <w:br/>
        <w:t>І, переваживши німого звіра,&lt;br /&gt;</w:t>
        <w:br/>
        <w:t>Своїм запеклим варварством хвалитись?&lt;br /&gt;</w:t>
        <w:br/>
        <w:t>Ні піп, ні ксьондз нас на таку науку,&lt;br /&gt;</w:t>
        <w:br/>
        <w:t>На звірство нас таке не наставляє,&lt;br /&gt;</w:t>
        <w:br/>
        <w:t>Щоб чоловіку завдавати муку,&lt;br /&gt;</w:t>
        <w:br/>
        <w:t>Коли своє він діло виповняє.&lt;br /&gt;</w:t>
        <w:br/>
        <w:t>За се ж тебе Господь судом своїм скарає". —</w:t>
      </w:r>
    </w:p>
    <w:p>
      <w:r>
        <w:br/>
        <w:t>VIII</w:t>
      </w:r>
    </w:p>
    <w:p>
      <w:r>
        <w:br/>
        <w:t>"Аллах тепер суддя мій, мосціпані!&lt;br /&gt;</w:t>
        <w:br/>
        <w:t>Покинув я ваш присуд християнський.&lt;br /&gt;</w:t>
        <w:br/>
        <w:t>Тепер моя наука вже в Корані:&lt;br /&gt;</w:t>
        <w:br/>
        <w:t>Я турчин і слуга райза султанський".&lt;br /&gt;</w:t>
        <w:br/>
        <w:t>І смуги знов по спинах простяглися,&lt;br /&gt;</w:t>
        <w:br/>
        <w:t>Нові рубці криваві набрякали.&lt;br /&gt;</w:t>
        <w:br/>
        <w:t>Котилися горохом і лилися&lt;br /&gt;</w:t>
        <w:br/>
        <w:t>Гіркі по щоках, да не утирали, —&lt;br /&gt;</w:t>
        <w:br/>
        <w:t>Робити веслами бідахи пильнували.</w:t>
      </w:r>
    </w:p>
    <w:p>
      <w:r>
        <w:br/>
        <w:t>ІХ</w:t>
      </w:r>
    </w:p>
    <w:p>
      <w:r>
        <w:br/>
        <w:t>Поглянула з плачем на Кантемира&lt;br /&gt;</w:t>
        <w:br/>
        <w:t>Старенька попадя і промовляє:&lt;br /&gt;</w:t>
        <w:br/>
        <w:t>"А ти ж мені казав, що ваша віра&lt;br /&gt;</w:t>
        <w:br/>
        <w:t>Вам милосердіє повеліває!" —&lt;br /&gt;</w:t>
        <w:br/>
        <w:t>"Повеліває, нене, навіть і до злюки,&lt;br /&gt;</w:t>
        <w:br/>
        <w:t>Та не до зрадника, котрий здіймає&lt;br /&gt;</w:t>
        <w:br/>
        <w:t>На нас хижацькі, розбишацькі руки:&lt;br /&gt;</w:t>
        <w:br/>
        <w:t>Таких наш суд без милості карає&lt;br /&gt;</w:t>
        <w:br/>
        <w:t>І віддає новим потурнакам на муки.</w:t>
      </w:r>
    </w:p>
    <w:p>
      <w:r>
        <w:br/>
        <w:t>Х</w:t>
      </w:r>
    </w:p>
    <w:p>
      <w:r>
        <w:br/>
        <w:t>Сей з тих ляхів, що острах на Цоцорі&lt;br /&gt;</w:t>
        <w:br/>
        <w:t>Віддав мені у руки, мов отару,&lt;br /&gt;</w:t>
        <w:br/>
        <w:t>А козаки, з тих, що на Чорнім морі&lt;br /&gt;</w:t>
        <w:br/>
        <w:t>Редшид загнав під шаблю яничару...&lt;br /&gt;</w:t>
        <w:br/>
        <w:t>Немилостивий кат! Бо тяжко мститься,&lt;br /&gt;</w:t>
        <w:br/>
        <w:t>Що козаки панів ляхів не люблять.&lt;br /&gt;</w:t>
        <w:br/>
        <w:t>Нехай катує: дух наш веселиться,&lt;br /&gt;</w:t>
        <w:br/>
        <w:t>Як вороги один одного гублять&lt;br /&gt;</w:t>
        <w:br/>
        <w:t>І про свою вражду між мусульманством трублять.</w:t>
      </w:r>
    </w:p>
    <w:p>
      <w:r>
        <w:br/>
        <w:t>XI</w:t>
      </w:r>
    </w:p>
    <w:p>
      <w:r>
        <w:br/>
        <w:t>Попи й ксьондзи се дві нечисті сили,&lt;br /&gt;</w:t>
        <w:br/>
        <w:t>Що піднялися душі всім спасати&lt;br /&gt;</w:t>
        <w:br/>
        <w:t>І миром вашим так заколотили,&lt;br /&gt;</w:t>
        <w:br/>
        <w:t>Що будете вовіки рабувати...&lt;br /&gt;</w:t>
        <w:br/>
        <w:t>Ти кривишся, тобі се гірко чути:&lt;br /&gt;</w:t>
        <w:br/>
        <w:t>Дак знай же, що й мені гірка ся чаша, —&lt;br /&gt;</w:t>
        <w:br/>
        <w:t>Така гірка, мов випив я отрути.&lt;br /&gt;</w:t>
        <w:br/>
        <w:t>Однакова з тобою доля наша.&lt;br /&gt;</w:t>
        <w:br/>
        <w:t>Той Кочубей — мій брат єдиний. Ти вжахнулась?</w:t>
      </w:r>
    </w:p>
    <w:p>
      <w:r>
        <w:br/>
        <w:t>XII</w:t>
      </w:r>
    </w:p>
    <w:p>
      <w:r>
        <w:br/>
        <w:t>І є тобі чого жахатись, нене.&lt;br /&gt;</w:t>
        <w:br/>
        <w:t>Я був у нього в тій страшній хурдизі,&lt;br /&gt;</w:t>
        <w:br/>
        <w:t>І син моєї матері від мене&lt;br /&gt;</w:t>
        <w:br/>
        <w:t>Так одвернувсь, мов був я син тигриці.&lt;br /&gt;</w:t>
        <w:br/>
        <w:t>Аллах дав нам обом свій образ чистий,&lt;br /&gt;</w:t>
        <w:br/>
        <w:t>Вложив обом у груди щире серце, —&lt;br /&gt;</w:t>
        <w:br/>
        <w:t>І насміявсь із Бога дух нечистий,&lt;br /&gt;</w:t>
        <w:br/>
        <w:t>Що духом тьми, отцем олжи зоветься:&lt;br /&gt;</w:t>
        <w:br/>
        <w:t>Душі моєї цвіт у тьму кромішню пнеться.</w:t>
      </w:r>
    </w:p>
    <w:p>
      <w:r>
        <w:br/>
        <w:t>XIII</w:t>
      </w:r>
    </w:p>
    <w:p>
      <w:r>
        <w:br/>
        <w:t>Він хоче вмерти в тій поганій вірі,&lt;br /&gt;</w:t>
        <w:br/>
        <w:t>Що ідольством назвав пророк великий,&lt;br /&gt;</w:t>
        <w:br/>
        <w:t>Що нею дурнів дурять лицеміри,&lt;br /&gt;</w:t>
        <w:br/>
        <w:t>Сповняючи їх кров'ю море й ріки.&lt;br /&gt;</w:t>
        <w:br/>
        <w:t>Він хоче голодом себе убити,&lt;br /&gt;</w:t>
        <w:br/>
        <w:t>Мов той орел, що крильми не владає:&lt;br /&gt;</w:t>
        <w:br/>
        <w:t>Не хоче голови під нас хилити,&lt;br /&gt;</w:t>
        <w:br/>
        <w:t>І смерті, як верблюд води, жадає, —&lt;br /&gt;</w:t>
        <w:br/>
        <w:t>Готов хоч на гаках страшенних тих висіти.</w:t>
      </w:r>
    </w:p>
    <w:p>
      <w:r>
        <w:br/>
        <w:t>XIV</w:t>
      </w:r>
    </w:p>
    <w:p>
      <w:r>
        <w:br/>
        <w:t>Сьогодні вранці на Мосток Мертвецький&lt;br /&gt;</w:t>
        <w:br/>
        <w:t>Козацького зіпхнули осавула,&lt;br /&gt;</w:t>
        <w:br/>
        <w:t>І він повис, як Митрик Вишневенький,&lt;br /&gt;</w:t>
        <w:br/>
        <w:t>І до чортяк душа його шугнула.&lt;br /&gt;</w:t>
        <w:br/>
        <w:t>Левко ж на люту смерть байде дивився,&lt;br /&gt;</w:t>
        <w:br/>
        <w:t>Мов на яку мальовану картину,&lt;br /&gt;</w:t>
        <w:br/>
        <w:t>За душу праведну, мовляв, хрестився&lt;br /&gt;</w:t>
        <w:br/>
        <w:t>І прославляв щасливу ту годину,&lt;br /&gt;</w:t>
        <w:br/>
        <w:t>Що ляже й сам в таку ж криваву домоіину". —</w:t>
      </w:r>
    </w:p>
    <w:p>
      <w:r>
        <w:br/>
        <w:t>XV</w:t>
      </w:r>
    </w:p>
    <w:p>
      <w:r>
        <w:br/>
        <w:t>"О душе бідної дочки моєї! —&lt;br /&gt;</w:t>
        <w:br/>
        <w:t>Простерши руки, попадя сказала. —&lt;br /&gt;</w:t>
        <w:br/>
        <w:t>Не знаючи ще доленьки своєї,&lt;br /&gt;</w:t>
        <w:br/>
        <w:t>Достойне серце ти собі ізбрала...&lt;br /&gt;</w:t>
        <w:br/>
        <w:t>О, не на те, Марусенько, уздріти&lt;br /&gt;</w:t>
        <w:br/>
        <w:t>Тебе бажаю, щоб ті златоглави,&lt;br /&gt;</w:t>
        <w:br/>
        <w:t>Одежу пишну на тобі хвалити,&lt;br /&gt;</w:t>
        <w:br/>
        <w:t>Дівоцької огиду чести й слави,&lt;br /&gt;</w:t>
        <w:br/>
        <w:t>І встряти у твої розкоші та забави!</w:t>
      </w:r>
    </w:p>
    <w:p>
      <w:r>
        <w:br/>
        <w:t>XVI</w:t>
      </w:r>
    </w:p>
    <w:p>
      <w:r>
        <w:br/>
        <w:t>Ні, серце рідне, духу мій небесний,&lt;br /&gt;</w:t>
        <w:br/>
        <w:t>Моя молитво рання і вечірня!&lt;br /&gt;</w:t>
        <w:br/>
        <w:t>Мій образе святий, мій віку чесний,&lt;br /&gt;</w:t>
        <w:br/>
        <w:t>Моя надіє райськая надзірня!&lt;br /&gt;</w:t>
        <w:br/>
        <w:t>Навчу тебе багатством гордувати,&lt;br /&gt;</w:t>
        <w:br/>
        <w:t>Як прахом тим, що топчемо ногами,&lt;br /&gt;</w:t>
        <w:br/>
        <w:t>В убожестві та в муках умирати,&lt;br /&gt;</w:t>
        <w:br/>
        <w:t>Гнушаючись Господніми врагами,&lt;br /&gt;</w:t>
        <w:br/>
        <w:t>Як непрощенними пекельними гріхами!"</w:t>
      </w:r>
    </w:p>
    <w:p>
      <w:r>
        <w:br/>
        <w:t>XVII</w:t>
      </w:r>
    </w:p>
    <w:p>
      <w:r>
        <w:br/>
        <w:t>Мов та струна тонка тремтить на лірі,&lt;br /&gt;</w:t>
        <w:br/>
        <w:t>Від голосу сумного Азраїла,&lt;br /&gt;</w:t>
        <w:br/>
        <w:t>Так затремтіло серце у Заїри,&lt;br /&gt;</w:t>
        <w:br/>
        <w:t>Душа таємним горем заболіла...&lt;br /&gt;</w:t>
        <w:br/>
        <w:t>"Попаде! — каже Кантемир. — Не знаю,&lt;br /&gt;</w:t>
        <w:br/>
        <w:t>Чи злобою кипіть, чи плакать мушу,&lt;br /&gt;</w:t>
        <w:br/>
        <w:t>Бо на Заїрі сльози помічаю...&lt;br /&gt;</w:t>
        <w:br/>
        <w:t>Росою Божою кипучу душу&lt;br /&gt;</w:t>
        <w:br/>
        <w:t>Сі сльози холодять, і я твій жаль прощаю".</w:t>
      </w:r>
    </w:p>
    <w:p>
      <w:r>
        <w:br/>
        <w:t>XVIII</w:t>
      </w:r>
    </w:p>
    <w:p>
      <w:r>
        <w:br/>
        <w:t>Попи, се все попи таке в вас коять,&lt;br /&gt;</w:t>
        <w:br/>
        <w:t>Що рідний брат не хоче знати брата,&lt;br /&gt;</w:t>
        <w:br/>
        <w:t>Що люде людям смерті в Бога молять&lt;br /&gt;</w:t>
        <w:br/>
        <w:t>І дивляться на нього, як на ката".&lt;br /&gt;</w:t>
        <w:br/>
        <w:t>Оце блищать Царицині Палати,&lt;br /&gt;</w:t>
        <w:br/>
        <w:t>Дивись, у воду мармуром ступають,&lt;br /&gt;</w:t>
        <w:br/>
        <w:t>Мов дорогі пишнобарвисті шати&lt;br /&gt;</w:t>
        <w:br/>
        <w:t>Від пороху земного обмивають.&lt;br /&gt;</w:t>
        <w:br/>
        <w:t>І пахощі кругом, і щастє розливають.</w:t>
      </w:r>
    </w:p>
    <w:p>
      <w:r>
        <w:br/>
        <w:t>XIX</w:t>
      </w:r>
    </w:p>
    <w:p>
      <w:r>
        <w:br/>
        <w:t>А он твій брат назустріч нам виходить.&lt;br /&gt;</w:t>
        <w:br/>
        <w:t>В великій ласці він тепер в султана.&lt;br /&gt;</w:t>
        <w:br/>
        <w:t>Увесь у золоті, як бачиш, ходить:&lt;br /&gt;</w:t>
        <w:br/>
        <w:t>Нема в нас більшого над нього пана.&lt;br /&gt;</w:t>
        <w:br/>
        <w:t>Твоєї се дочки будинок власний,&lt;br /&gt;</w:t>
        <w:br/>
        <w:t>І зветься він Царицині Палати...&lt;br /&gt;</w:t>
        <w:br/>
        <w:t>Іди; а я — туди, де брат нещасний&lt;br /&gt;</w:t>
        <w:br/>
        <w:t>На світ широкий дивиться крізь грати,&lt;br /&gt;</w:t>
        <w:br/>
        <w:t>Мов пугач степовий, рарогів брат крилатий".</w:t>
      </w:r>
    </w:p>
    <w:p>
      <w:r>
        <w:br/>
        <w:t>XX</w:t>
      </w:r>
    </w:p>
    <w:p>
      <w:r>
        <w:br/>
        <w:t>На мармур і порфир стара ступає&lt;br /&gt;</w:t>
        <w:br/>
        <w:t>В передвірку царських палат Марусі&lt;br /&gt;</w:t>
        <w:br/>
        <w:t>І до землі чалмою припадає&lt;br /&gt;</w:t>
        <w:br/>
        <w:t>Той брат Івась, що з рук у паньматусі&lt;br /&gt;</w:t>
        <w:br/>
        <w:t>Сестра маленького на ручки брала,&lt;br /&gt;</w:t>
        <w:br/>
        <w:t>Саджала в купіль з маку й материнки,&lt;br /&gt;</w:t>
        <w:br/>
        <w:t>Обмивши гарно, у кімнаті клала&lt;br /&gt;</w:t>
        <w:br/>
        <w:t>На пухові білесенькі перинки&lt;br /&gt;</w:t>
        <w:br/>
        <w:t>І пісеньок, покіль засне, йому співала.</w:t>
      </w:r>
    </w:p>
    <w:p>
      <w:r>
        <w:br/>
        <w:t>XXI</w:t>
      </w:r>
    </w:p>
    <w:p>
      <w:r>
        <w:br/>
        <w:t>"Геть, Каїне, антихристе від мене, —&lt;br /&gt;</w:t>
        <w:br/>
        <w:t>Промовила, і очі одвернула. —&lt;br /&gt;</w:t>
        <w:br/>
        <w:t>Амінь! Щезай, чудовище пекельне!"&lt;br /&gt;</w:t>
        <w:br/>
        <w:t>І, мов голубка, мимо полинула.&lt;br /&gt;</w:t>
        <w:br/>
        <w:t>Летить, а перед нею пишні двері&lt;br /&gt;</w:t>
        <w:br/>
        <w:t>Немов рука незрима відчиняє...&lt;br /&gt;</w:t>
        <w:br/>
        <w:t>Її Маруся, мов едемська пері,&lt;br /&gt;</w:t>
        <w:br/>
        <w:t>Летить назустріч, вся, мов рай, сіяє,&lt;br /&gt;</w:t>
        <w:br/>
        <w:t>І до колін своїй матусі припадає.</w:t>
      </w:r>
    </w:p>
    <w:p>
      <w:r>
        <w:br/>
        <w:t>ПІСНЯ П'ЯТА</w:t>
      </w:r>
    </w:p>
    <w:p>
      <w:r>
        <w:br/>
        <w:t>ДУМА ПЕРВА</w:t>
      </w:r>
    </w:p>
    <w:p>
      <w:r>
        <w:br/>
        <w:t>Тихий ангел вибирає&lt;br /&gt;</w:t>
        <w:br/>
        <w:t>Душу голубину,&lt;br /&gt;</w:t>
        <w:br/>
        <w:t>Крильми стиха осіняє&lt;br /&gt;</w:t>
        <w:br/>
        <w:t>Мовчазну людину.</w:t>
      </w:r>
    </w:p>
    <w:p>
      <w:r>
        <w:br/>
        <w:t>І всі віри тій людині&lt;br /&gt;</w:t>
        <w:br/>
        <w:t>Приступні здаються:&lt;br /&gt;</w:t>
        <w:br/>
        <w:t>Теплі сльози милосердя&lt;br /&gt;</w:t>
        <w:br/>
        <w:t>В неї з серця ллються.</w:t>
      </w:r>
    </w:p>
    <w:p>
      <w:r>
        <w:br/>
        <w:t>Ні словами не сказати,&lt;br /&gt;</w:t>
        <w:br/>
        <w:t>Ні в псалтир заграти,&lt;br /&gt;</w:t>
        <w:br/>
        <w:t>Як дитину обіймала&lt;br /&gt;</w:t>
        <w:br/>
        <w:t>Бідолашна мати.</w:t>
      </w:r>
    </w:p>
    <w:p>
      <w:r>
        <w:br/>
        <w:t>Тільки ангел тихий знає&lt;br /&gt;</w:t>
        <w:br/>
        <w:t>Ту святу хвилину,&lt;br /&gt;</w:t>
        <w:br/>
        <w:t>Що небесний виростає&lt;br /&gt;</w:t>
        <w:br/>
        <w:t>Цвіт з земного крину.</w:t>
      </w:r>
    </w:p>
    <w:p>
      <w:r>
        <w:br/>
        <w:t>Знає і несе до Бога&lt;br /&gt;</w:t>
        <w:br/>
        <w:t>Серця цвіт живого&lt;br /&gt;</w:t>
        <w:br/>
        <w:t>І вітає цвітом жизні&lt;br /&gt;</w:t>
        <w:br/>
        <w:t>Тричі Трисвятого:</w:t>
      </w:r>
    </w:p>
    <w:p>
      <w:r>
        <w:br/>
        <w:t>"Веселися, Боже правди,&lt;br /&gt;</w:t>
        <w:br/>
        <w:t>Праведним созданием,&lt;br /&gt;</w:t>
        <w:br/>
        <w:t>Як лилії чистим цвітом&lt;br /&gt;</w:t>
        <w:br/>
        <w:t>І благоуханнєм!</w:t>
      </w:r>
    </w:p>
    <w:p>
      <w:r>
        <w:br/>
        <w:t>Як гармонія поету&lt;br /&gt;</w:t>
        <w:br/>
        <w:t>Серце звеселяє,&lt;br /&gt;</w:t>
        <w:br/>
        <w:t>Від Твого святого світу&lt;br /&gt;</w:t>
        <w:br/>
        <w:t>Дух його сіяє:</w:t>
      </w:r>
    </w:p>
    <w:p>
      <w:r>
        <w:br/>
        <w:t>Так ім'я Твоє велике&lt;br /&gt;</w:t>
        <w:br/>
        <w:t>Між людьми святиться,&lt;br /&gt;</w:t>
        <w:br/>
        <w:t>Що любов пречиста в серці&lt;br /&gt;</w:t>
        <w:br/>
        <w:t>Без конця таїться.</w:t>
      </w:r>
    </w:p>
    <w:p>
      <w:r>
        <w:br/>
        <w:t>І хвалитимуть вовіки&lt;br /&gt;</w:t>
        <w:br/>
        <w:t>Всі земні язики&lt;br /&gt;</w:t>
        <w:br/>
        <w:t>І стікаються від Тебе&lt;br /&gt;</w:t>
        <w:br/>
        <w:t>Благодатні ріки".</w:t>
      </w:r>
    </w:p>
    <w:p>
      <w:r>
        <w:br/>
        <w:t>Не струна д'струні на кобзі&lt;br /&gt;</w:t>
        <w:br/>
        <w:t>Стиха промовляла,&lt;br /&gt;</w:t>
        <w:br/>
        <w:t>Не псалтир свята се слово&lt;br /&gt;</w:t>
        <w:br/>
        <w:t>Псальмою співала:</w:t>
      </w:r>
    </w:p>
    <w:p>
      <w:r>
        <w:br/>
        <w:t>Світлий ангел легкокрилий,&lt;br /&gt;</w:t>
        <w:br/>
        <w:t>Чистий дух любови,&lt;br /&gt;</w:t>
        <w:br/>
        <w:t>В серці тихому в Заїри&lt;br /&gt;</w:t>
        <w:br/>
        <w:t>Слово се промовив.</w:t>
      </w:r>
    </w:p>
    <w:p>
      <w:r>
        <w:br/>
        <w:t>Не спускала любка ока&lt;br /&gt;</w:t>
        <w:br/>
        <w:t>У царських палатах&lt;br /&gt;</w:t>
        <w:br/>
        <w:t>З матері, що нила-мліла&lt;br /&gt;</w:t>
        <w:br/>
        <w:t>В оксамитних шатах.</w:t>
      </w:r>
    </w:p>
    <w:p>
      <w:r>
        <w:br/>
        <w:t>Як зустрілось око з оком,&lt;br /&gt;</w:t>
        <w:br/>
        <w:t>Рученьки з руками&lt;br /&gt;</w:t>
        <w:br/>
        <w:t>І вуста смажні з пухкими,&lt;br /&gt;</w:t>
        <w:br/>
        <w:t>Свіжими вустами,</w:t>
      </w:r>
    </w:p>
    <w:p>
      <w:r>
        <w:br/>
        <w:t>І в один дух, в одно серце&lt;br /&gt;</w:t>
        <w:br/>
        <w:t>Дві душі злилося,&lt;br /&gt;</w:t>
        <w:br/>
        <w:t>І все горе на часинку&lt;br /&gt;</w:t>
        <w:br/>
        <w:t>Забуттєм взялося. —</w:t>
      </w:r>
    </w:p>
    <w:p>
      <w:r>
        <w:br/>
        <w:t>За колону заступила&lt;br /&gt;</w:t>
        <w:br/>
        <w:t>Любка Кантемира,&lt;br /&gt;</w:t>
        <w:br/>
        <w:t>Золотоволоса фея,&lt;br /&gt;</w:t>
        <w:br/>
        <w:t>Знахарка Заїра.</w:t>
      </w:r>
    </w:p>
    <w:p>
      <w:r>
        <w:br/>
        <w:t>Повна ласки й благостини&lt;br /&gt;</w:t>
        <w:br/>
        <w:t>Невидима стала,&lt;br /&gt;</w:t>
        <w:br/>
        <w:t>Божих святощів хвилини&lt;br /&gt;</w:t>
        <w:br/>
        <w:t>Конця дожидала.</w:t>
      </w:r>
    </w:p>
    <w:p>
      <w:r>
        <w:br/>
        <w:t>ДУМА ДРУГА</w:t>
      </w:r>
    </w:p>
    <w:p>
      <w:r>
        <w:br/>
        <w:t>Привела Маруся матір&lt;br /&gt;</w:t>
        <w:br/>
        <w:t>У царські палати...&lt;br /&gt;</w:t>
        <w:br/>
        <w:t>Затрусилась, заридала,&lt;br /&gt;</w:t>
        <w:br/>
        <w:t>Озирнувшись, мати.</w:t>
      </w:r>
    </w:p>
    <w:p>
      <w:r>
        <w:br/>
        <w:t>"Дак оце ті, серце доню,&lt;br /&gt;</w:t>
        <w:br/>
        <w:t>Хати на помості,&lt;br /&gt;</w:t>
        <w:br/>
        <w:t>Що вчащатимуть на бенкет&lt;br /&gt;</w:t>
        <w:br/>
        <w:t>Санувиті гості?</w:t>
      </w:r>
    </w:p>
    <w:p>
      <w:r>
        <w:br/>
        <w:t>Де ж той стіл попід богами,&lt;br /&gt;</w:t>
        <w:br/>
        <w:t>Що з гостьми сидіти,&lt;br /&gt;</w:t>
        <w:br/>
        <w:t>За солодкими речами&lt;br /&gt;</w:t>
        <w:br/>
        <w:t>Меди-вина пити?</w:t>
      </w:r>
    </w:p>
    <w:p>
      <w:r>
        <w:br/>
        <w:t>Де ж твоє коханнє любе?&lt;br /&gt;</w:t>
        <w:br/>
        <w:t>Покажи невіру!&lt;br /&gt;</w:t>
        <w:br/>
        <w:t>Я готова простягнути&lt;br /&gt;</w:t>
        <w:br/>
        <w:t>Шию під сокиру". —</w:t>
      </w:r>
    </w:p>
    <w:p>
      <w:r>
        <w:br/>
        <w:t>"Тут коханого не маю, —&lt;br /&gt;</w:t>
        <w:br/>
        <w:t>Прорекла Маруся, —&lt;br /&gt;</w:t>
        <w:br/>
        <w:t>В самотині пробуваю,&lt;br /&gt;</w:t>
        <w:br/>
        <w:t>Богові молюся". —</w:t>
      </w:r>
    </w:p>
    <w:p>
      <w:r>
        <w:br/>
        <w:t>"Богові? О серце доню!&lt;br /&gt;</w:t>
        <w:br/>
        <w:t>Як йому молитись,&lt;br /&gt;</w:t>
        <w:br/>
        <w:t>Коли мусиш на турецьке&lt;br /&gt;</w:t>
        <w:br/>
        <w:t>Ідольство дивитись?" —</w:t>
      </w:r>
    </w:p>
    <w:p>
      <w:r>
        <w:br/>
        <w:t>"Хай спокоїться матуся!&lt;br /&gt;</w:t>
        <w:br/>
        <w:t>Ось ходім в кімнату...&lt;br /&gt;</w:t>
        <w:br/>
        <w:t>Має там чужа Маруся&lt;br /&gt;</w:t>
        <w:br/>
        <w:t>Християнську хату.</w:t>
      </w:r>
    </w:p>
    <w:p>
      <w:r>
        <w:br/>
        <w:t>Там з ліванської кедрини&lt;br /&gt;</w:t>
        <w:br/>
        <w:t>Божники з богами,&lt;br /&gt;</w:t>
        <w:br/>
        <w:t>Як у нас на Україні&lt;br /&gt;</w:t>
        <w:br/>
        <w:t>Попід рушниками.</w:t>
      </w:r>
    </w:p>
    <w:p>
      <w:r>
        <w:br/>
        <w:t>Я пахущими квітками&lt;br /&gt;</w:t>
        <w:br/>
        <w:t>Їх щодня вбираю&lt;br /&gt;</w:t>
        <w:br/>
        <w:t>І, вбираючи, сльозами&lt;br /&gt;</w:t>
        <w:br/>
        <w:t>Мию-обливаю.</w:t>
      </w:r>
    </w:p>
    <w:p>
      <w:r>
        <w:br/>
        <w:t>Згадую матусю й тата...&lt;br /&gt;</w:t>
        <w:br/>
        <w:t>Де ж татусь наш, мамо?&lt;br /&gt;</w:t>
        <w:br/>
        <w:t>Де він дівся-опинився?&lt;br /&gt;</w:t>
        <w:br/>
        <w:t>Що його спіткало?" —</w:t>
      </w:r>
    </w:p>
    <w:p>
      <w:r>
        <w:br/>
        <w:t>"Не питай: боюся, доню,&lt;br /&gt;</w:t>
        <w:br/>
        <w:t>Думати і знати...&lt;br /&gt;</w:t>
        <w:br/>
        <w:t>І язик німіє в мене,&lt;br /&gt;</w:t>
        <w:br/>
        <w:t>Щоб кого спитати.</w:t>
      </w:r>
    </w:p>
    <w:p>
      <w:r>
        <w:br/>
        <w:t>Я, мабуть, на Божих крилах&lt;br /&gt;</w:t>
        <w:br/>
        <w:t>За Дністро летіла,&lt;br /&gt;</w:t>
        <w:br/>
        <w:t>Ні тернини, ні байраків&lt;br /&gt;</w:t>
        <w:br/>
        <w:t>Темних не гледіла.</w:t>
      </w:r>
    </w:p>
    <w:p>
      <w:r>
        <w:br/>
        <w:t>Божі крила, доню мила,&lt;br /&gt;</w:t>
        <w:br/>
        <w:t>Мчали, як листочок,&lt;br /&gt;</w:t>
        <w:br/>
        <w:t>Щоб умерти, як почую&lt;br /&gt;</w:t>
        <w:br/>
        <w:t>Знов твій голосочок". —</w:t>
      </w:r>
    </w:p>
    <w:p>
      <w:r>
        <w:br/>
        <w:t>"Ні, мамуню, будем жити,&lt;br /&gt;</w:t>
        <w:br/>
        <w:t>Господа хвалити&lt;br /&gt;</w:t>
        <w:br/>
        <w:t>Та у землю християнську&lt;br /&gt;</w:t>
        <w:br/>
        <w:t>Визволу просити.</w:t>
      </w:r>
    </w:p>
    <w:p>
      <w:r>
        <w:br/>
        <w:t>І в Туреччині, матусю,&lt;br /&gt;</w:t>
        <w:br/>
        <w:t>Є спасенні люде.&lt;br /&gt;</w:t>
        <w:br/>
        <w:t>Поживем тут і побачим,&lt;br /&gt;</w:t>
        <w:br/>
        <w:t>Що то далі буде!</w:t>
      </w:r>
    </w:p>
    <w:p>
      <w:r>
        <w:br/>
        <w:t>До мене священик сербський&lt;br /&gt;</w:t>
        <w:br/>
        <w:t>Рано й вечір ходить..." —&lt;br /&gt;</w:t>
        <w:br/>
        <w:t>"Чи йому ж се в бесурмена,&lt;br /&gt;</w:t>
        <w:br/>
        <w:t>Доню, не зашкодить?" —</w:t>
      </w:r>
    </w:p>
    <w:p>
      <w:r>
        <w:br/>
        <w:t>"Ні, сам цар повеліває..." —&lt;br /&gt;</w:t>
        <w:br/>
        <w:t>"Як! Отой невіра?" —&lt;br /&gt;</w:t>
        <w:br/>
        <w:t>"Ні, матусю, в нього наша&lt;br /&gt;</w:t>
        <w:br/>
        <w:t>У повазі віра.</w:t>
      </w:r>
    </w:p>
    <w:p>
      <w:r>
        <w:br/>
        <w:t>Він, коли ти хочеш знати,&lt;br /&gt;</w:t>
        <w:br/>
        <w:t>Змалку в злій напасті,&lt;br /&gt;</w:t>
        <w:br/>
        <w:t>Крився хлопцем між ордою,&lt;br /&gt;</w:t>
        <w:br/>
        <w:t>Вівці мусив пасти.</w:t>
      </w:r>
    </w:p>
    <w:p>
      <w:r>
        <w:br/>
        <w:t>Кантемир його спровадив&lt;br /&gt;</w:t>
        <w:br/>
        <w:t>У якісь Нагаї57...&lt;br /&gt;</w:t>
        <w:br/>
        <w:t>Там знайшов він нашу мову,&lt;br /&gt;</w:t>
        <w:br/>
        <w:t>Віру і звичаї.</w:t>
      </w:r>
    </w:p>
    <w:p>
      <w:r>
        <w:br/>
        <w:t>Дак по-нашому й молився, —&lt;br /&gt;</w:t>
        <w:br/>
        <w:t>(Сам се каже), — Богу,&lt;br /&gt;</w:t>
        <w:br/>
        <w:t>І носив свитину нашу&lt;br /&gt;</w:t>
        <w:br/>
        <w:t>Латану та вбогу". —</w:t>
      </w:r>
    </w:p>
    <w:p>
      <w:r>
        <w:br/>
        <w:t>"Дак з тобою і говорить,&lt;br /&gt;</w:t>
        <w:br/>
        <w:t>Кажеш, як людина?..&lt;br /&gt;</w:t>
        <w:br/>
        <w:t>О бодай його побила&lt;br /&gt;</w:t>
        <w:br/>
        <w:t>Пагубна година!" —</w:t>
      </w:r>
    </w:p>
    <w:p>
      <w:r>
        <w:br/>
        <w:t>"Не кажи-бо так, мамуню!&lt;br /&gt;</w:t>
        <w:br/>
        <w:t>Куди ж Божа воля&lt;br /&gt;</w:t>
        <w:br/>
        <w:t>Кочубея швиргонула..?&lt;br /&gt;</w:t>
        <w:br/>
        <w:t>Чи смерть, чи неволя?" —</w:t>
      </w:r>
    </w:p>
    <w:p>
      <w:r>
        <w:br/>
        <w:t>"Ох!.. Про ту лиху годину&lt;br /&gt;</w:t>
        <w:br/>
        <w:t>Я ніже не знаю&lt;br /&gt;</w:t>
        <w:br/>
        <w:t>І тепер вже про дитину&lt;br /&gt;</w:t>
        <w:br/>
        <w:t>Тільки рідну дбаю". —</w:t>
      </w:r>
    </w:p>
    <w:p>
      <w:r>
        <w:br/>
        <w:t>"О рятуй його, Пречиста!&lt;br /&gt;</w:t>
        <w:br/>
        <w:t>Коли ж розлучила&lt;br /&gt;</w:t>
        <w:br/>
        <w:t>Нас сира земля, чи море,&lt;br /&gt;</w:t>
        <w:br/>
        <w:t>Чи ворожа сила,</w:t>
      </w:r>
    </w:p>
    <w:p>
      <w:r>
        <w:br/>
        <w:t>За його лицарську душу&lt;br /&gt;</w:t>
        <w:br/>
        <w:t>Я щодня молюся&lt;br /&gt;</w:t>
        <w:br/>
        <w:t>І гіркими перед Богом,&lt;br /&gt;</w:t>
        <w:br/>
        <w:t>Як береза, ллюся.</w:t>
      </w:r>
    </w:p>
    <w:p>
      <w:r>
        <w:br/>
        <w:t>Слухай, нене, ясна зоре,&lt;br /&gt;</w:t>
        <w:br/>
        <w:t>Щастє, доле, втіхо!&lt;br /&gt;</w:t>
        <w:br/>
        <w:t>Чи з сього добро, чи горе...&lt;br /&gt;</w:t>
        <w:br/>
        <w:t>І велике лихо?" —</w:t>
      </w:r>
    </w:p>
    <w:p>
      <w:r>
        <w:br/>
        <w:t>"Що ж таке?" —&lt;br /&gt;</w:t>
        <w:br/>
        <w:t>"Шепну на вухо.&lt;br /&gt;</w:t>
        <w:br/>
        <w:t>Цар — людина справді..." —&lt;br /&gt;</w:t>
        <w:br/>
        <w:t>"Як, щоб ти з царем укупі&lt;br /&gt;</w:t>
        <w:br/>
        <w:t>Потонула в аді?" —</w:t>
      </w:r>
    </w:p>
    <w:p>
      <w:r>
        <w:br/>
        <w:t>"Не потонемо: бо хоче&lt;br /&gt;</w:t>
        <w:br/>
        <w:t>Потай охреститись&lt;br /&gt;</w:t>
        <w:br/>
        <w:t>І моїм богам зо мною&lt;br /&gt;</w:t>
        <w:br/>
        <w:t>День у день молитись". —</w:t>
      </w:r>
    </w:p>
    <w:p>
      <w:r>
        <w:br/>
        <w:t>"Да воскресне Бог! — гукнула,&lt;br /&gt;</w:t>
        <w:br/>
        <w:t>Хрест кладучи, мати. —&lt;br /&gt;</w:t>
        <w:br/>
        <w:t>Лучче б я в Дністрі втонула,&lt;br /&gt;</w:t>
        <w:br/>
        <w:t>Ніж сього дождати!</w:t>
      </w:r>
    </w:p>
    <w:p>
      <w:r>
        <w:br/>
        <w:t>Се ж диявольська спокуса...&lt;br /&gt;</w:t>
        <w:br/>
        <w:t>Доню! Слава Богу,&lt;br /&gt;</w:t>
        <w:br/>
        <w:t>Що він іншу нам з тобою&lt;br /&gt;</w:t>
        <w:br/>
        <w:t>Показав дорогу!</w:t>
      </w:r>
    </w:p>
    <w:p>
      <w:r>
        <w:br/>
        <w:t>Ось яку... Ходімо, доню,&lt;br /&gt;</w:t>
        <w:br/>
        <w:t>В образну кімнату...&lt;br /&gt;</w:t>
        <w:br/>
        <w:t>Хоч побачу й там з тобою&lt;br /&gt;</w:t>
        <w:br/>
        <w:t>Пагубу багату...</w:t>
      </w:r>
    </w:p>
    <w:p>
      <w:r>
        <w:br/>
        <w:t>Пагуба — чертог багатий.&lt;br /&gt;</w:t>
        <w:br/>
        <w:t>Знаймо се. Ходімо&lt;br /&gt;</w:t>
        <w:br/>
        <w:t>І богів нас рятувати&lt;br /&gt;</w:t>
        <w:br/>
        <w:t>З пекла умолімо".</w:t>
      </w:r>
    </w:p>
    <w:p>
      <w:r>
        <w:br/>
        <w:t>ДУМА ТРЕТЯ</w:t>
      </w:r>
    </w:p>
    <w:p>
      <w:r>
        <w:br/>
        <w:t>Увіходять у кімнату,&lt;br /&gt;</w:t>
        <w:br/>
        <w:t>В християнську хату.&lt;br /&gt;</w:t>
        <w:br/>
        <w:t>Там пригашено окрасу,&lt;br /&gt;</w:t>
        <w:br/>
        <w:t>Мов той жар, багату.</w:t>
      </w:r>
    </w:p>
    <w:p>
      <w:r>
        <w:br/>
        <w:t>Ніби в Київських печерах,&lt;br /&gt;</w:t>
        <w:br/>
        <w:t>Темнувато в хаті.&lt;br /&gt;</w:t>
        <w:br/>
        <w:t>Против лампи в злато-сріблах&lt;br /&gt;</w:t>
        <w:br/>
        <w:t>Образ пребагатий.</w:t>
      </w:r>
    </w:p>
    <w:p>
      <w:r>
        <w:br/>
        <w:t>То була Пречиста Діва;&lt;br /&gt;</w:t>
        <w:br/>
        <w:t>На руках дитина:&lt;br /&gt;</w:t>
        <w:br/>
        <w:t>До конця в високих співах&lt;br /&gt;</w:t>
        <w:br/>
        <w:t>Люба нам картина, —</w:t>
      </w:r>
    </w:p>
    <w:p>
      <w:r>
        <w:br/>
        <w:t>До конця ж бо ми вповаєм&lt;br /&gt;</w:t>
        <w:br/>
        <w:t>На любов святую,&lt;br /&gt;</w:t>
        <w:br/>
        <w:t>Що чудовним робить раєм&lt;br /&gt;</w:t>
        <w:br/>
        <w:t>Нашу жизнь земную.</w:t>
      </w:r>
    </w:p>
    <w:p>
      <w:r>
        <w:br/>
        <w:t>Поза нею з божниками&lt;br /&gt;</w:t>
        <w:br/>
        <w:t>Всі боги й богині,&lt;br /&gt;</w:t>
        <w:br/>
        <w:t>Під квітками й рушниками,&lt;br /&gt;</w:t>
        <w:br/>
        <w:t>Ледве-ледве мріли.</w:t>
      </w:r>
    </w:p>
    <w:p>
      <w:r>
        <w:br/>
        <w:t>Темнота печерна розум&lt;br /&gt;</w:t>
        <w:br/>
        <w:t>Хмарою вкривала&lt;br /&gt;</w:t>
        <w:br/>
        <w:t>І про щось недовідоме&lt;br /&gt;</w:t>
        <w:br/>
        <w:t>Серцю промовляла.</w:t>
      </w:r>
    </w:p>
    <w:p>
      <w:r>
        <w:br/>
        <w:t>Аромат квіток травчатих&lt;br /&gt;</w:t>
        <w:br/>
        <w:t>З миррою зливався,&lt;br /&gt;</w:t>
        <w:br/>
        <w:t>І куточок сей в палатах&lt;br /&gt;</w:t>
        <w:br/>
        <w:t>Церквою здавався.</w:t>
      </w:r>
    </w:p>
    <w:p>
      <w:r>
        <w:br/>
        <w:t>І, мов їм обом небесні&lt;br /&gt;</w:t>
        <w:br/>
        <w:t>Святощі засяли,&lt;br /&gt;</w:t>
        <w:br/>
        <w:t>Доня й неня безсловесні&lt;br /&gt;</w:t>
        <w:br/>
        <w:t>На коліна впали.</w:t>
      </w:r>
    </w:p>
    <w:p>
      <w:r>
        <w:br/>
        <w:t>Образ чистоти земної&lt;br /&gt;</w:t>
        <w:br/>
        <w:t>Мовчки їм говорить,&lt;br /&gt;</w:t>
        <w:br/>
        <w:t>Що він справді чудотворні&lt;br /&gt;</w:t>
        <w:br/>
        <w:t>Речі в серці творить.</w:t>
      </w:r>
    </w:p>
    <w:p>
      <w:r>
        <w:br/>
        <w:t>"О Пречиста Діво — Нене! —&lt;br /&gt;</w:t>
        <w:br/>
        <w:t>Прорекла Маруся, —&lt;br /&gt;</w:t>
        <w:br/>
        <w:t>Се зробила Ти, що в мене&lt;br /&gt;</w:t>
        <w:br/>
        <w:t>У гостях матуся.</w:t>
      </w:r>
    </w:p>
    <w:p>
      <w:r>
        <w:br/>
        <w:t>Принеси ж іще одного&lt;br /&gt;</w:t>
        <w:br/>
        <w:t>Гостя дорогого,&lt;br /&gt;</w:t>
        <w:br/>
        <w:t>Панотця мого благого,&lt;br /&gt;</w:t>
        <w:br/>
        <w:t>Чесного, святого!</w:t>
      </w:r>
    </w:p>
    <w:p>
      <w:r>
        <w:br/>
        <w:t>І коли Левку судила&lt;br /&gt;</w:t>
        <w:br/>
        <w:t>Всемогуща воля,&lt;br /&gt;</w:t>
        <w:br/>
        <w:t>Щоб спочила дивна сила&lt;br /&gt;</w:t>
        <w:br/>
        <w:t>В глибокостях моря.</w:t>
      </w:r>
    </w:p>
    <w:p>
      <w:r>
        <w:br/>
        <w:t>І його козакуваннє,&lt;br /&gt;</w:t>
        <w:br/>
        <w:t>Дивне всім лицарство,&lt;br /&gt;</w:t>
        <w:br/>
        <w:t>Не лякало пліндруваннєм&lt;br /&gt;</w:t>
        <w:br/>
        <w:t>Темряве поганство;</w:t>
      </w:r>
    </w:p>
    <w:p>
      <w:r>
        <w:br/>
        <w:t>Коли Ти мені судила&lt;br /&gt;</w:t>
        <w:br/>
        <w:t>В сих чертогах жити&lt;br /&gt;</w:t>
        <w:br/>
        <w:t>І тому, що всяка віра&lt;br /&gt;</w:t>
        <w:br/>
        <w:t>Кориться, годити, —</w:t>
      </w:r>
    </w:p>
    <w:p>
      <w:r>
        <w:br/>
        <w:t>Дай мені з Твоєї ласки,&lt;br /&gt;</w:t>
        <w:br/>
        <w:t>Світ йому відкрити,&lt;br /&gt;</w:t>
        <w:br/>
        <w:t>Тихий мир у християнських&lt;br /&gt;</w:t>
        <w:br/>
        <w:t>Землях водворити!</w:t>
      </w:r>
    </w:p>
    <w:p>
      <w:r>
        <w:br/>
        <w:t>Нехай віру перестане&lt;br /&gt;</w:t>
        <w:br/>
        <w:t>Побивати віра&lt;br /&gt;</w:t>
        <w:br/>
        <w:t>І в омані не сконає&lt;br /&gt;</w:t>
        <w:br/>
        <w:t>Дивний сей невіра!"</w:t>
      </w:r>
    </w:p>
    <w:p>
      <w:r>
        <w:br/>
        <w:t>Як струна д' струні на кобзі&lt;br /&gt;</w:t>
        <w:br/>
        <w:t>Стиха промовляє,&lt;br /&gt;</w:t>
        <w:br/>
        <w:t>Так молитву чисту доні&lt;br /&gt;</w:t>
        <w:br/>
        <w:t>Мати доповняє:</w:t>
      </w:r>
    </w:p>
    <w:p>
      <w:r>
        <w:br/>
        <w:t>"О небесная царице!&lt;br /&gt;</w:t>
        <w:br/>
        <w:t>Ти ще й не родилась,&lt;br /&gt;</w:t>
        <w:br/>
        <w:t>Як звізда твоя на грішних&lt;br /&gt;</w:t>
        <w:br/>
        <w:t>Із небес дивилась,</w:t>
      </w:r>
    </w:p>
    <w:p>
      <w:r>
        <w:br/>
        <w:t>І хоч материнські муки&lt;br /&gt;</w:t>
        <w:br/>
        <w:t>Ще в зачатті знала,&lt;br /&gt;</w:t>
        <w:br/>
        <w:t>Та до нас пречисті руки&lt;br /&gt;</w:t>
        <w:br/>
        <w:t>З неба простирала.</w:t>
      </w:r>
    </w:p>
    <w:p>
      <w:r>
        <w:br/>
        <w:t>І звізда твоя на землю&lt;br /&gt;</w:t>
        <w:br/>
        <w:t>Сяєвом спустилась&lt;br /&gt;</w:t>
        <w:br/>
        <w:t>І на всю людську вселенну&lt;br /&gt;</w:t>
        <w:br/>
        <w:t>Сонцем засвітилась.</w:t>
      </w:r>
    </w:p>
    <w:p>
      <w:r>
        <w:br/>
        <w:t>Ти сіяла, та й страдала,&lt;br /&gt;</w:t>
        <w:br/>
        <w:t>І тепер сіяєш:&lt;br /&gt;</w:t>
        <w:br/>
        <w:t>Милосердєм благодатним&lt;br /&gt;</w:t>
        <w:br/>
        <w:t>З неба позираєш.</w:t>
      </w:r>
    </w:p>
    <w:p>
      <w:r>
        <w:br/>
        <w:t>Подивися ж оком чистим&lt;br /&gt;</w:t>
        <w:br/>
        <w:t>В материну душу:&lt;br /&gt;</w:t>
        <w:br/>
        <w:t>Що терпіла я, терпіти&lt;br /&gt;</w:t>
        <w:br/>
        <w:t>Наново не мушу!</w:t>
      </w:r>
    </w:p>
    <w:p>
      <w:r>
        <w:br/>
        <w:t>Не життє, молю, не втіху,&lt;br /&gt;</w:t>
        <w:br/>
        <w:t>Смерть пошли нам тиху,&lt;br /&gt;</w:t>
        <w:br/>
        <w:t>Дай замовкнути навіки&lt;br /&gt;</w:t>
        <w:br/>
        <w:t>В труднім серці лиху!"</w:t>
      </w:r>
    </w:p>
    <w:p>
      <w:r>
        <w:br/>
        <w:t>ДУМА ЧЕТВЕРТА</w:t>
      </w:r>
    </w:p>
    <w:p>
      <w:r>
        <w:br/>
        <w:t>На се слово хтось захлипав,&lt;br /&gt;</w:t>
        <w:br/>
        <w:t>Здержуючи голос...&lt;br /&gt;</w:t>
        <w:br/>
        <w:t>Зтуманіли тут обидві,&lt;br /&gt;</w:t>
        <w:br/>
        <w:t>Ув обох зв'яв волос.</w:t>
      </w:r>
    </w:p>
    <w:p>
      <w:r>
        <w:br/>
        <w:t>І яснішим світом наче&lt;br /&gt;</w:t>
        <w:br/>
        <w:t>Лампа засвітила…&lt;br /&gt;</w:t>
        <w:br/>
        <w:t>Озирнуться — ревно плаче&lt;br /&gt;</w:t>
        <w:br/>
        <w:t>Коло них Заїра.</w:t>
      </w:r>
    </w:p>
    <w:p>
      <w:r>
        <w:br/>
        <w:t>В гарні руки головою&lt;br /&gt;</w:t>
        <w:br/>
        <w:t>Русою схилилась,&lt;br /&gt;</w:t>
        <w:br/>
        <w:t>І сльозина за сльозою&lt;br /&gt;</w:t>
        <w:br/>
        <w:t>Перлами котилась.</w:t>
      </w:r>
    </w:p>
    <w:p>
      <w:r>
        <w:br/>
        <w:t>Як побачила старенька&lt;br /&gt;</w:t>
        <w:br/>
        <w:t>Сльози ревні, тихі,&lt;br /&gt;</w:t>
        <w:br/>
        <w:t>Сповнилось гірке серденько&lt;br /&gt;</w:t>
        <w:br/>
        <w:t>Над все зле утіхи.</w:t>
      </w:r>
    </w:p>
    <w:p>
      <w:r>
        <w:br/>
        <w:t>Обняла її, як мати,&lt;br /&gt;</w:t>
        <w:br/>
        <w:t>Стала цілувати&lt;br /&gt;</w:t>
        <w:br/>
        <w:t>І до лона, мов дитину&lt;br /&gt;</w:t>
        <w:br/>
        <w:t>Рідну, пригортати.</w:t>
      </w:r>
    </w:p>
    <w:p>
      <w:r>
        <w:br/>
        <w:t>"О моя ж ти добра! Се ти&lt;br /&gt;</w:t>
        <w:br/>
        <w:t>Матері Пречистій&lt;br /&gt;</w:t>
        <w:br/>
        <w:t>Вкупі з нами присвятила&lt;br /&gt;</w:t>
        <w:br/>
        <w:t>Дар шаноби чистий?" —</w:t>
      </w:r>
    </w:p>
    <w:p>
      <w:r>
        <w:br/>
        <w:t>"Так, голубонько моя ти!&lt;br /&gt;</w:t>
        <w:br/>
        <w:t>Мене мати вчила&lt;br /&gt;</w:t>
        <w:br/>
        <w:t>І навколішках стояти,&lt;br /&gt;</w:t>
        <w:br/>
        <w:t>І богів благати.</w:t>
      </w:r>
    </w:p>
    <w:p>
      <w:r>
        <w:br/>
        <w:t>Я люблю вас, християне:&lt;br /&gt;</w:t>
        <w:br/>
        <w:t>Мов траву росою,&lt;br /&gt;</w:t>
        <w:br/>
        <w:t>Ви нам скроплюєте рани&lt;br /&gt;</w:t>
        <w:br/>
        <w:t>Щирою любов'ю.</w:t>
      </w:r>
    </w:p>
    <w:p>
      <w:r>
        <w:br/>
        <w:t>І небесную Царицю,&lt;br /&gt;</w:t>
        <w:br/>
        <w:t>І святих шаную,&lt;br /&gt;</w:t>
        <w:br/>
        <w:t>Бо від них одраду в серці&lt;br /&gt;</w:t>
        <w:br/>
        <w:t>Невимовну чую". —</w:t>
      </w:r>
    </w:p>
    <w:p>
      <w:r>
        <w:br/>
        <w:t>"Доню! — прорекла старенька. —&lt;br /&gt;</w:t>
        <w:br/>
        <w:t>Щира ся людина&lt;br /&gt;</w:t>
        <w:br/>
        <w:t>Так мене, мов друга ненька,&lt;br /&gt;</w:t>
        <w:br/>
        <w:t>Наново зродила.</w:t>
      </w:r>
    </w:p>
    <w:p>
      <w:r>
        <w:br/>
        <w:t>Я лежала, доню мила,&lt;br /&gt;</w:t>
        <w:br/>
        <w:t>Мертвою марою&lt;br /&gt;</w:t>
        <w:br/>
        <w:t>І Заїра воскресила&lt;br /&gt;</w:t>
        <w:br/>
        <w:t>Мене сон-травою". —</w:t>
      </w:r>
    </w:p>
    <w:p>
      <w:r>
        <w:br/>
        <w:t>"Дай, — рече тогді Заїра, —&lt;br /&gt;</w:t>
        <w:br/>
        <w:t>Чесно привітати&lt;br /&gt;</w:t>
        <w:br/>
        <w:t>Ту, кому над цілим миром&lt;br /&gt;</w:t>
        <w:br/>
        <w:t>Дано царювати".</w:t>
      </w:r>
    </w:p>
    <w:p>
      <w:r>
        <w:br/>
        <w:t>До чола вона й до серця&lt;br /&gt;</w:t>
        <w:br/>
        <w:t>Руку прикладає&lt;br /&gt;</w:t>
        <w:br/>
        <w:t>І, вклонившись в саму землю,&lt;br /&gt;</w:t>
        <w:br/>
        <w:t>Оддалік вітає:</w:t>
      </w:r>
    </w:p>
    <w:p>
      <w:r>
        <w:br/>
        <w:t>"О щаслива із щасливих,&lt;br /&gt;</w:t>
        <w:br/>
        <w:t>Пишна квітко вроди!&lt;br /&gt;</w:t>
        <w:br/>
        <w:t>Да обійме твоя сила&lt;br /&gt;</w:t>
        <w:br/>
        <w:t>Всі царства й народи!</w:t>
      </w:r>
    </w:p>
    <w:p>
      <w:r>
        <w:br/>
        <w:t>Чиста сила милосердя,&lt;br /&gt;</w:t>
        <w:br/>
        <w:t>Царственості перла,&lt;br /&gt;</w:t>
        <w:br/>
        <w:t>Некрушимого вовіки&lt;br /&gt;</w:t>
        <w:br/>
        <w:t>Праведного берла!" —</w:t>
      </w:r>
    </w:p>
    <w:p>
      <w:r>
        <w:br/>
        <w:t>"Я нещасна із нещасних, —&lt;br /&gt;</w:t>
        <w:br/>
        <w:t>Прорекла Маруся, —&lt;br /&gt;</w:t>
        <w:br/>
        <w:t>Царювання й благ дочасних&lt;br /&gt;</w:t>
        <w:br/>
        <w:t>Боязно боюся.</w:t>
      </w:r>
    </w:p>
    <w:p>
      <w:r>
        <w:br/>
        <w:t>Сестро! Дай себе обняти&lt;br /&gt;</w:t>
        <w:br/>
        <w:t>І розцілувати,&lt;br /&gt;</w:t>
        <w:br/>
        <w:t>Що воскресло в тебе в хаті&lt;br /&gt;</w:t>
        <w:br/>
        <w:t>Серце моє, мати!"</w:t>
      </w:r>
    </w:p>
    <w:p>
      <w:r>
        <w:br/>
        <w:t>Но при слові цім Заїра&lt;br /&gt;</w:t>
        <w:br/>
        <w:t>Мовчки відступила&lt;br /&gt;</w:t>
        <w:br/>
        <w:t>І покривалом широким&lt;br /&gt;</w:t>
        <w:br/>
        <w:t>Вид собі закрила.</w:t>
      </w:r>
    </w:p>
    <w:p>
      <w:r>
        <w:br/>
        <w:t>Бо завіса проти неї&lt;br /&gt;</w:t>
        <w:br/>
        <w:t>На шнурах розкрилась&lt;br /&gt;</w:t>
        <w:br/>
        <w:t>І кімната світом денним&lt;br /&gt;</w:t>
        <w:br/>
        <w:t>Зразу освітилась.</w:t>
      </w:r>
    </w:p>
    <w:p>
      <w:r>
        <w:br/>
        <w:t>З-під завіси хтось у пишних&lt;br /&gt;</w:t>
        <w:br/>
        <w:t>Шатах появився,&lt;br /&gt;</w:t>
        <w:br/>
        <w:t>Сумовитий і велишний&lt;br /&gt;</w:t>
        <w:br/>
        <w:t>На жінок дивився.</w:t>
      </w:r>
    </w:p>
    <w:p>
      <w:r>
        <w:br/>
        <w:t>Перед ним вона, тремтюща,&lt;br /&gt;</w:t>
        <w:br/>
        <w:t>Низько поклонилась&lt;br /&gt;</w:t>
        <w:br/>
        <w:t>І, мов тінь легка, мовчуща&lt;br /&gt;</w:t>
        <w:br/>
        <w:t>Із божниці скрилась.</w:t>
      </w:r>
    </w:p>
    <w:p>
      <w:r>
        <w:br/>
        <w:t>ДУМА П'ЯТА</w:t>
      </w:r>
    </w:p>
    <w:p>
      <w:r>
        <w:br/>
        <w:t>"Мамо, цар!" — рече Маруся,&lt;br /&gt;</w:t>
        <w:br/>
        <w:t>І тихеньким словом&lt;br /&gt;</w:t>
        <w:br/>
        <w:t>Стрепенулась паньматуся&lt;br /&gt;</w:t>
        <w:br/>
        <w:t>Мов нежданним громом.</w:t>
      </w:r>
    </w:p>
    <w:p>
      <w:r>
        <w:br/>
        <w:t>Обізветься стиха гласом&lt;br /&gt;</w:t>
        <w:br/>
        <w:t>Кротко сумовитим&lt;br /&gt;</w:t>
        <w:br/>
        <w:t>Той, кого стара вважала&lt;br /&gt;</w:t>
        <w:br/>
        <w:t>Звіром ядовитим.</w:t>
      </w:r>
    </w:p>
    <w:p>
      <w:r>
        <w:br/>
        <w:t>"Не про вас я цар... Прийшов я&lt;br /&gt;</w:t>
        <w:br/>
        <w:t>Гістю привітати&lt;br /&gt;</w:t>
        <w:br/>
        <w:t>І тобі, кохана, слово&lt;br /&gt;</w:t>
        <w:br/>
        <w:t>Радісне сказати:</w:t>
      </w:r>
    </w:p>
    <w:p>
      <w:r>
        <w:br/>
        <w:t>Патріарх сьогодні служить&lt;br /&gt;</w:t>
        <w:br/>
        <w:t>Всім своїм собором&lt;br /&gt;</w:t>
        <w:br/>
        <w:t>В Сербській церкві, і співати&lt;br /&gt;</w:t>
        <w:br/>
        <w:t>Будуть гарним хором.</w:t>
      </w:r>
    </w:p>
    <w:p>
      <w:r>
        <w:br/>
        <w:t>Вас обох туди галера&lt;br /&gt;</w:t>
        <w:br/>
        <w:t>Повезе молитись&lt;br /&gt;</w:t>
        <w:br/>
        <w:t>І на службу християнську,&lt;br /&gt;</w:t>
        <w:br/>
        <w:t>На народ дивитись". —</w:t>
      </w:r>
    </w:p>
    <w:p>
      <w:r>
        <w:br/>
        <w:t>"Царю! — прорекла старенька. —&lt;br /&gt;</w:t>
        <w:br/>
        <w:t>Ті галерні муки&lt;br /&gt;</w:t>
        <w:br/>
        <w:t>Гірко бачить, мов сама я&lt;br /&gt;</w:t>
        <w:br/>
        <w:t>Впала кату в руки". —</w:t>
      </w:r>
    </w:p>
    <w:p>
      <w:r>
        <w:br/>
        <w:t>"Та галера, паніматко,&lt;br /&gt;</w:t>
        <w:br/>
        <w:t>Зветься тріумфова:&lt;br /&gt;</w:t>
        <w:br/>
        <w:t>Наготовлена к тріумфу&lt;br /&gt;</w:t>
        <w:br/>
        <w:t>Славного героя.</w:t>
      </w:r>
    </w:p>
    <w:p>
      <w:r>
        <w:br/>
        <w:t>Не годилось би цариці&lt;br /&gt;</w:t>
        <w:br/>
        <w:t>На таке дивитись,&lt;br /&gt;</w:t>
        <w:br/>
        <w:t>Ідучи до церкви Богу&lt;br /&gt;</w:t>
        <w:br/>
        <w:t>Руському молитись". —</w:t>
      </w:r>
    </w:p>
    <w:p>
      <w:r>
        <w:br/>
        <w:t>"А кому ж воно годиться?" —&lt;br /&gt;</w:t>
        <w:br/>
        <w:t>"Бідному народу,&lt;br /&gt;</w:t>
        <w:br/>
        <w:t>Що терпить од гайдамацтва&lt;br /&gt;</w:t>
        <w:br/>
        <w:t>Незчисленну шкоду,</w:t>
      </w:r>
    </w:p>
    <w:p>
      <w:r>
        <w:br/>
        <w:t>Да тому, хто настигає&lt;br /&gt;</w:t>
        <w:br/>
        <w:t>Хижаків у полі,&lt;br /&gt;</w:t>
        <w:br/>
        <w:t>Розбиває-потопляє,&lt;br /&gt;</w:t>
        <w:br/>
        <w:t>Їх чайки на морі.</w:t>
      </w:r>
    </w:p>
    <w:p>
      <w:r>
        <w:br/>
        <w:t>Се йому хвала в народі,&lt;br /&gt;</w:t>
        <w:br/>
        <w:t>Що козак проклятий&lt;br /&gt;</w:t>
        <w:br/>
        <w:t>На галері, мов у пеклі,&lt;br /&gt;</w:t>
        <w:br/>
        <w:t>Мусить погибати.</w:t>
      </w:r>
    </w:p>
    <w:p>
      <w:r>
        <w:br/>
        <w:t>Про сю славу наші кобзи&lt;br /&gt;</w:t>
        <w:br/>
        <w:t>Дзвонять по базарах,&lt;br /&gt;</w:t>
        <w:br/>
        <w:t>Мов громи гримлять на небі&lt;br /&gt;</w:t>
        <w:br/>
        <w:t>У блискучих хмарах.</w:t>
      </w:r>
    </w:p>
    <w:p>
      <w:r>
        <w:br/>
        <w:t>Бо ще й досі в нас у Кафі&lt;br /&gt;</w:t>
        <w:br/>
        <w:t>Головешки тліють 58,&lt;br /&gt;</w:t>
        <w:br/>
        <w:t>А в Синопі й Трапезонті&lt;br /&gt;</w:t>
        <w:br/>
        <w:t>Попели біліють 59.</w:t>
      </w:r>
    </w:p>
    <w:p>
      <w:r>
        <w:br/>
        <w:t>І крівцею над Босфором&lt;br /&gt;</w:t>
        <w:br/>
        <w:t>Червоніють мури,&lt;br /&gt;</w:t>
        <w:br/>
        <w:t>Що річками розливали&lt;br /&gt;</w:t>
        <w:br/>
        <w:t>Хижі гайдабури". —</w:t>
      </w:r>
    </w:p>
    <w:p>
      <w:r>
        <w:br/>
        <w:t>"Ми мстимось за кривди, царю,&lt;br /&gt;</w:t>
        <w:br/>
        <w:t>За ясир, пожари,&lt;br /&gt;</w:t>
        <w:br/>
        <w:t>Що Вкраїну розоряють&lt;br /&gt;</w:t>
        <w:br/>
        <w:t>Турки да татаре". —</w:t>
      </w:r>
    </w:p>
    <w:p>
      <w:r>
        <w:br/>
        <w:t>"Ваш закон велить не мститесь:&lt;br /&gt;</w:t>
        <w:br/>
        <w:t>Бо на небі Мститель;&lt;br /&gt;</w:t>
        <w:br/>
        <w:t>Коли ж неба вам не треба,&lt;br /&gt;</w:t>
        <w:br/>
        <w:t>То й прав розоритель.</w:t>
      </w:r>
    </w:p>
    <w:p>
      <w:r>
        <w:br/>
        <w:t>Наш закон велить нам правде&lt;br /&gt;</w:t>
        <w:br/>
        <w:t>Під мечем шукати:&lt;br /&gt;</w:t>
        <w:br/>
        <w:t>Поки правди не докажем,&lt;br /&gt;</w:t>
        <w:br/>
        <w:t>Поти воювати.</w:t>
      </w:r>
    </w:p>
    <w:p>
      <w:r>
        <w:br/>
        <w:t>Ви мститесь, а ми караєм&lt;br /&gt;</w:t>
        <w:br/>
        <w:t>Волею святою,&lt;br /&gt;</w:t>
        <w:br/>
        <w:t>Що дає нам царювати&lt;br /&gt;</w:t>
        <w:br/>
        <w:t>Сили правотою.</w:t>
      </w:r>
    </w:p>
    <w:p>
      <w:r>
        <w:br/>
        <w:t>А над нами і над вами&lt;br /&gt;</w:t>
        <w:br/>
        <w:t>Той самий Создатель,&lt;br /&gt;</w:t>
        <w:br/>
        <w:t>Всіх народів цар верховний&lt;br /&gt;</w:t>
        <w:br/>
        <w:t>І законодатель.</w:t>
      </w:r>
    </w:p>
    <w:p>
      <w:r>
        <w:br/>
        <w:t>Коли Він за вас не мститься,&lt;br /&gt;</w:t>
        <w:br/>
        <w:t>Дак не вам би й мститись:&lt;br /&gt;</w:t>
        <w:br/>
        <w:t>Перед присудом небесним&lt;br /&gt;</w:t>
        <w:br/>
        <w:t>Лучче б вам смиритись.</w:t>
      </w:r>
    </w:p>
    <w:p>
      <w:r>
        <w:br/>
        <w:t>Греки, серби, і болгаре,&lt;br /&gt;</w:t>
        <w:br/>
        <w:t>І жиди, й вірмене,&lt;br /&gt;</w:t>
        <w:br/>
        <w:t>І албанці, й молдаване&lt;br /&gt;</w:t>
        <w:br/>
        <w:t>Хиляться під мене.</w:t>
      </w:r>
    </w:p>
    <w:p>
      <w:r>
        <w:br/>
        <w:t>А ви що? Ви з Сагайдашним 60&lt;br /&gt;</w:t>
        <w:br/>
        <w:t>І на християнство&lt;br /&gt;</w:t>
        <w:br/>
        <w:t>Так по-вовчому рветеся,&lt;br /&gt;</w:t>
        <w:br/>
        <w:t>Як на мусульманство.</w:t>
      </w:r>
    </w:p>
    <w:p>
      <w:r>
        <w:br/>
        <w:t>І нема між вами правди&lt;br /&gt;</w:t>
        <w:br/>
        <w:t>Ані щастя-долі,&lt;br /&gt;</w:t>
        <w:br/>
        <w:t>Опріч п'янства, да гультяйства,&lt;br /&gt;</w:t>
        <w:br/>
        <w:t>Та дурної волі.</w:t>
      </w:r>
    </w:p>
    <w:p>
      <w:r>
        <w:br/>
        <w:t>Ви мститесь, говориш, нене, —&lt;br /&gt;</w:t>
        <w:br/>
        <w:t>І повік так буде?..&lt;br /&gt;</w:t>
        <w:br/>
        <w:t>О запеклі, безсердечні&lt;br /&gt;</w:t>
        <w:br/>
        <w:t>І безумні люде!</w:t>
      </w:r>
    </w:p>
    <w:p>
      <w:r>
        <w:br/>
        <w:t>Не повік вам пліндрувати&lt;br /&gt;</w:t>
        <w:br/>
        <w:t>Кафи та Синопи,&lt;br /&gt;</w:t>
        <w:br/>
        <w:t>Трапезонтом прославляти&lt;br /&gt;</w:t>
        <w:br/>
        <w:t>Козака в Європі.</w:t>
      </w:r>
    </w:p>
    <w:p>
      <w:r>
        <w:br/>
        <w:t>Мов той вітер попід небом&lt;br /&gt;</w:t>
        <w:br/>
        <w:t>Чорні хмари гонить,&lt;br /&gt;</w:t>
        <w:br/>
        <w:t>Так про вашу марну славу&lt;br /&gt;</w:t>
        <w:br/>
        <w:t>Темна кобза дзвонить.</w:t>
      </w:r>
    </w:p>
    <w:p>
      <w:r>
        <w:br/>
        <w:t>Поти дикими полями&lt;br /&gt;</w:t>
        <w:br/>
        <w:t>Будете скитатись,&lt;br /&gt;</w:t>
        <w:br/>
        <w:t>Покіль козаки хижацтвом&lt;br /&gt;</w:t>
        <w:br/>
        <w:t>Будуть величатись,</w:t>
      </w:r>
    </w:p>
    <w:p>
      <w:r>
        <w:br/>
        <w:t>Вже бунчук царський у мене&lt;br /&gt;</w:t>
        <w:br/>
        <w:t>Має за ворітьми:&lt;br /&gt;</w:t>
        <w:br/>
        <w:t>Двину з усіма башами,&lt;br /&gt;</w:t>
        <w:br/>
        <w:t>Як орел із дітьми.</w:t>
      </w:r>
    </w:p>
    <w:p>
      <w:r>
        <w:br/>
        <w:t>Рушимо в козацьку землю&lt;br /&gt;</w:t>
        <w:br/>
        <w:t>Під покровом Божим&lt;br /&gt;</w:t>
        <w:br/>
        <w:t>І кінець паскудним вашим&lt;br /&gt;</w:t>
        <w:br/>
        <w:t>Подвигам положим!"</w:t>
      </w:r>
    </w:p>
    <w:p>
      <w:r>
        <w:br/>
        <w:t>Слухає старенька мати,&lt;br /&gt;</w:t>
        <w:br/>
        <w:t>І язик німіє;&lt;br /&gt;</w:t>
        <w:br/>
        <w:t>Кров палка у ветхих жилах&lt;br /&gt;</w:t>
        <w:br/>
        <w:t>Гусне, холодіє.</w:t>
      </w:r>
    </w:p>
    <w:p>
      <w:r>
        <w:br/>
        <w:t>Затрусились руки й ноги...&lt;br /&gt;</w:t>
        <w:br/>
        <w:t>"Не лякайсь, матусю, —&lt;br /&gt;</w:t>
        <w:br/>
        <w:t>Каже цар, — і не турбуйся&lt;br /&gt;</w:t>
        <w:br/>
        <w:t>За свою Марусю.</w:t>
      </w:r>
    </w:p>
    <w:p>
      <w:r>
        <w:br/>
        <w:t>Я не горе їй готую,&lt;br /&gt;</w:t>
        <w:br/>
        <w:t>Вічну славу й шану,&lt;br /&gt;</w:t>
        <w:br/>
        <w:t>Що вона любов святую&lt;br /&gt;</w:t>
        <w:br/>
        <w:t>Принесла Осману;</w:t>
      </w:r>
    </w:p>
    <w:p>
      <w:r>
        <w:br/>
        <w:t>Що вона йому небесним&lt;br /&gt;</w:t>
        <w:br/>
        <w:t>Світом засвітила,&lt;br /&gt;</w:t>
        <w:br/>
        <w:t>Його духа, мов на чисті&lt;br /&gt;</w:t>
        <w:br/>
        <w:t>Крила підхопила.</w:t>
      </w:r>
    </w:p>
    <w:p>
      <w:r>
        <w:br/>
        <w:t>Тим і хоче він здобути&lt;br /&gt;</w:t>
        <w:br/>
        <w:t>Вашу Україну,&lt;br /&gt;</w:t>
        <w:br/>
        <w:t>Що таку вродила дивну,&lt;br /&gt;</w:t>
        <w:br/>
        <w:t>Неземну людину".</w:t>
      </w:r>
    </w:p>
    <w:p>
      <w:r>
        <w:br/>
        <w:t>Із ясних очей в цариці&lt;br /&gt;</w:t>
        <w:br/>
        <w:t>Іскрами сипнуло,&lt;br /&gt;</w:t>
        <w:br/>
        <w:t>І лице палким рум'янцем,&lt;br /&gt;</w:t>
        <w:br/>
        <w:t>Як огнем, спахнуло.</w:t>
      </w:r>
    </w:p>
    <w:p>
      <w:r>
        <w:br/>
        <w:t>Мов кинджал, вона в Османа&lt;br /&gt;</w:t>
        <w:br/>
        <w:t>Погляд затопила,&lt;br /&gt;</w:t>
        <w:br/>
        <w:t>До потужного султана&lt;br /&gt;</w:t>
        <w:br/>
        <w:t>Так заговорила:</w:t>
      </w:r>
    </w:p>
    <w:p>
      <w:r>
        <w:br/>
        <w:t>"І се, царю милостивий,&lt;br /&gt;</w:t>
        <w:br/>
        <w:t>Зветься в вас любов'ю,&lt;br /&gt;</w:t>
        <w:br/>
        <w:t>Щоб мої степи та ниви&lt;br /&gt;</w:t>
        <w:br/>
        <w:t>Позливати кров'ю;</w:t>
      </w:r>
    </w:p>
    <w:p>
      <w:r>
        <w:br/>
        <w:t>Щоб мій рідний край коханий&lt;br /&gt;</w:t>
        <w:br/>
        <w:t>Скрізь повоювати,&lt;br /&gt;</w:t>
        <w:br/>
        <w:t>Попалити вбогі хати,&lt;br /&gt;</w:t>
        <w:br/>
        <w:t>І церкви, й палати?" —</w:t>
      </w:r>
    </w:p>
    <w:p>
      <w:r>
        <w:br/>
        <w:t>"Ні, сього не бійсь від мене,&lt;br /&gt;</w:t>
        <w:br/>
        <w:t>Дніпрова Царице,&lt;br /&gt;</w:t>
        <w:br/>
        <w:t>Зоре осяйна, червона,&lt;br /&gt;</w:t>
        <w:br/>
        <w:t>Сонце білолице!</w:t>
      </w:r>
    </w:p>
    <w:p>
      <w:r>
        <w:br/>
        <w:t>Вирушу я так потужно,&lt;br /&gt;</w:t>
        <w:br/>
        <w:t>Що безумством буде&lt;br /&gt;</w:t>
        <w:br/>
        <w:t>Проти мене воювати...&lt;br /&gt;</w:t>
        <w:br/>
        <w:t>Схаменуться люде.</w:t>
      </w:r>
    </w:p>
    <w:p>
      <w:r>
        <w:br/>
        <w:t>І поникнуть головою&lt;br /&gt;</w:t>
        <w:br/>
        <w:t>Всі передо мною.&lt;br /&gt;</w:t>
        <w:br/>
        <w:t>Я на Кам'янець, на Київ&lt;br /&gt;</w:t>
        <w:br/>
        <w:t>Наступлю п'ятою.</w:t>
      </w:r>
    </w:p>
    <w:p>
      <w:r>
        <w:br/>
        <w:t>На Дніпрі-Славуті й Рос"&lt;br /&gt;</w:t>
        <w:br/>
        <w:t>Помурую башти,&lt;br /&gt;</w:t>
        <w:br/>
        <w:t>Щоб з Москви вам ані з Польщі&lt;br /&gt;</w:t>
        <w:br/>
        <w:t>Не було напасти.</w:t>
      </w:r>
    </w:p>
    <w:p>
      <w:r>
        <w:br/>
        <w:t>Обгородимо Вкраїну,&lt;br /&gt;</w:t>
        <w:br/>
        <w:t>Зробим Божим раєм,&lt;br /&gt;</w:t>
        <w:br/>
        <w:t>Віру вірою покинем&lt;br /&gt;</w:t>
        <w:br/>
        <w:t>І звичай звичаєм.</w:t>
      </w:r>
    </w:p>
    <w:p>
      <w:r>
        <w:br/>
        <w:t>І сей рай від супостата&lt;br /&gt;</w:t>
        <w:br/>
        <w:t>Буде ваш, султана,&lt;br /&gt;</w:t>
        <w:br/>
        <w:t>Рідного по Бозі брата&lt;br /&gt;</w:t>
        <w:br/>
        <w:t>І слуги. Османа.</w:t>
      </w:r>
    </w:p>
    <w:p>
      <w:r>
        <w:br/>
        <w:t>Я тобі й ту оборону,&lt;br /&gt;</w:t>
        <w:br/>
        <w:t>Башти подарую,&lt;br /&gt;</w:t>
        <w:br/>
        <w:t>Мов на голову корону&lt;br /&gt;</w:t>
        <w:br/>
        <w:t>Пишну, дорогую.</w:t>
      </w:r>
    </w:p>
    <w:p>
      <w:r>
        <w:br/>
        <w:t>І блищатимеш ти з родом&lt;br /&gt;</w:t>
        <w:br/>
        <w:t>Над своїм народом,&lt;br /&gt;</w:t>
        <w:br/>
        <w:t>Як веселка між восходом&lt;br /&gt;</w:t>
        <w:br/>
        <w:t>Сонця і заходом.</w:t>
      </w:r>
    </w:p>
    <w:p>
      <w:r>
        <w:br/>
        <w:t>І не буде вже козацтво&lt;br /&gt;</w:t>
        <w:br/>
        <w:t>Бурею літати&lt;br /&gt;</w:t>
        <w:br/>
        <w:t>Та моє впокійне царство&lt;br /&gt;</w:t>
        <w:br/>
        <w:t>Дерти-руйнувати.</w:t>
      </w:r>
    </w:p>
    <w:p>
      <w:r>
        <w:br/>
        <w:t>А засяде по левадах,&lt;br /&gt;</w:t>
        <w:br/>
        <w:t>По садах співочих,&lt;br /&gt;</w:t>
        <w:br/>
        <w:t>Беручи поживу з стада&lt;br /&gt;</w:t>
        <w:br/>
        <w:t>Та з волів робочих.</w:t>
      </w:r>
    </w:p>
    <w:p>
      <w:r>
        <w:br/>
        <w:t>Не сумуй, моя лиліє,&lt;br /&gt;</w:t>
        <w:br/>
        <w:t>Про войну ворожу;&lt;br /&gt;</w:t>
        <w:br/>
        <w:t>Уповай на слово щире&lt;br /&gt;</w:t>
        <w:br/>
        <w:t>Та на милость Божу.</w:t>
      </w:r>
    </w:p>
    <w:p>
      <w:r>
        <w:br/>
        <w:t>А тепер ідіть, молітесь&lt;br /&gt;</w:t>
        <w:br/>
        <w:t>Богу предків ваших,&lt;br /&gt;</w:t>
        <w:br/>
        <w:t>Да прихилить до нас душі&lt;br /&gt;</w:t>
        <w:br/>
        <w:t>Ненавидців наших!"</w:t>
      </w:r>
    </w:p>
    <w:p>
      <w:r>
        <w:br/>
        <w:t>І злегенька до Марусі&lt;br /&gt;</w:t>
        <w:br/>
        <w:t>Турчин уклонився,&lt;br /&gt;</w:t>
        <w:br/>
        <w:t>Приложив до серця руку,&lt;br /&gt;</w:t>
        <w:br/>
        <w:t>Стиха віддалився.</w:t>
      </w:r>
    </w:p>
    <w:p>
      <w:r>
        <w:br/>
        <w:t>ДУМА ШОСТА</w:t>
      </w:r>
    </w:p>
    <w:p>
      <w:r>
        <w:br/>
        <w:t>Мати мов німа стояла,&lt;br /&gt;</w:t>
        <w:br/>
        <w:t>Вельми дивувалась:&lt;br /&gt;</w:t>
        <w:br/>
        <w:t>Не таким вона султана&lt;br /&gt;</w:t>
        <w:br/>
        <w:t>Бачити лякалась:</w:t>
      </w:r>
    </w:p>
    <w:p>
      <w:r>
        <w:br/>
        <w:t>"І тебе він не займає&lt;br /&gt;</w:t>
        <w:br/>
        <w:t>І не обіймає?" —&lt;br /&gt;</w:t>
        <w:br/>
        <w:t>"Ні, матусю: коло мене&lt;br /&gt;</w:t>
        <w:br/>
        <w:t>Навіть не сідає.</w:t>
      </w:r>
    </w:p>
    <w:p>
      <w:r>
        <w:br/>
        <w:t>Він царює, верховодить&lt;br /&gt;</w:t>
        <w:br/>
        <w:t>За моїм порогом:&lt;br /&gt;</w:t>
        <w:br/>
        <w:t>Тут постоїть, поговорить&lt;br /&gt;</w:t>
        <w:br/>
        <w:t>І відійде з Богом.</w:t>
      </w:r>
    </w:p>
    <w:p>
      <w:r>
        <w:br/>
        <w:t>Їдьмо, мамо, помолімось&lt;br /&gt;</w:t>
        <w:br/>
        <w:t>За сю тиху душу,&lt;br /&gt;</w:t>
        <w:br/>
        <w:t>Що й подумати про кривду&lt;br /&gt;</w:t>
        <w:br/>
        <w:t>Від її не мушу". —</w:t>
      </w:r>
    </w:p>
    <w:p>
      <w:r>
        <w:br/>
        <w:t>"О! Молімося, дитино,&lt;br /&gt;</w:t>
        <w:br/>
        <w:t>Ще за двох до Бога...&lt;br /&gt;</w:t>
        <w:br/>
        <w:t>Коли ж серце се покине&lt;br /&gt;</w:t>
        <w:br/>
        <w:t>Мука да тривога?"</w:t>
      </w:r>
    </w:p>
    <w:p>
      <w:r>
        <w:br/>
        <w:t>І, схилившись на Марусю,&lt;br /&gt;</w:t>
        <w:br/>
        <w:t>Мати заридала...&lt;br /&gt;</w:t>
        <w:br/>
        <w:t>А чого Левко здобувся,&lt;br /&gt;</w:t>
        <w:br/>
        <w:t>Ніже не сказала.</w:t>
      </w:r>
    </w:p>
    <w:p>
      <w:r>
        <w:br/>
        <w:t>ПІСНЯ ШОСТА</w:t>
      </w:r>
    </w:p>
    <w:p>
      <w:r>
        <w:br/>
        <w:t>ДУМА ПЕРВА</w:t>
      </w:r>
    </w:p>
    <w:p>
      <w:r>
        <w:br/>
        <w:t>І</w:t>
      </w:r>
    </w:p>
    <w:p>
      <w:r>
        <w:br/>
        <w:t>"Чого ти, паньматусю, так зітхнула,&lt;br /&gt;</w:t>
        <w:br/>
        <w:t>Мов радощі згадала молодії&lt;br /&gt;</w:t>
        <w:br/>
        <w:t>Або в той край душею позирнула,&lt;br /&gt;</w:t>
        <w:br/>
        <w:t>Де зникли в нас надії дорогії?&lt;br /&gt;</w:t>
        <w:br/>
        <w:t>Чого очиці так позападали&lt;br /&gt;</w:t>
        <w:br/>
        <w:t>І голосочок твій перемінився?&lt;br /&gt;</w:t>
        <w:br/>
        <w:t>Чи підданки що бовтнули-сказали,&lt;br /&gt;</w:t>
        <w:br/>
        <w:t>Чи, може, сон страшний тобі приснився?&lt;br /&gt;</w:t>
        <w:br/>
        <w:t>Із чим від мене ти, матусенько, таїшся?" —</w:t>
      </w:r>
    </w:p>
    <w:p>
      <w:r>
        <w:br/>
        <w:t>ІІ</w:t>
      </w:r>
    </w:p>
    <w:p>
      <w:r>
        <w:br/>
        <w:t>"Моя ти зоре в тумані густому!&lt;br /&gt;</w:t>
        <w:br/>
        <w:t>Моя ти квітко пишна на морозі,&lt;br /&gt;</w:t>
        <w:br/>
        <w:t>Гірка сльозина в кубку золотому,&lt;br /&gt;</w:t>
        <w:br/>
        <w:t>Тиха надіє в праведному Бозі!&lt;br /&gt;</w:t>
        <w:br/>
        <w:t>Так, я літа згадала молодії&lt;br /&gt;</w:t>
        <w:br/>
        <w:t>І в край сумний душею позирнула,&lt;br /&gt;</w:t>
        <w:br/>
        <w:t>Де тліють кісточки його святії,&lt;br /&gt;</w:t>
        <w:br/>
        <w:t>До нього б я і в пекло полинула...&lt;br /&gt;</w:t>
        <w:br/>
        <w:t>О, лучче б я про се не знала і не чула!"</w:t>
      </w:r>
    </w:p>
    <w:p>
      <w:r>
        <w:br/>
        <w:t>ІІІ</w:t>
      </w:r>
    </w:p>
    <w:p>
      <w:r>
        <w:br/>
        <w:t>"Про що ж ти чула, серденятко бідне,&lt;br /&gt;</w:t>
        <w:br/>
        <w:t>Мій дорогий, розколений кришталю,&lt;br /&gt;</w:t>
        <w:br/>
        <w:t>Моє ти щастє, несказанно бідне,&lt;br /&gt;</w:t>
        <w:br/>
        <w:t>Гірка потіхо і солодкий жалю!&lt;br /&gt;</w:t>
        <w:br/>
        <w:t>Про що дозналась? Вже ж ми в домовині,&lt;br /&gt;</w:t>
        <w:br/>
        <w:t>І ні печалі нам, ні воздихання!&lt;br /&gt;</w:t>
        <w:br/>
        <w:t>Там, у земному раї на Вкраїні,&lt;br /&gt;</w:t>
        <w:br/>
        <w:t>Про нас ні чутки, ані споминання!&lt;br /&gt;</w:t>
        <w:br/>
        <w:t>Не плач, матусенько, моя ти росо рання!" —</w:t>
      </w:r>
    </w:p>
    <w:p>
      <w:r>
        <w:br/>
        <w:t>IV</w:t>
      </w:r>
    </w:p>
    <w:p>
      <w:r>
        <w:br/>
        <w:t>"Про татуся я, доню, перечула..." —&lt;br /&gt;</w:t>
        <w:br/>
        <w:t>"О мамо!.." —&lt;br /&gt;</w:t>
        <w:br/>
        <w:t>"Так, нема його на світі...&lt;br /&gt;</w:t>
        <w:br/>
        <w:t>Нема вже сонця; хмара обгорнула&lt;br /&gt;</w:t>
        <w:br/>
        <w:t>Ввесь світ. Пора й мені туди летіти". —&lt;br /&gt;</w:t>
        <w:br/>
        <w:t>"Умер?" —&lt;br /&gt;</w:t>
        <w:br/>
        <w:t>"Згорів із церквою святою...&lt;br /&gt;</w:t>
        <w:br/>
        <w:t>Сьогодні Товстогуба я зустріла...&lt;br /&gt;</w:t>
        <w:br/>
        <w:t>Піймавсь і він татарам у неволю..." —&lt;br /&gt;</w:t>
        <w:br/>
        <w:t>І не скінчила речі, обомліла,&lt;br /&gt;</w:t>
        <w:br/>
        <w:t>І очі заплили холодною сльозою.</w:t>
      </w:r>
    </w:p>
    <w:p>
      <w:r>
        <w:br/>
        <w:t>V</w:t>
      </w:r>
    </w:p>
    <w:p>
      <w:r>
        <w:br/>
        <w:t>То не роса з очей, гірка отрута,&lt;br /&gt;</w:t>
        <w:br/>
        <w:t>Мов та смола з проклятого анчару,&lt;br /&gt;</w:t>
        <w:br/>
        <w:t>Що нею жаль сліпий і помста люта&lt;br /&gt;</w:t>
        <w:br/>
        <w:t>Намазують кинджала яничару.&lt;br /&gt;</w:t>
        <w:br/>
        <w:t>Вже не тече сльоза, ні! Капле тихо,&lt;br /&gt;</w:t>
        <w:br/>
        <w:t>Як мертва кров холодна, почорніла.&lt;br /&gt;</w:t>
        <w:br/>
        <w:t>Не дознає від неї пільги лихо:&lt;br /&gt;</w:t>
        <w:br/>
        <w:t>Бо серце сукроватою 'бкипіло&lt;br /&gt;</w:t>
        <w:br/>
        <w:t>І в болістях своїх зотліло й заніміло.</w:t>
      </w:r>
    </w:p>
    <w:p>
      <w:r>
        <w:br/>
        <w:t>VI</w:t>
      </w:r>
    </w:p>
    <w:p>
      <w:r>
        <w:br/>
        <w:t>Обнявшись, літо плакало з зимою;&lt;br /&gt;</w:t>
        <w:br/>
        <w:t>Мішалися гарячі з льодяними...&lt;br /&gt;</w:t>
        <w:br/>
        <w:t>Якою ж ти здавалася сумною,&lt;br /&gt;</w:t>
        <w:br/>
        <w:t>Царська палато, із гостьми своїми!&lt;br /&gt;</w:t>
        <w:br/>
        <w:t>О, не про те великі будівничі&lt;br /&gt;</w:t>
        <w:br/>
        <w:t>Твої цяцьки на мармурах тесали,&lt;br /&gt;</w:t>
        <w:br/>
        <w:t>Щоб у тобі від серця щирі речі&lt;br /&gt;</w:t>
        <w:br/>
        <w:t>Не винами — сльозами запивали,&lt;br /&gt;</w:t>
        <w:br/>
        <w:t>І "пам'ять вічную" замість пісень співали!</w:t>
      </w:r>
    </w:p>
    <w:p>
      <w:r>
        <w:br/>
        <w:t>VII</w:t>
      </w:r>
    </w:p>
    <w:p>
      <w:r>
        <w:br/>
        <w:t>"Сьогодні я була на тім базарі,&lt;br /&gt;</w:t>
        <w:br/>
        <w:t>Де кобзарі по-нашому співають...&lt;br /&gt;</w:t>
        <w:br/>
        <w:t>І бачила, як двох вели у парі...&lt;br /&gt;</w:t>
        <w:br/>
        <w:t>О, не питай, куди!.. Вони й не знають,&lt;br /&gt;</w:t>
        <w:br/>
        <w:t>Хто дивиться на них! На голім тілі&lt;br /&gt;</w:t>
        <w:br/>
        <w:t>Пошарпані жупани. Бородаті&lt;br /&gt;</w:t>
        <w:br/>
        <w:t>Обидва, мов ченці, і білі-білі,&lt;br /&gt;</w:t>
        <w:br/>
        <w:t>Як віск: бо, видно, все сиділи в хаті&lt;br /&gt;</w:t>
        <w:br/>
        <w:t>З віконечком малим, в хурдизі тій проклятій"...</w:t>
      </w:r>
    </w:p>
    <w:p>
      <w:r>
        <w:br/>
        <w:t>VIII</w:t>
      </w:r>
    </w:p>
    <w:p>
      <w:r>
        <w:br/>
        <w:t>"Матусю, хто ж то був?" —&lt;br /&gt;</w:t>
        <w:br/>
        <w:t>"Ох, Товстогубий!"&lt;br /&gt;</w:t>
        <w:br/>
        <w:t>"Мій Боже! Дак се він і був?" —&lt;br /&gt;</w:t>
        <w:br/>
        <w:t>"Як чуєш...&lt;br /&gt;</w:t>
        <w:br/>
        <w:t>А другий... Другий був... Козак твій любий...&lt;br /&gt;</w:t>
        <w:br/>
        <w:t>Що ж ти мовчиш? Чом дивом не дивуєш?..&lt;br /&gt;</w:t>
        <w:br/>
        <w:t>Ой, Боже! Хилиться! Рятуйте! Пробі!"&lt;br /&gt;</w:t>
        <w:br/>
        <w:t>На крик страшний збігаються туркені,&lt;br /&gt;</w:t>
        <w:br/>
        <w:t>Грекині, ляхівки і, як особі&lt;br /&gt;</w:t>
        <w:br/>
        <w:t>Великій, служать бідолашній нені,&lt;br /&gt;</w:t>
        <w:br/>
        <w:t>Сераля пишного невольниці мізерні.</w:t>
      </w:r>
    </w:p>
    <w:p>
      <w:r>
        <w:br/>
        <w:t>ДУМА ДРУГА</w:t>
      </w:r>
    </w:p>
    <w:p>
      <w:r>
        <w:br/>
        <w:t>І</w:t>
      </w:r>
    </w:p>
    <w:p>
      <w:r>
        <w:br/>
        <w:t>Нездужає Хасеки-Хуррем, і султана&lt;br /&gt;</w:t>
        <w:br/>
        <w:t>Два різанці безвусі сповіщають.&lt;br /&gt;</w:t>
        <w:br/>
        <w:t>Серальські лікарі із Лехистана&lt;br /&gt;</w:t>
        <w:br/>
        <w:t>Книжки лікарські, суплячись, гортають.&lt;br /&gt;</w:t>
        <w:br/>
        <w:t>Іде султан, покинувши в дивані&lt;br /&gt;</w:t>
        <w:br/>
        <w:t>Башей та візирів широкомовних,&lt;br /&gt;</w:t>
        <w:br/>
        <w:t>І до Марусиної почивальні&lt;br /&gt;</w:t>
        <w:br/>
        <w:t>Шле наперед рабинь своїх безмовних,&lt;br /&gt;</w:t>
        <w:br/>
        <w:t>А сам стоїть сумний, хмурний, як у тумані.</w:t>
      </w:r>
    </w:p>
    <w:p>
      <w:r>
        <w:br/>
        <w:t>ІІ</w:t>
      </w:r>
    </w:p>
    <w:p>
      <w:r>
        <w:br/>
        <w:t>Його не хоче бачити Маруся&lt;br /&gt;</w:t>
        <w:br/>
        <w:t>І лікарів до себе не пускає.&lt;br /&gt;</w:t>
        <w:br/>
        <w:t>Над нею молитви святі матуся&lt;br /&gt;</w:t>
        <w:br/>
        <w:t>Немовби вже над мертвою читає.&lt;br /&gt;</w:t>
        <w:br/>
        <w:t>Священик сербський править одходную.&lt;br /&gt;</w:t>
        <w:br/>
        <w:t>Вона лежить, як цвіт лелії пишний,&lt;br /&gt;</w:t>
        <w:br/>
        <w:t>Косою скошений. Печаль німую&lt;br /&gt;</w:t>
        <w:br/>
        <w:t>Світ ув очах виявлює огнистий&lt;br /&gt;</w:t>
        <w:br/>
        <w:t>Та вираз на лиці понуро-урочистий.</w:t>
      </w:r>
    </w:p>
    <w:p>
      <w:r>
        <w:br/>
        <w:t>ІІІ</w:t>
      </w:r>
    </w:p>
    <w:p>
      <w:r>
        <w:br/>
        <w:t>Велить Осман покликать Кантемира&lt;br /&gt;</w:t>
        <w:br/>
        <w:t>І, зачинившись, радиться з ним довго.&lt;br /&gt;</w:t>
        <w:br/>
        <w:t>На другий день галерою Заїра&lt;br /&gt;</w:t>
        <w:br/>
        <w:t>Пливе з Скутар 61 до Рогу Золотого 62.&lt;br /&gt;</w:t>
        <w:br/>
        <w:t>До мармурів причалює барвистих...&lt;br /&gt;</w:t>
        <w:br/>
        <w:t>Іде переддвірком... її стрічає&lt;br /&gt;</w:t>
        <w:br/>
        <w:t>Новий баша у шатах позлотистих&lt;br /&gt;</w:t>
        <w:br/>
        <w:t>І на її питаннє об'являє,&lt;br /&gt;</w:t>
        <w:br/>
        <w:t>Що вже Абаз-баша десь інде пробував.</w:t>
      </w:r>
    </w:p>
    <w:p>
      <w:r>
        <w:br/>
        <w:t>IV</w:t>
      </w:r>
    </w:p>
    <w:p>
      <w:r>
        <w:br/>
        <w:t>Донесено про нього падишаху,&lt;br /&gt;</w:t>
        <w:br/>
        <w:t>Що він очам царициним нелюбий,&lt;br /&gt;</w:t>
        <w:br/>
        <w:t>І зараз фірманом його, тімаху,&lt;br /&gt;</w:t>
        <w:br/>
        <w:t>Відставлено від осяйної служби:&lt;br /&gt;</w:t>
        <w:br/>
        <w:t>"Як з неба й грім гримить, і сонце сяє,&lt;br /&gt;</w:t>
        <w:br/>
        <w:t>Так гнів і милость в оці у цариці.&lt;br /&gt;</w:t>
        <w:br/>
        <w:t>До неї вся вселенна притікає,&lt;br /&gt;</w:t>
        <w:br/>
        <w:t>Мов караван в пустині до криниці".&lt;br /&gt;</w:t>
        <w:br/>
        <w:t>Щасливить поглядом і поглядом карає".</w:t>
      </w:r>
    </w:p>
    <w:p>
      <w:r>
        <w:br/>
        <w:t>V</w:t>
      </w:r>
    </w:p>
    <w:p>
      <w:r>
        <w:br/>
        <w:t>Перед царициним блискучим ліжком&lt;br /&gt;</w:t>
        <w:br/>
        <w:t>Навколішки Заїра припадає,&lt;br /&gt;</w:t>
        <w:br/>
        <w:t>Недужній щось на вухо шепче нишком...&lt;br /&gt;</w:t>
        <w:br/>
        <w:t>Рум'янець на лиці в цариці грає.&lt;br /&gt;</w:t>
        <w:br/>
        <w:t>Обнявши лікарку, в уста цілує,&lt;br /&gt;</w:t>
        <w:br/>
        <w:t>Зове матусю, плаче і сміється:&lt;br /&gt;</w:t>
        <w:br/>
        <w:t>"Він жив, — рече, — і віще серце чує,&lt;br /&gt;</w:t>
        <w:br/>
        <w:t>Що жизнь його, як нитка, не порветься...&lt;br /&gt;</w:t>
        <w:br/>
        <w:t>О мамо, зіронько! Як любо серце б'ється!" —</w:t>
      </w:r>
    </w:p>
    <w:p>
      <w:r>
        <w:br/>
        <w:t>VI</w:t>
      </w:r>
    </w:p>
    <w:p>
      <w:r>
        <w:br/>
        <w:t>"Так, жив, і я не з тим явилась,&lt;br /&gt;</w:t>
        <w:br/>
        <w:t>Щоб тільки вас про се оповістити,&lt;br /&gt;</w:t>
        <w:br/>
        <w:t>Ні, в нас тепер страшна труса зробилась...&lt;br /&gt;</w:t>
        <w:br/>
        <w:t>Ви мусите велике щось вчинити,&lt;br /&gt;</w:t>
        <w:br/>
        <w:t>Велике і страшне, коли з неволі&lt;br /&gt;</w:t>
        <w:br/>
        <w:t>Своїх братів вам любо рятувати,&lt;br /&gt;</w:t>
        <w:br/>
        <w:t>Коли вам любо, щоб у чистім полі&lt;br /&gt;</w:t>
        <w:br/>
        <w:t>Вони могли, мов соколи, гуляти,&lt;br /&gt;</w:t>
        <w:br/>
        <w:t>По морю Чорному чайками знов літати". —</w:t>
      </w:r>
    </w:p>
    <w:p>
      <w:r>
        <w:br/>
        <w:t>VII</w:t>
      </w:r>
    </w:p>
    <w:p>
      <w:r>
        <w:br/>
        <w:t>"Заїре! — прорекла тогді Маруся. —&lt;br /&gt;</w:t>
        <w:br/>
        <w:t>Нема нічого так мені страшного,&lt;br /&gt;</w:t>
        <w:br/>
        <w:t>Щоб я сама і дорога матуся...&lt;br /&gt;</w:t>
        <w:br/>
        <w:t>Кажи, Заїро, просто... Я готова&lt;br /&gt;</w:t>
        <w:br/>
        <w:t>Скікнути зараз на Мосток Мертвецький,&lt;br /&gt;</w:t>
        <w:br/>
        <w:t>І на гаку залізному висіти,&lt;br /&gt;</w:t>
        <w:br/>
        <w:t>І мучитись, як Байда Вишневецький,&lt;br /&gt;</w:t>
        <w:br/>
        <w:t>І пси голодні тілом накормити,&lt;br /&gt;</w:t>
        <w:br/>
        <w:t>І в морі потопать, і на огні горіти!"</w:t>
      </w:r>
    </w:p>
    <w:p>
      <w:r>
        <w:br/>
        <w:t>VIII</w:t>
      </w:r>
    </w:p>
    <w:p>
      <w:r>
        <w:br/>
        <w:t>Заїра по покою позирнула,&lt;br /&gt;</w:t>
        <w:br/>
        <w:t>Послухала з минуту під дверима,&lt;br /&gt;</w:t>
        <w:br/>
        <w:t>Від серця сумовитого зітхнула,&lt;br /&gt;</w:t>
        <w:br/>
        <w:t>І стелю, й стіни обвела очима.&lt;br /&gt;</w:t>
        <w:br/>
        <w:t>"Чи піп у вас сьогодні був?" — спитала.&lt;br /&gt;</w:t>
        <w:br/>
        <w:t>"Був". —&lt;br /&gt;</w:t>
        <w:br/>
        <w:t>"Слухайте ж: при нім ні слова!&lt;br /&gt;</w:t>
        <w:br/>
        <w:t>Щоб і крилом, і вітром не торкала&lt;br /&gt;</w:t>
        <w:br/>
        <w:t>Сієї речі перед ним розмова:&lt;br /&gt;</w:t>
        <w:br/>
        <w:t>Попівський-бо язик всім злам земним основа",-</w:t>
      </w:r>
    </w:p>
    <w:p>
      <w:r>
        <w:br/>
        <w:t>ІХ</w:t>
      </w:r>
    </w:p>
    <w:p>
      <w:r>
        <w:br/>
        <w:t>"Заїро! Не клепли на Бога правди! —&lt;br /&gt;</w:t>
        <w:br/>
        <w:t>Марусина про се озвалась мати. —&lt;br /&gt;</w:t>
        <w:br/>
        <w:t>Стидись таке казати, щоб нам зради&lt;br /&gt;</w:t>
        <w:br/>
        <w:t>Найперш усього у попа шукати". —&lt;br /&gt;</w:t>
        <w:br/>
        <w:t>"О, не гнівись на мне, паньматусю!&lt;br /&gt;</w:t>
        <w:br/>
        <w:t>Я не своє промовила вам слово; :&lt;br /&gt;</w:t>
        <w:br/>
        <w:t>Мій муж звелів остерегти Марусю,&lt;br /&gt;</w:t>
        <w:br/>
        <w:t>Царицю нашу від попа лихого:&lt;br /&gt;</w:t>
        <w:br/>
        <w:t>Бо він, — рече, — продасть і Господа самого.</w:t>
      </w:r>
    </w:p>
    <w:p>
      <w:r>
        <w:br/>
        <w:t>Х</w:t>
      </w:r>
    </w:p>
    <w:p>
      <w:r>
        <w:br/>
        <w:t>Попи, — рече, — запродали Пророка,&lt;br /&gt;</w:t>
        <w:br/>
        <w:t>Того, що возсіяв із Назарета&lt;br /&gt;</w:t>
        <w:br/>
        <w:t>Ще перше, ніж ясну звізду Востока&lt;br /&gt;</w:t>
        <w:br/>
        <w:t>Аллах явив народу Магомета.&lt;br /&gt;</w:t>
        <w:br/>
        <w:t>І навіть козаки не довіряють&lt;br /&gt;</w:t>
        <w:br/>
        <w:t>Ні язику попівському, ні оку:&lt;br /&gt;</w:t>
        <w:br/>
        <w:t>Ніколи ж бо попа не допускають&lt;br /&gt;</w:t>
        <w:br/>
        <w:t>В коші до себе, мов джуму жорстоку,&lt;br /&gt;</w:t>
        <w:br/>
        <w:t>І молитви, — рече, — самі собі читають". —</w:t>
      </w:r>
    </w:p>
    <w:p>
      <w:r>
        <w:br/>
        <w:t>XI&lt;br /&gt;</w:t>
        <w:br/>
        <w:t>"Заїро, годі вже про чоловіка.&lt;br /&gt;</w:t>
        <w:br/>
        <w:t>Кажи про діло. Не йому се знати:&lt;br /&gt;</w:t>
        <w:br/>
        <w:t>Бо він — невіра, розумом каліка". —&lt;br /&gt;</w:t>
        <w:br/>
        <w:t>"Каліка сей вас буде рятувати,&lt;br /&gt;</w:t>
        <w:br/>
        <w:t>І розуму в рятунку стільки явить,&lt;br /&gt;</w:t>
        <w:br/>
        <w:t>Що возвеличить ваш народ нікчемний&lt;br /&gt;</w:t>
        <w:br/>
        <w:t>І серед вас ім'я своє прославить&lt;br /&gt;</w:t>
        <w:br/>
        <w:t>Не тим, чим мотлох славиться корчемний,&lt;br /&gt;</w:t>
        <w:br/>
        <w:t>Безощадний палій, кровоточитель темний". —</w:t>
      </w:r>
    </w:p>
    <w:p>
      <w:r>
        <w:br/>
        <w:t>ХІІ</w:t>
      </w:r>
    </w:p>
    <w:p>
      <w:r>
        <w:br/>
        <w:t>"Не розуміємо тебе, Заїро". —&lt;br /&gt;</w:t>
        <w:br/>
        <w:t>"Мій муж із Кочубеєм рідне браттє.&lt;br /&gt;</w:t>
        <w:br/>
        <w:t>Ваш Кочубей Левко — брат Кантемира.&lt;br /&gt;</w:t>
        <w:br/>
        <w:t>Одно у них обличчє і завзяттє,&lt;br /&gt;</w:t>
        <w:br/>
        <w:t>Одна на світ їх мати породила".&lt;br /&gt;</w:t>
        <w:br/>
        <w:t>Маруся дивиться на матір...&lt;br /&gt;</w:t>
        <w:br/>
        <w:t>"Доню, —&lt;br /&gt;</w:t>
        <w:br/>
        <w:t>Промовила старенька, — се Заїра&lt;br /&gt;</w:t>
        <w:br/>
        <w:t>Говорить щиру правду. Ми з тобою&lt;br /&gt;</w:t>
        <w:br/>
        <w:t>Не знали, що Левків отець та був невіра.</w:t>
      </w:r>
    </w:p>
    <w:p>
      <w:r>
        <w:br/>
        <w:t>ХІІІ</w:t>
      </w:r>
    </w:p>
    <w:p>
      <w:r>
        <w:br/>
        <w:t>Його малим ухоплено в Нагаях,&lt;br /&gt;</w:t>
        <w:br/>
        <w:t>І за Порогами у християнстві&lt;br /&gt;</w:t>
        <w:br/>
        <w:t>Згодовано і в рицарських звичаях". —&lt;br /&gt;</w:t>
        <w:br/>
        <w:t>"Дак мій Левко родивсь у мусульманстві?..&lt;br /&gt;</w:t>
        <w:br/>
        <w:t>О, хто б не був отець його і мати,&lt;br /&gt;</w:t>
        <w:br/>
        <w:t>За кожну іскру жизні дорогої&lt;br /&gt;</w:t>
        <w:br/>
        <w:t>І за одно словце його віддати&lt;br /&gt;</w:t>
        <w:br/>
        <w:t>Готова я царські мої палати&lt;br /&gt;</w:t>
        <w:br/>
        <w:t>І жизні сотню літ щасливої земної!" —</w:t>
      </w:r>
    </w:p>
    <w:p>
      <w:r>
        <w:br/>
        <w:t>XIV</w:t>
      </w:r>
    </w:p>
    <w:p>
      <w:r>
        <w:br/>
        <w:t>"Коли готова, то й віддай, царице,&lt;br /&gt;</w:t>
        <w:br/>
        <w:t>Як оддала б і я за Кантемира!&lt;br /&gt;</w:t>
        <w:br/>
        <w:t>На небесах твій дух возвеселиться", —&lt;br /&gt;</w:t>
        <w:br/>
        <w:t>Рече поважним голосом Заїра.&lt;br /&gt;</w:t>
        <w:br/>
        <w:t>"Готова, о, готова, сестро!.. Боже!&lt;br /&gt;</w:t>
        <w:br/>
        <w:t>Ти чуєш з неба... О Пречиста Мати!&lt;br /&gt;</w:t>
        <w:br/>
        <w:t>Нехай твоя свята рука поможе&lt;br /&gt;</w:t>
        <w:br/>
        <w:t>Мені Левка з неволі рятувати!"&lt;br /&gt;</w:t>
        <w:br/>
        <w:t>І, знявшись, почала солодкими ридати.</w:t>
      </w:r>
    </w:p>
    <w:p>
      <w:r>
        <w:br/>
        <w:t>XV</w:t>
      </w:r>
    </w:p>
    <w:p>
      <w:r>
        <w:br/>
        <w:t>"Моя царице! — каже їй Заїра. —&lt;br /&gt;</w:t>
        <w:br/>
        <w:t>Година дорога. Я сповістити&lt;br /&gt;</w:t>
        <w:br/>
        <w:t>Про все негайно мушу Кантемира,&lt;br /&gt;</w:t>
        <w:br/>
        <w:t>Щоб діло починав своє робити.&lt;br /&gt;</w:t>
        <w:br/>
        <w:t>Учора він просив, благав султана&lt;br /&gt;</w:t>
        <w:br/>
        <w:t>Подарувати жизнь йому Левкову,&lt;br /&gt;</w:t>
        <w:br/>
        <w:t>Та не вблагав запеклого Османа.&lt;br /&gt;</w:t>
        <w:br/>
        <w:t>Звелів собі на блюді козакову&lt;br /&gt;</w:t>
        <w:br/>
        <w:t>Прислати голову у баню мармурову.</w:t>
      </w:r>
    </w:p>
    <w:p>
      <w:r>
        <w:br/>
        <w:t>XVI</w:t>
      </w:r>
    </w:p>
    <w:p>
      <w:r>
        <w:br/>
        <w:t>Та не блідій, не зціплюй рук, царице.&lt;br /&gt;</w:t>
        <w:br/>
        <w:t>Він пійде в баню ще аж завтра вранці,&lt;br /&gt;</w:t>
        <w:br/>
        <w:t>А ввечері, як Геспер 63 загориться,&lt;br /&gt;</w:t>
        <w:br/>
        <w:t>На волі вже з Левком всі будуть бранці.&lt;br /&gt;</w:t>
        <w:br/>
        <w:t>їх сорок душ самого отамання&lt;br /&gt;</w:t>
        <w:br/>
        <w:t>Сидить у Чорній башті над водою,&lt;br /&gt;</w:t>
        <w:br/>
        <w:t>Ждучи свого страшенного карання.&lt;br /&gt;</w:t>
        <w:br/>
        <w:t>Попливемо туди удвох з тобою,&lt;br /&gt;</w:t>
        <w:br/>
        <w:t>І будеш ти сама Левковою судьбою". —</w:t>
      </w:r>
    </w:p>
    <w:p>
      <w:r>
        <w:br/>
        <w:t>XVII</w:t>
      </w:r>
    </w:p>
    <w:p>
      <w:r>
        <w:br/>
        <w:t>"Як се, Заїро? Я не розумію". —&lt;br /&gt;</w:t>
        <w:br/>
        <w:t>"Ось як. Історія се вже давняшня,&lt;br /&gt;</w:t>
        <w:br/>
        <w:t>Та розказати добре не зумію.&lt;br /&gt;</w:t>
        <w:br/>
        <w:t>Розмова мужа із царем вчорашня&lt;br /&gt;</w:t>
        <w:br/>
        <w:t>Йому відкрила на Османа очі:&lt;br /&gt;</w:t>
        <w:br/>
        <w:t>Що він у нього не гетьман великий,&lt;br /&gt;</w:t>
        <w:br/>
        <w:t>А парубок малий, підпарубочий.&lt;br /&gt;</w:t>
        <w:br/>
        <w:t>І ганьбою було б йому навіки —&lt;br /&gt;</w:t>
        <w:br/>
        <w:t>Про турків розливать крові людської ріки.</w:t>
      </w:r>
    </w:p>
    <w:p>
      <w:r>
        <w:br/>
        <w:t>XVIII</w:t>
      </w:r>
    </w:p>
    <w:p>
      <w:r>
        <w:br/>
        <w:t>Не хоче більш Османові служити,&lt;br /&gt;</w:t>
        <w:br/>
        <w:t>А ввійде в мир і лад із козаками&lt;br /&gt;</w:t>
        <w:br/>
        <w:t>І вкупі будуть москаля душити,&lt;br /&gt;</w:t>
        <w:br/>
        <w:t>Ляха й волоха бити й пліндрувати". —&lt;br /&gt;</w:t>
        <w:br/>
        <w:t>"Як! — прорекла на се старенька мати, —&lt;br /&gt;</w:t>
        <w:br/>
        <w:t>Сього вовік не може бути-статись,&lt;br /&gt;</w:t>
        <w:br/>
        <w:t>Щоб нам на християн із вами встати&lt;br /&gt;</w:t>
        <w:br/>
        <w:t>І вкупі у людській крові купатись!..&lt;br /&gt;</w:t>
        <w:br/>
        <w:t>То чим же нам тогді, яким народом зватись?" —</w:t>
      </w:r>
    </w:p>
    <w:p>
      <w:r>
        <w:br/>
        <w:t>XIX</w:t>
      </w:r>
    </w:p>
    <w:p>
      <w:r>
        <w:br/>
        <w:t>"А станеться, — відказує Заїра, —&lt;br /&gt;</w:t>
        <w:br/>
        <w:t>Бо не дадуть ляхи самим вам знятись&lt;br /&gt;</w:t>
        <w:br/>
        <w:t>І без орди страшної Кантемира&lt;br /&gt;</w:t>
        <w:br/>
        <w:t>Од ворогів своїх оборонятись". —&lt;br /&gt;</w:t>
        <w:br/>
        <w:t>"Марусю! Вибирай, моя дитино:&lt;br /&gt;</w:t>
        <w:br/>
        <w:t>Чи в Києві царицею назватись&lt;br /&gt;</w:t>
        <w:br/>
        <w:t>І рідну ущасливити країну,&lt;br /&gt;</w:t>
        <w:br/>
        <w:t>Чи од вінця царського відказатись&lt;br /&gt;</w:t>
        <w:br/>
        <w:t>І християнськую прийняти тут кончину?" —</w:t>
      </w:r>
    </w:p>
    <w:p>
      <w:r>
        <w:br/>
        <w:t>XX</w:t>
      </w:r>
    </w:p>
    <w:p>
      <w:r>
        <w:br/>
        <w:t>"Я вибрала, матусю, ясна зоре!&lt;br /&gt;</w:t>
        <w:br/>
        <w:t>Не знаю, що з того братерства буде:&lt;br /&gt;</w:t>
        <w:br/>
        <w:t>Чи людям щастє, чи велике горе,&lt;br /&gt;</w:t>
        <w:br/>
        <w:t>Чи славитимуть, чи клястимуть люде&lt;br /&gt;</w:t>
        <w:br/>
        <w:t>Мого Левка і з ним невіру-брата:&lt;br /&gt;</w:t>
        <w:br/>
        <w:t>Я знаю тільки те, що жизнь і волю&lt;br /&gt;</w:t>
        <w:br/>
        <w:t>Йому даю, обороню від ката,&lt;br /&gt;</w:t>
        <w:br/>
        <w:t>І він помститься за свою неволю,&lt;br /&gt;</w:t>
        <w:br/>
        <w:t>Про те ж не думаю, що станеться зо мною". —</w:t>
      </w:r>
    </w:p>
    <w:p>
      <w:r>
        <w:br/>
        <w:t>XXI</w:t>
      </w:r>
    </w:p>
    <w:p>
      <w:r>
        <w:br/>
        <w:t>"О серце пресвяте! — рече Заїра. —&lt;br /&gt;</w:t>
        <w:br/>
        <w:t>На диво Бог явив тебе народу...&lt;br /&gt;</w:t>
        <w:br/>
        <w:t>Не для одного, бачу, Кантемира&lt;br /&gt;</w:t>
        <w:br/>
        <w:t>Він дав таку в печалях осолоду.&lt;br /&gt;</w:t>
        <w:br/>
        <w:t>О сестро рідна! Ні, ти не цариця:&lt;br /&gt;</w:t>
        <w:br/>
        <w:t>Ти, сестро, вища всіх цариць великих!&lt;br /&gt;</w:t>
        <w:br/>
        <w:t>Ім'я твоє на небесах святиться,&lt;br /&gt;</w:t>
        <w:br/>
        <w:t>І ангельські тебе прославлять лики...&lt;br /&gt;</w:t>
        <w:br/>
        <w:t>Покинь сей грішний мир, сумний, кривавий, дикий!"</w:t>
      </w:r>
    </w:p>
    <w:p>
      <w:r>
        <w:br/>
        <w:t>XXII</w:t>
      </w:r>
    </w:p>
    <w:p>
      <w:r>
        <w:br/>
        <w:t>І сльози добрі, перла многоцінні,&lt;br /&gt;</w:t>
        <w:br/>
        <w:t>Живущою, зцілющою водою&lt;br /&gt;</w:t>
        <w:br/>
        <w:t>Лились, природи дар святий, безцінний,&lt;br /&gt;</w:t>
        <w:br/>
        <w:t>І обіймалася сестра з сестрою...&lt;br /&gt;</w:t>
        <w:br/>
        <w:t>"Покину, о, покину, як терновий&lt;br /&gt;</w:t>
        <w:br/>
        <w:t>Вінок, і там, на небі, панотцеві&lt;br /&gt;</w:t>
        <w:br/>
        <w:t>Скажу: "Ти був премудр і свят у слові.&lt;br /&gt;</w:t>
        <w:br/>
        <w:t>Бери мене на ручки, і Отцеві&lt;br /&gt;</w:t>
        <w:br/>
        <w:t>Небесному хвались: "Ось мій вінець лавровий!"</w:t>
      </w:r>
    </w:p>
    <w:p>
      <w:r>
        <w:br/>
        <w:t>XXIII</w:t>
      </w:r>
    </w:p>
    <w:p>
      <w:r>
        <w:br/>
        <w:t>А ти, матусю, ти, мов голубиця,&lt;br /&gt;</w:t>
        <w:br/>
        <w:t>Мов дух святий, на небо вознесешся,&lt;br /&gt;</w:t>
        <w:br/>
        <w:t>І возсіяєш, і возвеселишся,&lt;br /&gt;</w:t>
        <w:br/>
        <w:t>І сміхом херувимським возсмієшся:&lt;br /&gt;</w:t>
        <w:br/>
        <w:t>Бо породила душу чесну, чисту,&lt;br /&gt;</w:t>
        <w:br/>
        <w:t>Що не схотіла грішно царювати...&lt;br /&gt;</w:t>
        <w:br/>
        <w:t>Побачу там я і Христа, й Пречисту&lt;br /&gt;</w:t>
        <w:br/>
        <w:t>І припаду їй до подолу шати:&lt;br /&gt;</w:t>
        <w:br/>
        <w:t>"Ти, Ти мене любить навчила і страдатиі" —</w:t>
      </w:r>
    </w:p>
    <w:p>
      <w:r>
        <w:br/>
        <w:t>XXIV</w:t>
      </w:r>
    </w:p>
    <w:p>
      <w:r>
        <w:br/>
        <w:t>"О раю! Де ти? Що ти? Як ти сяєш? —&lt;br /&gt;</w:t>
        <w:br/>
        <w:t>Промовила зтатарена русинка. — —&lt;br /&gt;</w:t>
        <w:br/>
        <w:t>Коли ти так цвітами процвітаєш,&lt;br /&gt;</w:t>
        <w:br/>
        <w:t>Як на землі любов'ю вірна жінка, —&lt;br /&gt;</w:t>
        <w:br/>
        <w:t>Воістину ти диво невимовне,&lt;br /&gt;</w:t>
        <w:br/>
        <w:t>Ти — добрості Господньої пучина!&lt;br /&gt;</w:t>
        <w:br/>
        <w:t>І, як стебло кадила благовонне,&lt;br /&gt;</w:t>
        <w:br/>
        <w:t>До тебе лине ся свята людина...&lt;br /&gt;</w:t>
        <w:br/>
        <w:t>Се чисту дань дає Аллахові Вкраїна".</w:t>
      </w:r>
    </w:p>
    <w:p>
      <w:r>
        <w:br/>
        <w:t>ПІСНЯ СЬОМА</w:t>
      </w:r>
    </w:p>
    <w:p>
      <w:r>
        <w:br/>
        <w:t>ДУМА ПЕРВА</w:t>
      </w:r>
    </w:p>
    <w:p>
      <w:r>
        <w:br/>
        <w:t>Дивна чутка по Стамбулу,&lt;br /&gt;</w:t>
        <w:br/>
        <w:t>Дивна вість літає:&lt;br /&gt;</w:t>
        <w:br/>
        <w:t>Падишах своїй цариці&lt;br /&gt;</w:t>
        <w:br/>
        <w:t>Берло довіряє!</w:t>
      </w:r>
    </w:p>
    <w:p>
      <w:r>
        <w:br/>
        <w:t>Берло, жизні знак і смерті,&lt;br /&gt;</w:t>
        <w:br/>
        <w:t>Власті над військами,&lt;br /&gt;</w:t>
        <w:br/>
        <w:t>Над галерами, скарбами,&lt;br /&gt;</w:t>
        <w:br/>
        <w:t>Землями й морями.</w:t>
      </w:r>
    </w:p>
    <w:p>
      <w:r>
        <w:br/>
        <w:t>І не море на Босфорі&lt;br /&gt;</w:t>
        <w:br/>
        <w:t>Вре та в берег плеще:&lt;br /&gt;</w:t>
        <w:br/>
        <w:t>Від тополі до тополі&lt;br /&gt;</w:t>
        <w:br/>
        <w:t>Чадра чадрі шепче...</w:t>
      </w:r>
    </w:p>
    <w:p>
      <w:r>
        <w:br/>
        <w:t>І не вітер по дібровах&lt;br /&gt;</w:t>
        <w:br/>
        <w:t>Чинарі гойдає:&lt;br /&gt;</w:t>
        <w:br/>
        <w:t>До чалми чалму розмова&lt;br /&gt;</w:t>
        <w:br/>
        <w:t>Тиха нахиляє.</w:t>
      </w:r>
    </w:p>
    <w:p>
      <w:r>
        <w:br/>
        <w:t>"Мабуть, вже кончина світу,&lt;br /&gt;</w:t>
        <w:br/>
        <w:t>Що султан великий&lt;br /&gt;</w:t>
        <w:br/>
        <w:t>Догоджає без завіту&lt;br /&gt;</w:t>
        <w:br/>
        <w:t>Норовам русинки.</w:t>
      </w:r>
    </w:p>
    <w:p>
      <w:r>
        <w:br/>
        <w:t>Повеліла — і знак смерті,&lt;br /&gt;</w:t>
        <w:br/>
        <w:t>Жизні, ба й потуги&lt;br /&gt;</w:t>
        <w:br/>
        <w:t>У руках блищить у неї,&lt;br /&gt;</w:t>
        <w:br/>
        <w:t>Турку для наруги.</w:t>
      </w:r>
    </w:p>
    <w:p>
      <w:r>
        <w:br/>
        <w:t>На коліна (о пророку!)&lt;br /&gt;</w:t>
        <w:br/>
        <w:t>Став перед блідою,&lt;br /&gt;</w:t>
        <w:br/>
        <w:t>І назвав (о стид Востоку!)&lt;br /&gt;</w:t>
        <w:br/>
        <w:t>Дівою святою.</w:t>
      </w:r>
    </w:p>
    <w:p>
      <w:r>
        <w:br/>
        <w:t>І своє наслідне берло&lt;br /&gt;</w:t>
        <w:br/>
        <w:t>(О сини й унуки!),&lt;br /&gt;</w:t>
        <w:br/>
        <w:t>Мов жіноче веретено,&lt;br /&gt;</w:t>
        <w:br/>
        <w:t>їй подав у руки".</w:t>
      </w:r>
    </w:p>
    <w:p>
      <w:r>
        <w:br/>
        <w:t>ДУМА ДРУГА</w:t>
      </w:r>
    </w:p>
    <w:p>
      <w:r>
        <w:br/>
        <w:t>Віє вітер, повіває,&lt;br /&gt;</w:t>
        <w:br/>
        <w:t>Синє море грає;&lt;br /&gt;</w:t>
        <w:br/>
        <w:t>Золотом його з заходу&lt;br /&gt;</w:t>
        <w:br/>
        <w:t>Сонце заливає.</w:t>
      </w:r>
    </w:p>
    <w:p>
      <w:r>
        <w:br/>
        <w:t>Та ні золота на морі,&lt;br /&gt;</w:t>
        <w:br/>
        <w:t>Ні на небі сонця&lt;br /&gt;</w:t>
        <w:br/>
        <w:t>Не вбачає бідний бранець&lt;br /&gt;</w:t>
        <w:br/>
        <w:t>Із свого віконця.</w:t>
      </w:r>
    </w:p>
    <w:p>
      <w:r>
        <w:br/>
        <w:t>Угорі над головою,&lt;br /&gt;</w:t>
        <w:br/>
        <w:t>Мов каганчик, сяє,&lt;br /&gt;</w:t>
        <w:br/>
        <w:t>Мутним світом кострубаті&lt;br /&gt;</w:t>
        <w:br/>
        <w:t>Мури обливає.</w:t>
      </w:r>
    </w:p>
    <w:p>
      <w:r>
        <w:br/>
        <w:t>Бо не дармо Чорною та башта зветься&lt;br /&gt;</w:t>
        <w:br/>
        <w:t>Чорно, темно, сумно, гірко там живеться.</w:t>
      </w:r>
    </w:p>
    <w:p>
      <w:r>
        <w:br/>
        <w:t>О, яке ж воно й життє у домовині!&lt;br /&gt;</w:t>
        <w:br/>
        <w:t>Серце ниє у неволі на чужині;&lt;br /&gt;</w:t>
        <w:br/>
        <w:t>Думка вороном літає по Вкраїні,&lt;br /&gt;</w:t>
        <w:br/>
        <w:t>Кряче-плаче, покланяється родині,&lt;br /&gt;</w:t>
        <w:br/>
        <w:t>Та нема рятунку при лихій годині.</w:t>
      </w:r>
    </w:p>
    <w:p>
      <w:r>
        <w:br/>
        <w:t>Сорок їх сидить у башті без одного,&lt;br /&gt;</w:t>
        <w:br/>
        <w:t>Що коня в степу сідлали вороного,&lt;br /&gt;</w:t>
        <w:br/>
        <w:t>Не питаючись, не боячись нікого, —</w:t>
      </w:r>
    </w:p>
    <w:p>
      <w:r>
        <w:br/>
        <w:t>Тих, що бурею на море налітали,&lt;br /&gt;</w:t>
        <w:br/>
        <w:t>На лиман, мов стадо лебедів, спадали,&lt;br /&gt;</w:t>
        <w:br/>
        <w:t>Кого стріли, жакували-пліндрували,&lt;br /&gt;</w:t>
        <w:br/>
        <w:t>Супротивного у полі трупом клали,&lt;br /&gt;</w:t>
        <w:br/>
        <w:t>В Чорне море каменем німим метали.&lt;br /&gt;</w:t>
        <w:br/>
        <w:t>Не одну галеру на пожар пускали,&lt;br /&gt;</w:t>
        <w:br/>
        <w:t>Попелами берег не один вкривали,</w:t>
      </w:r>
    </w:p>
    <w:p>
      <w:r>
        <w:br/>
        <w:t>На невольницькі базари налітали,&lt;br /&gt;</w:t>
        <w:br/>
        <w:t>Козаків-братів з неволі визволяли,&lt;br /&gt;</w:t>
        <w:br/>
        <w:t>По Вкраїні рідній славою сіяли,&lt;br /&gt;</w:t>
        <w:br/>
        <w:t>Мов квітки в городі, пишно процвітали.</w:t>
      </w:r>
    </w:p>
    <w:p>
      <w:r>
        <w:br/>
        <w:t>* * *</w:t>
      </w:r>
    </w:p>
    <w:p>
      <w:r>
        <w:br/>
        <w:t>І понуро мовчать молодці низові чуприндири...&lt;br /&gt;</w:t>
        <w:br/>
        <w:t>Без одного сидить їх у башті десятків чотири...</w:t>
      </w:r>
    </w:p>
    <w:p>
      <w:r>
        <w:br/>
        <w:t>Вже від нужи облазили в хирних обірванців гирі,&lt;br /&gt;</w:t>
        <w:br/>
        <w:t>І в кулак, як мовляв той кобзар, з голоднечі трубили.</w:t>
      </w:r>
    </w:p>
    <w:p>
      <w:r>
        <w:br/>
        <w:t>ДУМА ТРЕТЯ</w:t>
      </w:r>
    </w:p>
    <w:p>
      <w:r>
        <w:br/>
        <w:t>У віконечко їм милосердна рука подавала&lt;br /&gt;</w:t>
        <w:br/>
        <w:t>Трохи хліба святого, а часом кришеник і сала.</w:t>
      </w:r>
    </w:p>
    <w:p>
      <w:r>
        <w:br/>
        <w:t>А про борщ в'язники, вже який в нім і смак, забували,&lt;br /&gt;</w:t>
        <w:br/>
        <w:t>Сировцем да потапцями душу гіркую питали.</w:t>
      </w:r>
    </w:p>
    <w:p>
      <w:r>
        <w:br/>
        <w:t>Повпивались кайдани бідахам і в ноги, і в руки;&lt;br /&gt;</w:t>
        <w:br/>
        <w:t>Дознають на прикові короткім страшенної муки.</w:t>
      </w:r>
    </w:p>
    <w:p>
      <w:r>
        <w:br/>
        <w:t>На соломі гнилій, мов той пес-волоцюга, лягають,&lt;br /&gt;</w:t>
        <w:br/>
        <w:t>Полягавши, сльозами один одного обливають,&lt;br /&gt;</w:t>
        <w:br/>
        <w:t>Україну простору та вольну, свій рай, споминають:</w:t>
      </w:r>
    </w:p>
    <w:p>
      <w:r>
        <w:br/>
        <w:t>"Ой ти, краю, наш раю! Ти сяєш степами-полями,&lt;br /&gt;</w:t>
        <w:br/>
        <w:t>Повбиравши степи та поля, мов стрічками, річками.</w:t>
      </w:r>
    </w:p>
    <w:p>
      <w:r>
        <w:br/>
        <w:t>Ой ти, Дніпре-Славуто, наш давній ти шляху козацький!&lt;br /&gt;</w:t>
        <w:br/>
        <w:t>Ізжили на тобі ми свій вік молодецький-юнацький.</w:t>
      </w:r>
    </w:p>
    <w:p>
      <w:r>
        <w:br/>
        <w:t>Наші предки в твоїх водах чистих святих охрестились,&lt;br /&gt;</w:t>
        <w:br/>
        <w:t>А діди у твоїх покаянних печерах молились,&lt;br /&gt;</w:t>
        <w:br/>
        <w:t>А батьки на тобі за козацькії вольності бились.</w:t>
      </w:r>
    </w:p>
    <w:p>
      <w:r>
        <w:br/>
        <w:t>Ой ти, Росе, пораднице наша! Ти, втіхо Росаво!&lt;br /&gt;</w:t>
        <w:br/>
        <w:t>Честе наша й поваго, велика козацькая славо!</w:t>
      </w:r>
    </w:p>
    <w:p>
      <w:r>
        <w:br/>
        <w:t>Ти, Суло наша, Сулице! Полем далеко гуляєш,&lt;br /&gt;</w:t>
        <w:br/>
        <w:t>Із Ромна та в Черкаси з тугенького лука стріляєш,&lt;br /&gt;</w:t>
        <w:br/>
        <w:t>Ненавидників наших лихих хоч не б'єш, то лякаєш.</w:t>
      </w:r>
    </w:p>
    <w:p>
      <w:r>
        <w:br/>
        <w:t>І ти, Ворскло, бабусенько люба; старенька, тихенька,&lt;br /&gt;</w:t>
        <w:br/>
        <w:t>Як щаслива дитина ясненька, як рай веселенька!</w:t>
      </w:r>
    </w:p>
    <w:p>
      <w:r>
        <w:br/>
        <w:t>І ти, Доне, наш брате, товаришу вірний в недолі,&lt;br /&gt;</w:t>
        <w:br/>
        <w:t>Пристановище певне старої козацької водії</w:t>
      </w:r>
    </w:p>
    <w:p>
      <w:r>
        <w:br/>
        <w:t>Воздихання та сльози гіркі ми до вас посилаєм,&lt;br /&gt;</w:t>
        <w:br/>
        <w:t>Як батьків, матірок, як сестриць-жалібниць, вас вітаєм:&lt;br /&gt;</w:t>
        <w:br/>
        <w:t>Ми щодня, щогодини й хвилини про вас пам'ятаєм.</w:t>
      </w:r>
    </w:p>
    <w:p>
      <w:r>
        <w:br/>
        <w:t>А ти, Мати козацька! Ти, Батьку козацький Великий!&lt;br /&gt;</w:t>
        <w:br/>
        <w:t>Процвітайте між людьми хвалою вовіки і віки,&lt;br /&gt;</w:t>
        <w:br/>
        <w:t>Щоб хилились до вас помічниці Дніпрові, всі ріки,&lt;br /&gt;</w:t>
        <w:br/>
        <w:t>Посилаючи борошно вам і з бочками горілки!</w:t>
      </w:r>
    </w:p>
    <w:p>
      <w:r>
        <w:br/>
        <w:t>Нам не їсти вже хліба у вас, горілок тих не пити,&lt;br /&gt;</w:t>
        <w:br/>
        <w:t>Споминаючи вас, тільки плакати гірко, тужити".</w:t>
      </w:r>
    </w:p>
    <w:p>
      <w:r>
        <w:br/>
        <w:t>* * *</w:t>
      </w:r>
    </w:p>
    <w:p>
      <w:r>
        <w:br/>
        <w:t>Так мовляли старі козаки, січові козарлюги,&lt;br /&gt;</w:t>
        <w:br/>
        <w:t>Молоді ж підіймали гуртом плач невольницький другий;</w:t>
      </w:r>
    </w:p>
    <w:p>
      <w:r>
        <w:br/>
        <w:t>"Ой чого нам було в козаки сі охочі ходити!&lt;br /&gt;</w:t>
        <w:br/>
        <w:t>Чи не лучче б нам хліб святий в полі на волі робити?</w:t>
      </w:r>
    </w:p>
    <w:p>
      <w:r>
        <w:br/>
        <w:t>Чи не лучче б нам волики, йдучи шляхом, поганяти,&lt;br /&gt;</w:t>
        <w:br/>
        <w:t>Поганяючи, співами степ або гай звеселяти?</w:t>
      </w:r>
    </w:p>
    <w:p>
      <w:r>
        <w:br/>
        <w:t>Сидимо, гинемо тут, ні будня, ні свята не знаєм,&lt;br /&gt;</w:t>
        <w:br/>
        <w:t>І про Бога, про образ його пресвятий забуваєм.</w:t>
      </w:r>
    </w:p>
    <w:p>
      <w:r>
        <w:br/>
        <w:t>Хоч би дав нам Господь уві сні святу церкву уздріти&lt;br /&gt;</w:t>
        <w:br/>
        <w:t>І в диму тім кадильному свічку йому засвітити,</w:t>
      </w:r>
    </w:p>
    <w:p>
      <w:r>
        <w:br/>
        <w:t>І забути, заснувши, сей смород страшенний, сю нужу,&lt;br /&gt;</w:t>
        <w:br/>
        <w:t>В головах ковтяхи, у ногах повсякденну калюжу.</w:t>
      </w:r>
    </w:p>
    <w:p>
      <w:r>
        <w:br/>
        <w:t>Ні, не сниться вам церква свята, образи з корогвами,&lt;br /&gt;</w:t>
        <w:br/>
        <w:t>І на сонечку дим золотий та пахущий клубками,</w:t>
      </w:r>
    </w:p>
    <w:p>
      <w:r>
        <w:br/>
        <w:t>І співаннє спасенне церковне з попівським читаннєм,&lt;br /&gt;</w:t>
        <w:br/>
        <w:t>І причастє велике, сумне і страшне з упованнєм.</w:t>
      </w:r>
    </w:p>
    <w:p>
      <w:r>
        <w:br/>
        <w:t>Сниться нам і вночі ланцюгів та кайдан брязкотаннє,&lt;br /&gt;</w:t>
        <w:br/>
        <w:t>Мов пекельний той плач і страшенне зубів скреготаннє.</w:t>
      </w:r>
    </w:p>
    <w:p>
      <w:r>
        <w:br/>
        <w:t>Сняться нам на залізних гаках безконечнії муки&lt;br /&gt;</w:t>
        <w:br/>
        <w:t>Та погибельний крик і жаданнє з душею розлуки.</w:t>
      </w:r>
    </w:p>
    <w:p>
      <w:r>
        <w:br/>
        <w:t>Завтра ти, наш гетьмане хоробрий, наш соколе, кажеш,&lt;br /&gt;</w:t>
        <w:br/>
        <w:t>Від меча беззаконного тут перед нами поляжеш.</w:t>
      </w:r>
    </w:p>
    <w:p>
      <w:r>
        <w:br/>
        <w:t>А ми будем щодня поодинцю над морем висіти,&lt;br /&gt;</w:t>
        <w:br/>
        <w:t>А зірвемся з гака, пси нас будуть терзати да їсти.</w:t>
      </w:r>
    </w:p>
    <w:p>
      <w:r>
        <w:br/>
        <w:t>О, тяжким ми гріхом, миле браттє, в чомусь провинили,&lt;br /&gt;</w:t>
        <w:br/>
        <w:t>Чи не тим, що в кабак охотніщ, ніж до церкви, ходили?</w:t>
      </w:r>
    </w:p>
    <w:p>
      <w:r>
        <w:br/>
        <w:t>Чи не тим, що попу на молебень шагом скуповали,&lt;br /&gt;</w:t>
        <w:br/>
        <w:t>А в шинку й таляра, мов шага, на медах пропивали?</w:t>
      </w:r>
    </w:p>
    <w:p>
      <w:r>
        <w:br/>
        <w:t>Чи не тим, що неділі святої в походах не штили&lt;br /&gt;</w:t>
        <w:br/>
        <w:t>І по п'ятницях бубни, цимбали по ринках водили?</w:t>
      </w:r>
    </w:p>
    <w:p>
      <w:r>
        <w:br/>
        <w:t>Може, тим, що отця, матір, сестер, братів зневажали,&lt;br /&gt;</w:t>
        <w:br/>
        <w:t>Проти церкви шапок через пинду дурну не здіймали&lt;br /&gt;</w:t>
        <w:br/>
        <w:t>І святого хреста на себе мимоходом не клали?</w:t>
      </w:r>
    </w:p>
    <w:p>
      <w:r>
        <w:br/>
        <w:t>Може, й тим, що сусід хліба-солі й худоби збавляли&lt;br /&gt;</w:t>
        <w:br/>
        <w:t>Старих жен і сивеньких дідів в груди стрем'ям штовхали,&lt;br /&gt;</w:t>
        <w:br/>
        <w:t>Немовляток-дітей серед гулиці кіньми топтали&lt;br /&gt;</w:t>
        <w:br/>
        <w:t>І з піском чисту кров неповинну, мов з жарту, мішали?</w:t>
      </w:r>
    </w:p>
    <w:p>
      <w:r>
        <w:br/>
        <w:t>Або й тим, либонь, браттє кохане, коли провинили,&lt;br /&gt;</w:t>
        <w:br/>
        <w:t>Що дівчат молодих та вродливих до себе манили,</w:t>
      </w:r>
    </w:p>
    <w:p>
      <w:r>
        <w:br/>
        <w:t>Заманивши, в ясир та в гареми орді продавали,&lt;br /&gt;</w:t>
        <w:br/>
        <w:t>Їх дівоцькою кров'ю сліпих кобзарів наповзли,&lt;br /&gt;</w:t>
        <w:br/>
        <w:t>По базарах під кобзи, під бубни й баси танцювали,&lt;br /&gt;</w:t>
        <w:br/>
        <w:t>Не горілку, ту кров неповинну лили-проливали,&lt;br /&gt;</w:t>
        <w:br/>
        <w:t>В горілчаних калюжах, в грязі гопака вибивали,&lt;br /&gt;</w:t>
        <w:br/>
        <w:t>Дорогі златоглави, саєти із жарту каляли.</w:t>
      </w:r>
    </w:p>
    <w:p>
      <w:r>
        <w:br/>
        <w:t>За те Бог милосердний тепер нас в неволі карає,&lt;br /&gt;</w:t>
        <w:br/>
        <w:t>Від гріхів нашу душу великих, тяжких очищає,&lt;br /&gt;</w:t>
        <w:br/>
        <w:t>Тихий рай безпечальний за муки страшні відчиняє".</w:t>
      </w:r>
    </w:p>
    <w:p>
      <w:r>
        <w:br/>
        <w:t>ДУМА ЧЕТВЕРТА</w:t>
      </w:r>
    </w:p>
    <w:p>
      <w:r>
        <w:br/>
        <w:t>Обізветься на се тихим гласом Левко: "Гей, панове!&lt;br /&gt;</w:t>
        <w:br/>
        <w:t>Ви — козацтво хоробре й палке, та, шкода, безголове.</w:t>
      </w:r>
    </w:p>
    <w:p>
      <w:r>
        <w:br/>
        <w:t>Вас попи та дяки напідпитку малого навчають,&lt;br /&gt;</w:t>
        <w:br/>
        <w:t>А великого вчити й на путь наставлять забувають.</w:t>
      </w:r>
    </w:p>
    <w:p>
      <w:r>
        <w:br/>
        <w:t>Мене Бог сподобив без попа й без дяка просвітитись&lt;br /&gt;</w:t>
        <w:br/>
        <w:t>І звичаїв козацьких без пляшки та чарки навчитись.</w:t>
      </w:r>
    </w:p>
    <w:p>
      <w:r>
        <w:br/>
        <w:t>Непитущого ви за гетьмана собі обібрали,&lt;br /&gt;</w:t>
        <w:br/>
        <w:t>Через п'янство ж своє у неволю погибельну впали.</w:t>
      </w:r>
    </w:p>
    <w:p>
      <w:r>
        <w:br/>
        <w:t>То я ваших гріхів на свій пай не беру й не приймаю:&lt;br /&gt;</w:t>
        <w:br/>
        <w:t>Через ваше безбожництво славу лицарську теряю.</w:t>
      </w:r>
    </w:p>
    <w:p>
      <w:r>
        <w:br/>
        <w:t>Коли б ви горілок у човнах од мене не таїли,&lt;br /&gt;</w:t>
        <w:br/>
        <w:t>По домівках тепер би в добрі та в шанобі сиділи.</w:t>
      </w:r>
    </w:p>
    <w:p>
      <w:r>
        <w:br/>
        <w:t>Не так гірко мені з молодими літами прощатись,&lt;br /&gt;</w:t>
        <w:br/>
        <w:t>Як в Петра Сагайдашного пентюхом з вами назватись.</w:t>
      </w:r>
    </w:p>
    <w:p>
      <w:r>
        <w:br/>
        <w:t>Вже ніхто з вас не вернеться в Січ і на славну Вкраїну&lt;br /&gt;</w:t>
        <w:br/>
        <w:t>І не скаже: "За те Кочубей у неволі загинув,</w:t>
      </w:r>
    </w:p>
    <w:p>
      <w:r>
        <w:br/>
        <w:t>Що не кидав п'яниць із чайок у безодню морськую:&lt;br /&gt;</w:t>
        <w:br/>
        <w:t>Через зраду гультяйську втеряв корогов золотую.</w:t>
      </w:r>
    </w:p>
    <w:p>
      <w:r>
        <w:br/>
        <w:t>І не кожен по страті в обитель Господню полине:&lt;br /&gt;</w:t>
        <w:br/>
        <w:t>Відопхне беззаконника Бог, в преісподню закине.</w:t>
      </w:r>
    </w:p>
    <w:p>
      <w:r>
        <w:br/>
        <w:t>Дак нехай він і в пеклі з'ясує, що в слові і ділі&lt;br /&gt;</w:t>
        <w:br/>
        <w:t>Був я честен, статечен, і плями не маю на тілі.</w:t>
      </w:r>
    </w:p>
    <w:p>
      <w:r>
        <w:br/>
        <w:t>Бо не знавсь із жіноцтвом дурним; полюбивши ж Марусю,&lt;br /&gt;</w:t>
        <w:br/>
        <w:t>Шанував її матір так, як би й рідненьку матусю, —</w:t>
      </w:r>
    </w:p>
    <w:p>
      <w:r>
        <w:br/>
        <w:t>Шанував так, як Січ: бо я роду між вами не маю...&lt;br /&gt;</w:t>
        <w:br/>
        <w:t>Кантемира ж невіру за брата собі не вважаю</w:t>
      </w:r>
    </w:p>
    <w:p>
      <w:r>
        <w:br/>
        <w:t>І не хочу з фурдиги й кайданів один слобонитись:&lt;br /&gt;</w:t>
        <w:br/>
        <w:t>З вами славен я був, з вами буду і смертю ділитись.</w:t>
      </w:r>
    </w:p>
    <w:p>
      <w:r>
        <w:br/>
        <w:t>Шанував я Марусину матір, панове, святую,&lt;br /&gt;</w:t>
        <w:br/>
        <w:t>То й не зводив з ума, не туманив дочку молодую.</w:t>
      </w:r>
    </w:p>
    <w:p>
      <w:r>
        <w:br/>
        <w:t>Я ні разу, панове, й за рученьки з нею не взявся:&lt;br /&gt;</w:t>
        <w:br/>
        <w:t>Мов зорею ясною на небі з землі любовався.</w:t>
      </w:r>
    </w:p>
    <w:p>
      <w:r>
        <w:br/>
        <w:t>До криниці, панове, ходив я щоранку світочком&lt;br /&gt;</w:t>
        <w:br/>
        <w:t>І втікав потай миру вишневим садочком.</w:t>
      </w:r>
    </w:p>
    <w:p>
      <w:r>
        <w:br/>
        <w:t>Перечувши ж тепер, що вона вже велика цариця,&lt;br /&gt;</w:t>
        <w:br/>
        <w:t>Моє серце страшенно болить, а душа веселиться.</w:t>
      </w:r>
    </w:p>
    <w:p>
      <w:r>
        <w:br/>
        <w:t>Бо течуть із царициних рук милосердія ріки,&lt;br /&gt;</w:t>
        <w:br/>
        <w:t>І Господь її душу за се не оставить вовіки.</w:t>
      </w:r>
    </w:p>
    <w:p>
      <w:r>
        <w:br/>
        <w:t>Я й на небі її не бажаю за рученьки брати,&lt;br /&gt;</w:t>
        <w:br/>
        <w:t>І в уста благодатні, зцілющі святі цілувати.</w:t>
      </w:r>
    </w:p>
    <w:p>
      <w:r>
        <w:br/>
        <w:t>Оддалік там на неї любовно я буду дивитись&lt;br /&gt;</w:t>
        <w:br/>
        <w:t>І коханнєм її перед Господом жизні хвалитись".</w:t>
      </w:r>
    </w:p>
    <w:p>
      <w:r>
        <w:br/>
        <w:t>ДУМА П'ЯТА</w:t>
      </w:r>
    </w:p>
    <w:p>
      <w:r>
        <w:br/>
        <w:t>По сій мові замки пудові у дверей забряжчали,&lt;br /&gt;</w:t>
        <w:br/>
        <w:t>І засови у кунах залізні, важкі завищали.</w:t>
      </w:r>
    </w:p>
    <w:p>
      <w:r>
        <w:br/>
        <w:t>І дві поли широких дубових дверей розчинились,&lt;br /&gt;</w:t>
        <w:br/>
        <w:t>На порозі два янголи з неба в сіянні з'явились.</w:t>
      </w:r>
    </w:p>
    <w:p>
      <w:r>
        <w:br/>
        <w:t>Бо сіяло у дверях, мов рай, по Босфору садами,&lt;br /&gt;</w:t>
        <w:br/>
        <w:t>Пречудовними баштами, золотом, склом, мармурами.</w:t>
      </w:r>
    </w:p>
    <w:p>
      <w:r>
        <w:br/>
        <w:t>Червоніло на заході сонце... Маруся й Заїра,&lt;br /&gt;</w:t>
        <w:br/>
        <w:t>Ся голубка в любові тиха, ся душа світлокрила,</w:t>
      </w:r>
    </w:p>
    <w:p>
      <w:r>
        <w:br/>
        <w:t>На козацьку біду та на нужду страшенну дивились&lt;br /&gt;</w:t>
        <w:br/>
        <w:t>І, вжахнувшись, одна до 'днієї плечем притулились.</w:t>
      </w:r>
    </w:p>
    <w:p>
      <w:r>
        <w:br/>
        <w:t>"Ой ви, бідні невольники! Як се ви й живі зостались,&lt;br /&gt;</w:t>
        <w:br/>
        <w:t>Що в таку превелику біду та в неволю попались?</w:t>
      </w:r>
    </w:p>
    <w:p>
      <w:r>
        <w:br/>
        <w:t>Я прийшла вам диханнє здорове та й очі віддати,&lt;br /&gt;</w:t>
        <w:br/>
        <w:t>Божий світ в благовонній красі й чистоті показати". —</w:t>
      </w:r>
    </w:p>
    <w:p>
      <w:r>
        <w:br/>
        <w:t>Так промовила, ронючи сльози, як жемчуг, Маруся.&lt;br /&gt;</w:t>
        <w:br/>
        <w:t>"О! Тепер я, — рече, — ні царів, ні катів не боюся". —</w:t>
      </w:r>
    </w:p>
    <w:p>
      <w:r>
        <w:br/>
        <w:t>"Хто ж єси ти, чудовна людино? Звідкіль ти взялася,&lt;br /&gt;</w:t>
        <w:br/>
        <w:t>Що нам сонцем, і світом, і раєм небесним здалася?"</w:t>
      </w:r>
    </w:p>
    <w:p>
      <w:r>
        <w:br/>
        <w:t>"Я Маруся, — рече, — Богуславка, коли ви чували,&lt;br /&gt;</w:t>
        <w:br/>
        <w:t>Що татаре в ясир, у полон, у неволю забрали".</w:t>
      </w:r>
    </w:p>
    <w:p>
      <w:r>
        <w:br/>
        <w:t>Затрусились невольники бідні з журби та з печалі&lt;br /&gt;</w:t>
        <w:br/>
        <w:t>І від туги тяжкої лицем до землі припадали.</w:t>
      </w:r>
    </w:p>
    <w:p>
      <w:r>
        <w:br/>
        <w:t>"О, бодай же, Марусю, ти щастя та долі не мала,&lt;br /&gt;</w:t>
        <w:br/>
        <w:t>Що ти нам царюваннє своє осяйне показала!" —</w:t>
      </w:r>
    </w:p>
    <w:p>
      <w:r>
        <w:br/>
        <w:t>"Ні, не лайте мене, земляки, не кленіть, не коріте,&lt;br /&gt;</w:t>
        <w:br/>
        <w:t>А за душу мою милосердного Бога моліте.</w:t>
      </w:r>
    </w:p>
    <w:p>
      <w:r>
        <w:br/>
        <w:t>Дарував мені цар ціле царство, та я не схотіла,&lt;br /&gt;</w:t>
        <w:br/>
        <w:t>У темницю до вас непорочними крильми летіла.</w:t>
      </w:r>
    </w:p>
    <w:p>
      <w:r>
        <w:br/>
        <w:t>Се у мене в руці царське берло, дивітесь, сіяє:&lt;br /&gt;</w:t>
        <w:br/>
        <w:t>Всіх людей під моє повеліннє воно нахиляє.</w:t>
      </w:r>
    </w:p>
    <w:p>
      <w:r>
        <w:br/>
        <w:t>Бо поїхав далеко на влови султан із башами,&lt;br /&gt;</w:t>
        <w:br/>
        <w:t>І до ранку владичиця я над землею й морями.</w:t>
      </w:r>
    </w:p>
    <w:p>
      <w:r>
        <w:br/>
        <w:t>Тріумфову галеру тобі, мій Левко, я дарую,&lt;br /&gt;</w:t>
        <w:br/>
        <w:t>Киндяки, златоглави, і утвар, і снасть дорогую.</w:t>
      </w:r>
    </w:p>
    <w:p>
      <w:r>
        <w:br/>
        <w:t>І невольників тих порозковуєш сам ти на морі,&lt;br /&gt;</w:t>
        <w:br/>
        <w:t>І звірюку ляха зоставляю на всій твоїй волі.</w:t>
      </w:r>
    </w:p>
    <w:p>
      <w:r>
        <w:br/>
        <w:t>У галеру червінців я безліч із скарбу набрала,&lt;br /&gt;</w:t>
        <w:br/>
        <w:t>Поставами без міри кармазину й сукон наклала,</w:t>
      </w:r>
    </w:p>
    <w:p>
      <w:r>
        <w:br/>
        <w:t>І габою турецькою добре звеліла прикрити,&lt;br /&gt;</w:t>
        <w:br/>
        <w:t>Щоб не вельми стамбульцям завидливі очі дражнити.</w:t>
      </w:r>
    </w:p>
    <w:p>
      <w:r>
        <w:br/>
        <w:t>Випливай, мій лебедику, з вітром попутним тихеньким,&lt;br /&gt;</w:t>
        <w:br/>
        <w:t>Уклонись там од мене всім людям поклоном низеньким".</w:t>
      </w:r>
    </w:p>
    <w:p>
      <w:r>
        <w:br/>
        <w:t>І волшебним жезлом, царським берлом, Маруся махнула&lt;br /&gt;</w:t>
        <w:br/>
        <w:t>І кайдани залізні з Левка, мов солому, струснула.</w:t>
      </w:r>
    </w:p>
    <w:p>
      <w:r>
        <w:br/>
        <w:t>Від кайдан Кочубей, мов приснилось йому, слобонився.&lt;br /&gt;</w:t>
        <w:br/>
        <w:t>На Марусин він лик, мов на образ чудовий, дивився.</w:t>
      </w:r>
    </w:p>
    <w:p>
      <w:r>
        <w:br/>
        <w:t>"Духу мій! — прорекла вона, зблідлій і зціпивши руки. —&lt;br /&gt;</w:t>
        <w:br/>
        <w:t>Наступила хвилина гіркої земної розлуки...</w:t>
      </w:r>
    </w:p>
    <w:p>
      <w:r>
        <w:br/>
        <w:t>Знай, ніколи тебе, о! Ніколи я так не любила,&lt;br /&gt;</w:t>
        <w:br/>
        <w:t>Як у нужді страшенній, в багні та в кайданах уздріла,</w:t>
      </w:r>
    </w:p>
    <w:p>
      <w:r>
        <w:br/>
        <w:t>Приступи, щоб у нас по Вкраїні та слава постала,&lt;br /&gt;</w:t>
        <w:br/>
        <w:t>Що велика цариця в уста козака цілувала!"</w:t>
      </w:r>
    </w:p>
    <w:p>
      <w:r>
        <w:br/>
        <w:t>Приступив та й упав на коліна, і серце замерло…&lt;br /&gt;</w:t>
        <w:br/>
        <w:t>Покотилось із рук у Марусі Османове берло.</w:t>
      </w:r>
    </w:p>
    <w:p>
      <w:r>
        <w:br/>
        <w:t>"З твоїх уст я п'ю смерть, — прорекла вона, — добре се знаю,&lt;br /&gt;</w:t>
        <w:br/>
        <w:t>І кончину мою поцілунком солодким вітах".</w:t>
      </w:r>
    </w:p>
    <w:p>
      <w:r>
        <w:br/>
        <w:t>І закрилась полою своєї царської порфіри,&lt;br /&gt;</w:t>
        <w:br/>
        <w:t>І побігла, покинувши берло в руках у Заїри.</w:t>
      </w:r>
    </w:p>
    <w:p>
      <w:r>
        <w:br/>
        <w:t>"О, спасибі ж тобі, похвало України велика,&lt;br /&gt;</w:t>
        <w:br/>
        <w:t>Що ти нас слобонила з сього бесурменського лиxa!"</w:t>
      </w:r>
    </w:p>
    <w:p>
      <w:r>
        <w:br/>
        <w:t>Козаки, стрепенувшись, як мурі ведмеді, казали&lt;br /&gt;</w:t>
        <w:br/>
        <w:t>І хрести величезні на себе, ридаючи, клали.</w:t>
      </w:r>
    </w:p>
    <w:p>
      <w:r>
        <w:br/>
        <w:t>"Хоть потурчилась ти ради лакомства й панства, небого,&lt;br /&gt;</w:t>
        <w:br/>
        <w:t>Та пісень по шинках, молитов по церквах буде много.</w:t>
      </w:r>
    </w:p>
    <w:p>
      <w:r>
        <w:br/>
        <w:t>Спасемо від гріхів ми гуртом твою душу убогу,&lt;br /&gt;</w:t>
        <w:br/>
        <w:t>А до турчина знайдемо луччу, тверезу дорогу".</w:t>
      </w:r>
    </w:p>
    <w:p>
      <w:r>
        <w:br/>
        <w:t>Обізветься Левко Кочубей, і гуде його голос,&lt;br /&gt;</w:t>
        <w:br/>
        <w:t>Мов той дзвін великодній, і зв'яв у комишників волос.</w:t>
      </w:r>
    </w:p>
    <w:p>
      <w:r>
        <w:br/>
        <w:t>"О сліпе ви бурлацтво! Не вам її душу спасати:&lt;br /&gt;</w:t>
        <w:br/>
        <w:t>Її жде на небі Пречиста Ісусова Мати.</w:t>
      </w:r>
    </w:p>
    <w:p>
      <w:r>
        <w:br/>
        <w:t>Ось галера блищить золота перед нами: рушаймо.&lt;br /&gt;</w:t>
        <w:br/>
        <w:t>І Марусину славу із роду та в рід передаймо".</w:t>
      </w:r>
    </w:p>
    <w:p>
      <w:r>
        <w:br/>
        <w:t>ДУМА ШОСТА</w:t>
      </w:r>
    </w:p>
    <w:p>
      <w:r>
        <w:br/>
        <w:t>Дивна чутка по Стамбулу,&lt;br /&gt;</w:t>
        <w:br/>
        <w:t>Дивна вість літає:&lt;br /&gt;</w:t>
        <w:br/>
        <w:t>Кантемир галеру в море&lt;br /&gt;</w:t>
        <w:br/>
        <w:t>Сам випроводжає!</w:t>
      </w:r>
    </w:p>
    <w:p>
      <w:r>
        <w:br/>
        <w:t>Тріумфову проводжає&lt;br /&gt;</w:t>
        <w:br/>
        <w:t>Пинду правовірних,&lt;br /&gt;</w:t>
        <w:br/>
        <w:t>І на ній із вітром грає&lt;br /&gt;</w:t>
        <w:br/>
        <w:t>Корогов невірних!</w:t>
      </w:r>
    </w:p>
    <w:p>
      <w:r>
        <w:br/>
        <w:t>І не хвиля на Босфорі&lt;br /&gt;</w:t>
        <w:br/>
        <w:t>Мармури змиває,&lt;br /&gt;</w:t>
        <w:br/>
        <w:t>Чадра чадру зустрічає,&lt;br /&gt;</w:t>
        <w:br/>
        <w:t>За руки хапає.</w:t>
      </w:r>
    </w:p>
    <w:p>
      <w:r>
        <w:br/>
        <w:t>І не вітер крутить хвилю,&lt;br /&gt;</w:t>
        <w:br/>
        <w:t>В кучері звиває:&lt;br /&gt;</w:t>
        <w:br/>
        <w:t>До чалми чалма белькоче,&lt;br /&gt;</w:t>
        <w:br/>
        <w:t>Стиха промовляє:</w:t>
      </w:r>
    </w:p>
    <w:p>
      <w:r>
        <w:br/>
        <w:t>"Кінець світу наступає:&lt;br /&gt;</w:t>
        <w:br/>
        <w:t>Серце-бо жіноче&lt;br /&gt;</w:t>
        <w:br/>
        <w:t>Всім Стамбулом повертав,&lt;br /&gt;</w:t>
        <w:br/>
        <w:t>Як само захоче.</w:t>
      </w:r>
    </w:p>
    <w:p>
      <w:r>
        <w:br/>
        <w:t>У руках в джавурів клятих&lt;br /&gt;</w:t>
        <w:br/>
        <w:t>Шабельки блискають.&lt;br /&gt;</w:t>
        <w:br/>
        <w:t>На наругу нам з гармати,&lt;br /&gt;</w:t>
        <w:br/>
        <w:t>Пливучи, гримають.</w:t>
      </w:r>
    </w:p>
    <w:p>
      <w:r>
        <w:br/>
        <w:t>І несе їх вітер буйний,&lt;br /&gt;</w:t>
        <w:br/>
        <w:t>Мов стрілу по морю,&lt;br /&gt;</w:t>
        <w:br/>
        <w:t>І співають гайдабури&lt;br /&gt;</w:t>
        <w:br/>
        <w:t>Про козацьку волю.</w:t>
      </w:r>
    </w:p>
    <w:p>
      <w:r>
        <w:br/>
        <w:t>Ні, не нам, не туркам править&lt;br /&gt;</w:t>
        <w:br/>
        <w:t>Світом сим широким:&lt;br /&gt;</w:t>
        <w:br/>
        <w:t>Переважила русинка&lt;br /&gt;</w:t>
        <w:br/>
        <w:t>Нас умом глибоким".</w:t>
      </w:r>
    </w:p>
    <w:p>
      <w:r>
        <w:br/>
        <w:t>Як народиться між ними&lt;br /&gt;</w:t>
        <w:br/>
        <w:t>Цар її удачі,&lt;br /&gt;</w:t>
        <w:br/>
        <w:t>Наш Восток не раз гіркими&lt;br /&gt;</w:t>
        <w:br/>
        <w:t>На морі заплаче.</w:t>
      </w:r>
    </w:p>
    <w:p>
      <w:r>
        <w:br/>
        <w:t>Як народиться ж цариця&lt;br /&gt;</w:t>
        <w:br/>
        <w:t>З розумом Марусі,&lt;br /&gt;</w:t>
        <w:br/>
        <w:t>Не одна тогді присниться&lt;br /&gt;</w:t>
        <w:br/>
        <w:t>Нам біда й на суші".</w:t>
      </w:r>
    </w:p>
    <w:p>
      <w:r>
        <w:br/>
        <w:t>ПІСНЯ ВОСЬМА</w:t>
      </w:r>
    </w:p>
    <w:p>
      <w:r>
        <w:br/>
        <w:t>ДУМА ПЕРВА</w:t>
      </w:r>
    </w:p>
    <w:p>
      <w:r>
        <w:br/>
        <w:t>І</w:t>
      </w:r>
    </w:p>
    <w:p>
      <w:r>
        <w:br/>
        <w:t>Горить лампада ярко, аж палає,&lt;br /&gt;</w:t>
        <w:br/>
        <w:t>Неугасима жертва, дар любові,&lt;br /&gt;</w:t>
        <w:br/>
        <w:t>Що й турчинові душу просвіщає.&lt;br /&gt;</w:t>
        <w:br/>
        <w:t>Дає високі мислі й козакові...&lt;br /&gt;</w:t>
        <w:br/>
        <w:t>Се чисте серце так горить-сіяє&lt;br /&gt;</w:t>
        <w:br/>
        <w:t>У мороці глибокім ізувірства,&lt;br /&gt;</w:t>
        <w:br/>
        <w:t>Що з Бога правди людям виробляє&lt;br /&gt;</w:t>
        <w:br/>
        <w:t>Чудовище ненависті да звірства.&lt;br /&gt;</w:t>
        <w:br/>
        <w:t>Ума й науки бич, корону суєвірства.</w:t>
      </w:r>
    </w:p>
    <w:p>
      <w:r>
        <w:br/>
        <w:t>ІІ</w:t>
      </w:r>
    </w:p>
    <w:p>
      <w:r>
        <w:br/>
        <w:t>Постила цілий день старенька мати,&lt;br /&gt;</w:t>
        <w:br/>
        <w:t>Крижем перед Пречистою лежала,&lt;br /&gt;</w:t>
        <w:br/>
        <w:t>Щоб непорочну трисвяту вблагати,&lt;br /&gt;</w:t>
        <w:br/>
        <w:t>Немов якого турка-яничара,&lt;br /&gt;</w:t>
        <w:br/>
        <w:t>Послать її дочці тиху кончину.&lt;br /&gt;</w:t>
        <w:br/>
        <w:t>"А на мене, стару, — рече, — всі муки,&lt;br /&gt;</w:t>
        <w:br/>
        <w:t>Що мали впасти на мою дитину,&lt;br /&gt;</w:t>
        <w:br/>
        <w:t>Перенеси — аж до душі розлуки...&lt;br /&gt;</w:t>
        <w:br/>
        <w:t>Нехай за доччину вину страшенно гину!</w:t>
      </w:r>
    </w:p>
    <w:p>
      <w:r>
        <w:br/>
        <w:t>ІІІ</w:t>
      </w:r>
    </w:p>
    <w:p>
      <w:r>
        <w:br/>
        <w:t>Нехай до Бога я, мов дим од жертви&lt;br /&gt;</w:t>
        <w:br/>
        <w:t>Кривавої, здіймусь і преблагого&lt;br /&gt;</w:t>
        <w:br/>
        <w:t>Умилосерджу, щоб сі кості мертві&lt;br /&gt;</w:t>
        <w:br/>
        <w:t>Воскресли для блаженства неземного,&lt;br /&gt;</w:t>
        <w:br/>
        <w:t>І вкупі з ним, вовіки незабутим,&lt;br /&gt;</w:t>
        <w:br/>
        <w:t>І бідною Марусею моєю&lt;br /&gt;</w:t>
        <w:br/>
        <w:t>В Твоїм чертозі святопресловутім&lt;br /&gt;</w:t>
        <w:br/>
        <w:t>Жили й цвіли щасливою сім'єю...&lt;br /&gt;</w:t>
        <w:br/>
        <w:t>О Боже! Не карай нас помстою твоєю!</w:t>
      </w:r>
    </w:p>
    <w:p>
      <w:r>
        <w:br/>
        <w:t>IV</w:t>
      </w:r>
    </w:p>
    <w:p>
      <w:r>
        <w:br/>
        <w:t>Се, може, нас біда за те постигла,&lt;br /&gt;</w:t>
        <w:br/>
        <w:t>Що я дочку в коханні покривала,&lt;br /&gt;</w:t>
        <w:br/>
        <w:t>її любов, мов немовля, пестила&lt;br /&gt;</w:t>
        <w:br/>
        <w:t>І рідним сином бесурменця звала.&lt;br /&gt;</w:t>
        <w:br/>
        <w:t>Чи, може, я Тобі не догодила,&lt;br /&gt;</w:t>
        <w:br/>
        <w:t>Що і в неділю дещицю робила, —&lt;br /&gt;</w:t>
        <w:br/>
        <w:t>Не кожну п'ятінку постом постила,&lt;br /&gt;</w:t>
        <w:br/>
        <w:t>Не кожне свято приносами штила...&lt;br /&gt;</w:t>
        <w:br/>
        <w:t>Ой, чи не тим же я дочку мою згубила!"</w:t>
      </w:r>
    </w:p>
    <w:p>
      <w:r>
        <w:br/>
        <w:t>V</w:t>
      </w:r>
    </w:p>
    <w:p>
      <w:r>
        <w:br/>
        <w:t>І, впавши ниць, хрестом стара лежала,&lt;br /&gt;</w:t>
        <w:br/>
        <w:t>Стогнала стиха, мов уже кінчилась,&lt;br /&gt;</w:t>
        <w:br/>
        <w:t>І, як листок осінній, трепетала:&lt;br /&gt;</w:t>
        <w:br/>
        <w:t>Бо їй Пречиста в омряці з'явилась.&lt;br /&gt;</w:t>
        <w:br/>
        <w:t>Мережаний божник зробивсь престолом;&lt;br /&gt;</w:t>
        <w:br/>
        <w:t>Божниця темна зорями окрилась,&lt;br /&gt;</w:t>
        <w:br/>
        <w:t>І янголи, злетівшись там собором,&lt;br /&gt;</w:t>
        <w:br/>
        <w:t>Співали, ніби архирейський крилас;&lt;br /&gt;</w:t>
        <w:br/>
        <w:t>А серед них якась людина засвітилась.</w:t>
      </w:r>
    </w:p>
    <w:p>
      <w:r>
        <w:br/>
        <w:t>VI</w:t>
      </w:r>
    </w:p>
    <w:p>
      <w:r>
        <w:br/>
        <w:t>О Боже! Се ж сіяв небесним світом&lt;br /&gt;</w:t>
        <w:br/>
        <w:t>Той, хто явив їй образ Твій пречистий.&lt;br /&gt;</w:t>
        <w:br/>
        <w:t>Як сонце праведне барвистим літом,&lt;br /&gt;</w:t>
        <w:br/>
        <w:t>Блищить на нім одежа снігом чистим.&lt;br /&gt;</w:t>
        <w:br/>
        <w:t>Возносить він молитву, мов кадило,&lt;br /&gt;</w:t>
        <w:br/>
        <w:t>І воздіяніє руку своєю творить...&lt;br /&gt;</w:t>
        <w:br/>
        <w:t>Ущухло все кругом і заніміло:&lt;br /&gt;</w:t>
        <w:br/>
        <w:t>Бо Пресвята, мов стиха грім, говорить:&lt;br /&gt;</w:t>
        <w:br/>
        <w:t>Тим, як листок, тремтить запостуване тіло.</w:t>
      </w:r>
    </w:p>
    <w:p>
      <w:r>
        <w:br/>
        <w:t>ДУМА ДРУГА</w:t>
      </w:r>
    </w:p>
    <w:p>
      <w:r>
        <w:br/>
        <w:t>І</w:t>
      </w:r>
    </w:p>
    <w:p>
      <w:r>
        <w:br/>
        <w:t>"Матусю, зіронько! — рече Маруся,&lt;br /&gt;</w:t>
        <w:br/>
        <w:t>До матері припавши головою. —&lt;br /&gt;</w:t>
        <w:br/>
        <w:t>Чого ви тремтите? Я не боюся&lt;br /&gt;</w:t>
        <w:br/>
        <w:t>Тепер і пекла, й сатани самого". —&lt;br /&gt;</w:t>
        <w:br/>
        <w:t>"О доню!.. — І встає мов з мертвих мати. —&lt;br /&gt;</w:t>
        <w:br/>
        <w:t>Я бачила святе, предивне диво...&lt;br /&gt;</w:t>
        <w:br/>
        <w:t>Не маю слова, щоб оповідати...&lt;br /&gt;</w:t>
        <w:br/>
        <w:t>Боюсь промовити що-небудь криво&lt;br /&gt;</w:t>
        <w:br/>
        <w:t>Про те, що прорекла Цариця милостива". —</w:t>
      </w:r>
    </w:p>
    <w:p>
      <w:r>
        <w:br/>
        <w:t>ІІ</w:t>
      </w:r>
    </w:p>
    <w:p>
      <w:r>
        <w:br/>
        <w:t>"Яка цариця?" —&lt;br /&gt;</w:t>
        <w:br/>
        <w:t>"Пресвята, пречиста&lt;br /&gt;</w:t>
        <w:br/>
        <w:t>І поки світу преблагословенна.&lt;br /&gt;</w:t>
        <w:br/>
        <w:t>Тепер уже в квітках тропа терниста;&lt;br /&gt;</w:t>
        <w:br/>
        <w:t>Тепер блищить, мов рай, темниця темна.&lt;br /&gt;</w:t>
        <w:br/>
        <w:t>Я бачила й його в вінці святому,&lt;br /&gt;</w:t>
        <w:br/>
        <w:t>Кому нема в мене іменування, —&lt;br /&gt;</w:t>
        <w:br/>
        <w:t>Отця твойого у житті земному...&lt;br /&gt;</w:t>
        <w:br/>
        <w:t>Сподобивсь він на небі царствування.&lt;br /&gt;</w:t>
        <w:br/>
        <w:t>О доню! Вже нема печалі й воздихання". —</w:t>
      </w:r>
    </w:p>
    <w:p>
      <w:r>
        <w:br/>
        <w:t>III</w:t>
      </w:r>
    </w:p>
    <w:p>
      <w:r>
        <w:br/>
        <w:t>"І не повинно бути!" —&lt;br /&gt;</w:t>
        <w:br/>
        <w:t>Чий се голос?&lt;br /&gt;</w:t>
        <w:br/>
        <w:t>Чи з-під землі, чи з неба?..&lt;br /&gt;</w:t>
        <w:br/>
        <w:t>Стуманіли&lt;br /&gt;</w:t>
        <w:br/>
        <w:t>Обидві, і заворушився волос&lt;br /&gt;</w:t>
        <w:br/>
        <w:t>В обох на голові, і поніміли...</w:t>
      </w:r>
    </w:p>
    <w:p>
      <w:r>
        <w:br/>
        <w:t>І незримою рукою&lt;br /&gt;</w:t>
        <w:br/>
        <w:t>Занавіс одкрилась;&lt;br /&gt;</w:t>
        <w:br/>
        <w:t>Мов зорею огняною&lt;br /&gt;</w:t>
        <w:br/>
        <w:t>Хата освітилась.</w:t>
      </w:r>
    </w:p>
    <w:p>
      <w:r>
        <w:br/>
        <w:t>Сонечко, мов жар, горіло,&lt;br /&gt;</w:t>
        <w:br/>
        <w:t>Жевріло над морем,&lt;br /&gt;</w:t>
        <w:br/>
        <w:t>Як надія в серці тихім&lt;br /&gt;</w:t>
        <w:br/>
        <w:t>Над бездонним горем.</w:t>
      </w:r>
    </w:p>
    <w:p>
      <w:r>
        <w:br/>
        <w:t>Освітило теплим світом&lt;br /&gt;</w:t>
        <w:br/>
        <w:t>Божники з богами,&lt;br /&gt;</w:t>
        <w:br/>
        <w:t>Що стояли під квітками&lt;br /&gt;</w:t>
        <w:br/>
        <w:t>Та під рушниками.</w:t>
      </w:r>
    </w:p>
    <w:p>
      <w:r>
        <w:br/>
        <w:t>А Пречиста в ту хвилину&lt;br /&gt;</w:t>
        <w:br/>
        <w:t>Як жива стояла,&lt;br /&gt;</w:t>
        <w:br/>
        <w:t>І дитину, мов картину,&lt;br /&gt;</w:t>
        <w:br/>
        <w:t>На руках держала, —</w:t>
      </w:r>
    </w:p>
    <w:p>
      <w:r>
        <w:br/>
        <w:t>Вірної любові й жизні&lt;br /&gt;</w:t>
        <w:br/>
        <w:t>Символ благодатній...&lt;br /&gt;</w:t>
        <w:br/>
        <w:t>Його й простий розуміє&lt;br /&gt;</w:t>
        <w:br/>
        <w:t>Серцем розум хатній.</w:t>
      </w:r>
    </w:p>
    <w:p>
      <w:r>
        <w:br/>
        <w:t>І в тім світі теплім, тихім,&lt;br /&gt;</w:t>
        <w:br/>
        <w:t>Що мов з неба лився,&lt;br /&gt;</w:t>
        <w:br/>
        <w:t>Вісник мира і утіхи&lt;br /&gt;</w:t>
        <w:br/>
        <w:t>Ангелом явився.</w:t>
      </w:r>
    </w:p>
    <w:p>
      <w:r>
        <w:br/>
        <w:t>Став і до Марусі руки&lt;br /&gt;</w:t>
        <w:br/>
        <w:t>Простирав, мов крила,&lt;br /&gt;</w:t>
        <w:br/>
        <w:t>І мовчав: сама за нього&lt;br /&gt;</w:t>
        <w:br/>
        <w:t>Постать говорила.</w:t>
      </w:r>
    </w:p>
    <w:p>
      <w:r>
        <w:br/>
        <w:t>І немовби їй молився,&lt;br /&gt;</w:t>
        <w:br/>
        <w:t>І немов журився:&lt;br /&gt;</w:t>
        <w:br/>
        <w:t>Бо до неї якось любо&lt;br /&gt;</w:t>
        <w:br/>
        <w:t>Стиха похилився...</w:t>
      </w:r>
    </w:p>
    <w:p>
      <w:r>
        <w:br/>
        <w:t>Се був той, хто дав їй берло&lt;br /&gt;</w:t>
        <w:br/>
        <w:t>Власті над військами,&lt;br /&gt;</w:t>
        <w:br/>
        <w:t>Над галерами, скарбами,&lt;br /&gt;</w:t>
        <w:br/>
        <w:t>Землями й морями, —</w:t>
      </w:r>
    </w:p>
    <w:p>
      <w:r>
        <w:br/>
        <w:t>Берло, жизні знак і смерті,&lt;br /&gt;</w:t>
        <w:br/>
        <w:t>Ключ, що відмикає&lt;br /&gt;</w:t>
        <w:br/>
        <w:t>Всі в'язниці і на волю&lt;br /&gt;</w:t>
        <w:br/>
        <w:t>В'язнів випускає.</w:t>
      </w:r>
    </w:p>
    <w:p>
      <w:r>
        <w:br/>
        <w:t>І взяла той ключ Маруся,&lt;br /&gt;</w:t>
        <w:br/>
        <w:t>І поцілувала,&lt;br /&gt;</w:t>
        <w:br/>
        <w:t>І з плачем цареві в ноги&lt;br /&gt;</w:t>
        <w:br/>
        <w:t>Мовчазна упала.</w:t>
      </w:r>
    </w:p>
    <w:p>
      <w:r>
        <w:br/>
        <w:t>Мовчазна, бо повна дяки&lt;br /&gt;</w:t>
        <w:br/>
        <w:t>За можбу велику,&lt;br /&gt;</w:t>
        <w:br/>
        <w:t>У неволі повертати&lt;br /&gt;</w:t>
        <w:br/>
        <w:t>Волю чоловіку...</w:t>
      </w:r>
    </w:p>
    <w:p>
      <w:r>
        <w:br/>
        <w:t>"Встань, свята, небесна діво! —&lt;br /&gt;</w:t>
        <w:br/>
        <w:t>Прорече він тихо. —&lt;br /&gt;</w:t>
        <w:br/>
        <w:t>Встань, сердець великих диво,&lt;br /&gt;</w:t>
        <w:br/>
        <w:t>Чистих душ утіхо!</w:t>
      </w:r>
    </w:p>
    <w:p>
      <w:r>
        <w:br/>
        <w:t>Я у тебе сей знак власті&lt;br /&gt;</w:t>
        <w:br/>
        <w:t>І можби зоставлю,&lt;br /&gt;</w:t>
        <w:br/>
        <w:t>І себе, мов той преславний&lt;br /&gt;</w:t>
        <w:br/>
        <w:t>Аль-Рашид 64, прославлю.</w:t>
      </w:r>
    </w:p>
    <w:p>
      <w:r>
        <w:br/>
        <w:t>Положи його, кохана,&lt;br /&gt;</w:t>
        <w:br/>
        <w:t>У ногах в богині,&lt;br /&gt;</w:t>
        <w:br/>
        <w:t>Що твій розум осіяла,&lt;br /&gt;</w:t>
        <w:br/>
        <w:t>На чужій чужині.</w:t>
      </w:r>
    </w:p>
    <w:p>
      <w:r>
        <w:br/>
        <w:t>І нехай дива він творить,&lt;br /&gt;</w:t>
        <w:br/>
        <w:t>Тюрми відчиняє,&lt;br /&gt;</w:t>
        <w:br/>
        <w:t>Про мій дух тобі говорить&lt;br /&gt;</w:t>
        <w:br/>
        <w:t>І напоминає". —</w:t>
      </w:r>
    </w:p>
    <w:p>
      <w:r>
        <w:br/>
        <w:t>"О грозо і каро миру! —&lt;br /&gt;</w:t>
        <w:br/>
        <w:t>П рорекла Маруся. —&lt;br /&gt;</w:t>
        <w:br/>
        <w:t>Я тобі сказати тиру&lt;br /&gt;</w:t>
        <w:br/>
        <w:t>Правду не боюся.</w:t>
      </w:r>
    </w:p>
    <w:p>
      <w:r>
        <w:br/>
        <w:t>Смерть мою я, царю, знала,&lt;br /&gt;</w:t>
        <w:br/>
        <w:t>Знала, що робила:&lt;br /&gt;</w:t>
        <w:br/>
        <w:t>Я його поцілувала,&lt;br /&gt;</w:t>
        <w:br/>
        <w:t>Бо й люблю, й любила.</w:t>
      </w:r>
    </w:p>
    <w:p>
      <w:r>
        <w:br/>
        <w:t>І люблю, й любити буду&lt;br /&gt;</w:t>
        <w:br/>
        <w:t>Над усяку душу:&lt;br /&gt;</w:t>
        <w:br/>
        <w:t>Покіль серце б'ється в грудях,&lt;br /&gt;</w:t>
        <w:br/>
        <w:t>Перестать не мушу!"</w:t>
      </w:r>
    </w:p>
    <w:p>
      <w:r>
        <w:br/>
        <w:t>Осміхнеться цар: "Кохана!&lt;br /&gt;</w:t>
        <w:br/>
        <w:t>Ти мене не знаєш,&lt;br /&gt;</w:t>
        <w:br/>
        <w:t>І к о з а ц ь к о ю султана&lt;br /&gt;</w:t>
        <w:br/>
        <w:t>Лютостю сповняєш.</w:t>
      </w:r>
    </w:p>
    <w:p>
      <w:r>
        <w:br/>
        <w:t>Тільки помисли від мене&lt;br /&gt;</w:t>
        <w:br/>
        <w:t>У серцях закриті:&lt;br /&gt;</w:t>
        <w:br/>
        <w:t>Я все добре і мерзенне&lt;br /&gt;</w:t>
        <w:br/>
        <w:t>Знаю скрізь по світі.</w:t>
      </w:r>
    </w:p>
    <w:p>
      <w:r>
        <w:br/>
        <w:t>Щирого й єхиду знаю,&lt;br /&gt;</w:t>
        <w:br/>
        <w:t>Друга й супостата&lt;br /&gt;</w:t>
        <w:br/>
        <w:t>І на всяку кривду маю&lt;br /&gt;</w:t>
        <w:br/>
        <w:t>І суддю, і ката.</w:t>
      </w:r>
    </w:p>
    <w:p>
      <w:r>
        <w:br/>
        <w:t>Се ж не кривду ти вчинила".&lt;br /&gt;</w:t>
        <w:br/>
        <w:t>О ти наш великий!&lt;br /&gt;</w:t>
        <w:br/>
        <w:t>Дай нам правдою Твоєю&lt;br /&gt;</w:t>
        <w:br/>
        <w:t>Дихати вовіки!</w:t>
      </w:r>
    </w:p>
    <w:p>
      <w:r>
        <w:br/>
        <w:t>Ти його тогді любила,&lt;br /&gt;</w:t>
        <w:br/>
        <w:t>Як мене й не взріла...&lt;br /&gt;</w:t>
        <w:br/>
        <w:t>За його любов ти царства&lt;br /&gt;</w:t>
        <w:br/>
        <w:t>Взяти не схотіла.</w:t>
      </w:r>
    </w:p>
    <w:p>
      <w:r>
        <w:br/>
        <w:t>Чи мені ж тебе карате,&lt;br /&gt;</w:t>
        <w:br/>
        <w:t>Ясноока зоре,&lt;br /&gt;</w:t>
        <w:br/>
        <w:t>Діво, повна благодаті,&lt;br /&gt;</w:t>
        <w:br/>
        <w:t>Правди й честі море!</w:t>
      </w:r>
    </w:p>
    <w:p>
      <w:r>
        <w:br/>
        <w:t>Дай мені на тебе серцем&lt;br /&gt;</w:t>
        <w:br/>
        <w:t>Праведним дивитись,&lt;br /&gt;</w:t>
        <w:br/>
        <w:t>Образом твоїм небесним,&lt;br /&gt;</w:t>
        <w:br/>
        <w:t>Тільки веселитись!"</w:t>
      </w:r>
    </w:p>
    <w:p>
      <w:r>
        <w:br/>
        <w:t>Ще цареві не діймає&lt;br /&gt;</w:t>
        <w:br/>
        <w:t>Українка віри,&lt;br /&gt;</w:t>
        <w:br/>
        <w:t>Думку думкою впиняє,&lt;br /&gt;</w:t>
        <w:br/>
        <w:t>Каже до невіри:</w:t>
      </w:r>
    </w:p>
    <w:p>
      <w:r>
        <w:br/>
        <w:t>"Я в галеру тріумфову&lt;br /&gt;</w:t>
        <w:br/>
        <w:t>Золота поклала&lt;br /&gt;</w:t>
        <w:br/>
        <w:t>І йому, мов ту полову,&lt;br /&gt;</w:t>
        <w:br/>
        <w:t>Все подарувала". —</w:t>
      </w:r>
    </w:p>
    <w:p>
      <w:r>
        <w:br/>
        <w:t>"Коли б ти в моєму домі&lt;br /&gt;</w:t>
        <w:br/>
        <w:t>Всі скарби забрала&lt;br /&gt;</w:t>
        <w:br/>
        <w:t>І на спомин козакові&lt;br /&gt;</w:t>
        <w:br/>
        <w:t>Їх подарувала;</w:t>
      </w:r>
    </w:p>
    <w:p>
      <w:r>
        <w:br/>
        <w:t>Коли б царство все забрала&lt;br /&gt;</w:t>
        <w:br/>
        <w:t>З землями, морями,&lt;br /&gt;</w:t>
        <w:br/>
        <w:t>І Стамбул попаювала&lt;br /&gt;</w:t>
        <w:br/>
        <w:t>Проміж козаками,</w:t>
      </w:r>
    </w:p>
    <w:p>
      <w:r>
        <w:br/>
        <w:t>А зо мною стала жити&lt;br /&gt;</w:t>
        <w:br/>
        <w:t>У мужичій хаті, —&lt;br /&gt;</w:t>
        <w:br/>
        <w:t>Не схотів би я й гледіти&lt;br /&gt;</w:t>
        <w:br/>
        <w:t>На царські палати.</w:t>
      </w:r>
    </w:p>
    <w:p>
      <w:r>
        <w:br/>
        <w:t>Моя зоре, моя доле!&lt;br /&gt;</w:t>
        <w:br/>
        <w:t>Відай щиру правду:&lt;br /&gt;</w:t>
        <w:br/>
        <w:t>Ми держали з Кантемиром&lt;br /&gt;</w:t>
        <w:br/>
        <w:t>Таємничу раду,</w:t>
      </w:r>
    </w:p>
    <w:p>
      <w:r>
        <w:br/>
        <w:t>І звелів я в таємничій&lt;br /&gt;</w:t>
        <w:br/>
        <w:t>Раді Кантемиру,&lt;br /&gt;</w:t>
        <w:br/>
        <w:t>Щоб він, так як ти б хотіла,&lt;br /&gt;</w:t>
        <w:br/>
        <w:t>Обманив Заїру.</w:t>
      </w:r>
    </w:p>
    <w:p>
      <w:r>
        <w:br/>
        <w:t>Заслужив козак твій смерті,&lt;br /&gt;</w:t>
        <w:br/>
        <w:t>Но його скарати&lt;br /&gt;</w:t>
        <w:br/>
        <w:t>Се було б найкраще в світі&lt;br /&gt;</w:t>
        <w:br/>
        <w:t>Серце розтерзати.</w:t>
      </w:r>
    </w:p>
    <w:p>
      <w:r>
        <w:br/>
        <w:t>Ні, Осман твоїм великим&lt;br /&gt;</w:t>
        <w:br/>
        <w:t>Саном не жартує:&lt;br /&gt;</w:t>
        <w:br/>
        <w:t>П о л о в и н у власті й сили&lt;br /&gt;</w:t>
        <w:br/>
        <w:t>Він тобі дарує.</w:t>
      </w:r>
    </w:p>
    <w:p>
      <w:r>
        <w:br/>
        <w:t>Ти чинила, що хотіла,&lt;br /&gt;</w:t>
        <w:br/>
        <w:t>Як верховна сила,&lt;br /&gt;</w:t>
        <w:br/>
        <w:t>І мені дарами тими&lt;br /&gt;</w:t>
        <w:br/>
        <w:t>Духа веселила". —</w:t>
      </w:r>
    </w:p>
    <w:p>
      <w:r>
        <w:br/>
        <w:t>"Знай же й ти, великий царю,&lt;br /&gt;</w:t>
        <w:br/>
        <w:t>Щиру й повну правду...&lt;br /&gt;</w:t>
        <w:br/>
        <w:t>Не прийми сього за зраду&lt;br /&gt;</w:t>
        <w:br/>
        <w:t>Ні в тяжку досаду:</w:t>
      </w:r>
    </w:p>
    <w:p>
      <w:r>
        <w:br/>
        <w:t>Коли б хто мені корони,&lt;br /&gt;</w:t>
        <w:br/>
        <w:t>І царськії трони,&lt;br /&gt;</w:t>
        <w:br/>
        <w:t>І всі берла, і всі перла,&lt;br /&gt;</w:t>
        <w:br/>
        <w:t>І всі міліони,</w:t>
      </w:r>
    </w:p>
    <w:p>
      <w:r>
        <w:br/>
        <w:t>Міліони міліонів&lt;br /&gt;</w:t>
        <w:br/>
        <w:t>Дав із рук у руки, —&lt;br /&gt;</w:t>
        <w:br/>
        <w:t>Не взяла б я під умову&lt;br /&gt;</w:t>
        <w:br/>
        <w:t>З любленим розлуки.</w:t>
      </w:r>
    </w:p>
    <w:p>
      <w:r>
        <w:br/>
        <w:t>У гіркій, мізерній долі&lt;br /&gt;</w:t>
        <w:br/>
        <w:t>З ним воліла б жити,&lt;br /&gt;</w:t>
        <w:br/>
        <w:t>Ніж на пишному престолі&lt;br /&gt;</w:t>
        <w:br/>
        <w:t>Над царми сидіти". —</w:t>
      </w:r>
    </w:p>
    <w:p>
      <w:r>
        <w:br/>
        <w:t>"Ой, мій царю, ти правдивий! —&lt;br /&gt;</w:t>
        <w:br/>
        <w:t>Прорече тут мати. —&lt;br /&gt;</w:t>
        <w:br/>
        <w:t>Нехай світить Божа правда&lt;br /&gt;</w:t>
        <w:br/>
        <w:t>На твої палати!</w:t>
      </w:r>
    </w:p>
    <w:p>
      <w:r>
        <w:br/>
        <w:t>І нехай тебе наставить,&lt;br /&gt;</w:t>
        <w:br/>
        <w:t>Як у світі жити:&lt;br /&gt;</w:t>
        <w:br/>
        <w:t>Що любові ні купити,&lt;br /&gt;</w:t>
        <w:br/>
        <w:t>Ані заслужити.</w:t>
      </w:r>
    </w:p>
    <w:p>
      <w:r>
        <w:br/>
        <w:t>Бо за гроші — всі розкоші,&lt;br /&gt;</w:t>
        <w:br/>
        <w:t>За труда — награда,&lt;br /&gt;</w:t>
        <w:br/>
        <w:t>А любов... Із нею й жити,&lt;br /&gt;</w:t>
        <w:br/>
        <w:t>І вмирать одрада.</w:t>
      </w:r>
    </w:p>
    <w:p>
      <w:r>
        <w:br/>
        <w:t>Ся велика Божа тайна&lt;br /&gt;</w:t>
        <w:br/>
        <w:t>Цілим світом править&lt;br /&gt;</w:t>
        <w:br/>
        <w:t>І турецького султана&lt;br /&gt;</w:t>
        <w:br/>
        <w:t>Рівно з нами славить.</w:t>
      </w:r>
    </w:p>
    <w:p>
      <w:r>
        <w:br/>
        <w:t>Зрозумій сю тайну, царю,&lt;br /&gt;</w:t>
        <w:br/>
        <w:t>Серця глибинею:&lt;br /&gt;</w:t>
        <w:br/>
        <w:t>Розлучися, не лицяйся&lt;br /&gt;</w:t>
        <w:br/>
        <w:t>З донею моєю.</w:t>
      </w:r>
    </w:p>
    <w:p>
      <w:r>
        <w:br/>
        <w:t>Нехай любить непорочна,&lt;br /&gt;</w:t>
        <w:br/>
        <w:t>Кого серце каже,&lt;br /&gt;</w:t>
        <w:br/>
        <w:t>З ким її рука Господня&lt;br /&gt;</w:t>
        <w:br/>
        <w:t>Без примусу в'яже!" —</w:t>
      </w:r>
    </w:p>
    <w:p>
      <w:r>
        <w:br/>
        <w:t>"Щира правда! Ти сердечна&lt;br /&gt;</w:t>
        <w:br/>
        <w:t>І розумна мати:&lt;br /&gt;</w:t>
        <w:br/>
        <w:t>Мова в тебе чоловічна,&lt;br /&gt;</w:t>
        <w:br/>
        <w:t>Повна благодати.</w:t>
      </w:r>
    </w:p>
    <w:p>
      <w:r>
        <w:br/>
        <w:t>Знай же: волею моєю&lt;br /&gt;</w:t>
        <w:br/>
        <w:t>Править інша воля.&lt;br /&gt;</w:t>
        <w:br/>
        <w:t>І з дочкою в нас твоєю&lt;br /&gt;</w:t>
        <w:br/>
        <w:t>Нероздільна доля.</w:t>
      </w:r>
    </w:p>
    <w:p>
      <w:r>
        <w:br/>
        <w:t>В людські душі ще за предків&lt;br /&gt;</w:t>
        <w:br/>
        <w:t>Два духа вселились&lt;br /&gt;</w:t>
        <w:br/>
        <w:t>І владиками сердець їх&lt;br /&gt;</w:t>
        <w:br/>
        <w:t>Тайними вчинились:</w:t>
      </w:r>
    </w:p>
    <w:p>
      <w:r>
        <w:br/>
        <w:t>Дух любові і дух злоби,&lt;br /&gt;</w:t>
        <w:br/>
        <w:t>Правди і неправди,&lt;br /&gt;</w:t>
        <w:br/>
        <w:t>Дух прихильності благої&lt;br /&gt;</w:t>
        <w:br/>
        <w:t>І дух ниций зради.</w:t>
      </w:r>
    </w:p>
    <w:p>
      <w:r>
        <w:br/>
        <w:t>Один хоче по всіх землях&lt;br /&gt;</w:t>
        <w:br/>
        <w:t>Світло засвітити,&lt;br /&gt;</w:t>
        <w:br/>
        <w:t>Всі народи, ніби сім'ї,&lt;br /&gt;</w:t>
        <w:br/>
        <w:t>Рідними зробити.</w:t>
      </w:r>
    </w:p>
    <w:p>
      <w:r>
        <w:br/>
        <w:t>Другий хоче мраком ночі&lt;br /&gt;</w:t>
        <w:br/>
        <w:t>Божий світ окрити,&lt;br /&gt;</w:t>
        <w:br/>
        <w:t>Посліпити людям очі,&lt;br /&gt;</w:t>
        <w:br/>
        <w:t>Душі показити.</w:t>
      </w:r>
    </w:p>
    <w:p>
      <w:r>
        <w:br/>
        <w:t>І бере дух злоби дикий&lt;br /&gt;</w:t>
        <w:br/>
        <w:t>Гору над любов'ю,&lt;br /&gt;</w:t>
        <w:br/>
        <w:t>І ввесь Божий світ великий&lt;br /&gt;</w:t>
        <w:br/>
        <w:t>Заливає кров'ю.</w:t>
      </w:r>
    </w:p>
    <w:p>
      <w:r>
        <w:br/>
        <w:t>І воює, і руйнує&lt;br /&gt;</w:t>
        <w:br/>
        <w:t>Всюди духа правди,&lt;br /&gt;</w:t>
        <w:br/>
        <w:t>І нема людському серцю&lt;br /&gt;</w:t>
        <w:br/>
        <w:t>Між людьми відради.</w:t>
      </w:r>
    </w:p>
    <w:p>
      <w:r>
        <w:br/>
        <w:t>Я одну відраду маю,&lt;br /&gt;</w:t>
        <w:br/>
        <w:t>Що меча стискаю, ,&lt;br /&gt;</w:t>
        <w:br/>
        <w:t>Світ широкий озираю&lt;br /&gt;</w:t>
        <w:br/>
        <w:t>І за лжу караю.</w:t>
      </w:r>
    </w:p>
    <w:p>
      <w:r>
        <w:br/>
        <w:t>Сим мечем я покарати&lt;br /&gt;</w:t>
        <w:br/>
        <w:t>Хочу в Римі папу,&lt;br /&gt;</w:t>
        <w:br/>
        <w:t>Що криваву простягати&lt;br /&gt;</w:t>
        <w:br/>
        <w:t>Звик по світу лапу.</w:t>
      </w:r>
    </w:p>
    <w:p>
      <w:r>
        <w:br/>
        <w:t>І найперш усього вдарю&lt;br /&gt;</w:t>
        <w:br/>
        <w:t>В передмур'є церкви,&lt;br /&gt;</w:t>
        <w:br/>
        <w:t>Баламутниці народів,&lt;br /&gt;</w:t>
        <w:br/>
        <w:t>За живих і мертвих, —</w:t>
      </w:r>
    </w:p>
    <w:p>
      <w:r>
        <w:br/>
        <w:t>В передмур'є, де руками&lt;br /&gt;</w:t>
        <w:br/>
        <w:t>Русь ляхові служить"&lt;br /&gt;</w:t>
        <w:br/>
        <w:t>З єзуїтами ксьондзами&lt;br /&gt;</w:t>
        <w:br/>
        <w:t>Накладає-дружить.</w:t>
      </w:r>
    </w:p>
    <w:p>
      <w:r>
        <w:br/>
        <w:t>Ми чотири вже столиці&lt;br /&gt;</w:t>
        <w:br/>
        <w:t>Взяли в християнства,&lt;br /&gt;</w:t>
        <w:br/>
        <w:t>В ницого сього ублюдка&lt;br /&gt;</w:t>
        <w:br/>
        <w:t>Древнього поганства,</w:t>
      </w:r>
    </w:p>
    <w:p>
      <w:r>
        <w:br/>
        <w:t>Що своїм кощунством в Римі&lt;br /&gt;</w:t>
        <w:br/>
        <w:t>Вірі в Бога шкодить&lt;br /&gt;</w:t>
        <w:br/>
        <w:t>І гарем в Єрусалимі&lt;br /&gt;</w:t>
        <w:br/>
        <w:t>Для прочан заводить *.</w:t>
      </w:r>
    </w:p>
    <w:p>
      <w:r>
        <w:br/>
        <w:t>Гроб замученого Бога 65&lt;br /&gt;</w:t>
        <w:br/>
        <w:t>Кров'ю обливає,&lt;br /&gt;</w:t>
        <w:br/>
        <w:t>Чистоту його чертога&lt;br /&gt;</w:t>
        <w:br/>
        <w:t>Торгом оскверняє.</w:t>
      </w:r>
    </w:p>
    <w:p>
      <w:r>
        <w:br/>
        <w:t>А я п'яту завоюю,&lt;br /&gt;</w:t>
        <w:br/>
        <w:t>Як ляха зруйную,&lt;br /&gt;</w:t>
        <w:br/>
        <w:t>І тобі, царице люба,&lt;br /&gt;</w:t>
        <w:br/>
        <w:t>Київ подарую.</w:t>
      </w:r>
    </w:p>
    <w:p>
      <w:r>
        <w:br/>
        <w:t>Слухай же, моя надіє,&lt;br /&gt;</w:t>
        <w:br/>
        <w:t>Правди чисте око!&lt;br /&gt;</w:t>
        <w:br/>
        <w:t>Зазирни Осману в душу&lt;br /&gt;</w:t>
        <w:br/>
        <w:t>Розумом глибоко.</w:t>
      </w:r>
    </w:p>
    <w:p>
      <w:r>
        <w:br/>
        <w:t>Зваж обох нас духом щирим,&lt;br /&gt;</w:t>
        <w:br/>
        <w:t>Серцем дивом дивним:&lt;br /&gt;</w:t>
        <w:br/>
        <w:t>Від кого добра постане&lt;br /&gt;</w:t>
        <w:br/>
        <w:t>Більше нещасливим, —</w:t>
      </w:r>
    </w:p>
    <w:p>
      <w:r>
        <w:br/>
        <w:t>Тим, що в тьмі сидять і в сіні&lt;br /&gt;</w:t>
        <w:br/>
        <w:t>Смертній погибають,&lt;br /&gt;</w:t>
        <w:br/>
        <w:t>Ні впокою на Вкраїні,&lt;br /&gt;</w:t>
        <w:br/>
        <w:t>Ні пуття не мають.</w:t>
      </w:r>
    </w:p>
    <w:p>
      <w:r>
        <w:br/>
        <w:t>Я в твоїх руках престольну&lt;br /&gt;</w:t>
        <w:br/>
        <w:t>Цеху зоставляю:&lt;br /&gt;</w:t>
        <w:br/>
        <w:t>І тебе, царицю вольну,&lt;br /&gt;</w:t>
        <w:br/>
        <w:t>Чтить повеліваю.</w:t>
      </w:r>
    </w:p>
    <w:p>
      <w:r>
        <w:br/>
        <w:t>Вже одна в нас Роксоляна&lt;br /&gt;</w:t>
        <w:br/>
        <w:t>Розумом світила,&lt;br /&gt;</w:t>
        <w:br/>
        <w:t>Мого предка Солимана 66&lt;br /&gt;</w:t>
        <w:br/>
        <w:t>Над усе любила.</w:t>
      </w:r>
    </w:p>
    <w:p>
      <w:r>
        <w:br/>
        <w:t>Полюби мене за душу,&lt;br /&gt;</w:t>
        <w:br/>
        <w:t>Що жадає правди:&lt;br /&gt;</w:t>
        <w:br/>
        <w:t>В тебе я шукати мушу&lt;br /&gt;</w:t>
        <w:br/>
        <w:t>Щирої поради.</w:t>
      </w:r>
    </w:p>
    <w:p>
      <w:r>
        <w:br/>
        <w:t>Я з усіх до тебе земель&lt;br /&gt;</w:t>
        <w:br/>
        <w:t>Буду посилати&lt;br /&gt;</w:t>
        <w:br/>
        <w:t>На поклон посли з їх почтом&lt;br /&gt;</w:t>
        <w:br/>
        <w:t>У твої палати.</w:t>
      </w:r>
    </w:p>
    <w:p>
      <w:r>
        <w:br/>
        <w:t>Розпитайте в них обидві,&lt;br /&gt;</w:t>
        <w:br/>
        <w:t>Де які звичаї,&lt;br /&gt;</w:t>
        <w:br/>
        <w:t>Де такі видали злидні,&lt;br /&gt;</w:t>
        <w:br/>
        <w:t>Як у вашім краї.</w:t>
      </w:r>
    </w:p>
    <w:p>
      <w:r>
        <w:br/>
        <w:t>Де таке видали п'янство,&lt;br /&gt;</w:t>
        <w:br/>
        <w:t>Дике грубіянство,&lt;br /&gt;</w:t>
        <w:br/>
        <w:t>Всегубительне козацпво,&lt;br /&gt;</w:t>
        <w:br/>
        <w:t>Люте гайдамацтво?</w:t>
      </w:r>
    </w:p>
    <w:p>
      <w:r>
        <w:br/>
        <w:t>Ти людей між ними знайдеш,&lt;br /&gt;</w:t>
        <w:br/>
        <w:t>Що світ облітали,&lt;br /&gt;</w:t>
        <w:br/>
        <w:t>Навкруги землі дорогу&lt;br /&gt;</w:t>
        <w:br/>
        <w:t>По морю верстали.</w:t>
      </w:r>
    </w:p>
    <w:p>
      <w:r>
        <w:br/>
        <w:t>Може, й інше станеш мислить&lt;br /&gt;</w:t>
        <w:br/>
        <w:t>Про свою країну&lt;br /&gt;</w:t>
        <w:br/>
        <w:t>І не рай побачиш дома,&lt;br /&gt;</w:t>
        <w:br/>
        <w:t>А страшну руїну.</w:t>
      </w:r>
    </w:p>
    <w:p>
      <w:r>
        <w:br/>
        <w:t>Може, так як я, побачиш,&lt;br /&gt;</w:t>
        <w:br/>
        <w:t>Хто ваш край пліндрує&lt;br /&gt;</w:t>
        <w:br/>
        <w:t>І татарськими руками&lt;br /&gt;</w:t>
        <w:br/>
        <w:t>Рік у рік руйнує,</w:t>
      </w:r>
    </w:p>
    <w:p>
      <w:r>
        <w:br/>
        <w:t>Бо піснями хижу здобич&lt;br /&gt;</w:t>
        <w:br/>
        <w:t>Славить-вихваляє,&lt;br /&gt;</w:t>
        <w:br/>
        <w:t>По старих нові нещастя&lt;br /&gt;</w:t>
        <w:br/>
        <w:t>В селах засіває.</w:t>
      </w:r>
    </w:p>
    <w:p>
      <w:r>
        <w:br/>
        <w:t>Ще ти по світу, серденько,&lt;br /&gt;</w:t>
        <w:br/>
        <w:t>Оком не ширяла,&lt;br /&gt;</w:t>
        <w:br/>
        <w:t>У віконечко маленьке&lt;br /&gt;</w:t>
        <w:br/>
        <w:t>З хати визирала.</w:t>
      </w:r>
    </w:p>
    <w:p>
      <w:r>
        <w:br/>
        <w:t>За віконечком же світу&lt;br /&gt;</w:t>
        <w:br/>
        <w:t>Крильми не злітати,&lt;br /&gt;</w:t>
        <w:br/>
        <w:t>Мислями не перемірять,&lt;br /&gt;</w:t>
        <w:br/>
        <w:t>В книгах не списати.</w:t>
      </w:r>
    </w:p>
    <w:p>
      <w:r>
        <w:br/>
        <w:t>Ще не вповні сад розвився&lt;br /&gt;</w:t>
        <w:br/>
        <w:t>У твоїй ограді,&lt;br /&gt;</w:t>
        <w:br/>
        <w:t>І не все благоухає&lt;br /&gt;</w:t>
        <w:br/>
        <w:t>В пишнім вертограді.</w:t>
      </w:r>
    </w:p>
    <w:p>
      <w:r>
        <w:br/>
        <w:t>Пасучи щасливі очі,&lt;br /&gt;</w:t>
        <w:br/>
        <w:t>Будем літа ждати,&lt;br /&gt;</w:t>
        <w:br/>
        <w:t>Як на сонечку закаплють&lt;br /&gt;</w:t>
        <w:br/>
        <w:t>З нарду аромати.</w:t>
      </w:r>
    </w:p>
    <w:p>
      <w:r>
        <w:br/>
        <w:t>А тим часом, о царице!&lt;br /&gt;</w:t>
        <w:br/>
        <w:t>Глянь на Україну,&lt;br /&gt;</w:t>
        <w:br/>
        <w:t>Спогадай свою останню&lt;br /&gt;</w:t>
        <w:br/>
        <w:t>В тій землі годину.</w:t>
      </w:r>
    </w:p>
    <w:p>
      <w:r>
        <w:br/>
        <w:t>Побіч серця золотого,&lt;br /&gt;</w:t>
        <w:br/>
        <w:t>З розумом високим&lt;br /&gt;</w:t>
        <w:br/>
        <w:t>Ти не вдіяла б нічого&lt;br /&gt;</w:t>
        <w:br/>
        <w:t>В тім багні глибокім,</w:t>
      </w:r>
    </w:p>
    <w:p>
      <w:r>
        <w:br/>
        <w:t>Де одно одного топить,&lt;br /&gt;</w:t>
        <w:br/>
        <w:t>Одно 'дного давить,&lt;br /&gt;</w:t>
        <w:br/>
        <w:t>Собі славу з того робить,&lt;br /&gt;</w:t>
        <w:br/>
        <w:t>Чим себе безславить.</w:t>
      </w:r>
    </w:p>
    <w:p>
      <w:r>
        <w:br/>
        <w:t>Тут живеш ти в упокої,&lt;br /&gt;</w:t>
        <w:br/>
        <w:t>Пані повна дому,&lt;br /&gt;</w:t>
        <w:br/>
        <w:t>Не підвладна в нім нікому&lt;br /&gt;</w:t>
        <w:br/>
        <w:t>І мені самому.</w:t>
      </w:r>
    </w:p>
    <w:p>
      <w:r>
        <w:br/>
        <w:t>А щоб жити й не тужити&lt;br /&gt;</w:t>
        <w:br/>
        <w:t>По тій Україні,&lt;br /&gt;</w:t>
        <w:br/>
        <w:t>Ти собі знаходиш пільгу&lt;br /&gt;</w:t>
        <w:br/>
        <w:t>В щедрій милостині.</w:t>
      </w:r>
    </w:p>
    <w:p>
      <w:r>
        <w:br/>
        <w:t>Паніматко! Я й до тебе&lt;br /&gt;</w:t>
        <w:br/>
        <w:t>Річ мою 'бертаю:&lt;br /&gt;</w:t>
        <w:br/>
        <w:t>Вас обох до діл спасенних&lt;br /&gt;</w:t>
        <w:br/>
        <w:t>Добрих призиваю.</w:t>
      </w:r>
    </w:p>
    <w:p>
      <w:r>
        <w:br/>
        <w:t>Серце чисте, милостиве —&lt;br /&gt;</w:t>
        <w:br/>
        <w:t>Дар найкращий Бога:&lt;br /&gt;</w:t>
        <w:br/>
        <w:t>Найповніша, найпростіша&lt;br /&gt;</w:t>
        <w:br/>
        <w:t>До небес дорога.</w:t>
      </w:r>
    </w:p>
    <w:p>
      <w:r>
        <w:br/>
        <w:t>Ти з Письма Святого знаєш,&lt;br /&gt;</w:t>
        <w:br/>
        <w:t>Що сини Адама&lt;br /&gt;</w:t>
        <w:br/>
        <w:t>Прийдуть од восток і запад&lt;br /&gt;</w:t>
        <w:br/>
        <w:t>В рай до Авраама 67</w:t>
      </w:r>
    </w:p>
    <w:p>
      <w:r>
        <w:br/>
        <w:t>І возляжуть опочити&lt;br /&gt;</w:t>
        <w:br/>
        <w:t>На святому лоні,&lt;br /&gt;</w:t>
        <w:br/>
        <w:t>У якому б не родились&lt;br /&gt;</w:t>
        <w:br/>
        <w:t>Темному законі.</w:t>
      </w:r>
    </w:p>
    <w:p>
      <w:r>
        <w:br/>
        <w:t>Серце чисте, без лукавства —&lt;br /&gt;</w:t>
        <w:br/>
        <w:t>Дар найкращий Бога,&lt;br /&gt;</w:t>
        <w:br/>
        <w:t>До небесного нам царства&lt;br /&gt;</w:t>
        <w:br/>
        <w:t>Всім одна дорога".</w:t>
      </w:r>
    </w:p>
    <w:p>
      <w:r>
        <w:br/>
        <w:t>Тут Осман мій до Марусі&lt;br /&gt;</w:t>
        <w:br/>
        <w:t>Стиха похилився,&lt;br /&gt;</w:t>
        <w:br/>
        <w:t>Приложивши к серцю руку,&lt;br /&gt;</w:t>
        <w:br/>
        <w:t>Тихо віддалився.</w:t>
      </w:r>
    </w:p>
    <w:p>
      <w:r>
        <w:br/>
        <w:t>ДУМА ТРЕТЯ</w:t>
      </w:r>
    </w:p>
    <w:p>
      <w:r>
        <w:br/>
        <w:t>"Мамо, зіронько! Пречиста&lt;br /&gt;</w:t>
        <w:br/>
        <w:t>Нас обороняє:&lt;br /&gt;</w:t>
        <w:br/>
        <w:t>Люте серце азіатське&lt;br /&gt;</w:t>
        <w:br/>
        <w:t>Кротостю сповняє". —</w:t>
      </w:r>
    </w:p>
    <w:p>
      <w:r>
        <w:br/>
        <w:t>Так промовила небога,&lt;br /&gt;</w:t>
        <w:br/>
        <w:t>І обидві впали,&lt;br /&gt;</w:t>
        <w:br/>
        <w:t>І, мов діти, до німого&lt;br /&gt;</w:t>
        <w:br/>
        <w:t>Лику промовляли:</w:t>
      </w:r>
    </w:p>
    <w:p>
      <w:r>
        <w:br/>
        <w:t>"Чудотворная святине,&lt;br /&gt;</w:t>
        <w:br/>
        <w:t>Божа благостине,&lt;br /&gt;</w:t>
        <w:br/>
        <w:t>Нам прибіжище в невірній&lt;br /&gt;</w:t>
        <w:br/>
        <w:t>Стороні єдине!</w:t>
      </w:r>
    </w:p>
    <w:p>
      <w:r>
        <w:br/>
        <w:t>Сохрани нас, заслони вас,&lt;br /&gt;</w:t>
        <w:br/>
        <w:t>Благодатна Мати!&lt;br /&gt;</w:t>
        <w:br/>
        <w:t>Дай нам чудеса, мов крилас,&lt;br /&gt;</w:t>
        <w:br/>
        <w:t>Дивні воспівати!</w:t>
      </w:r>
    </w:p>
    <w:p>
      <w:r>
        <w:br/>
        <w:t>О Пречиста! Ти все можеш:&lt;br /&gt;</w:t>
        <w:br/>
        <w:t>Можеш скелі-гори&lt;br /&gt;</w:t>
        <w:br/>
        <w:t>Розкопати і дорогу&lt;br /&gt;</w:t>
        <w:br/>
        <w:t>Проложити в морі;</w:t>
      </w:r>
    </w:p>
    <w:p>
      <w:r>
        <w:br/>
        <w:t>Кам'яне, несите кров'ю&lt;br /&gt;</w:t>
        <w:br/>
        <w:t>Серце обернути&lt;br /&gt;</w:t>
        <w:br/>
        <w:t>І небесною любов'ю&lt;br /&gt;</w:t>
        <w:br/>
        <w:t>До людей натхнути.</w:t>
      </w:r>
    </w:p>
    <w:p>
      <w:r>
        <w:br/>
        <w:t>Ти вже чудо сотворила&lt;br /&gt;</w:t>
        <w:br/>
        <w:t>Між чудес велике:&lt;br /&gt;</w:t>
        <w:br/>
        <w:t>Несподівано зробила&lt;br /&gt;</w:t>
        <w:br/>
        <w:t>Кротким серце дике.</w:t>
      </w:r>
    </w:p>
    <w:p>
      <w:r>
        <w:br/>
        <w:t>Сотвори ж, да спасемося&lt;br /&gt;</w:t>
        <w:br/>
        <w:t>3-між сього поганства,&lt;br /&gt;</w:t>
        <w:br/>
        <w:t>В рідний перенесемося&lt;br /&gt;</w:t>
        <w:br/>
        <w:t>Край до християнства!</w:t>
      </w:r>
    </w:p>
    <w:p>
      <w:r>
        <w:br/>
        <w:t>Дай крилі нам. Божа Мати,&lt;br /&gt;</w:t>
        <w:br/>
        <w:t>Крилі голубині,&lt;br /&gt;</w:t>
        <w:br/>
        <w:t>Як витали, знов витати&lt;br /&gt;</w:t>
        <w:br/>
        <w:t>В рідній Україні!</w:t>
      </w:r>
    </w:p>
    <w:p>
      <w:r>
        <w:br/>
        <w:t>І нехай твій лик явленний&lt;br /&gt;</w:t>
        <w:br/>
        <w:t>В край наш завітає&lt;br /&gt;</w:t>
        <w:br/>
        <w:t>І народ благословенний&lt;br /&gt;</w:t>
        <w:br/>
        <w:t>Навкруги збирає!</w:t>
      </w:r>
    </w:p>
    <w:p>
      <w:r>
        <w:br/>
        <w:t>Нехай людські очищає&lt;br /&gt;</w:t>
        <w:br/>
        <w:t>Душі там од скверни&lt;br /&gt;</w:t>
        <w:br/>
        <w:t>І від Росі одвертає&lt;br /&gt;</w:t>
        <w:br/>
        <w:t>Нарід сей мерзенний.</w:t>
      </w:r>
    </w:p>
    <w:p>
      <w:r>
        <w:br/>
        <w:t>І нехай усі трудящі,&lt;br /&gt;</w:t>
        <w:br/>
        <w:t>Всі обремененні&lt;br /&gt;</w:t>
        <w:br/>
        <w:t>Веселяться, мов гулящі,&lt;br /&gt;</w:t>
        <w:br/>
        <w:t>О Твоїм спасенні!</w:t>
      </w:r>
    </w:p>
    <w:p>
      <w:r>
        <w:br/>
        <w:t>І, забувши всі тривоги,&lt;br /&gt;</w:t>
        <w:br/>
        <w:t>В молитвах зіллються,&lt;br /&gt;</w:t>
        <w:br/>
        <w:t>І в божественні чертоги&lt;br /&gt;</w:t>
        <w:br/>
        <w:t>Духом вознесуться!</w:t>
      </w:r>
    </w:p>
    <w:p>
      <w:r>
        <w:br/>
        <w:t>Ти, свята, всепіта Мати,&lt;br /&gt;</w:t>
        <w:br/>
        <w:t>Повна благодати;&lt;br /&gt;</w:t>
        <w:br/>
        <w:t>Дай нам рідний край вбачати,&lt;br /&gt;</w:t>
        <w:br/>
        <w:t>Бога прославляти!"</w:t>
      </w:r>
    </w:p>
    <w:p>
      <w:r>
        <w:br/>
        <w:t>ПІСНЯ ДЕВ'ЯТА</w:t>
      </w:r>
    </w:p>
    <w:p>
      <w:r>
        <w:br/>
        <w:t>ДУМА ПЕРВА</w:t>
      </w:r>
    </w:p>
    <w:p>
      <w:r>
        <w:br/>
        <w:t>І</w:t>
      </w:r>
    </w:p>
    <w:p>
      <w:r>
        <w:br/>
        <w:t>О Києве, оманна просторік святине,&lt;br /&gt;</w:t>
        <w:br/>
        <w:t>Безодне мідяків дурних мозольних!&lt;br /&gt;</w:t>
        <w:br/>
        <w:t>В тобі останній глузд народу гине&lt;br /&gt;</w:t>
        <w:br/>
        <w:t>По капищах безумно-богомольних...&lt;br /&gt;</w:t>
        <w:br/>
        <w:t>По капищах твоїх многопрестольних&lt;br /&gt;</w:t>
        <w:br/>
        <w:t>Теряють розум вкупі з мідяками&lt;br /&gt;</w:t>
        <w:br/>
        <w:t>Ті, що в своїх роботах потогонних&lt;br /&gt;</w:t>
        <w:br/>
        <w:t>Бідують-б'ються по ріллях з волами&lt;br /&gt;</w:t>
        <w:br/>
        <w:t>І хлібом діляться з попами-туманами.</w:t>
      </w:r>
    </w:p>
    <w:p>
      <w:r>
        <w:br/>
        <w:t>ІІ</w:t>
      </w:r>
    </w:p>
    <w:p>
      <w:r>
        <w:br/>
        <w:t>О Києве! Ти ідеали віри&lt;br /&gt;</w:t>
        <w:br/>
        <w:t>Старої нам в ділах нових являєш,&lt;br /&gt;</w:t>
        <w:br/>
        <w:t>Що поночі снували суєвіри,&lt;br /&gt;</w:t>
        <w:br/>
        <w:t>Ти повидну утоком затикаєш:&lt;br /&gt;</w:t>
        <w:br/>
        <w:t>Основину, що древні ізувіри&lt;br /&gt;</w:t>
        <w:br/>
        <w:t>Тобі, мов дику мрію, завішали, —&lt;br /&gt;</w:t>
        <w:br/>
        <w:t>Ту, що ченці й попи понапрядали,&lt;br /&gt;</w:t>
        <w:br/>
        <w:t>Мережиш зрадами безпутного козацтва&lt;br /&gt;</w:t>
        <w:br/>
        <w:t>І безощадностю лихого гайдамацтва.</w:t>
      </w:r>
    </w:p>
    <w:p>
      <w:r>
        <w:br/>
        <w:t>ІІІ</w:t>
      </w:r>
    </w:p>
    <w:p>
      <w:r>
        <w:br/>
        <w:t>Що поп'яну тобі в шинках співалось,&lt;br /&gt;</w:t>
        <w:br/>
        <w:t>Ти по-тверезу книжним складом пишеш&lt;br /&gt;</w:t>
        <w:br/>
        <w:t>І, щоб лихе знов тліло та займалось,&lt;br /&gt;</w:t>
        <w:br/>
        <w:t>На попели руїнним духом дишеш.&lt;br /&gt;</w:t>
        <w:br/>
        <w:t>Нам з Музою тепер одно зісталось:&lt;br /&gt;</w:t>
        <w:br/>
        <w:t>Твоїм сліпим письменством гордувати&lt;br /&gt;</w:t>
        <w:br/>
        <w:t>Твою наслідню мрію зневажати,&lt;br /&gt;</w:t>
        <w:br/>
        <w:t>І зло, що ти хотів би вихваляти,&lt;br /&gt;</w:t>
        <w:br/>
        <w:t>Таким, яким воно бувало, змалювати.</w:t>
      </w:r>
    </w:p>
    <w:p>
      <w:r>
        <w:br/>
        <w:t>IV</w:t>
      </w:r>
    </w:p>
    <w:p>
      <w:r>
        <w:br/>
        <w:t>Співай же. Музо, про ту лжу велику,&lt;br /&gt;</w:t>
        <w:br/>
        <w:t>Що вагонить над Сходом і Заходом,&lt;br /&gt;</w:t>
        <w:br/>
        <w:t>Збиває письмаків із пантелику&lt;br /&gt;</w:t>
        <w:br/>
        <w:t>І туманом лягає між народом.&lt;br /&gt;</w:t>
        <w:br/>
        <w:t>Нехай з святійшим тим, мовляв, синодом&lt;br /&gt;</w:t>
        <w:br/>
        <w:t>Та з папою безгрішним верховодять&lt;br /&gt;</w:t>
        <w:br/>
        <w:t>І свій кукіль всівають год за годом:&lt;br /&gt;</w:t>
        <w:br/>
        <w:t>Твої посіви всі колись посходять:&lt;br /&gt;</w:t>
        <w:br/>
        <w:t>Письмацькі куколі пшениці не зашкодять.</w:t>
      </w:r>
    </w:p>
    <w:p>
      <w:r>
        <w:br/>
        <w:t>ДУМА ДРУГА</w:t>
      </w:r>
    </w:p>
    <w:p>
      <w:r>
        <w:br/>
        <w:t>І</w:t>
      </w:r>
    </w:p>
    <w:p>
      <w:r>
        <w:br/>
        <w:t>Не чорна хмара суне-наступає&lt;br /&gt;</w:t>
        <w:br/>
        <w:t>На темно-сиву непроглядну хмару:&lt;br /&gt;</w:t>
        <w:br/>
        <w:t>Чабан добутків папських придуває&lt;br /&gt;</w:t>
        <w:br/>
        <w:t>У патріаршу київську отару.&lt;br /&gt;</w:t>
        <w:br/>
        <w:t>Отари стережуть бровки кудлаті,&lt;br /&gt;</w:t>
        <w:br/>
        <w:t>Гавкущі, злющі, хоть і не голодні:&lt;br /&gt;</w:t>
        <w:br/>
        <w:t>Ченці, жерці ротаті та пузаті,&lt;br /&gt;</w:t>
        <w:br/>
        <w:t>Умом сухі, мов ті степи безводні, —&lt;br /&gt;</w:t>
        <w:br/>
        <w:t>Блукаючі огні болотної безодні.</w:t>
      </w:r>
    </w:p>
    <w:p>
      <w:r>
        <w:br/>
        <w:t>ІІ</w:t>
      </w:r>
    </w:p>
    <w:p>
      <w:r>
        <w:br/>
        <w:t>Сі пастирі кладуть за вівці душі,&lt;br /&gt;</w:t>
        <w:br/>
        <w:t>Та не свої чернечі, а козацькі:&lt;br /&gt;</w:t>
        <w:br/>
        <w:t>Бо, починаючи від договору в Буші,&lt;br /&gt;</w:t>
        <w:br/>
        <w:t>Благословляють купи гайдамацькі;&lt;br /&gt;</w:t>
        <w:br/>
        <w:t>Підучують за православну віру&lt;br /&gt;</w:t>
        <w:br/>
        <w:t>Стояти кріпко, сиріч пліндрувати&lt;br /&gt;</w:t>
        <w:br/>
        <w:t>Ксьондза-уніта і ляха-невіру,&lt;br /&gt;</w:t>
        <w:br/>
        <w:t>А жиду пільги й спуску не давати:&lt;br /&gt;</w:t>
        <w:br/>
        <w:t>Бо він од Господа і від людей проклятий.</w:t>
      </w:r>
    </w:p>
    <w:p>
      <w:r>
        <w:br/>
        <w:t>ІІІ</w:t>
      </w:r>
    </w:p>
    <w:p>
      <w:r>
        <w:br/>
        <w:t>Релігія любві тут обернулась&lt;br /&gt;</w:t>
        <w:br/>
        <w:t>В релігію ненависті гидкої,&lt;br /&gt;</w:t>
        <w:br/>
        <w:t>І в темнім богомільстві злість проснулась&lt;br /&gt;</w:t>
        <w:br/>
        <w:t>Варязької старовини страшної,&lt;br /&gt;</w:t>
        <w:br/>
        <w:t>Як ми Болгарію в крові топили 68,&lt;br /&gt;</w:t>
        <w:br/>
        <w:t>На кіллє полонян своїх стромляли,&lt;br /&gt;</w:t>
        <w:br/>
        <w:t>А з наших черепів ковші робили&lt;br /&gt;</w:t>
        <w:br/>
        <w:t>І на костях кривавих пирували-&lt;br /&gt;</w:t>
        <w:br/>
        <w:t>Герої, що себе тиранством прославляли.</w:t>
      </w:r>
    </w:p>
    <w:p>
      <w:r>
        <w:br/>
        <w:t>IV</w:t>
      </w:r>
    </w:p>
    <w:p>
      <w:r>
        <w:br/>
        <w:t>Чабан добутків папських Оборницький 69,&lt;br /&gt;</w:t>
        <w:br/>
        <w:t>Гладенький, чисто голений, блискучий,&lt;br /&gt;</w:t>
        <w:br/>
        <w:t>Ізвивстий отаман єзуїтський,&lt;br /&gt;</w:t>
        <w:br/>
        <w:t>Під язиком ховає яд гадючий&lt;br /&gt;</w:t>
        <w:br/>
        <w:t>І крадеться до сонної отари&lt;br /&gt;</w:t>
        <w:br/>
        <w:t>У загородь, у Лавру чудотворну,&lt;br /&gt;</w:t>
        <w:br/>
        <w:t>Де наші предки сотні літ куняли&lt;br /&gt;</w:t>
        <w:br/>
        <w:t>Під гук ірмосів, кондаків, трезвону,&lt;br /&gt;</w:t>
        <w:br/>
        <w:t>Знайшовши в них собі від пекла оборону.</w:t>
      </w:r>
    </w:p>
    <w:p>
      <w:r>
        <w:br/>
        <w:t>V</w:t>
      </w:r>
    </w:p>
    <w:p>
      <w:r>
        <w:br/>
        <w:t>Тихенько крадеться отаман єзуїтський,&lt;br /&gt;</w:t>
        <w:br/>
        <w:t>Мов чоботом проміж яєць ступає,&lt;br /&gt;</w:t>
        <w:br/>
        <w:t>Дарма, що з ним вельможний пан Брольницький&lt;br /&gt;</w:t>
        <w:br/>
        <w:t>Як півень, вгору носа задирає,&lt;br /&gt;</w:t>
        <w:br/>
        <w:t>Як хижий раріг, зиркає очима,&lt;br /&gt;</w:t>
        <w:br/>
        <w:t>Сап'янцями скрипить, в підкови креше,&lt;br /&gt;</w:t>
        <w:br/>
        <w:t>Пишається широкими плечима,&lt;br /&gt;</w:t>
        <w:br/>
        <w:t>Перснями бороду-лопату чеше&lt;br /&gt;</w:t>
        <w:br/>
        <w:t>І про свій древній рід за кожним словом бреше.</w:t>
      </w:r>
    </w:p>
    <w:p>
      <w:r>
        <w:br/>
        <w:t>VI</w:t>
      </w:r>
    </w:p>
    <w:p>
      <w:r>
        <w:br/>
        <w:t>І риба немала сей пан Брольницький:&lt;br /&gt;</w:t>
        <w:br/>
        <w:t>За ним шляхетний почет виступає&lt;br /&gt;</w:t>
        <w:br/>
        <w:t>Він, каштелян і райця королівський,&lt;br /&gt;</w:t>
        <w:br/>
        <w:t>Послом ченцям себе тут об'являє.&lt;br /&gt;</w:t>
        <w:br/>
        <w:t>Ведуть посла в трапезу і медами,&lt;br /&gt;</w:t>
        <w:br/>
        <w:t>Ще з Туровських пивниць, гостей шанують *&lt;br /&gt;</w:t>
        <w:br/>
        <w:t>Бо, хоть Потія вигнали киями 70,&lt;br /&gt;</w:t>
        <w:br/>
        <w:t>А королеві все-таки голдують&lt;br /&gt;</w:t>
        <w:br/>
        <w:t>І хочуть знати, що від речника почують.</w:t>
      </w:r>
    </w:p>
    <w:p>
      <w:r>
        <w:br/>
        <w:t>VII</w:t>
      </w:r>
    </w:p>
    <w:p>
      <w:r>
        <w:br/>
        <w:t>"Се, мабуть, Рутському 71, так як Потію,&lt;br /&gt;</w:t>
        <w:br/>
        <w:t>Дає король чуже добро й надбаннє...&lt;br /&gt;</w:t>
        <w:br/>
        <w:t>Та є в нас чим його турнути в шию&lt;br /&gt;</w:t>
        <w:br/>
        <w:t>І низове купити отаманнє.&lt;br /&gt;</w:t>
        <w:br/>
        <w:t>Святі отці печорські та Успеннє 72,&lt;br /&gt;</w:t>
        <w:br/>
        <w:t>Наш древній образ, темний, чудотворний,&lt;br /&gt;</w:t>
        <w:br/>
        <w:t>Не презрять нашого до них молення,&lt;br /&gt;</w:t>
        <w:br/>
        <w:t>Коли б ізнов на нас прийшов день чорний...&lt;br /&gt;</w:t>
        <w:br/>
        <w:t>Втікатимеш од нас, вужако ти проворний!"</w:t>
      </w:r>
    </w:p>
    <w:p>
      <w:r>
        <w:br/>
        <w:t>VIII</w:t>
      </w:r>
    </w:p>
    <w:p>
      <w:r>
        <w:br/>
        <w:t>Так пошептом ченці ксьондза вітають,&lt;br /&gt;</w:t>
        <w:br/>
        <w:t>Що справді, мов той вуж, між ними в'ється...&lt;br /&gt;</w:t>
        <w:br/>
        <w:t>До нього повні кубки вихиляють.&lt;br /&gt;</w:t>
        <w:br/>
        <w:t>Він, мов сріблом дзвенить, сміється...&lt;br /&gt;</w:t>
        <w:br/>
        <w:t>"Се мій речник, — промовив пан Брольницький, —&lt;br /&gt;</w:t>
        <w:br/>
        <w:t>Бо я посольських прав не розумію.&lt;br /&gt;</w:t>
        <w:br/>
        <w:t>Я каштелян і райця королівський,&lt;br /&gt;</w:t>
        <w:br/>
        <w:t>Но раяти в обозі тільки вмію,&lt;br /&gt;</w:t>
        <w:br/>
        <w:t>А в справах потайних туманом туманію.</w:t>
      </w:r>
    </w:p>
    <w:p>
      <w:r>
        <w:br/>
        <w:t>ІХ</w:t>
      </w:r>
    </w:p>
    <w:p>
      <w:r>
        <w:br/>
        <w:t>Хоч мій отець на Полоцькім владицтві&lt;br /&gt;</w:t>
        <w:br/>
        <w:t>Давно мені нагрів був місце тепле,&lt;br /&gt;</w:t>
        <w:br/>
        <w:t>Та ні, нехай в церковному дідицтві&lt;br /&gt;</w:t>
        <w:br/>
        <w:t>Кунцевич 73 в дзвони дзвонить, в било клепле;&lt;br /&gt;</w:t>
        <w:br/>
        <w:t>А я мечем волю собі дзвонити,&lt;br /&gt;</w:t>
        <w:br/>
        <w:t>Як славні пращури мої дзвонили,&lt;br /&gt;</w:t>
        <w:br/>
        <w:t>Що замок наш, Брольник Великий,&lt;br /&gt;</w:t>
        <w:br/>
        <w:t>Від Батия 74 над морем боронили&lt;br /&gt;</w:t>
        <w:br/>
        <w:t>І флот його з гармат розбили й потопили". —</w:t>
      </w:r>
    </w:p>
    <w:p>
      <w:r>
        <w:br/>
        <w:t>Х</w:t>
      </w:r>
    </w:p>
    <w:p>
      <w:r>
        <w:br/>
        <w:t>"Оце ж то й горе, що місця в вас гріють&lt;br /&gt;</w:t>
        <w:br/>
        <w:t>На всі владицтва та й архімандритства&lt;br /&gt;</w:t>
        <w:br/>
        <w:t>І всобиці між Руссю й Руссю сіють&lt;br /&gt;</w:t>
        <w:br/>
        <w:t>По хижому наказу єзуїтства", —&lt;br /&gt;</w:t>
        <w:br/>
        <w:t>Так відказав послові Плетенецысий 75,&lt;br /&gt;</w:t>
        <w:br/>
        <w:t>Колись юркий маршалок повітовий,&lt;br /&gt;</w:t>
        <w:br/>
        <w:t>Тепер святий архімандрит Печорський,&lt;br /&gt;</w:t>
        <w:br/>
        <w:t>До бою за своє добро готовий,&lt;br /&gt;</w:t>
        <w:br/>
        <w:t>Як се показує й покій його столовий.</w:t>
      </w:r>
    </w:p>
    <w:p>
      <w:r>
        <w:br/>
        <w:t>XI</w:t>
      </w:r>
    </w:p>
    <w:p>
      <w:r>
        <w:br/>
        <w:t>Скрізь по стінах Трапезної світлиці&lt;br /&gt;</w:t>
        <w:br/>
        <w:t>Під склепом старосвітської будівлі&lt;br /&gt;</w:t>
        <w:br/>
        <w:t>Пищалі семип'ядні, гаківниці,&lt;br /&gt;</w:t>
        <w:br/>
        <w:t>Луки, сагайдаки, шаблі висіли.&lt;br /&gt;</w:t>
        <w:br/>
        <w:t>Бо й Тур-архімандрит 76 ходив войною&lt;br /&gt;</w:t>
        <w:br/>
        <w:t>З козацтвом грошовим в Литву шукати&lt;br /&gt;</w:t>
        <w:br/>
        <w:t>Печорського надбання, і святою&lt;br /&gt;</w:t>
        <w:br/>
        <w:t>Підмогою Пречиста Божа Мати&lt;br /&gt;</w:t>
        <w:br/>
        <w:t>Дала йому добро своє в ляхів одняти.</w:t>
      </w:r>
    </w:p>
    <w:p>
      <w:r>
        <w:br/>
        <w:t>XII</w:t>
      </w:r>
    </w:p>
    <w:p>
      <w:r>
        <w:br/>
        <w:t>А Плетенецький Єлисей потужно&lt;br /&gt;</w:t>
        <w:br/>
        <w:t>Успенія святого "хліб духовний"&lt;br /&gt;</w:t>
        <w:br/>
        <w:t>Хранив і боронив. Стояли дружно&lt;br /&gt;</w:t>
        <w:br/>
        <w:t>Ченці та козаки за чин церковний,&lt;br /&gt;</w:t>
        <w:br/>
        <w:t>За ту благочестиву древню віру,&lt;br /&gt;</w:t>
        <w:br/>
        <w:t>Котра нічого більш не вимагає,&lt;br /&gt;</w:t>
        <w:br/>
        <w:t>Як пліндрувати всякого невіру&lt;br /&gt;</w:t>
        <w:br/>
        <w:t>І кожного, хто лишні гроші має,&lt;br /&gt;</w:t>
        <w:br/>
        <w:t>Та з єзуїтами й ляхами накладає.</w:t>
      </w:r>
    </w:p>
    <w:p>
      <w:r>
        <w:br/>
        <w:t>XIII</w:t>
      </w:r>
    </w:p>
    <w:p>
      <w:r>
        <w:br/>
        <w:t>Поглядує на нього Оборницький&lt;br /&gt;</w:t>
        <w:br/>
        <w:t>З-за кубка срібного, мов лис хвостатий,&lt;br /&gt;</w:t>
        <w:br/>
        <w:t>Не знає, що сказати пан Брольницький,&lt;br /&gt;</w:t>
        <w:br/>
        <w:t>Посел, на розум дуже небагатий.&lt;br /&gt;</w:t>
        <w:br/>
        <w:t>"Вельможний пане мій архімандрите! —&lt;br /&gt;</w:t>
        <w:br/>
        <w:t>Озвавсь речник. — Не час про те гадати,&lt;br /&gt;</w:t>
        <w:br/>
        <w:t>Як нам "хліби духовні" поділити, і&lt;br /&gt;</w:t>
        <w:br/>
        <w:t>По правді "столиці" пороздавати&lt;br /&gt;</w:t>
        <w:br/>
        <w:t>І надбане з мирян добро попаювати.</w:t>
      </w:r>
    </w:p>
    <w:p>
      <w:r>
        <w:br/>
        <w:t>XIV</w:t>
      </w:r>
    </w:p>
    <w:p>
      <w:r>
        <w:br/>
        <w:t>Не час і не пора: бо з-за Дунаю&lt;br /&gt;</w:t>
        <w:br/>
        <w:t>Погрожує, мов Божий суд, руїна&lt;br /&gt;</w:t>
        <w:br/>
        <w:t>І нашому, і Дніпровому краю...&lt;br /&gt;</w:t>
        <w:br/>
        <w:t>Заллється полом'єм вся Україна,&lt;br /&gt;</w:t>
        <w:br/>
        <w:t>Почезнуть села й городи з церквами,&lt;br /&gt;</w:t>
        <w:br/>
        <w:t>В монастирях медів не будуть пити,&lt;br /&gt;</w:t>
        <w:br/>
        <w:t>І там, де ми бесідуємо з вами,&lt;br /&gt;</w:t>
        <w:br/>
        <w:t>По пустках сови тільки будуть вити&lt;br /&gt;</w:t>
        <w:br/>
        <w:t>Проміж німих могил свої пісні квилити". —</w:t>
      </w:r>
    </w:p>
    <w:p>
      <w:r>
        <w:br/>
        <w:t>XV</w:t>
      </w:r>
    </w:p>
    <w:p>
      <w:r>
        <w:br/>
        <w:t>"Сіль на язик тобі! Печина в зуби! —&lt;br /&gt;</w:t>
        <w:br/>
        <w:t>Гукне старий чернець, рудий і сивий,&lt;br /&gt;</w:t>
        <w:br/>
        <w:t>Обтерши чорною полою губи. —&lt;br /&gt;</w:t>
        <w:br/>
        <w:t>Що се нам лях провадить нечестивий?"&lt;br /&gt;</w:t>
        <w:br/>
        <w:t>І, мов дрімучий бір, заколихались&lt;br /&gt;</w:t>
        <w:br/>
        <w:t>Чернечі голови під намітками,&lt;br /&gt;</w:t>
        <w:br/>
        <w:t>У пеклі тканими. Ченці шептались&lt;br /&gt;</w:t>
        <w:br/>
        <w:t>Один з одним, немов дуби з дубами&lt;br /&gt;</w:t>
        <w:br/>
        <w:t>Або розпатлані вночі відьми з відьмами.</w:t>
      </w:r>
    </w:p>
    <w:p>
      <w:r>
        <w:br/>
        <w:t>XVI</w:t>
      </w:r>
    </w:p>
    <w:p>
      <w:r>
        <w:br/>
        <w:t>Ворожий дух між Руссю і ляхами,&lt;br /&gt;</w:t>
        <w:br/>
        <w:t>"Лукавий" дар гнилої Візантії *,&lt;br /&gt;</w:t>
        <w:br/>
        <w:t>Владикував над ницими умами&lt;br /&gt;</w:t>
        <w:br/>
        <w:t>І в душах покріпляв інстинкти злії.&lt;br /&gt;</w:t>
        <w:br/>
        <w:t>За кубками солодкими сиділи,&lt;br /&gt;</w:t>
        <w:br/>
        <w:t>А д' серця кров недобра приливала,&lt;br /&gt;</w:t>
        <w:br/>
        <w:t>І, мов вовки, із-за пеньків гледіли...&lt;br /&gt;</w:t>
        <w:br/>
        <w:t>Гостей така ж ненависть розбирала,&lt;br /&gt;</w:t>
        <w:br/>
        <w:t>А шляхта молода аж шабельки стискала.</w:t>
      </w:r>
    </w:p>
    <w:p>
      <w:r>
        <w:br/>
        <w:t>XVII</w:t>
      </w:r>
    </w:p>
    <w:p>
      <w:r>
        <w:br/>
        <w:t>Один речник, як місяць понад хмари,&lt;br /&gt;</w:t>
        <w:br/>
        <w:t>Угору над темнотою здіймався.&lt;br /&gt;</w:t>
        <w:br/>
        <w:t>Достав з кишені срібні окуляри,&lt;br /&gt;</w:t>
        <w:br/>
        <w:t>Надів, блиснув і мовчки осміхався.&lt;br /&gt;</w:t>
        <w:br/>
        <w:t>Йому Брольницький подає цидулу,&lt;br /&gt;</w:t>
        <w:br/>
        <w:t>Інструкцію рекому королівську,&lt;br /&gt;</w:t>
        <w:br/>
        <w:t>Читає він, почавши з артикулу&lt;br /&gt;</w:t>
        <w:br/>
        <w:t>Про ту спасенно-мудру власть попівську,&lt;br /&gt;</w:t>
        <w:br/>
        <w:t>Що вміє козака гнуздати мацапуру.</w:t>
      </w:r>
    </w:p>
    <w:p>
      <w:r>
        <w:br/>
        <w:t>XVIII</w:t>
      </w:r>
    </w:p>
    <w:p>
      <w:r>
        <w:br/>
        <w:t>"Від оних давніх літ, як прилучилась&lt;br /&gt;</w:t>
        <w:br/>
        <w:t>З Литвою Русь до польської корони,&lt;br /&gt;</w:t>
        <w:br/>
        <w:t>Печорська лавра славою покрилась 77...&lt;br /&gt;</w:t>
        <w:br/>
        <w:t>Течуть людей до неї міліони,&lt;br /&gt;</w:t>
        <w:br/>
        <w:t>Щоб там мощам подвижницьким молитись,&lt;br /&gt;</w:t>
        <w:br/>
        <w:t>Дарами штити всечесне Успеннє,&lt;br /&gt;</w:t>
        <w:br/>
        <w:t>Святими молитвами просвітитись,&lt;br /&gt;</w:t>
        <w:br/>
        <w:t>Прийняти від гріхів душі спасенне,&lt;br /&gt;</w:t>
        <w:br/>
        <w:t>А тіла з тяжких недугів ісціленнє.</w:t>
      </w:r>
    </w:p>
    <w:p>
      <w:r>
        <w:br/>
        <w:t>XIX</w:t>
      </w:r>
    </w:p>
    <w:p>
      <w:r>
        <w:br/>
        <w:t>Вважаючи ж на жизнь благочестиву&lt;br /&gt;</w:t>
        <w:br/>
        <w:t>Печорських іноків, ми простирали&lt;br /&gt;</w:t>
        <w:br/>
        <w:t>З престолу нашу руку милостиву&lt;br /&gt;</w:t>
        <w:br/>
        <w:t>І їм хліби духовні подавали.&lt;br /&gt;</w:t>
        <w:br/>
        <w:t>Яко ж і в дальших часах обіцяєм&lt;br /&gt;</w:t>
        <w:br/>
        <w:t>У нашій ласці братію держати&lt;br /&gt;</w:t>
        <w:br/>
        <w:t>І на Успеніє, старим звичаєм,&lt;br /&gt;</w:t>
        <w:br/>
        <w:t>Церковні добра щедро надавати,&lt;br /&gt;</w:t>
        <w:br/>
        <w:t>А чесна братія нас мусить послухати.</w:t>
      </w:r>
    </w:p>
    <w:p>
      <w:r>
        <w:br/>
        <w:t>ХХ</w:t>
      </w:r>
    </w:p>
    <w:p>
      <w:r>
        <w:br/>
        <w:t>……………………………………………</w:t>
      </w:r>
    </w:p>
    <w:p>
      <w:r>
        <w:br/>
        <w:t>XXI</w:t>
      </w:r>
    </w:p>
    <w:p>
      <w:r>
        <w:br/>
        <w:t>Ченці осклабились і зуби скалять,&lt;br /&gt;</w:t>
        <w:br/>
        <w:t>Мов перед лубкою ведмідь кудлатий...&lt;br /&gt;</w:t>
        <w:br/>
        <w:t>Велику милость королівську хвалять,&lt;br /&gt;</w:t>
        <w:br/>
        <w:t>Готові їй усяк допомагати.&lt;br /&gt;</w:t>
        <w:br/>
        <w:t>Питають: що ж чинити з козаками,&lt;br /&gt;</w:t>
        <w:br/>
        <w:t>Як прийдуть у печери сповідатись?&lt;br /&gt;</w:t>
        <w:br/>
        <w:t>Якими посилати їх шляхами,&lt;br /&gt;</w:t>
        <w:br/>
        <w:t>Щоб здобичі та слави набиратись,&lt;br /&gt;</w:t>
        <w:br/>
        <w:t>І вповні, мов бджола, у монастир вертатись?</w:t>
      </w:r>
    </w:p>
    <w:p>
      <w:r>
        <w:br/>
        <w:t>XXII</w:t>
      </w:r>
    </w:p>
    <w:p>
      <w:r>
        <w:br/>
        <w:t>Киплять меди по кубках джереластих.&lt;br /&gt;</w:t>
        <w:br/>
        <w:t>Премудрі надписи ченці читають...&lt;br /&gt;</w:t>
        <w:br/>
        <w:t>Із-за борід, мов кущ лози, метластих,&lt;br /&gt;</w:t>
        <w:br/>
        <w:t>Раз по раз кубків служки доливають...&lt;br /&gt;</w:t>
        <w:br/>
        <w:t>За короля і за його наданнє ,&lt;br /&gt;</w:t>
        <w:br/>
        <w:t>Хлібів духовних інокам смиренним,&lt;br /&gt;</w:t>
        <w:br/>
        <w:t>Іде гучне поза столом вітаннє&lt;br /&gt;</w:t>
        <w:br/>
        <w:t>І розлягається під склепом темним,&lt;br /&gt;</w:t>
        <w:br/>
        <w:t>Як гомін мертвих душ у тартарі підземнім.</w:t>
      </w:r>
    </w:p>
    <w:p>
      <w:r>
        <w:br/>
        <w:t>XXIII</w:t>
      </w:r>
    </w:p>
    <w:p>
      <w:r>
        <w:br/>
        <w:t>І, мов "козацьке сонце" серед ночі,&lt;br /&gt;</w:t>
        <w:br/>
        <w:t>Що світить низовцям у гайдамацтві,&lt;br /&gt;</w:t>
        <w:br/>
        <w:t>Блищали хижі єзуїтські очі&lt;br /&gt;</w:t>
        <w:br/>
        <w:t>У темнім з роду в рід чернечім царстві.&lt;br /&gt;</w:t>
        <w:br/>
        <w:t>"Панове! Я скажу вам щиру правду, —&lt;br /&gt;</w:t>
        <w:br/>
        <w:t>До грецьких ницаків рече латинський, —&lt;br /&gt;</w:t>
        <w:br/>
        <w:t>У таємничу королівську раду&lt;br /&gt;</w:t>
        <w:br/>
        <w:t>Зібрались біскупи і нунцій римський:&lt;br /&gt;</w:t>
        <w:br/>
        <w:t>Бо пише патріарх до них єрусалимський,</w:t>
      </w:r>
    </w:p>
    <w:p>
      <w:r>
        <w:br/>
        <w:t>XXIV</w:t>
      </w:r>
    </w:p>
    <w:p>
      <w:r>
        <w:br/>
        <w:t>Що християнству вже кінець приходить.&lt;br /&gt;</w:t>
        <w:br/>
        <w:t>Уся земля понад трьома морями,&lt;br /&gt;</w:t>
        <w:br/>
        <w:t>Котрою цар турецький верховодить,&lt;br /&gt;</w:t>
        <w:br/>
        <w:t>Здвигнулась, ніби води під вітрами.&lt;br /&gt;</w:t>
        <w:br/>
        <w:t>Ввесь мусульманський світ заколихався,&lt;br /&gt;</w:t>
        <w:br/>
        <w:t>Як океан колишеться ревучий:&lt;br /&gt;</w:t>
        <w:br/>
        <w:t>Народ невірний на войну піднявся,&lt;br /&gt;</w:t>
        <w:br/>
        <w:t>Гогоче, мов та бездна бездну звучи,&lt;br /&gt;</w:t>
        <w:br/>
        <w:t>Рикає, наче лев ногами землю рвучи". —</w:t>
      </w:r>
    </w:p>
    <w:p>
      <w:r>
        <w:br/>
        <w:t>XXV</w:t>
      </w:r>
    </w:p>
    <w:p>
      <w:r>
        <w:br/>
        <w:t>"Воістину, — рекли ченці, — се діло&lt;br /&gt;</w:t>
        <w:br/>
        <w:t>Не людське, сатанинське, люте, дике!..&lt;br /&gt;</w:t>
        <w:br/>
        <w:t>І грецьке християнство допустило&lt;br /&gt;</w:t>
        <w:br/>
        <w:t>Таке насильство віри превелике?" —&lt;br /&gt;</w:t>
        <w:br/>
        <w:t>"Се буде не над греками творитись:&lt;br /&gt;</w:t>
        <w:br/>
        <w:t>Вони вже й так у турка під ногами.&lt;br /&gt;</w:t>
        <w:br/>
        <w:t>Солома силі мусить покоритись...&lt;br /&gt;</w:t>
        <w:br/>
        <w:t>А розпічнеться ся біда над вами, —&lt;br /&gt;</w:t>
        <w:br/>
        <w:t>Над чудотворними печорськими мощами". —</w:t>
      </w:r>
    </w:p>
    <w:p>
      <w:r>
        <w:br/>
        <w:t>XXVI</w:t>
      </w:r>
    </w:p>
    <w:p>
      <w:r>
        <w:br/>
        <w:t>"Не діжде плід Агари навісної 78, —&lt;br /&gt;</w:t>
        <w:br/>
        <w:t>Загомоніли бороди-лопати, —&lt;br /&gt;</w:t>
        <w:br/>
        <w:t>Коснутись віри нашої святої!&lt;br /&gt;</w:t>
        <w:br/>
        <w:t>Заступить нас чудовна Божа Мати.&lt;br /&gt;</w:t>
        <w:br/>
        <w:t>Вона й од хижого Менгли-Гірея 79&lt;br /&gt;</w:t>
        <w:br/>
        <w:t>Серед мощей нетлінних притаїлась&lt;br /&gt;</w:t>
        <w:br/>
        <w:t>І знов на вопль юроди Досифея 80&lt;br /&gt;</w:t>
        <w:br/>
        <w:t>У шаті новокованій явилась,&lt;br /&gt;</w:t>
        <w:br/>
        <w:t>І Лавра знов її дивами збагатилась". —</w:t>
      </w:r>
    </w:p>
    <w:p>
      <w:r>
        <w:br/>
        <w:t>XXVII</w:t>
      </w:r>
    </w:p>
    <w:p>
      <w:r>
        <w:br/>
        <w:t>"Так, так! — рече понуро Оборницький&lt;br /&gt;</w:t>
        <w:br/>
        <w:t>Серед ченців, мов у густому гаї,&lt;br /&gt;</w:t>
        <w:br/>
        <w:t>І запиває жаль свій єзуїтський&lt;br /&gt;</w:t>
        <w:br/>
        <w:t>На схизматицьку віру 81 і звичаї. —&lt;br /&gt;</w:t>
        <w:br/>
        <w:t>Но, чуда іще, бачте, рід лукавий,&lt;br /&gt;</w:t>
        <w:br/>
        <w:t>Прелюбодійіний рід, гласить Писание:&lt;br /&gt;</w:t>
        <w:br/>
        <w:t>Тим нас Господь задля своєї слави&lt;br /&gt;</w:t>
        <w:br/>
        <w:t>Підводить часто і під іспитаннє...&lt;br /&gt;</w:t>
        <w:br/>
        <w:t>Тут от яке зайшло між нас питание:</w:t>
      </w:r>
    </w:p>
    <w:p>
      <w:r>
        <w:br/>
        <w:t>XXVIII</w:t>
      </w:r>
    </w:p>
    <w:p>
      <w:r>
        <w:br/>
        <w:t>Чи мислите сидіти все за муром,&lt;br /&gt;</w:t>
        <w:br/>
        <w:t>Покіль Осман з потугами надійде,&lt;br /&gt;</w:t>
        <w:br/>
        <w:t>Розправиться по-свійськи із джавуром&lt;br /&gt;</w:t>
        <w:br/>
        <w:t>І потоптом по Україні пійде:&lt;br /&gt;</w:t>
        <w:br/>
        <w:t>Чи нашим робом против азіата,&lt;br /&gt;</w:t>
        <w:br/>
        <w:t>Прийнявши міч і щит святої віри,&lt;br /&gt;</w:t>
        <w:br/>
        <w:t>Ще за Дністром стрічати супостата,&lt;br /&gt;</w:t>
        <w:br/>
        <w:t>Хрестом йому загородити двері&lt;br /&gt;</w:t>
        <w:br/>
        <w:t>І внівець обернуть усі його химери?</w:t>
      </w:r>
    </w:p>
    <w:p>
      <w:r>
        <w:br/>
        <w:t>XXIX</w:t>
      </w:r>
    </w:p>
    <w:p>
      <w:r>
        <w:br/>
        <w:t>Бо знайте, що на вас Осман прямує,&lt;br /&gt;</w:t>
        <w:br/>
        <w:t>Не в Польщу йде, а в вашу Україну,&lt;br /&gt;</w:t>
        <w:br/>
        <w:t>І, як Подільський Кам'янець зруйнує,&lt;br /&gt;</w:t>
        <w:br/>
        <w:t>Тогді йому нігде не буде впину.&lt;br /&gt;</w:t>
        <w:br/>
        <w:t>Тим скликать мусите ви все козацтво:&lt;br /&gt;</w:t>
        <w:br/>
        <w:t>Нехай воно здобичну путь покине,&lt;br /&gt;</w:t>
        <w:br/>
        <w:t>Нехай покине хиже гайдамацтво&lt;br /&gt;</w:t>
        <w:br/>
        <w:t>І до Дністра всіма полками двине:&lt;br /&gt;</w:t>
        <w:br/>
        <w:t>Бо зникне так, як дим, як іскра, в полі згине". —</w:t>
      </w:r>
    </w:p>
    <w:p>
      <w:r>
        <w:br/>
        <w:t>XXX</w:t>
      </w:r>
    </w:p>
    <w:p>
      <w:r>
        <w:br/>
        <w:t>"Не наше діло козаків скликати:&lt;br /&gt;</w:t>
        <w:br/>
        <w:t>Рої козацькі широко літають.&lt;br /&gt;</w:t>
        <w:br/>
        <w:t>Як в табори їх та в коші збирати,&lt;br /&gt;</w:t>
        <w:br/>
        <w:t>Про се громадські тільки мужі знають.&lt;br /&gt;</w:t>
        <w:br/>
        <w:t>Нас призвано на те, щоб молитвами&lt;br /&gt;</w:t>
        <w:br/>
        <w:t>Пречисту да святих угонобляти,&lt;br /&gt;</w:t>
        <w:br/>
        <w:t>Щоб не давать нечистому гріхами,&lt;br /&gt;</w:t>
        <w:br/>
        <w:t>Мов повіддю, всі душі заливати&lt;br /&gt;</w:t>
        <w:br/>
        <w:t>І в морі огнянім навіки потопляти".</w:t>
      </w:r>
    </w:p>
    <w:p>
      <w:r>
        <w:br/>
        <w:t>XXXI</w:t>
      </w:r>
    </w:p>
    <w:p>
      <w:r>
        <w:br/>
        <w:t>Так, скинувшись по слову, чесна браття&lt;br /&gt;</w:t>
        <w:br/>
        <w:t>Понурилась у мед благочестиво.&lt;br /&gt;</w:t>
        <w:br/>
        <w:t>Цураючись латинською завзяття,&lt;br /&gt;</w:t>
        <w:br/>
        <w:t>На єзуїта інші позирали скрива.&lt;br /&gt;</w:t>
        <w:br/>
        <w:t>"Гаразд говориш, ксьондзе пане-брате,&lt;br /&gt;</w:t>
        <w:br/>
        <w:t>А в серці в тебе препогана думка! —&lt;br /&gt;</w:t>
        <w:br/>
        <w:t>Чернецтво стиха мимрить волохате&lt;br /&gt;</w:t>
        <w:br/>
        <w:t>І випиває все до каплі з кубка. —&lt;br /&gt;</w:t>
        <w:br/>
        <w:t>Ні, не знайти тобі між нами недоумка!</w:t>
      </w:r>
    </w:p>
    <w:p>
      <w:r>
        <w:br/>
        <w:t>XXXII</w:t>
      </w:r>
    </w:p>
    <w:p>
      <w:r>
        <w:br/>
        <w:t>Ти — полом'є, ми — дим: нас не підпалиш;&lt;br /&gt;</w:t>
        <w:br/>
        <w:t>Не підойти з тобою нам під пару.&lt;br /&gt;</w:t>
        <w:br/>
        <w:t>Ти на землі себе між людьми славиш,&lt;br /&gt;</w:t>
        <w:br/>
        <w:t>Ми линемо на небеса, за хмару".&lt;br /&gt;</w:t>
        <w:br/>
        <w:t>Озветься знов голяк до бородатих:&lt;br /&gt;</w:t>
        <w:br/>
        <w:t>"Панове! Час настав страшний, великий:&lt;br /&gt;</w:t>
        <w:br/>
        <w:t>На нас ідуть потужно азіяти,&lt;br /&gt;</w:t>
        <w:br/>
        <w:t>Що доповняють кров'ю море й ріки&lt;br /&gt;</w:t>
        <w:br/>
        <w:t>І хилять, мов траву, під себе всі язики". —</w:t>
      </w:r>
    </w:p>
    <w:p>
      <w:r>
        <w:br/>
        <w:t>XXXIII</w:t>
      </w:r>
    </w:p>
    <w:p>
      <w:r>
        <w:br/>
        <w:t>"Се не лякає нас. Не раз ми вже стояли,&lt;br /&gt;</w:t>
        <w:br/>
        <w:t>Як смоква та Іонина в пустині 82.&lt;br /&gt;</w:t>
        <w:br/>
        <w:t>До кореня нас бурі сокрушали,&lt;br /&gt;</w:t>
        <w:br/>
        <w:t>Живими нас ховали в домовині,&lt;br /&gt;</w:t>
        <w:br/>
        <w:t>Но ризою Успеніє своєю&lt;br /&gt;</w:t>
        <w:br/>
        <w:t>Монастирище наше прикривало,&lt;br /&gt;</w:t>
        <w:br/>
        <w:t>Хранило нас чудовно під землею,&lt;br /&gt;</w:t>
        <w:br/>
        <w:t>Мов Лазаря із гробу викликало 83,&lt;br /&gt;</w:t>
        <w:br/>
        <w:t>І паки туком стад і медом насищало". —</w:t>
      </w:r>
    </w:p>
    <w:p>
      <w:r>
        <w:br/>
        <w:t>XXXIV</w:t>
      </w:r>
    </w:p>
    <w:p>
      <w:r>
        <w:br/>
        <w:t>"Коли б не страшно вам, мої панове,&lt;br /&gt;</w:t>
        <w:br/>
        <w:t>Як одинока смоквина в пустині,&lt;br /&gt;</w:t>
        <w:br/>
        <w:t>Як воїнство воістину Христове,&lt;br /&gt;</w:t>
        <w:br/>
        <w:t>Стояти серед бурі на Вкраїні:&lt;br /&gt;</w:t>
        <w:br/>
        <w:t>Дак спогадайте князя Костянтина 84,&lt;br /&gt;</w:t>
        <w:br/>
        <w:t>Що пам'ять по собі святу зоставив,&lt;br /&gt;</w:t>
        <w:br/>
        <w:t>Що побивав татар і москвитина,&lt;br /&gt;</w:t>
        <w:br/>
        <w:t>Міцну границю від Москви поставив&lt;br /&gt;</w:t>
        <w:br/>
        <w:t>І тридцять три бої побідами прославив.</w:t>
      </w:r>
    </w:p>
    <w:p>
      <w:r>
        <w:br/>
        <w:t>XXXV</w:t>
      </w:r>
    </w:p>
    <w:p>
      <w:r>
        <w:br/>
        <w:t>Сей Костянтин, хоробрий князь Острозький,&lt;br /&gt;</w:t>
        <w:br/>
        <w:t>Із руськими охочими полками,&lt;br /&gt;</w:t>
        <w:br/>
        <w:t>Воістину був предок запорозький,&lt;br /&gt;</w:t>
        <w:br/>
        <w:t>Хоч і не звав їх спроста козаками.&lt;br /&gt;</w:t>
        <w:br/>
        <w:t>Ще й сотні літ нема, як ви вітали&lt;br /&gt;</w:t>
        <w:br/>
        <w:t>Його тріумфом за поход татарський,&lt;br /&gt;</w:t>
        <w:br/>
        <w:t>Як у Великій церкві воздвигали&lt;br /&gt;</w:t>
        <w:br/>
        <w:t>Йому преславний пам'ятник лицарський;&lt;br /&gt;</w:t>
        <w:br/>
        <w:t>З усіх вождів се був найбільший вождь козацький.</w:t>
      </w:r>
    </w:p>
    <w:p>
      <w:r>
        <w:br/>
        <w:t>XXXVI</w:t>
      </w:r>
    </w:p>
    <w:p>
      <w:r>
        <w:br/>
        <w:t>Придивимся ж, панове, оком пильним,&lt;br /&gt;</w:t>
        <w:br/>
        <w:t>Як на войні він з Руссю обертався,&lt;br /&gt;</w:t>
        <w:br/>
        <w:t>І що робило дух його всесильним,&lt;br /&gt;</w:t>
        <w:br/>
        <w:t>І через що він дивом світу стався.&lt;br /&gt;</w:t>
        <w:br/>
        <w:t>Memoria всіх saeculorum princeps&lt;br /&gt;</w:t>
        <w:br/>
        <w:t>Dignissimus *, ходив він у походи&lt;br /&gt;</w:t>
        <w:br/>
        <w:t>Так, як з незазнаних времен привикли&lt;br /&gt;</w:t>
        <w:br/>
        <w:t>Чинити в християнстві всі народи&lt;br /&gt;</w:t>
        <w:br/>
        <w:t>І як чинитимуть у всі грядущі роди.</w:t>
      </w:r>
    </w:p>
    <w:p>
      <w:r>
        <w:br/>
        <w:t>XXXVII</w:t>
      </w:r>
    </w:p>
    <w:p>
      <w:r>
        <w:br/>
        <w:t>Брав із собою образи чудовні,&lt;br /&gt;</w:t>
        <w:br/>
        <w:t>І мощі, і ченців старих, побожних,&lt;br /&gt;</w:t>
        <w:br/>
        <w:t>І ризи, й антиминси напрестольні,&lt;br /&gt;</w:t>
        <w:br/>
        <w:t>Як ліки проти помислів тривожних.&lt;br /&gt;</w:t>
        <w:br/>
        <w:t>І два коші, слов'янський і латинський,&lt;br /&gt;</w:t>
        <w:br/>
        <w:t>Усяк по-свойому Всевишнього благали:&lt;br /&gt;</w:t>
        <w:br/>
        <w:t>"Те Deum" *, — хір гримів у полі римський,&lt;br /&gt;</w:t>
        <w:br/>
        <w:t>"Тебе, ми Бога хвалим", — ви співали,&lt;br /&gt;</w:t>
        <w:br/>
        <w:t>А спільні вороги суміли й трепетали..." —</w:t>
      </w:r>
    </w:p>
    <w:p>
      <w:r>
        <w:br/>
        <w:t>XXXVIII</w:t>
      </w:r>
    </w:p>
    <w:p>
      <w:r>
        <w:br/>
        <w:t>"Отим-то й ба! — озвався тут старенький&lt;br /&gt;</w:t>
        <w:br/>
        <w:t>Чернець, строитель "царственної" Лаври.&lt;br /&gt;</w:t>
        <w:br/>
        <w:t>Вже впоравсь коло кубка, був п'яненький,&lt;br /&gt;</w:t>
        <w:br/>
        <w:t>Не добачав гаразд і в окуляри. —&lt;br /&gt;</w:t>
        <w:br/>
        <w:t>Те Deum ваше нас переспівало:&lt;br /&gt;</w:t>
        <w:br/>
        <w:t>Було воно, мабуть, аж геть ротате,&lt;br /&gt;</w:t>
        <w:br/>
        <w:t>Що всю Острожчину мов поковтало, —&lt;br /&gt;</w:t>
        <w:br/>
        <w:t>Усі хліби духовні, всі палати,&lt;br /&gt;</w:t>
        <w:br/>
        <w:t>А нам зоставило мужичі тільки хати.</w:t>
      </w:r>
    </w:p>
    <w:p>
      <w:r>
        <w:br/>
        <w:t>XXXIX</w:t>
      </w:r>
    </w:p>
    <w:p>
      <w:r>
        <w:br/>
        <w:t>Колись з Острога 85, з Дубного 86, з Заслава 87&lt;br /&gt;</w:t>
        <w:br/>
        <w:t>До Лаври панські їздили ридвани,&lt;br /&gt;</w:t>
        <w:br/>
        <w:t>І се була їй і користь, і слава,&lt;br /&gt;</w:t>
        <w:br/>
        <w:t>Що йшли возів за ними каравани.&lt;br /&gt;</w:t>
        <w:br/>
        <w:t>Колись ченцям червінцями платили&lt;br /&gt;</w:t>
        <w:br/>
        <w:t>За панахиди та сороковусти,&lt;br /&gt;</w:t>
        <w:br/>
        <w:t>Що над мощами шляхтичам служили.&lt;br /&gt;</w:t>
        <w:br/>
        <w:t>Тепер панів чортма; печери пусті:&lt;br /&gt;</w:t>
        <w:br/>
        <w:t>Одна мужва сопе, налопавшись капусти.</w:t>
      </w:r>
    </w:p>
    <w:p>
      <w:r>
        <w:br/>
        <w:t>XL</w:t>
      </w:r>
    </w:p>
    <w:p>
      <w:r>
        <w:br/>
        <w:t>А козаки ховаються з грошима,&lt;br /&gt;</w:t>
        <w:br/>
        <w:t>Акафістів не вельми-то бажають.&lt;br /&gt;</w:t>
        <w:br/>
        <w:t>Їм не сверблять гріхи їх за вушима:&lt;br /&gt;</w:t>
        <w:br/>
        <w:t>Своє й чуже байдужно пропивають.&lt;br /&gt;</w:t>
        <w:br/>
        <w:t>Про церкву рідко хто з них спогадає&lt;br /&gt;</w:t>
        <w:br/>
        <w:t>Після музик, танців та погулянки,&lt;br /&gt;</w:t>
        <w:br/>
        <w:t>Да й сей до нас на прощу прибуває,&lt;br /&gt;</w:t>
        <w:br/>
        <w:t>Однісши гріш останній до шинкарки...&lt;br /&gt;</w:t>
        <w:br/>
        <w:t>Не з розкоші козак і шляхту обдирає.</w:t>
      </w:r>
    </w:p>
    <w:p>
      <w:r>
        <w:br/>
        <w:t>XLI</w:t>
      </w:r>
    </w:p>
    <w:p>
      <w:r>
        <w:br/>
        <w:t>Це все Те Deum ваше наробило,&lt;br /&gt;</w:t>
        <w:br/>
        <w:t>Пекельне слово, мов огонь жеруще...&lt;br /&gt;</w:t>
        <w:br/>
        <w:t>Із Русі щедрої воно нам породило&lt;br /&gt;</w:t>
        <w:br/>
        <w:t>Перевертнів запеклих кодло злюще.&lt;br /&gt;</w:t>
        <w:br/>
        <w:t>Воно й під князя Василя наклало *&lt;br /&gt;</w:t>
        <w:br/>
        <w:t>Чужих яєць, мов під дурну сідуху,&lt;br /&gt;</w:t>
        <w:br/>
        <w:t>В його синів і дочок надихало&lt;br /&gt;</w:t>
        <w:br/>
        <w:t>Латинського ненавидного духу,&lt;br /&gt;</w:t>
        <w:br/>
        <w:t>Труїло бідну Русь, як необачну муху.</w:t>
      </w:r>
    </w:p>
    <w:p>
      <w:r>
        <w:br/>
        <w:t>XLII</w:t>
      </w:r>
    </w:p>
    <w:p>
      <w:r>
        <w:br/>
        <w:t>З Заслава й Острога зробило двері,&lt;br /&gt;</w:t>
        <w:br/>
        <w:t>Щоб ними провести до нас латинство,&lt;br /&gt;</w:t>
        <w:br/>
        <w:t>Гидкі, безбожні, ідольські химери&lt;br /&gt;</w:t>
        <w:br/>
        <w:t>І підгорнути Русь під єзуїтство.&lt;br /&gt;</w:t>
        <w:br/>
        <w:t>Один ще тільки хліб зіставсь духовний, —&lt;br /&gt;</w:t>
        <w:br/>
        <w:t>Ви хочете й його в ченців одняти,&lt;br /&gt;</w:t>
        <w:br/>
        <w:t>Щоб в унії диявольській церковній&lt;br /&gt;</w:t>
        <w:br/>
        <w:t>Одступникам стольці пороздавати&lt;br /&gt;</w:t>
        <w:br/>
        <w:t>І серед Лаври в нас Те Deum заспівати!"</w:t>
      </w:r>
    </w:p>
    <w:p>
      <w:r>
        <w:br/>
        <w:t>XLIII</w:t>
      </w:r>
    </w:p>
    <w:p>
      <w:r>
        <w:br/>
        <w:t>Погладив голі щоки Оборницький:&lt;br /&gt;</w:t>
        <w:br/>
        <w:t>Се був умовлений знак. Догадався&lt;br /&gt;</w:t>
        <w:br/>
        <w:t>Гербований попихач єзуїтський&lt;br /&gt;</w:t>
        <w:br/>
        <w:t>І, кубком стукнувши, за шаблю взявся.&lt;br /&gt;</w:t>
        <w:br/>
        <w:t>Рече: "Вельможний пане ПлетенецькийІ&lt;br /&gt;</w:t>
        <w:br/>
        <w:t>Се королеві ганьба і всій шляхті,&lt;br /&gt;</w:t>
        <w:br/>
        <w:t>Що так перед послом язик чернецький&lt;br /&gt;</w:t>
        <w:br/>
        <w:t>Розляпавсь у твоїй чесній палаті,&lt;br /&gt;</w:t>
        <w:br/>
        <w:t>Мов перед хлопами у простій хлопській хаті. —</w:t>
      </w:r>
    </w:p>
    <w:p>
      <w:r>
        <w:br/>
        <w:t>XLIV</w:t>
      </w:r>
    </w:p>
    <w:p>
      <w:r>
        <w:br/>
        <w:t>І вдаривши себе в пацерні груди, —&lt;br /&gt;</w:t>
        <w:br/>
        <w:t>Клянусь моїми предками, мій пане,&lt;br /&gt;</w:t>
        <w:br/>
        <w:t>Котрим ніхто не завдавав огуди,&lt;br /&gt;</w:t>
        <w:br/>
        <w:t>Се привітаннє в вас гостей погане!&lt;br /&gt;</w:t>
        <w:br/>
        <w:t>Коли б його не ряса закривала,&lt;br /&gt;</w:t>
        <w:br/>
        <w:t>Сього ченця старого і п'яного,&lt;br /&gt;</w:t>
        <w:br/>
        <w:t>Моя б шляхетська шабля так скарала,&lt;br /&gt;</w:t>
        <w:br/>
        <w:t>Що і до суду б не забув суда страшного...&lt;br /&gt;</w:t>
        <w:br/>
        <w:t>Чи в вас в монастирі таких буяків много?" —</w:t>
      </w:r>
    </w:p>
    <w:p>
      <w:r>
        <w:br/>
        <w:t>XLV</w:t>
      </w:r>
    </w:p>
    <w:p>
      <w:r>
        <w:br/>
        <w:t>"Чудні у тебе, пане брате, речі, —&lt;br /&gt;</w:t>
        <w:br/>
        <w:t>Озвавсь до нього спроста Плетенецький, —&lt;br /&gt;</w:t>
        <w:br/>
        <w:t>Спитай, чи много козаків у Січі;&lt;br /&gt;</w:t>
        <w:br/>
        <w:t>Козацький звичай там, а тут — чернечий.&lt;br /&gt;</w:t>
        <w:br/>
        <w:t>Коли б ми не були такі буяни,&lt;br /&gt;</w:t>
        <w:br/>
        <w:t>Давно б у Лаврі в дзвони в нас дзвонили&lt;br /&gt;</w:t>
        <w:br/>
        <w:t>Короткохвості римські обізяни,&lt;br /&gt;</w:t>
        <w:br/>
        <w:t>А голяки такі, як ти, служили&lt;br /&gt;</w:t>
        <w:br/>
        <w:t>І православний мир антихристом дурили". —</w:t>
      </w:r>
    </w:p>
    <w:p>
      <w:r>
        <w:br/>
        <w:t>XLVI</w:t>
      </w:r>
    </w:p>
    <w:p>
      <w:r>
        <w:br/>
        <w:t>"Бунт! Зрада! Ґвалт! — гукне тут Оборницький,&lt;br /&gt;</w:t>
        <w:br/>
        <w:t>Покинувши ходу тиху кошечу&lt;br /&gt;</w:t>
        <w:br/>
        <w:t>І всі свої звичаї єзуїтські, —&lt;br /&gt;</w:t>
        <w:br/>
        <w:t>Чернець розбудоражив кров чернечу. —&lt;br /&gt;</w:t>
        <w:br/>
        <w:t>Антихристом!.. О, роде суєвірний!&lt;br /&gt;</w:t>
        <w:br/>
        <w:t>Невіжества Содоме 88 окаянний!&lt;br /&gt;</w:t>
        <w:br/>
        <w:t>Kлeвeт паскудних мотлоху невірний!&lt;br /&gt;</w:t>
        <w:br/>
        <w:t>Сліпого безувірства слуго п'яний!&lt;br /&gt;</w:t>
        <w:br/>
        <w:t>Да снидуть на тебе всі бурі й гуррикани!.."</w:t>
      </w:r>
    </w:p>
    <w:p>
      <w:r>
        <w:br/>
        <w:t>ДУМА ТРЕТЯ</w:t>
      </w:r>
    </w:p>
    <w:p>
      <w:r>
        <w:br/>
        <w:t>І</w:t>
      </w:r>
    </w:p>
    <w:p>
      <w:r>
        <w:br/>
        <w:t>І справді, навкруги мов буря зашуміла,&lt;br /&gt;</w:t>
        <w:br/>
        <w:t>Мов вихор-гуррикан в монастирі піднявся...&lt;br /&gt;</w:t>
        <w:br/>
        <w:t>Якийсь непевний гук многоголосий щався…&lt;br /&gt;</w:t>
        <w:br/>
        <w:t>Злякалась братія і мов потверезіла.&lt;br /&gt;</w:t>
        <w:br/>
        <w:t>Та се був гуррикан веселості святої:&lt;br /&gt;</w:t>
        <w:br/>
        <w:t>Вітали новину велику благодатну,&lt;br /&gt;</w:t>
        <w:br/>
        <w:t>Що з запорозької фортеці низової&lt;br /&gt;</w:t>
        <w:br/>
        <w:t>Принесено ченцям, мов жертву ароматну.&lt;br /&gt;</w:t>
        <w:br/>
        <w:t>Святе Успеніє знов чудо сотворило:&lt;br /&gt;</w:t>
        <w:br/>
        <w:t>Козацьку старшину з неволі слобонило.</w:t>
      </w:r>
    </w:p>
    <w:p>
      <w:r>
        <w:br/>
        <w:t>ІІ</w:t>
      </w:r>
    </w:p>
    <w:p>
      <w:r>
        <w:br/>
        <w:t>Іде п'ять козаків, чуприндирів усатих,&lt;br /&gt;</w:t>
        <w:br/>
        <w:t>Блищать оддалеки в турецьких златоглавах,&lt;br /&gt;</w:t>
        <w:br/>
        <w:t>В кармазинах рясних, при пірначах-булавах,&lt;br /&gt;</w:t>
        <w:br/>
        <w:t>У хутряних шликах, препишних, пребагатих...&lt;br /&gt;</w:t>
        <w:br/>
        <w:t>Покидали шлики на землю і булави,&lt;br /&gt;</w:t>
        <w:br/>
        <w:t>До ніг ігумену смиренно припадають&lt;br /&gt;</w:t>
        <w:br/>
        <w:t>І для великої монастиреві слави&lt;br /&gt;</w:t>
        <w:br/>
        <w:t>Чубами сивими долівку замітають.&lt;br /&gt;</w:t>
        <w:br/>
        <w:t>Стоять навколішках, ченцям цілують руки&lt;br /&gt;</w:t>
        <w:br/>
        <w:t>І оповідують свої пригоди й муки.</w:t>
      </w:r>
    </w:p>
    <w:p>
      <w:r>
        <w:br/>
        <w:t>III</w:t>
      </w:r>
    </w:p>
    <w:p>
      <w:r>
        <w:br/>
        <w:t>"П'яних нас мов п'яна хуртовина носила&lt;br /&gt;</w:t>
        <w:br/>
        <w:t>Та й занесла була в те пекло бесурменське,&lt;br /&gt;</w:t>
        <w:br/>
        <w:t>У те владичество безбожницьке турецьке,&lt;br /&gt;</w:t>
        <w:br/>
        <w:t>Котрим орудує сама пекельна сила.&lt;br /&gt;</w:t>
        <w:br/>
        <w:t>Сиділи, братія свята, ми на прикові,&lt;br /&gt;</w:t>
        <w:br/>
        <w:t>У смороді, в багні, в тісноті многолюдно,&lt;br /&gt;</w:t>
        <w:br/>
        <w:t>І довелось таке там знати козакові,&lt;br /&gt;</w:t>
        <w:br/>
        <w:t>Що в Божому дому і вимовити трудно.&lt;br /&gt;</w:t>
        <w:br/>
        <w:t>Щодня по одному нас на гаки водили,&lt;br /&gt;</w:t>
        <w:br/>
        <w:t>На Байдині гаки, і страшно там губили.</w:t>
      </w:r>
    </w:p>
    <w:p>
      <w:r>
        <w:br/>
        <w:t>IV</w:t>
      </w:r>
    </w:p>
    <w:p>
      <w:r>
        <w:br/>
        <w:t>І, гинучи ми так, щоденно сповідались&lt;br /&gt;</w:t>
        <w:br/>
        <w:t>В своїх переступах чесному отаманню&lt;br /&gt;</w:t>
        <w:br/>
        <w:t>І нужди, голоду, тяжкому безталанню&lt;br /&gt;</w:t>
        <w:br/>
        <w:t>Спасенного конця від Бога сподівались.&lt;br /&gt;</w:t>
        <w:br/>
        <w:t>Нас п'ятеро було полковників старинних,&lt;br /&gt;</w:t>
        <w:br/>
        <w:t>Таких, що про дива великі пам'ятали,&lt;br /&gt;</w:t>
        <w:br/>
        <w:t>Які, бувало, нам ченці на богоміллі&lt;br /&gt;</w:t>
        <w:br/>
        <w:t>З книжок своїх святих читали й товкували.&lt;br /&gt;</w:t>
        <w:br/>
        <w:t>І що молодші там про себе не казали,&lt;br /&gt;</w:t>
        <w:br/>
        <w:t>Ми знай Успеніє на поміч призивали.</w:t>
      </w:r>
    </w:p>
    <w:p>
      <w:r>
        <w:br/>
        <w:t>V</w:t>
      </w:r>
    </w:p>
    <w:p>
      <w:r>
        <w:br/>
        <w:t>І се... О Господи! Чудовна в тебе сила!..&lt;br /&gt;</w:t>
        <w:br/>
        <w:t>Отверзлись двері в нас дубові у хурдизі...&lt;br /&gt;</w:t>
        <w:br/>
        <w:t>Явилась Пресвята у світозарній ризі&lt;br /&gt;</w:t>
        <w:br/>
        <w:t>І сяєвом своїм нам очі посліпила;&lt;br /&gt;</w:t>
        <w:br/>
        <w:t>Попадали ми ниць і чули чудотворний&lt;br /&gt;</w:t>
        <w:br/>
        <w:t>Небесний глас її, мов янгольське співаннє,&lt;br /&gt;</w:t>
        <w:br/>
        <w:t>І смород, і багно, і мрак вертепний чорний —&lt;br /&gt;</w:t>
        <w:br/>
        <w:t>Почезло все, мов сон; і чесне отаманнє&lt;br /&gt;</w:t>
        <w:br/>
        <w:t>З приковів і кайдан, мов з сміття, отрусилось,&lt;br /&gt;</w:t>
        <w:br/>
        <w:t>І, наче на степу, на морі опинилось.</w:t>
      </w:r>
    </w:p>
    <w:p>
      <w:r>
        <w:br/>
        <w:t>VI</w:t>
      </w:r>
    </w:p>
    <w:p>
      <w:r>
        <w:br/>
        <w:t>Не скажем доладу, як чудо совершилось:&lt;br /&gt;</w:t>
        <w:br/>
        <w:t>Бо ми всі п'ятеро без пам'яті лежали,&lt;br /&gt;</w:t>
        <w:br/>
        <w:t>Козацьких голосів і лиць не впізнавали:&lt;br /&gt;</w:t>
        <w:br/>
        <w:t>Усе запомином і нетямом окрилось.&lt;br /&gt;</w:t>
        <w:br/>
        <w:t>Аж чуєм, вітерець над нами подихає...&lt;br /&gt;</w:t>
        <w:br/>
        <w:t>Поглянемо — кругом на морі хвиля грає...&lt;br /&gt;</w:t>
        <w:br/>
        <w:t>Над морем сонце, мов броварна піч, палає&lt;br /&gt;</w:t>
        <w:br/>
        <w:t>І хмари золотить, немов пожар лунає;&lt;br /&gt;</w:t>
        <w:br/>
        <w:t>А той страшний Стамбул над синьою водою&lt;br /&gt;</w:t>
        <w:br/>
        <w:t>Увесь почервонів, немов облився кров'ю.</w:t>
      </w:r>
    </w:p>
    <w:p>
      <w:r>
        <w:br/>
        <w:t>VII</w:t>
      </w:r>
    </w:p>
    <w:p>
      <w:r>
        <w:br/>
        <w:t>Перехрестились ми і зараз обіцяли&lt;br /&gt;</w:t>
        <w:br/>
        <w:t>Два тижні на святе Успення роботати.&lt;br /&gt;</w:t>
        <w:br/>
        <w:t>Про се ми під свої здобичні пишні шати&lt;br /&gt;</w:t>
        <w:br/>
        <w:t>Полатані свитки тепер понадавали..."&lt;br /&gt;</w:t>
        <w:br/>
        <w:t>І тут же почали "оброчники" скидати&lt;br /&gt;</w:t>
        <w:br/>
        <w:t>Кармазини рясні, саєти, златоглави,&lt;br /&gt;</w:t>
        <w:br/>
        <w:t>І все, мов прах земний, ногами попирати,&lt;br /&gt;</w:t>
        <w:br/>
        <w:t>Ченцям на шану й честь, Успенію для слави.&lt;br /&gt;</w:t>
        <w:br/>
        <w:t>І, обернувшись так із дуків у голоту,&lt;br /&gt;</w:t>
        <w:br/>
        <w:t>Просили одвести їх зараз на роботу.</w:t>
      </w:r>
    </w:p>
    <w:p>
      <w:r>
        <w:br/>
        <w:t>VIII</w:t>
      </w:r>
    </w:p>
    <w:p>
      <w:r>
        <w:br/>
        <w:t>Тим часом як ченці із служками своїми&lt;br /&gt;</w:t>
        <w:br/>
        <w:t>Кругом полковників, мов гай густий, стояли,&lt;br /&gt;</w:t>
        <w:br/>
        <w:t>Їх гості з-за стола тихенько повставали&lt;br /&gt;</w:t>
        <w:br/>
        <w:t>І зникли, як мара, з трапези поза ними.&lt;br /&gt;</w:t>
        <w:br/>
        <w:t>Побачив єзуїт, що тут і без науки&lt;br /&gt;</w:t>
        <w:br/>
        <w:t>Незгірша у ченців давно ведеться муштра,&lt;br /&gt;</w:t>
        <w:br/>
        <w:t>Що добре кудлаї забрали Русь у руки,&lt;br /&gt;</w:t>
        <w:br/>
        <w:t>І сам собі шептав: "Ні, папо, frustra! *&lt;br /&gt;</w:t>
        <w:br/>
        <w:t>Тут схизма глибоко в козацтво вкоренилась,&lt;br /&gt;</w:t>
        <w:br/>
        <w:t>Його розбоями в велику славу вбилась.</w:t>
      </w:r>
    </w:p>
    <w:p>
      <w:r>
        <w:br/>
        <w:t>IX</w:t>
      </w:r>
    </w:p>
    <w:p>
      <w:r>
        <w:br/>
        <w:t>Ні-ні! Тут, Риме, ти з роботою спізнився...&lt;br /&gt;</w:t>
        <w:br/>
        <w:t>Даремно тратити розумні з ними речі.&lt;br /&gt;</w:t>
        <w:br/>
        <w:t>Хоч би й порозбивав макітри сі чернечі,&lt;br /&gt;</w:t>
        <w:br/>
        <w:t>Нічого путнього від них би не добився.&lt;br /&gt;</w:t>
        <w:br/>
        <w:t>Тут ангел тьми врата міцні спорудив аду:&lt;br /&gt;</w:t>
        <w:br/>
        <w:t>Сих врат наміснику Христа не одоліти,&lt;br /&gt;</w:t>
        <w:br/>
        <w:t>На радість сатані, а папі на досаду&lt;br /&gt;</w:t>
        <w:br/>
        <w:t>Впотужнились навік дияволові діти.&lt;br /&gt;</w:t>
        <w:br/>
        <w:t>Єдиний пастир душ, єдине стадо вірних&lt;br /&gt;</w:t>
        <w:br/>
        <w:t>Противні розуму ченців сих безувірних.</w:t>
      </w:r>
    </w:p>
    <w:p>
      <w:r>
        <w:br/>
        <w:t>X</w:t>
      </w:r>
    </w:p>
    <w:p>
      <w:r>
        <w:br/>
        <w:t>Ні, Риме, ні! Шкода про се вже й говорити...&lt;br /&gt;</w:t>
        <w:br/>
        <w:t>Коли б ти хоч на рік воскреснув, Торквемадо 89,&lt;br /&gt;</w:t>
        <w:br/>
        <w:t>Грозо єретиків, спасенних душ одрадо,&lt;br /&gt;</w:t>
        <w:br/>
        <w:t>Та попід Лаврою почав костри палити,&lt;br /&gt;</w:t>
        <w:br/>
        <w:t>То б, може, тим огнем сі душі просвітились,&lt;br /&gt;</w:t>
        <w:br/>
        <w:t>Ся тьма кромішня, се геєнство православне, —&lt;br /&gt;</w:t>
        <w:br/>
        <w:t>Наміснику Христа смиренно поклонились,&lt;br /&gt;</w:t>
        <w:br/>
        <w:t>Покинули своє верзяканнє безславне&lt;br /&gt;</w:t>
        <w:br/>
        <w:t>Про чудеса мощей печерських, про Успеннє&lt;br /&gt;</w:t>
        <w:br/>
        <w:t>І вибрали собі Лойолу на хваленнє".</w:t>
      </w:r>
    </w:p>
    <w:p>
      <w:r>
        <w:br/>
        <w:t>ПІСНЯ ДЕСЯТА</w:t>
      </w:r>
    </w:p>
    <w:p>
      <w:r>
        <w:br/>
        <w:t>ДУМА ПЕРВА</w:t>
      </w:r>
    </w:p>
    <w:p>
      <w:r>
        <w:br/>
        <w:t>І</w:t>
      </w:r>
    </w:p>
    <w:p>
      <w:r>
        <w:br/>
        <w:t>Далеко від трапезної палати,&lt;br /&gt;</w:t>
        <w:br/>
        <w:t>В яру, проміж мохнатими дубами,&lt;br /&gt;</w:t>
        <w:br/>
        <w:t>Де голову людського не чувати,&lt;br /&gt;</w:t>
        <w:br/>
        <w:t>Де тихими святими молитвами,&lt;br /&gt;</w:t>
        <w:br/>
        <w:t>Мов чистими незримими крилами,&lt;br /&gt;</w:t>
        <w:br/>
        <w:t>Душа в чертоги горні возлітає, —&lt;br /&gt;</w:t>
        <w:br/>
        <w:t>Схилившись під важенними літами,&lt;br /&gt;</w:t>
        <w:br/>
        <w:t>Анахорет мовчущий пробуває&lt;br /&gt;</w:t>
        <w:br/>
        <w:t>І грішну плоть свою постами умерщвляє.</w:t>
      </w:r>
    </w:p>
    <w:p>
      <w:r>
        <w:br/>
        <w:t>II</w:t>
      </w:r>
    </w:p>
    <w:p>
      <w:r>
        <w:br/>
        <w:t>Літа вже перейшли за трудну пору,&lt;br /&gt;</w:t>
        <w:br/>
        <w:t>Котру Псальмист 91 призначив нашим силам...&lt;br /&gt;</w:t>
        <w:br/>
        <w:t>"Труд і болізнь" взяли над ними гору...&lt;br /&gt;</w:t>
        <w:br/>
        <w:t>Ровесники давно вже по могилам,&lt;br /&gt;</w:t>
        <w:br/>
        <w:t>І вже розмотано по мотовилам&lt;br /&gt;</w:t>
        <w:br/>
        <w:t>Ту пряжу, що вони понапрядали;&lt;br /&gt;</w:t>
        <w:br/>
        <w:t>Шумує кров їх по новим барилам,&lt;br /&gt;</w:t>
        <w:br/>
        <w:t>Нові там зверхники понаставали,&lt;br /&gt;</w:t>
        <w:br/>
        <w:t>Де між дрібнотою вони колись буяли.</w:t>
      </w:r>
    </w:p>
    <w:p>
      <w:r>
        <w:br/>
        <w:t>Ill</w:t>
      </w:r>
    </w:p>
    <w:p>
      <w:r>
        <w:br/>
        <w:t>Сто двадцять літ живе чернець мовчущий,&lt;br /&gt;</w:t>
        <w:br/>
        <w:t>І звуть його Мовчальником спасенним,&lt;br /&gt;</w:t>
        <w:br/>
        <w:t>Та він в своїй молитві невгавущий:&lt;br /&gt;</w:t>
        <w:br/>
        <w:t>На поученнє прибіжанам темним,&lt;br /&gt;</w:t>
        <w:br/>
        <w:t>Знай, мимрить голосом глухим, підземним:&lt;br /&gt;</w:t>
        <w:br/>
        <w:t>"О Господи, о Господи, помилуй!" —&lt;br /&gt;</w:t>
        <w:br/>
        <w:t>І покріпляє річ зітханнєм ревним.&lt;br /&gt;</w:t>
        <w:br/>
        <w:t>Давно старий зійшов би вже в могилу,&lt;br /&gt;</w:t>
        <w:br/>
        <w:t>Та сі слова дають йому живущу силу.</w:t>
      </w:r>
    </w:p>
    <w:p>
      <w:r>
        <w:br/>
        <w:t>IV</w:t>
      </w:r>
    </w:p>
    <w:p>
      <w:r>
        <w:br/>
        <w:t>Мов чарівник могущий чорну хмару&lt;br /&gt;</w:t>
        <w:br/>
        <w:t>Наодмаш рукавами розмаває,&lt;br /&gt;</w:t>
        <w:br/>
        <w:t>Так сей чернець святий од Бога кару&lt;br /&gt;</w:t>
        <w:br/>
        <w:t>Заслужену в чернецтві відхиляє,&lt;br /&gt;</w:t>
        <w:br/>
        <w:t>Тим всяк його боїться й поважає,&lt;br /&gt;</w:t>
        <w:br/>
        <w:t>І навіть сам вельможний Плетенецький&lt;br /&gt;</w:t>
        <w:br/>
        <w:t>Перед Мовчальником главу схиляє&lt;br /&gt;</w:t>
        <w:br/>
        <w:t>І вислуховує обичаєм чернецьким,&lt;br /&gt;</w:t>
        <w:br/>
        <w:t>Як п'янством той його да сном корить мертвецьким.</w:t>
      </w:r>
    </w:p>
    <w:p>
      <w:r>
        <w:br/>
        <w:t>V</w:t>
      </w:r>
    </w:p>
    <w:p>
      <w:r>
        <w:br/>
        <w:t>З великого коліна він походив,&lt;br /&gt;</w:t>
        <w:br/>
        <w:t>Що панувало по Десні й Сулою 92,&lt;br /&gt;</w:t>
        <w:br/>
        <w:t>І рід його панами верховодив,&lt;br /&gt;</w:t>
        <w:br/>
        <w:t>Стягав їх під свій славний стяг до бою,&lt;br /&gt;</w:t>
        <w:br/>
        <w:t>А він давно смиривсь перед судьбою,&lt;br /&gt;</w:t>
        <w:br/>
        <w:t>Презрів багатство й суєту мирськую,&lt;br /&gt;</w:t>
        <w:br/>
        <w:t>Душею в Бозі возжадав покою&lt;br /&gt;</w:t>
        <w:br/>
        <w:t>І проміняв пиху і вдасть земную&lt;br /&gt;</w:t>
        <w:br/>
        <w:t>На жизнь мовчальника і тишину святую.</w:t>
      </w:r>
    </w:p>
    <w:p>
      <w:r>
        <w:br/>
        <w:t>VI</w:t>
      </w:r>
    </w:p>
    <w:p>
      <w:r>
        <w:br/>
        <w:t>Судьба ж була така, що він в поході&lt;br /&gt;</w:t>
        <w:br/>
        <w:t>Танця татарського перелякався&lt;br /&gt;</w:t>
        <w:br/>
        <w:t>І, стидячись ганьби собі в народі,&lt;br /&gt;</w:t>
        <w:br/>
        <w:t>Під рясою в монастирі сховався.&lt;br /&gt;</w:t>
        <w:br/>
        <w:t>Тут за чернецтво дуже цупко взявся,&lt;br /&gt;</w:t>
        <w:br/>
        <w:t>Дарма, що був молодиком безвусим.&lt;br /&gt;</w:t>
        <w:br/>
        <w:t>Ніхто з його молитви не сміявся:&lt;br /&gt;</w:t>
        <w:br/>
        <w:t>Бо серед братії в своїм навуссі русім&lt;br /&gt;</w:t>
        <w:br/>
        <w:t>В стоянні був рівен монахам довговусим.</w:t>
      </w:r>
    </w:p>
    <w:p>
      <w:r>
        <w:br/>
        <w:t>VII</w:t>
      </w:r>
    </w:p>
    <w:p>
      <w:r>
        <w:br/>
        <w:t>Вистоював афонські літургії,&lt;br /&gt;</w:t>
        <w:br/>
        <w:t>Єрусалимські всеночні без краю&lt;br /&gt;</w:t>
        <w:br/>
        <w:t>І виповняв усі пости святії&lt;br /&gt;</w:t>
        <w:br/>
        <w:t>По древньому чернечому звичаю;&lt;br /&gt;</w:t>
        <w:br/>
        <w:t>Найбільше ж тим дослужувався раю,&lt;br /&gt;</w:t>
        <w:br/>
        <w:t>Що знай шептав: "О Господи, помилуй"&lt;br /&gt;</w:t>
        <w:br/>
        <w:t>Сим одганяв всі помисли лихії,&lt;br /&gt;</w:t>
        <w:br/>
        <w:t>Сим побіждав дияволову силу&lt;br /&gt;</w:t>
        <w:br/>
        <w:t>І чудотворною зробив свою могилу.</w:t>
      </w:r>
    </w:p>
    <w:p>
      <w:r>
        <w:br/>
        <w:t>VIII</w:t>
      </w:r>
    </w:p>
    <w:p>
      <w:r>
        <w:br/>
        <w:t>В могилі-бо сто літ уже спасався,&lt;br /&gt;</w:t>
        <w:br/>
        <w:t>У ямі, що сам викопав руками.&lt;br /&gt;</w:t>
        <w:br/>
        <w:t>Без заступа в цій праці подвизався:&lt;br /&gt;</w:t>
        <w:br/>
        <w:t>Копав самими тільки пазурами&lt;br /&gt;</w:t>
        <w:br/>
        <w:t>І сили додавав собі словами:&lt;br /&gt;</w:t>
        <w:br/>
        <w:t>"О Господи, помилуй!" — і дорився&lt;br /&gt;</w:t>
        <w:br/>
        <w:t>До тих печер, що йдуть попід морями&lt;br /&gt;</w:t>
        <w:br/>
        <w:t>В Єрусалим, і чуда сподобився:&lt;br /&gt;</w:t>
        <w:br/>
        <w:t>Бо поночі з його могили світ світився.</w:t>
      </w:r>
    </w:p>
    <w:p>
      <w:r>
        <w:br/>
        <w:t>IX</w:t>
      </w:r>
    </w:p>
    <w:p>
      <w:r>
        <w:br/>
        <w:t>Князь Лико він колись у мирі звався:&lt;br /&gt;</w:t>
        <w:br/>
        <w:t>Доводивсь правнуком Семену Лику 93&lt;br /&gt;</w:t>
        <w:br/>
        <w:t>Що у Великій церкві спати вклався ,&lt;br /&gt;</w:t>
        <w:br/>
        <w:t>Мечем собі здобувши честь велику.&lt;br /&gt;</w:t>
        <w:br/>
        <w:t>Сього легкодуха і недоріку&lt;br /&gt;</w:t>
        <w:br/>
        <w:t>Господь превище прадіда поставив,&lt;br /&gt;</w:t>
        <w:br/>
        <w:t>Сподобивши його такого віку,&lt;br /&gt;</w:t>
        <w:br/>
        <w:t>Яким немногих праведних прославив&lt;br /&gt;</w:t>
        <w:br/>
        <w:t>І від усіх гріхів за живота ізбавив.</w:t>
      </w:r>
    </w:p>
    <w:p>
      <w:r>
        <w:br/>
        <w:t>Х</w:t>
      </w:r>
    </w:p>
    <w:p>
      <w:r>
        <w:br/>
        <w:t>Святий подвижник сей не появлявся&lt;br /&gt;</w:t>
        <w:br/>
        <w:t>На Божий світ уже давно з могили.&lt;br /&gt;</w:t>
        <w:br/>
        <w:t>Шептали іноки, що вже давно скончався,&lt;br /&gt;</w:t>
        <w:br/>
        <w:t>Да приступить к його мощам не сміли,&lt;br /&gt;</w:t>
        <w:br/>
        <w:t>А тільки, мелючись, кругом ходили&lt;br /&gt;</w:t>
        <w:br/>
        <w:t>І обоняли запах благовонний.&lt;br /&gt;</w:t>
        <w:br/>
        <w:t>Бо янголи незримо їм кадили&lt;br /&gt;</w:t>
        <w:br/>
        <w:t>Там, де почив отшельник богомольний,&lt;br /&gt;</w:t>
        <w:br/>
        <w:t>За грішну братію молитвенник безмовний.</w:t>
      </w:r>
    </w:p>
    <w:p>
      <w:r>
        <w:br/>
        <w:t>ДУМА ДРУГА</w:t>
      </w:r>
    </w:p>
    <w:p>
      <w:r>
        <w:br/>
        <w:t>І</w:t>
      </w:r>
    </w:p>
    <w:p>
      <w:r>
        <w:br/>
        <w:t>Де труп зотлів про всіх людей розумних&lt;br /&gt;</w:t>
        <w:br/>
        <w:t>І млява жизнь в палку переродилась,&lt;br /&gt;</w:t>
        <w:br/>
        <w:t>Там про ченців, о Господі безумних,&lt;br /&gt;</w:t>
        <w:br/>
        <w:t>Вона небесним світом засвітилась.&lt;br /&gt;</w:t>
        <w:br/>
        <w:t>Перед природою незнаною змирилась&lt;br /&gt;</w:t>
        <w:br/>
        <w:t>Душа чернеча, в богомільстві сонна,&lt;br /&gt;</w:t>
        <w:br/>
        <w:t>І в темряві бездонній утопилась,&lt;br /&gt;</w:t>
        <w:br/>
        <w:t>Як думка князя тьми, в омані чорна,&lt;br /&gt;</w:t>
        <w:br/>
        <w:t>У вірі безвірна, в законі беззаконна.</w:t>
      </w:r>
    </w:p>
    <w:p>
      <w:r>
        <w:br/>
        <w:t>ІІ</w:t>
      </w:r>
    </w:p>
    <w:p>
      <w:r>
        <w:br/>
        <w:t>Сю душу мертвенну гальванізує&lt;br /&gt;</w:t>
        <w:br/>
        <w:t>Великий гук і стук в Святі ворота.&lt;br /&gt;</w:t>
        <w:br/>
        <w:t>Про себе так завзято не ясує&lt;br /&gt;</w:t>
        <w:br/>
        <w:t>Козацька чернь і цехова голота.&lt;br /&gt;</w:t>
        <w:br/>
        <w:t>Се, мабуть, завітав сам воєвода&lt;br /&gt;</w:t>
        <w:br/>
        <w:t>Або ж гетьман козацький Сагандашний,&lt;br /&gt;</w:t>
        <w:br/>
        <w:t>Котрого знає і сільська простота,&lt;br /&gt;</w:t>
        <w:br/>
        <w:t>І міський мотлох дикий, необачний,&lt;br /&gt;</w:t>
        <w:br/>
        <w:t>Що дивиться на світ, як на гаман ясачний.</w:t>
      </w:r>
    </w:p>
    <w:p>
      <w:r>
        <w:br/>
        <w:t>ІІІ</w:t>
      </w:r>
    </w:p>
    <w:p>
      <w:r>
        <w:br/>
        <w:t>Він, він! Його за ворітьми се голос,&lt;br /&gt;</w:t>
        <w:br/>
        <w:t>Гетьманське знане й інокам гуканнє...&lt;br /&gt;</w:t>
        <w:br/>
        <w:t>Хоч побілів на козакові волос,&lt;br /&gt;</w:t>
        <w:br/>
        <w:t>Та знявсь він високо над отаманнє.&lt;br /&gt;</w:t>
        <w:br/>
        <w:t>Орлине чути здалеку клектаннє...&lt;br /&gt;</w:t>
        <w:br/>
        <w:t>Кричить-клектить, орлят на бенкет звучи,&lt;br /&gt;</w:t>
        <w:br/>
        <w:t>На людожерне в полі пируваннє,&lt;br /&gt;</w:t>
        <w:br/>
        <w:t>І кидається на долину з кручі,&lt;br /&gt;</w:t>
        <w:br/>
        <w:t>Мов той Зевесів грім 95 із дощової тучі.</w:t>
      </w:r>
    </w:p>
    <w:p>
      <w:r>
        <w:br/>
        <w:t>IV</w:t>
      </w:r>
    </w:p>
    <w:p>
      <w:r>
        <w:br/>
        <w:t>Чернече серце затремтіло в грудях,&lt;br /&gt;</w:t>
        <w:br/>
        <w:t>Як вовче на призив орлиний в полі:&lt;br /&gt;</w:t>
        <w:br/>
        <w:t>Красна йому й біда, і смерть на людях,&lt;br /&gt;</w:t>
        <w:br/>
        <w:t>Він рад пригоді так, як хлібу-солі...&lt;br /&gt;</w:t>
        <w:br/>
        <w:t>Чи козаки опиняться в неволі,&lt;br /&gt;</w:t>
        <w:br/>
        <w:t>Чи полягають під мечами трупом,&lt;br /&gt;</w:t>
        <w:br/>
        <w:t>Чи збагатяться здобиччю на морі,&lt;br /&gt;</w:t>
        <w:br/>
        <w:t>Чи повкриваються злиденним струпом, —&lt;br /&gt;</w:t>
        <w:br/>
        <w:t>Чернець поживиться своїм з усіх їх лупом.</w:t>
      </w:r>
    </w:p>
    <w:p>
      <w:r>
        <w:br/>
        <w:t>V</w:t>
      </w:r>
    </w:p>
    <w:p>
      <w:r>
        <w:br/>
        <w:t>Святі Ворота відчиняють настіж".&lt;br /&gt;</w:t>
        <w:br/>
        <w:t>Готові ниць перед великим паном&lt;br /&gt;</w:t>
        <w:br/>
        <w:t>І воїном каптуроносці впасти, —&lt;br /&gt;</w:t>
        <w:br/>
        <w:t>Тих козаків-руїнників гетьманом,&lt;br /&gt;</w:t>
        <w:br/>
        <w:t>Що, насміявшись над страшним султаном,&lt;br /&gt;</w:t>
        <w:br/>
        <w:t>На царство православницьке Московське&lt;br /&gt;</w:t>
        <w:br/>
        <w:t>З ляхами налетіли гурриканом,&lt;br /&gt;</w:t>
        <w:br/>
        <w:t>Прославили різнею панство польське&lt;br /&gt;</w:t>
        <w:br/>
        <w:t>І шарпаниною — козацтво запорозьке.</w:t>
      </w:r>
    </w:p>
    <w:p>
      <w:r>
        <w:br/>
        <w:t>VI</w:t>
      </w:r>
    </w:p>
    <w:p>
      <w:r>
        <w:br/>
        <w:t>"Увесь у золоті повинен бути&lt;br /&gt;</w:t>
        <w:br/>
        <w:t>І моря, і землі страх, Сагайдашний...&lt;br /&gt;</w:t>
        <w:br/>
        <w:t>Не вгаймо, братіє, ніже минути!&lt;br /&gt;</w:t>
        <w:br/>
        <w:t>Се час воістину при нас ясачний!&lt;br /&gt;</w:t>
        <w:br/>
        <w:t>Син Конаша, козако-необачний,&lt;br /&gt;</w:t>
        <w:br/>
        <w:t>Все те на церкву Божу накладає,&lt;br /&gt;</w:t>
        <w:br/>
        <w:t>Чого у нього значний і не значний&lt;br /&gt;</w:t>
        <w:br/>
        <w:t>На сутих бенкетах не потребляє...&lt;br /&gt;</w:t>
        <w:br/>
        <w:t>Достатку він свого ніколи й сам не знав.</w:t>
      </w:r>
    </w:p>
    <w:p>
      <w:r>
        <w:br/>
        <w:t>VII</w:t>
      </w:r>
    </w:p>
    <w:p>
      <w:r>
        <w:br/>
        <w:t>Козацтво просте й значне сего ради&lt;br /&gt;</w:t>
        <w:br/>
        <w:t>Його, як батька, серцем возлюбили,&lt;br /&gt;</w:t>
        <w:br/>
        <w:t>І зельно руйнували весі й гради,&lt;br /&gt;</w:t>
        <w:br/>
        <w:t>І деже на вразі під ним ходили", —&lt;br /&gt;</w:t>
        <w:br/>
        <w:t>Так пузані між себе говорили,&lt;br /&gt;</w:t>
        <w:br/>
        <w:t>Обтерши піну медову на вусах.&lt;br /&gt;</w:t>
        <w:br/>
        <w:t>Держались на ногах з усеї сили&lt;br /&gt;</w:t>
        <w:br/>
        <w:t>І веселились у чернечих душах,&lt;br /&gt;</w:t>
        <w:br/>
        <w:t>Що Конашевича до себе залучили.</w:t>
      </w:r>
    </w:p>
    <w:p>
      <w:r>
        <w:br/>
        <w:t>VIII</w:t>
      </w:r>
    </w:p>
    <w:p>
      <w:r>
        <w:br/>
        <w:t>Врата отверзлись... О предивне диво!&lt;br /&gt;</w:t>
        <w:br/>
        <w:t>Не зрять вони того перед собою,&lt;br /&gt;</w:t>
        <w:br/>
        <w:t>Хто грав конем так бучно-горделиво,&lt;br /&gt;</w:t>
        <w:br/>
        <w:t>З гетьманською златою булавою.&lt;br /&gt;</w:t>
        <w:br/>
        <w:t>Над біловласою його главою&lt;br /&gt;</w:t>
        <w:br/>
        <w:t>Пернатий пишний шлик не красувався;&lt;br /&gt;</w:t>
        <w:br/>
        <w:t>А за собою він не мав конвою&lt;br /&gt;</w:t>
        <w:br/>
        <w:t>Гетьманського, що почтом панським звався&lt;br /&gt;</w:t>
        <w:br/>
        <w:t>І кіньми гордими, й рондами величався.</w:t>
      </w:r>
    </w:p>
    <w:p>
      <w:r>
        <w:br/>
        <w:t>Перед ними босий старець…&lt;br /&gt;</w:t>
        <w:br/>
        <w:t>Костур сучковатий;&lt;br /&gt;</w:t>
        <w:br/>
        <w:t>Ветхе різзє обтріпалось,&lt;br /&gt;</w:t>
        <w:br/>
        <w:t>І на латках лати.&lt;br /&gt;</w:t>
        <w:br/>
        <w:t>За плечима у прояви&lt;br /&gt;</w:t>
        <w:br/>
        <w:t>Латана торбина;&lt;br /&gt;</w:t>
        <w:br/>
        <w:t>Під торбиною дугою&lt;br /&gt;</w:t>
        <w:br/>
        <w:t>Гнеться в діда спина.&lt;br /&gt;</w:t>
        <w:br/>
        <w:t>Де гетьманська ділась постать,&lt;br /&gt;</w:t>
        <w:br/>
        <w:t>Де орлине око,&lt;br /&gt;</w:t>
        <w:br/>
        <w:t>Що з Синопу аж до Москви *&lt;br /&gt;</w:t>
        <w:br/>
        <w:t>Зиркало широко,&lt;br /&gt;</w:t>
        <w:br/>
        <w:t>В християн собі і в турків&lt;br /&gt;</w:t>
        <w:br/>
        <w:t>Здобичі шукало,&lt;br /&gt;</w:t>
        <w:br/>
        <w:t>Про козацький хліб насущний&lt;br /&gt;</w:t>
        <w:br/>
        <w:t>Всюди пантрувало.&lt;br /&gt;</w:t>
        <w:br/>
        <w:t>Тільки зик зіставсь потужний,&lt;br /&gt;</w:t>
        <w:br/>
        <w:t>Що скликав дружини,&lt;br /&gt;</w:t>
        <w:br/>
        <w:t>Мов дзвінкий щит харалужний,&lt;br /&gt;</w:t>
        <w:br/>
        <w:t>До боїв-руїни.&lt;br /&gt;</w:t>
        <w:br/>
        <w:t>Із-під рам'я зиком-криком&lt;br /&gt;</w:t>
        <w:br/>
        <w:t>Босий дід гукає&lt;br /&gt;</w:t>
        <w:br/>
        <w:t>І чернече мляве серце&lt;br /&gt;</w:t>
        <w:br/>
        <w:t>Голосом лякає:&lt;br /&gt;</w:t>
        <w:br/>
        <w:t>"Відчиняйте да впускайте&lt;br /&gt;</w:t>
        <w:br/>
        <w:t>Грішника страшного,&lt;br /&gt;</w:t>
        <w:br/>
        <w:t>Що до пекла вже негайно&lt;br /&gt;</w:t>
        <w:br/>
        <w:t>Піде огняного!&lt;br /&gt;</w:t>
        <w:br/>
        <w:t>Відчиняйте: бо ворота&lt;br /&gt;</w:t>
        <w:br/>
        <w:t>Костуром підважу,&lt;br /&gt;</w:t>
        <w:br/>
        <w:t>Потрощу затулу вашу,&lt;br /&gt;</w:t>
        <w:br/>
        <w:t>Мов ту брону вражу!&lt;br /&gt;</w:t>
        <w:br/>
        <w:t>Відчиніте-відомкніте&lt;br /&gt;</w:t>
        <w:br/>
        <w:t>Церкву ту Велику,&lt;br /&gt;</w:t>
        <w:br/>
        <w:t>Що спасатиме нас, грішних,&lt;br /&gt;</w:t>
        <w:br/>
        <w:t>Довіку і віку!&lt;br /&gt;</w:t>
        <w:br/>
        <w:t>Відомкніте да впустіте,&lt;br /&gt;</w:t>
        <w:br/>
        <w:t>Щоб я не набрався&lt;br /&gt;</w:t>
        <w:br/>
        <w:t>Знов гріха, та ще у глибше&lt;br /&gt;</w:t>
        <w:br/>
        <w:t>Пекло не попався.&lt;br /&gt;</w:t>
        <w:br/>
        <w:t>Нехай грішник на чудовне&lt;br /&gt;</w:t>
        <w:br/>
        <w:t>Позирне Успеннє,&lt;br /&gt;</w:t>
        <w:br/>
        <w:t>На прибіжище гріховне,&lt;br /&gt;</w:t>
        <w:br/>
        <w:t>Від чортяк спасенне.&lt;br /&gt;</w:t>
        <w:br/>
        <w:t>Та й віддасть Успению клятий&lt;br /&gt;</w:t>
        <w:br/>
        <w:t>Здобич тяжко-грішну:&lt;br /&gt;</w:t>
        <w:br/>
        <w:t>З образів московських шати,&lt;br /&gt;</w:t>
        <w:br/>
        <w:t>Срібну утвар пишну,&lt;br /&gt;</w:t>
        <w:br/>
        <w:t>І червінці, що складали&lt;br /&gt;</w:t>
        <w:br/>
        <w:t>Люде православні&lt;br /&gt;</w:t>
        <w:br/>
        <w:t>По церквах, як набігали&lt;br /&gt;</w:t>
        <w:br/>
        <w:t>Ми, криваво славні, —&lt;br /&gt;</w:t>
        <w:br/>
        <w:t>Набігали та й не знали,&lt;br /&gt;</w:t>
        <w:br/>
        <w:t>Що в гріхи впадали:&lt;br /&gt;</w:t>
        <w:br/>
        <w:t>Бо Русь Руссю руйнували,&lt;br /&gt;</w:t>
        <w:br/>
        <w:t>Москву в пень рубали!"&lt;br /&gt;</w:t>
        <w:br/>
        <w:t>І до церкви санувитий&lt;br /&gt;</w:t>
        <w:br/>
        <w:t>Дідуган простує,&lt;br /&gt;</w:t>
        <w:br/>
        <w:t>І чернечий дух неситий&lt;br /&gt;</w:t>
        <w:br/>
        <w:t>Здобич добру чує.&lt;br /&gt;</w:t>
        <w:br/>
        <w:t>Брязкотять ключі церковні,&lt;br /&gt;</w:t>
        <w:br/>
        <w:t>Дід у двері преться,&lt;br /&gt;</w:t>
        <w:br/>
        <w:t>І чернече хиже серце&lt;br /&gt;</w:t>
        <w:br/>
        <w:t>З радощів сміється.&lt;br /&gt;</w:t>
        <w:br/>
        <w:t>"Чудотворне ти Успеннє! —&lt;br /&gt;</w:t>
        <w:br/>
        <w:t>Промовляє сивий. —&lt;br /&gt;</w:t>
        <w:br/>
        <w:t>Сотвори нам во спасеннє&lt;br /&gt;</w:t>
        <w:br/>
        <w:t>Благодатне диво:&lt;br /&gt;</w:t>
        <w:br/>
        <w:t>Щоб я вкупі не судився&lt;br /&gt;</w:t>
        <w:br/>
        <w:t>З клятими ляхами,&lt;br /&gt;</w:t>
        <w:br/>
        <w:t>Що в Московщині глумився&lt;br /&gt;</w:t>
        <w:br/>
        <w:t>З ними над церквами.&lt;br /&gt;</w:t>
        <w:br/>
        <w:t>Щоб мене несите серце,&lt;br /&gt;</w:t>
        <w:br/>
        <w:t>Очі завидющі&lt;br /&gt;</w:t>
        <w:br/>
        <w:t>І на луп у чужоземця&lt;br /&gt;</w:t>
        <w:br/>
        <w:t>Руки загребущі&lt;br /&gt;</w:t>
        <w:br/>
        <w:t>Не втопили у глибокім&lt;br /&gt;</w:t>
        <w:br/>
        <w:t>Пеклі, як Іуду! 96&lt;br /&gt;</w:t>
        <w:br/>
        <w:t>О! Рятуй! Тобі оброки&lt;br /&gt;</w:t>
        <w:br/>
        <w:t>Вічно винен буду". —&lt;br /&gt;</w:t>
        <w:br/>
        <w:t>"Не сумнись!" — озветься голос&lt;br /&gt;</w:t>
        <w:br/>
        <w:t>З-за іконостаса...&lt;br /&gt;</w:t>
        <w:br/>
        <w:t>І в гетьмана в'яне волос,&lt;br /&gt;</w:t>
        <w:br/>
        <w:t>Мов у свинопаса.&lt;br /&gt;</w:t>
        <w:br/>
        <w:t>І лежить він, і Успеннє&lt;br /&gt;</w:t>
        <w:br/>
        <w:t>Диво показало:&lt;br /&gt;</w:t>
        <w:br/>
        <w:t>Під його тихе моленнє&lt;br /&gt;</w:t>
        <w:br/>
        <w:t>Приносу не стало.&lt;br /&gt;</w:t>
        <w:br/>
        <w:t>Так! Богининому дому&lt;br /&gt;</w:t>
        <w:br/>
        <w:t>Був угоден принос,&lt;br /&gt;</w:t>
        <w:br/>
        <w:t>І Успенію святому&lt;br /&gt;</w:t>
        <w:br/>
        <w:t>Реве славу крилос.</w:t>
      </w:r>
    </w:p>
    <w:p>
      <w:r>
        <w:br/>
        <w:t>ДУМА ТРЕТЯ&lt;br /&gt;</w:t>
        <w:br/>
        <w:t>І</w:t>
      </w:r>
    </w:p>
    <w:p>
      <w:r>
        <w:br/>
        <w:t>Ревуть баси кондак, неначе з бочки,&lt;br /&gt;</w:t>
        <w:br/>
        <w:t>І труситься в старого гайдабури&lt;br /&gt;</w:t>
        <w:br/>
        <w:t>На голім тілі риззє без сорочки,&lt;br /&gt;</w:t>
        <w:br/>
        <w:t>Як дикі струни на п'яній бандурі,&lt;br /&gt;</w:t>
        <w:br/>
        <w:t>П'яний він без горілки, по натурі,&lt;br /&gt;</w:t>
        <w:br/>
        <w:t>Палкий, завзятий, люто-вихрюватий,&lt;br /&gt;</w:t>
        <w:br/>
        <w:t>Мов під сьома печатьми демон бурі&lt;br /&gt;</w:t>
        <w:br/>
        <w:t>Ненависті дракон огнекрилатий,&lt;br /&gt;</w:t>
        <w:br/>
        <w:t>Жадібний день у день палити й руйновати.</w:t>
      </w:r>
    </w:p>
    <w:p>
      <w:r>
        <w:br/>
        <w:t>II</w:t>
      </w:r>
    </w:p>
    <w:p>
      <w:r>
        <w:br/>
        <w:t>Сам бог пекельний, він боїться Бога,&lt;br /&gt;</w:t>
        <w:br/>
        <w:t>Лютійшого й потужного над нього.&lt;br /&gt;</w:t>
        <w:br/>
        <w:t>В душі й надія в нього, і тривога...&lt;br /&gt;</w:t>
        <w:br/>
        <w:t>Жадає раю тихого, святого,&lt;br /&gt;</w:t>
        <w:br/>
        <w:t>Боїться пекла, печища страшного,&lt;br /&gt;</w:t>
        <w:br/>
        <w:t>Де жизні черв ніколи не вмирає,&lt;br /&gt;</w:t>
        <w:br/>
        <w:t>Де огнь сірчаний вічно не вгасає,&lt;br /&gt;</w:t>
        <w:br/>
        <w:t>Де Всеблагий вовіки не прощає&lt;br /&gt;</w:t>
        <w:br/>
        <w:t>І сатана людей о Господі терзає.</w:t>
      </w:r>
    </w:p>
    <w:p>
      <w:r>
        <w:br/>
        <w:t>ІІІ</w:t>
      </w:r>
    </w:p>
    <w:p>
      <w:r>
        <w:br/>
        <w:t>"Так, не сумнись! — рече архімандрита&lt;br /&gt;</w:t>
        <w:br/>
        <w:t>Чудовного Успення Плетенецький. —&lt;br /&gt;</w:t>
        <w:br/>
        <w:t>Тепер нам воля Вишнього відкрита:&lt;br /&gt;</w:t>
        <w:br/>
        <w:t>За те, що ти пустошив край турецький,&lt;br /&gt;</w:t>
        <w:br/>
        <w:t>Що пліндрував народ невірний шведський,&lt;br /&gt;</w:t>
        <w:br/>
        <w:t>До тебе глас Успення промовляє:&lt;br /&gt;</w:t>
        <w:br/>
        <w:t>Не снидеш в пекло, де тіла мертвецькі&lt;br /&gt;</w:t>
        <w:br/>
        <w:t>І грішні душі сатана терзає,&lt;br /&gt;</w:t>
        <w:br/>
        <w:t>Як суд Всевишнього благий опреділяє.</w:t>
      </w:r>
    </w:p>
    <w:p>
      <w:r>
        <w:br/>
        <w:t>IV</w:t>
      </w:r>
    </w:p>
    <w:p>
      <w:r>
        <w:br/>
        <w:t>Теци ще й ко Мовчальнику святому,&lt;br /&gt;</w:t>
        <w:br/>
        <w:t>Одкрий йому гріхи твої смиренно&lt;br /&gt;</w:t>
        <w:br/>
        <w:t>І приобщися світу неземному&lt;br /&gt;</w:t>
        <w:br/>
        <w:t>В обителі його благословенной.&lt;br /&gt;</w:t>
        <w:br/>
        <w:t>Во благості своєй неізреченной&lt;br /&gt;</w:t>
        <w:br/>
        <w:t>Успеніє тебе землі дарами,&lt;br /&gt;</w:t>
        <w:br/>
        <w:t>Сріблом і златом угобзить презельно.&lt;br /&gt;</w:t>
        <w:br/>
        <w:t>І паки возликуєш купно з нами,&lt;br /&gt;</w:t>
        <w:br/>
        <w:t>Всечудотвірного Успенія рабами".</w:t>
      </w:r>
    </w:p>
    <w:p>
      <w:r>
        <w:br/>
        <w:t>V</w:t>
      </w:r>
    </w:p>
    <w:p>
      <w:r>
        <w:br/>
        <w:t>І грішник босоногий притікає&lt;br /&gt;</w:t>
        <w:br/>
        <w:t>До сховища Мовчальника святого&lt;br /&gt;</w:t>
        <w:br/>
        <w:t>І, ниць повергнувшись над ним, віщає,&lt;br /&gt;</w:t>
        <w:br/>
        <w:t>Благаючи тепер уже німого:&lt;br /&gt;</w:t>
        <w:br/>
        <w:t>"Угодниче Творця землі благого!&lt;br /&gt;</w:t>
        <w:br/>
        <w:t>Ти, що своє замучив мовчки тіло&lt;br /&gt;</w:t>
        <w:br/>
        <w:t>Для вічного блаженства неземного!&lt;br /&gt;</w:t>
        <w:br/>
        <w:t>Тепер воно, як сонце, просвітліло&lt;br /&gt;</w:t>
        <w:br/>
        <w:t>І вірним чудеса премногі сотворило.</w:t>
      </w:r>
    </w:p>
    <w:p>
      <w:r>
        <w:br/>
        <w:t>VI</w:t>
      </w:r>
    </w:p>
    <w:p>
      <w:r>
        <w:br/>
        <w:t>До тебе притікаю з упованиєм:&lt;br /&gt;</w:t>
        <w:br/>
        <w:t>Рятуй мене від прокляття страшного,&lt;br /&gt;</w:t>
        <w:br/>
        <w:t>Що я своїм безумним воюваннєм&lt;br /&gt;</w:t>
        <w:br/>
        <w:t>Од патріарха заслужив святого.&lt;br /&gt;</w:t>
        <w:br/>
        <w:t>Набравшись в Січі духу огняного,&lt;br /&gt;</w:t>
        <w:br/>
        <w:t>Москву рубав я в пень, мов лях невірні;&lt;br /&gt;</w:t>
        <w:br/>
        <w:t>Не раз попа в огонь метав живого,&lt;br /&gt;</w:t>
        <w:br/>
        <w:t>Паливши церкву, наче безувірний&lt;br /&gt;</w:t>
        <w:br/>
        <w:t>Татарин, турчина-поганця раб покірний.</w:t>
      </w:r>
    </w:p>
    <w:p>
      <w:r>
        <w:br/>
        <w:t>VII</w:t>
      </w:r>
    </w:p>
    <w:p>
      <w:r>
        <w:br/>
        <w:t>Накинь на мене яку хоч покуту:&lt;br /&gt;</w:t>
        <w:br/>
        <w:t>Бо патріарха, з Москви повернувши,&lt;br /&gt;</w:t>
        <w:br/>
        <w:t>Рече до мене в привітну минуту,&lt;br /&gt;</w:t>
        <w:br/>
        <w:t>На мене якось дивно позирнувши:&lt;br /&gt;</w:t>
        <w:br/>
        <w:t>"Петро-гетьмане! Християнські душі&lt;br /&gt;</w:t>
        <w:br/>
        <w:t>На тебе вопіють за кров безвинну,&lt;br /&gt;</w:t>
        <w:br/>
        <w:t>Що проливав єси, на все забувши:&lt;br /&gt;</w:t>
        <w:br/>
        <w:t>На православну землю Україну&lt;br /&gt;</w:t>
        <w:br/>
        <w:t>І на Московську Русь, по праотцях родину.</w:t>
      </w:r>
    </w:p>
    <w:p>
      <w:r>
        <w:br/>
        <w:t>VIII</w:t>
      </w:r>
    </w:p>
    <w:p>
      <w:r>
        <w:br/>
        <w:t>Се на тобі, — рече, — печать я виджу&lt;br /&gt;</w:t>
        <w:br/>
        <w:t>Того владики, що смиренним духом&lt;br /&gt;</w:t>
        <w:br/>
        <w:t>Однаково страшусь і ненавиджу...&lt;br /&gt;</w:t>
        <w:br/>
        <w:t>Ісполнь, — рече, — земля про тебе слухом,&lt;br /&gt;</w:t>
        <w:br/>
        <w:t>Но внемлю славі сій смущенним ухом:&lt;br /&gt;</w:t>
        <w:br/>
        <w:t>За не..." Тут слово праведне порвалось.&lt;br /&gt;</w:t>
        <w:br/>
        <w:t>Мене мов по голові хто обухом&lt;br /&gt;</w:t>
        <w:br/>
        <w:t>Заїхав. Все кругом заколихалось&lt;br /&gt;</w:t>
        <w:br/>
        <w:t>І сам не тямлю, що тогді зо мною сталось.</w:t>
      </w:r>
    </w:p>
    <w:p>
      <w:r>
        <w:br/>
        <w:t>IX</w:t>
      </w:r>
    </w:p>
    <w:p>
      <w:r>
        <w:br/>
        <w:t>"Рятуй!" —&lt;br /&gt;</w:t>
        <w:br/>
        <w:t>І глас із глибини печери,&lt;br /&gt;</w:t>
        <w:br/>
        <w:t>Небесний глас таїнственно-понурий&lt;br /&gt;</w:t>
        <w:br/>
        <w:t>Воззвав, і мовби прочинились двері&lt;br /&gt;</w:t>
        <w:br/>
        <w:t>У тихий рай для серца гайдабури:</w:t>
      </w:r>
    </w:p>
    <w:p>
      <w:r>
        <w:br/>
        <w:t>"О гетьмане наш преславний,&lt;br /&gt;</w:t>
        <w:br/>
        <w:t>Воїне великий!&lt;br /&gt;</w:t>
        <w:br/>
        <w:t>Да восхвалить православний&lt;br /&gt;</w:t>
        <w:br/>
        <w:t>Мир тебе вовіки!&lt;br /&gt;</w:t>
        <w:br/>
        <w:t>Ти гріхи з себе московські&lt;br /&gt;</w:t>
        <w:br/>
        <w:t>Здіймеш мов рукою,&lt;br /&gt;</w:t>
        <w:br/>
        <w:t>Як потуги запорозькі&lt;br /&gt;</w:t>
        <w:br/>
        <w:t>Поведеш до бою.&lt;br /&gt;</w:t>
        <w:br/>
        <w:t>З агарянами лихими,&lt;br /&gt;</w:t>
        <w:br/>
        <w:t>З демоном Османом,&lt;br /&gt;</w:t>
        <w:br/>
        <w:t>Що задумав над святими&lt;br /&gt;</w:t>
        <w:br/>
        <w:t>Землями буть паном.&lt;br /&gt;</w:t>
        <w:br/>
        <w:t>І на Дністер наступає&lt;br /&gt;</w:t>
        <w:br/>
        <w:t>Лютим фараоном,&lt;br /&gt;</w:t>
        <w:br/>
        <w:t>Православний мир лякає&lt;br /&gt;</w:t>
        <w:br/>
        <w:t>Демонським законом.&lt;br /&gt;</w:t>
        <w:br/>
        <w:t>Проливав єси річками&lt;br /&gt;</w:t>
        <w:br/>
        <w:t>В Москві кров безвинну:&lt;br /&gt;</w:t>
        <w:br/>
        <w:t>Розливай тепер морями&lt;br /&gt;</w:t>
        <w:br/>
        <w:t>Пасоку невірну.&lt;br /&gt;</w:t>
        <w:br/>
        <w:t>Як Дніпро зачервоніє&lt;br /&gt;</w:t>
        <w:br/>
        <w:t>Рівен з берегами,&lt;br /&gt;</w:t>
        <w:br/>
        <w:t>З раю на тебе повіє&lt;br /&gt;</w:t>
        <w:br/>
        <w:t>Дух святий крилами.&lt;br /&gt;</w:t>
        <w:br/>
        <w:t>Як на морі піна кров'ю&lt;br /&gt;</w:t>
        <w:br/>
        <w:t>Зашумить-заграє,&lt;br /&gt;</w:t>
        <w:br/>
        <w:t>Узриш, як тебе рукою&lt;br /&gt;</w:t>
        <w:br/>
        <w:t>Божий Син вітає.&lt;br /&gt;</w:t>
        <w:br/>
        <w:t>Як заплачуть над Босфором&lt;br /&gt;</w:t>
        <w:br/>
        <w:t>Старці, жени й діти,&lt;br /&gt;</w:t>
        <w:br/>
        <w:t>Бог Отець з небесним хором&lt;br /&gt;</w:t>
        <w:br/>
        <w:t>Славу буде пити.&lt;br /&gt;</w:t>
        <w:br/>
        <w:t>І вся Тройця цілих три дні&lt;br /&gt;</w:t>
        <w:br/>
        <w:t>Буде ликувати,&lt;br /&gt;</w:t>
        <w:br/>
        <w:t>Як зіллєш в Стамбулі слізьми&lt;br /&gt;</w:t>
        <w:br/>
        <w:t>І хати, й палати".</w:t>
      </w:r>
    </w:p>
    <w:p>
      <w:r>
        <w:br/>
        <w:t>Тут, мов по манію волхва, заграли&lt;br /&gt;</w:t>
        <w:br/>
        <w:t>Під ворітьми святими жоломійки,&lt;br /&gt;</w:t>
        <w:br/>
        <w:t>Козацькі коні голосно заржали,&lt;br /&gt;</w:t>
        <w:br/>
        <w:t>Заголосили сурмові сопілки.&lt;br /&gt;</w:t>
        <w:br/>
        <w:t>Перед гетьманом козаки з'явились,&lt;br /&gt;</w:t>
        <w:br/>
        <w:t>Гетьманські шати у руках світились.&lt;br /&gt;</w:t>
        <w:br/>
        <w:t>На старцеві блавати вже сіяють,&lt;br /&gt;</w:t>
        <w:br/>
        <w:t>Турецька шаль аж трийчі стан обходить;&lt;br /&gt;</w:t>
        <w:br/>
        <w:t>Штани широкі жаром червоніють,&lt;br /&gt;</w:t>
        <w:br/>
        <w:t>Немов козак в крові по пояс бродить,&lt;br /&gt;</w:t>
        <w:br/>
        <w:t>Підкова срібна об підкову б'ється;&lt;br /&gt;</w:t>
        <w:br/>
        <w:t>По шапці пір'є страусове в'ється.&lt;br /&gt;</w:t>
        <w:br/>
        <w:t>На плечах лук з сагайдаком; при боці&lt;br /&gt;</w:t>
        <w:br/>
        <w:t>Дамаський міч молодиком сіяє,&lt;br /&gt;</w:t>
        <w:br/>
        <w:t>Червона стьонжка в габовій сорочці&lt;br /&gt;</w:t>
        <w:br/>
        <w:t>З-під бороди, з-під снігу визирає.&lt;br /&gt;</w:t>
        <w:br/>
        <w:t>Драконом кінь під ним гривастий в'ється.&lt;br /&gt;</w:t>
        <w:br/>
        <w:t>Крилатим дідуган тепер здається.&lt;br /&gt;</w:t>
        <w:br/>
        <w:t>Шугнув з вертепу хитрощів чернечих;&lt;br /&gt;</w:t>
        <w:br/>
        <w:t>За ним шугнули козаки орлами,&lt;br /&gt;</w:t>
        <w:br/>
        <w:t>Мов демони з диявольської печі,&lt;br /&gt;</w:t>
        <w:br/>
        <w:t>З печери мороку, олжи, омани.&lt;br /&gt;</w:t>
        <w:br/>
        <w:t>Баби й діди з дітворою, ховайтесь,&lt;br /&gt;</w:t>
        <w:br/>
        <w:t>Під кінські копити не попадайтесь!</w:t>
      </w:r>
    </w:p>
    <w:p>
      <w:r>
        <w:br/>
        <w:t>ПІСНЯ ОДИНАДЦЯТА</w:t>
      </w:r>
    </w:p>
    <w:p>
      <w:r>
        <w:br/>
        <w:t>ДУМА ПЕРВА</w:t>
      </w:r>
    </w:p>
    <w:p>
      <w:r>
        <w:br/>
        <w:t>І</w:t>
      </w:r>
    </w:p>
    <w:p>
      <w:r>
        <w:br/>
        <w:t>Шумить-гуде наш град первопрестольний,&lt;br /&gt;</w:t>
        <w:br/>
        <w:t>Свята руїна Русі і Москви,&lt;br /&gt;</w:t>
        <w:br/>
        <w:t>Принада Польщі, старець богомольний&lt;br /&gt;</w:t>
        <w:br/>
        <w:t>Заможної Волині і Литви,&lt;br /&gt;</w:t>
        <w:br/>
        <w:t>Гіркий п'яниця, гайдамака вольний,&lt;br /&gt;</w:t>
        <w:br/>
        <w:t>Чудовищна мара без голови,&lt;br /&gt;</w:t>
        <w:br/>
        <w:t>Завзяття дикого нечиста сила,&lt;br /&gt;</w:t>
        <w:br/>
        <w:t>Що пишний край руїною зробила.</w:t>
      </w:r>
    </w:p>
    <w:p>
      <w:r>
        <w:br/>
        <w:t>ІІ</w:t>
      </w:r>
    </w:p>
    <w:p>
      <w:r>
        <w:br/>
        <w:t>Шумить-гуде, мов Дніпрові пороги 97...&lt;br /&gt;</w:t>
        <w:br/>
        <w:t>Вигукують чубаті козаки,&lt;br /&gt;</w:t>
        <w:br/>
        <w:t>Буяючи, мов тури круторогі,&lt;br /&gt;</w:t>
        <w:br/>
        <w:t>Варязькі княженецькії бики.&lt;br /&gt;</w:t>
        <w:br/>
        <w:t>Танцюють по майданах босоногі,&lt;br /&gt;</w:t>
        <w:br/>
        <w:t>Закладують останні кажанки.&lt;br /&gt;</w:t>
        <w:br/>
        <w:t>І похваляються пожакувати&lt;br /&gt;</w:t>
        <w:br/>
        <w:t>Крамні комори, і шинки, й палати.</w:t>
      </w:r>
    </w:p>
    <w:p>
      <w:r>
        <w:br/>
        <w:t>ІІІ</w:t>
      </w:r>
    </w:p>
    <w:p>
      <w:r>
        <w:br/>
        <w:t>"Ні, не жакуймо ні міщан заможних,&lt;br /&gt;</w:t>
        <w:br/>
        <w:t>Ні підступних вірмен і жидови,&lt;br /&gt;</w:t>
        <w:br/>
        <w:t>Ні господарства по панах вельможних,&lt;br /&gt;</w:t>
        <w:br/>
        <w:t>Що набираються ума в ляхви.&lt;br /&gt;</w:t>
        <w:br/>
        <w:t>Зоставмо се про гайдамак безбожних,&lt;br /&gt;</w:t>
        <w:br/>
        <w:t>Що плодяться між темної мужви:&lt;br /&gt;</w:t>
        <w:br/>
        <w:t>Нас кличе Конашевич воювати&lt;br /&gt;</w:t>
        <w:br/>
        <w:t>Татар і турків разом пліндрувати".</w:t>
      </w:r>
    </w:p>
    <w:p>
      <w:r>
        <w:br/>
        <w:t>IV</w:t>
      </w:r>
    </w:p>
    <w:p>
      <w:r>
        <w:br/>
        <w:t>Так осавули по шинках гукають,&lt;br /&gt;</w:t>
        <w:br/>
        <w:t>Що Сагайдашний скрізь порозсилав,&lt;br /&gt;</w:t>
        <w:br/>
        <w:t>П'яниць дурне завзяттє зупиняють,&lt;br /&gt;</w:t>
        <w:br/>
        <w:t>Мов гребля навесні широкий став...&lt;br /&gt;</w:t>
        <w:br/>
        <w:t>"Шкода! — п'яниці згорда промовляють. —&lt;br /&gt;</w:t>
        <w:br/>
        <w:t>Він торбу золота ченцям оддав:&lt;br /&gt;</w:t>
        <w:br/>
        <w:t>Нехай же каптурі з ним козакують,&lt;br /&gt;</w:t>
        <w:br/>
        <w:t>А козаки без грошей не воюють.</w:t>
      </w:r>
    </w:p>
    <w:p>
      <w:r>
        <w:br/>
        <w:t>V</w:t>
      </w:r>
    </w:p>
    <w:p>
      <w:r>
        <w:br/>
        <w:t>Тепер Бородовка 98 вже гетьманує:&lt;br /&gt;</w:t>
        <w:br/>
        <w:t>Бо вивіз в Борщагівку 99 сто бочок&lt;br /&gt;</w:t>
        <w:br/>
        <w:t>Горілки доброї і всіх частує,&lt;br /&gt;</w:t>
        <w:br/>
        <w:t>Хто про сей бенкет має корячок.&lt;br /&gt;</w:t>
        <w:br/>
        <w:t>І зброю, кажуть, про таких готує,&lt;br /&gt;</w:t>
        <w:br/>
        <w:t>Що пропились в шинках до сорочок.&lt;br /&gt;</w:t>
        <w:br/>
        <w:t>Його грошима наділив Брольницький,&lt;br /&gt;</w:t>
        <w:br/>
        <w:t>Посел і старший ранця королівський.</w:t>
      </w:r>
    </w:p>
    <w:p>
      <w:r>
        <w:br/>
        <w:t>VI</w:t>
      </w:r>
    </w:p>
    <w:p>
      <w:r>
        <w:br/>
        <w:t>Сей не патякає про гайдамацтво&lt;br /&gt;</w:t>
        <w:br/>
        <w:t>Та про безбожних, п'яних мужиків,&lt;br /&gt;</w:t>
        <w:br/>
        <w:t>А затяга голоту у козацтво,&lt;br /&gt;</w:t>
        <w:br/>
        <w:t>Щоб добре перебрати всіх панків:&lt;br /&gt;</w:t>
        <w:br/>
        <w:t>Бо позаводили, мов та ляхва, пахарство,&lt;br /&gt;</w:t>
        <w:br/>
        <w:t>Понастявляли всюди вітряків,&lt;br /&gt;</w:t>
        <w:br/>
        <w:t>Нас, козаків, руїнниками лають&lt;br /&gt;</w:t>
        <w:br/>
        <w:t>В свої о с а д и й в о л і не приймають".</w:t>
      </w:r>
    </w:p>
    <w:p>
      <w:r>
        <w:br/>
        <w:t>VII</w:t>
      </w:r>
    </w:p>
    <w:p>
      <w:r>
        <w:br/>
        <w:t>Тогді рекли їм осавули: "Необачні!&lt;br /&gt;</w:t>
        <w:br/>
        <w:t>Забули, хто водив вас під Синоп,&lt;br /&gt;</w:t>
        <w:br/>
        <w:t>І чим здававсь вам лицар Сагандашний,&lt;br /&gt;</w:t>
        <w:br/>
        <w:t>Як шарпали ви Кафу й Трапезонт.&lt;br /&gt;</w:t>
        <w:br/>
        <w:t>До нього й значний купивсь і незначний:&lt;br /&gt;</w:t>
        <w:br/>
        <w:t>Великий, пишний, славний хороводі&lt;br /&gt;</w:t>
        <w:br/>
        <w:t>З ним і в Москві ви здобичі набрали:&lt;br /&gt;</w:t>
        <w:br/>
        <w:t>На осяйну його звізду вповали". —</w:t>
      </w:r>
    </w:p>
    <w:p>
      <w:r>
        <w:br/>
        <w:t>VIII</w:t>
      </w:r>
    </w:p>
    <w:p>
      <w:r>
        <w:br/>
        <w:t>"Оце ж на ту звізду вповає й шляхта, —&lt;br /&gt;</w:t>
        <w:br/>
        <w:t>Відказували гучно козаки, —&lt;br /&gt;</w:t>
        <w:br/>
        <w:t>Зробила з нього не суддю, а ката,&lt;br /&gt;</w:t>
        <w:br/>
        <w:t>Щоб ї й ми зоставляли кадуки *.&lt;br /&gt;</w:t>
        <w:br/>
        <w:t>У козака стоїть невкрита хата,&lt;br /&gt;</w:t>
        <w:br/>
        <w:t>А в панства по шляхах нові шинки,&lt;br /&gt;</w:t>
        <w:br/>
        <w:t>І бідолаха тре в них голу спину,&lt;br /&gt;</w:t>
        <w:br/>
        <w:t>Не дбаючи про жінку й про дитину.</w:t>
      </w:r>
    </w:p>
    <w:p>
      <w:r>
        <w:br/>
        <w:t>IX</w:t>
      </w:r>
    </w:p>
    <w:p>
      <w:r>
        <w:br/>
        <w:t>Були зібрались наші на Вільшанці&lt;br /&gt;</w:t>
        <w:br/>
        <w:t>Подякувати гарно всім ляхам,&lt;br /&gt;</w:t>
        <w:br/>
        <w:t>Що й сала в козака чортма в ковганці,&lt;br /&gt;</w:t>
        <w:br/>
        <w:t>А панський скот ганяють по шляхам&lt;br /&gt;</w:t>
        <w:br/>
        <w:t>У Венгри, в Шльонське 100 жидова-поганці&lt;br /&gt;</w:t>
        <w:br/>
        <w:t>І живляться з панами пополам&lt;br /&gt;</w:t>
        <w:br/>
        <w:t>Од німців грішми, винами ситними,&lt;br /&gt;</w:t>
        <w:br/>
        <w:t>Коріннєм і товарами крамними.</w:t>
      </w:r>
    </w:p>
    <w:p>
      <w:r>
        <w:br/>
        <w:t>Х</w:t>
      </w:r>
    </w:p>
    <w:p>
      <w:r>
        <w:br/>
        <w:t>Хотілось, не вдалось. По-лядськи грався&lt;br /&gt;</w:t>
        <w:br/>
        <w:t>З козацтвом ваш вельможний пан гетьман:&lt;br /&gt;</w:t>
        <w:br/>
        <w:t>Він поти прав од панства допевнявся,&lt;br /&gt;</w:t>
        <w:br/>
        <w:t>Поки набив дукатами гаман.&lt;br /&gt;</w:t>
        <w:br/>
        <w:t>Тоді з ляхвою під Москву загнався 101,&lt;br /&gt;</w:t>
        <w:br/>
        <w:t>Мов з яничарами татарський хан,&lt;br /&gt;</w:t>
        <w:br/>
        <w:t>І чим на лупах добре поживився,&lt;br /&gt;</w:t>
        <w:br/>
        <w:t>Тим од гріхів у Лаврі відкупився.</w:t>
      </w:r>
    </w:p>
    <w:p>
      <w:r>
        <w:br/>
        <w:t>XI</w:t>
      </w:r>
    </w:p>
    <w:p>
      <w:r>
        <w:br/>
        <w:t>Тепер святий: нехай же йде до неба.&lt;br /&gt;</w:t>
        <w:br/>
        <w:t>Ми будемо й без нього воювать.&lt;br /&gt;</w:t>
        <w:br/>
        <w:t>Нам грішного, як ми, гетьмана треба,&lt;br /&gt;</w:t>
        <w:br/>
        <w:t>Щоб з ним і в пеклі разом бідувать"... —&lt;br /&gt;</w:t>
        <w:br/>
        <w:t>"І вам Бородовка, той недотепа,&lt;br /&gt;</w:t>
        <w:br/>
        <w:t>Що вміє тільки жида обідрать,&lt;br /&gt;</w:t>
        <w:br/>
        <w:t>Тепер любіший став, ніж Сагайдашний?&lt;br /&gt;</w:t>
        <w:br/>
        <w:t>О роде темний! Роде необачний!"</w:t>
      </w:r>
    </w:p>
    <w:p>
      <w:r>
        <w:br/>
        <w:t>XII</w:t>
      </w:r>
    </w:p>
    <w:p>
      <w:r>
        <w:br/>
        <w:t>Так осавули козакам казали&lt;br /&gt;</w:t>
        <w:br/>
        <w:t>І словом докоряли їм гірким:&lt;br /&gt;</w:t>
        <w:br/>
        <w:t>"Давно б уже ляхи вас осідлали,&lt;br /&gt;</w:t>
        <w:br/>
        <w:t>Коли б не Конаша премудрий син.&lt;br /&gt;</w:t>
        <w:br/>
        <w:t>Не раз його й до короля ви слали,&lt;br /&gt;</w:t>
        <w:br/>
        <w:t>Щоб лагодив те розумом своїм,&lt;br /&gt;</w:t>
        <w:br/>
        <w:t>Чого накоїте було міщанам,&lt;br /&gt;</w:t>
        <w:br/>
        <w:t>Осадчим, дідичам і всяким станам.</w:t>
      </w:r>
    </w:p>
    <w:p>
      <w:r>
        <w:br/>
        <w:t>XIII</w:t>
      </w:r>
    </w:p>
    <w:p>
      <w:r>
        <w:br/>
        <w:t>Гаман червінців... О, брехня мерзенна!&lt;br /&gt;</w:t>
        <w:br/>
        <w:t>Ніхто сього на світі не видав,&lt;br /&gt;</w:t>
        <w:br/>
        <w:t>Щоб Конашевич, ся душа спасенна,&lt;br /&gt;</w:t>
        <w:br/>
        <w:t>З козацтвом здобичі не прогуляв.&lt;br /&gt;</w:t>
        <w:br/>
        <w:t>Тепер же чернь і старшина письменна&lt;br /&gt;</w:t>
        <w:br/>
        <w:t>Вбачає добре, що про вас він дбав,&lt;br /&gt;</w:t>
        <w:br/>
        <w:t>Як патріарсі у всьому піддався,&lt;br /&gt;</w:t>
        <w:br/>
        <w:t>Латинців і унітів не злякався.</w:t>
      </w:r>
    </w:p>
    <w:p>
      <w:r>
        <w:br/>
        <w:t>XIV</w:t>
      </w:r>
    </w:p>
    <w:p>
      <w:r>
        <w:br/>
        <w:t>Стольці церковні й титули владичні&lt;br /&gt;</w:t>
        <w:br/>
        <w:t>Віддав без короля ченцям своїм&lt;br /&gt;</w:t>
        <w:br/>
        <w:t>І благочестіє на віки вічні&lt;br /&gt;</w:t>
        <w:br/>
        <w:t>Від Потіїв да Рутських охранив". —&lt;br /&gt;</w:t>
        <w:br/>
        <w:t>"Байдуже нам про се. Ми г р і ш н і, —&lt;br /&gt;</w:t>
        <w:br/>
        <w:t>Нам нічого робити з ним, с в я т и м", —&lt;br /&gt;</w:t>
        <w:br/>
        <w:t>Козацтво напідпитку гомоніло,&lt;br /&gt;</w:t>
        <w:br/>
        <w:t>Про Конаша вже й слухать не хотіло.</w:t>
      </w:r>
    </w:p>
    <w:p>
      <w:r>
        <w:br/>
        <w:t>XV</w:t>
      </w:r>
    </w:p>
    <w:p>
      <w:r>
        <w:br/>
        <w:t>"Коли такі ви, що душі спасенне&lt;br /&gt;</w:t>
        <w:br/>
        <w:t>І вам, і діткам вашим, і жінкам&lt;br /&gt;</w:t>
        <w:br/>
        <w:t>Байдужня річ у вас і прославленнє&lt;br /&gt;</w:t>
        <w:br/>
        <w:t>Святої віри не потрібне вам,&lt;br /&gt;</w:t>
        <w:br/>
        <w:t>І патріархове благословенне&lt;br /&gt;</w:t>
        <w:br/>
        <w:t>Пригідне на щось тільки гетьманам:&lt;br /&gt;</w:t>
        <w:br/>
        <w:t>Дак вас Петро і ми всі покидаєм&lt;br /&gt;</w:t>
        <w:br/>
        <w:t>І до царя на службу від'їжджаєм.</w:t>
      </w:r>
    </w:p>
    <w:p>
      <w:r>
        <w:br/>
        <w:t>XVI</w:t>
      </w:r>
    </w:p>
    <w:p>
      <w:r>
        <w:br/>
        <w:t>Вже і Косинського добром московським&lt;br /&gt;</w:t>
        <w:br/>
        <w:t>Цар обсилав 102, а в грамотах своїх&lt;br /&gt;</w:t>
        <w:br/>
        <w:t>Титулувавсь Черкаським, Запорозьким&lt;br /&gt;</w:t>
        <w:br/>
        <w:t>І благодітелем церков святих.&lt;br /&gt;</w:t>
        <w:br/>
        <w:t>Да покумались ви з козацтвом польським&lt;br /&gt;</w:t>
        <w:br/>
        <w:t>Задля Димитріїв тих підставних 103.&lt;br /&gt;</w:t>
        <w:br/>
        <w:t>Тепер звелів святий нам патріарха&lt;br /&gt;</w:t>
        <w:br/>
        <w:t>Шукати на Москві собі монарха". —</w:t>
      </w:r>
    </w:p>
    <w:p>
      <w:r>
        <w:br/>
        <w:t>XVII</w:t>
      </w:r>
    </w:p>
    <w:p>
      <w:r>
        <w:br/>
        <w:t>"Шукайте. Ми ж благочестиву віру&lt;br /&gt;</w:t>
        <w:br/>
        <w:t>Зуміємо й без вас оборонять,&lt;br /&gt;</w:t>
        <w:br/>
        <w:t>І не попустим турку-безувіру&lt;br /&gt;</w:t>
        <w:br/>
        <w:t>Монастирі козацькі руйновать,&lt;br /&gt;</w:t>
        <w:br/>
        <w:t>А для науки людям і приміру&lt;br /&gt;</w:t>
        <w:br/>
        <w:t>У Білій Церкві хочем жида драть.&lt;br /&gt;</w:t>
        <w:br/>
        <w:t>Там Остророгів жид, рандар багатий,&lt;br /&gt;</w:t>
        <w:br/>
        <w:t>Почав Святого Спаса зневажати.</w:t>
      </w:r>
    </w:p>
    <w:p>
      <w:r>
        <w:br/>
        <w:t>XVIII</w:t>
      </w:r>
    </w:p>
    <w:p>
      <w:r>
        <w:br/>
        <w:t>Повиколуповав із лоба очі&lt;br /&gt;</w:t>
        <w:br/>
        <w:t>Для глуму безувірного й сміху&lt;br /&gt;</w:t>
        <w:br/>
        <w:t>І до долівки гвіздєм серед ночі&lt;br /&gt;</w:t>
        <w:br/>
        <w:t>Прибив його в оранді у льоху.&lt;br /&gt;</w:t>
        <w:br/>
        <w:t>Та нагодивсь на це підпарубочий&lt;br /&gt;</w:t>
        <w:br/>
        <w:t>І батюшці відкрився на духу,&lt;br /&gt;</w:t>
        <w:br/>
        <w:t>Що в Спаса сам на грудях бачив рану,&lt;br /&gt;</w:t>
        <w:br/>
        <w:t>Пробиті руці й нозі для догану"...</w:t>
      </w:r>
    </w:p>
    <w:p>
      <w:r>
        <w:br/>
        <w:t>ДУМА ДРУГА</w:t>
      </w:r>
    </w:p>
    <w:p>
      <w:r>
        <w:br/>
        <w:t>Тут земля загоготіла,&lt;br /&gt;</w:t>
        <w:br/>
        <w:t>Наче суд настав останній...&lt;br /&gt;</w:t>
        <w:br/>
        <w:t>Чутка дивна пролетіла&lt;br /&gt;</w:t>
        <w:br/>
        <w:t>По руїні православній.&lt;br /&gt;</w:t>
        <w:br/>
        <w:t>Не було такого дива&lt;br /&gt;</w:t>
        <w:br/>
        <w:t>І за пращурів великих:&lt;br /&gt;</w:t>
        <w:br/>
        <w:t>Козакам Пречиста Діва&lt;br /&gt;</w:t>
        <w:br/>
        <w:t>Помогла на турків диких,&lt;br /&gt;</w:t>
        <w:br/>
        <w:t>Що не знають Бога в Тройці&lt;br /&gt;</w:t>
        <w:br/>
        <w:t>З Богоматір'ю й святими&lt;br /&gt;</w:t>
        <w:br/>
        <w:t>І в безвірному пророці&lt;br /&gt;</w:t>
        <w:br/>
        <w:t>Чтять олжу серцями злими.&lt;br /&gt;</w:t>
        <w:br/>
        <w:t>Золоту галеру, повну&lt;br /&gt;</w:t>
        <w:br/>
        <w:t>Оксамиту й златоглаву,&lt;br /&gt;</w:t>
        <w:br/>
        <w:t>Наші привезли додому&lt;br /&gt;</w:t>
        <w:br/>
        <w:t>Богородиці на славу.&lt;br /&gt;</w:t>
        <w:br/>
        <w:t>Безліч їм Пречиста злата&lt;br /&gt;</w:t>
        <w:br/>
        <w:t>В бесурмен лихих накрала,&lt;br /&gt;</w:t>
        <w:br/>
        <w:t>Осліпивши супостата,&lt;br /&gt;</w:t>
        <w:br/>
        <w:t>Талярів налапувала.</w:t>
      </w:r>
    </w:p>
    <w:p>
      <w:r>
        <w:br/>
        <w:t>"Поки сонця, поки світу,&lt;br /&gt;</w:t>
        <w:br/>
        <w:t>Буде людям за що пити —&lt;br /&gt;</w:t>
        <w:br/>
        <w:t>Не вклонятимемось жиду,&lt;br /&gt;</w:t>
        <w:br/>
        <w:t>Дуків будемо лупити!"&lt;br /&gt;</w:t>
        <w:br/>
        <w:t>І безрозумна темнота&lt;br /&gt;</w:t>
        <w:br/>
        <w:t>До Дніпра прожогом рине,&lt;br /&gt;</w:t>
        <w:br/>
        <w:t>Заморочена голота&lt;br /&gt;</w:t>
        <w:br/>
        <w:t>Прославляє диво дивне.&lt;br /&gt;</w:t>
        <w:br/>
        <w:t>І ввесь Київ іздригнувся,&lt;br /&gt;</w:t>
        <w:br/>
        <w:t>Всі міщане й підзамчане;&lt;br /&gt;</w:t>
        <w:br/>
        <w:t>Тільки ти чогось надувся,&lt;br /&gt;</w:t>
        <w:br/>
        <w:t>Конашевичу-гетьмане!&lt;br /&gt;</w:t>
        <w:br/>
        <w:t>Спогадав єси про Байду,&lt;br /&gt;</w:t>
        <w:br/>
        <w:t>Незабутнього вовіки,&lt;br /&gt;</w:t>
        <w:br/>
        <w:t>Про тяжку його досаду&lt;br /&gt;</w:t>
        <w:br/>
        <w:t>І про жаль його великий.&lt;br /&gt;</w:t>
        <w:br/>
        <w:t>Не один він з козаками&lt;br /&gt;</w:t>
        <w:br/>
        <w:t>Показав тобі дорогу&lt;br /&gt;</w:t>
        <w:br/>
        <w:t>Придонецькими шляхами&lt;br /&gt;</w:t>
        <w:br/>
        <w:t>Ід' московському порогу.&lt;br /&gt;</w:t>
        <w:br/>
        <w:t>Спогадав ти й про Остапа 104,&lt;br /&gt;</w:t>
        <w:br/>
        <w:t>Запорозького гетьмана,&lt;br /&gt;</w:t>
        <w:br/>
        <w:t>Як його скарбова лапа&lt;br /&gt;</w:t>
        <w:br/>
        <w:t>У Московську Русь погнала.&lt;br /&gt;</w:t>
        <w:br/>
        <w:t>І самого Наливая,&lt;br /&gt;</w:t>
        <w:br/>
        <w:t>Що царем зовуть п'яниці 105,&lt;br /&gt;</w:t>
        <w:br/>
        <w:t>Спогадав єси, як злая&lt;br /&gt;</w:t>
        <w:br/>
        <w:t>Доля мчала ті гряниці,&lt;br /&gt;</w:t>
        <w:br/>
        <w:t>"Там, — речеш ти, — центре жизні&lt;br /&gt;</w:t>
        <w:br/>
        <w:t>Староруської зробилось,&lt;br /&gt;</w:t>
        <w:br/>
        <w:t>А в моїй дурній отчизні&lt;br /&gt;</w:t>
        <w:br/>
        <w:t>Гайдамацтво загніздилось.&lt;br /&gt;</w:t>
        <w:br/>
        <w:t>І гніздитиметься, поки&lt;br /&gt;</w:t>
        <w:br/>
        <w:t>Пожари та шарпанина,&lt;br /&gt;</w:t>
        <w:br/>
        <w:t>Голод, мір, крові потоки&lt;br /&gt;</w:t>
        <w:br/>
        <w:t>І повсюдная руїна&lt;br /&gt;</w:t>
        <w:br/>
        <w:t>Навчать нас в Москву втікати&lt;br /&gt;</w:t>
        <w:br/>
        <w:t>Від братів своїх коханих,&lt;br /&gt;</w:t>
        <w:br/>
        <w:t>Рідним батьком величати,&lt;br /&gt;</w:t>
        <w:br/>
        <w:t>Кого дерли гірш поганих…"</w:t>
      </w:r>
    </w:p>
    <w:p>
      <w:r>
        <w:br/>
        <w:t>І</w:t>
      </w:r>
    </w:p>
    <w:p>
      <w:r>
        <w:br/>
        <w:t>Сидить один. Вся старшина майнула&lt;br /&gt;</w:t>
        <w:br/>
        <w:t>Назустріч молодому Кочубею.&lt;br /&gt;</w:t>
        <w:br/>
        <w:t>Його проміннєм слава обгорнула&lt;br /&gt;</w:t>
        <w:br/>
        <w:t>І зорявою ризою своєю.&lt;br /&gt;</w:t>
        <w:br/>
        <w:t>"Се цар новий сердець низькопоклонних.&lt;br /&gt;</w:t>
        <w:br/>
        <w:t>Тепер ніщо Петро в них Сагайдашний.&lt;br /&gt;</w:t>
        <w:br/>
        <w:t>Одніс ченцям дві тисячі червоних,&lt;br /&gt;</w:t>
        <w:br/>
        <w:t>Козак, в своїй щедроті необачний.&lt;br /&gt;</w:t>
        <w:br/>
        <w:t>Левко сто тисячей червоних має,&lt;br /&gt;</w:t>
        <w:br/>
        <w:t>І всіх киян до себе привертає.</w:t>
      </w:r>
    </w:p>
    <w:p>
      <w:r>
        <w:br/>
        <w:t>ІІ</w:t>
      </w:r>
    </w:p>
    <w:p>
      <w:r>
        <w:br/>
        <w:t>А міліони, що козацтво здавна&lt;br /&gt;</w:t>
        <w:br/>
        <w:t>За приводом Петра напліндрувало,&lt;br /&gt;</w:t>
        <w:br/>
        <w:t>В Синопі й Трапезонті здобич славна&lt;br /&gt;</w:t>
        <w:br/>
        <w:t>І в Кафі — се пиши тепер пропало!&lt;br /&gt;</w:t>
        <w:br/>
        <w:t>Що Кафа? Забавка нікчемна, марна,&lt;br /&gt;</w:t>
        <w:br/>
        <w:t>Козацтво з жарту руки в Кафі гріло.&lt;br /&gt;</w:t>
        <w:br/>
        <w:t>Велике огнище там про гетьмана,&lt;br /&gt;</w:t>
        <w:br/>
        <w:t>Не про козацькі череси горіло.&lt;br /&gt;</w:t>
        <w:br/>
        <w:t>Тепер Петро не п'є, не бенкетує:&lt;br /&gt;</w:t>
        <w:br/>
        <w:t>Він душу на Господень суд готує.</w:t>
      </w:r>
    </w:p>
    <w:p>
      <w:r>
        <w:br/>
        <w:t>ІІІ</w:t>
      </w:r>
    </w:p>
    <w:p>
      <w:r>
        <w:br/>
        <w:t>Тепер козацтво вже його не любить:&lt;br /&gt;</w:t>
        <w:br/>
        <w:t>Бо не частує зграї горілками.&lt;br /&gt;</w:t>
        <w:br/>
        <w:t>Тепер Бородовка їм в труби трубить,&lt;br /&gt;</w:t>
        <w:br/>
        <w:t>Що "світ увесь тремтить пред козаками" *,&lt;br /&gt;</w:t>
        <w:br/>
        <w:t>І байдуже їм, що для патріарха&lt;br /&gt;</w:t>
        <w:br/>
        <w:t>Зробив я те, чого вони не сміли:&lt;br /&gt;</w:t>
        <w:br/>
        <w:t>Нові постали в Русі ієрархи,&lt;br /&gt;</w:t>
        <w:br/>
        <w:t>І на стольцях апостольських посіли,&lt;br /&gt;</w:t>
        <w:br/>
        <w:t>І Русі Русь простерла братні руки,&lt;br /&gt;</w:t>
        <w:br/>
        <w:t>Щоб не було між ними вже розлуки.</w:t>
      </w:r>
    </w:p>
    <w:p>
      <w:r>
        <w:br/>
        <w:t>IV</w:t>
      </w:r>
    </w:p>
    <w:p>
      <w:r>
        <w:br/>
        <w:t>Мізерне сміттє! Темні гайдамаки!&lt;br /&gt;</w:t>
        <w:br/>
        <w:t>Покіль вас мав чим добре трактувати,&lt;br /&gt;</w:t>
        <w:br/>
        <w:t>Ви лащились до мене, як собаки:&lt;br /&gt;</w:t>
        <w:br/>
        <w:t>Тепер — хвостом до іншого махати!&lt;br /&gt;</w:t>
        <w:br/>
        <w:t>Махайте; я піду Москві служити,&lt;br /&gt;</w:t>
        <w:br/>
        <w:t>Гріхи свої мечем покутувати,&lt;br /&gt;</w:t>
        <w:br/>
        <w:t>Цареві благовірному годити&lt;br /&gt;</w:t>
        <w:br/>
        <w:t>І високо наш руський стяг держати.&lt;br /&gt;</w:t>
        <w:br/>
        <w:t>Знайду й без вас дорогу до Османа:&lt;br /&gt;</w:t>
        <w:br/>
        <w:t>Султан царського знатиме гетьмана!"</w:t>
      </w:r>
    </w:p>
    <w:p>
      <w:r>
        <w:br/>
        <w:t>ДУМА ТРЕТЯ</w:t>
      </w:r>
    </w:p>
    <w:p>
      <w:r>
        <w:br/>
        <w:t>Знов земля загоготіла,&lt;br /&gt;</w:t>
        <w:br/>
        <w:t>Мов Дніпро прогнав пороги,&lt;br /&gt;</w:t>
        <w:br/>
        <w:t>Наче буря налетіла&lt;br /&gt;</w:t>
        <w:br/>
        <w:t>На гетьманський кіш убогий, —&lt;br /&gt;</w:t>
        <w:br/>
        <w:t>На будинок, що був красен&lt;br /&gt;</w:t>
        <w:br/>
        <w:t>Не углами, пирогами,&lt;br /&gt;</w:t>
        <w:br/>
        <w:t>Де козацтво ситих брашен&lt;br /&gt;</w:t>
        <w:br/>
        <w:t>Наїдалось за столами.&lt;br /&gt;</w:t>
        <w:br/>
        <w:t>Наїдалось-напивалось&lt;br /&gt;</w:t>
        <w:br/>
        <w:t>Досхочу, аж до знемоги,&lt;br /&gt;</w:t>
        <w:br/>
        <w:t>І танцями вгоноблялось,&lt;br /&gt;</w:t>
        <w:br/>
        <w:t>І піснями про пороги;&lt;br /&gt;</w:t>
        <w:br/>
        <w:t>І про Кафу, про "пучину&lt;br /&gt;</w:t>
        <w:br/>
        <w:t>Християнських сліз і крові",&lt;br /&gt;</w:t>
        <w:br/>
        <w:t>Що зробили там руїну,&lt;br /&gt;</w:t>
        <w:br/>
        <w:t>Вічну славу козакові;&lt;br /&gt;</w:t>
        <w:br/>
        <w:t>І про те, як море врало&lt;br /&gt;</w:t>
        <w:br/>
        <w:t>Мов ревучими левами&lt;br /&gt;</w:t>
        <w:br/>
        <w:t>І безодні розверзало&lt;br /&gt;</w:t>
        <w:br/>
        <w:t>Під козацькими човнами;&lt;br /&gt;</w:t>
        <w:br/>
        <w:t>І як Юр Святий по хмарах&lt;br /&gt;</w:t>
        <w:br/>
        <w:t>Грав конем над ними білим,&lt;br /&gt;</w:t>
        <w:br/>
        <w:t>Сліпив очі яничарам,&lt;br /&gt;</w:t>
        <w:br/>
        <w:t>Додавав козацтву сили *,&lt;br /&gt;</w:t>
        <w:br/>
        <w:t>Як "оброки" й обітниці&lt;br /&gt;</w:t>
        <w:br/>
        <w:t>Козаки на себе клали&lt;br /&gt;</w:t>
        <w:br/>
        <w:t>І в небесної цариці&lt;br /&gt;</w:t>
        <w:br/>
        <w:t>У Печорськім роботали...</w:t>
      </w:r>
    </w:p>
    <w:p>
      <w:r>
        <w:br/>
        <w:t>І</w:t>
      </w:r>
    </w:p>
    <w:p>
      <w:r>
        <w:br/>
        <w:t>Не буря, гомін, співи голоснії!&lt;br /&gt;</w:t>
        <w:br/>
        <w:t>Кругом коша-будинку розлягались:&lt;br /&gt;</w:t>
        <w:br/>
        <w:t>То Кочубею похвали новії&lt;br /&gt;</w:t>
        <w:br/>
        <w:t>Безкраїм морем гучно хвилювались.&lt;br /&gt;</w:t>
        <w:br/>
        <w:t>Іде тріумфом лицар між лицарством;&lt;br /&gt;</w:t>
        <w:br/>
        <w:t>За ним везуть галеру золотую,&lt;br /&gt;</w:t>
        <w:br/>
        <w:t>Везуть, танцюють. Навкруги з кобзарством&lt;br /&gt;</w:t>
        <w:br/>
        <w:t>Ченці співають гурмом трисвятую.&lt;br /&gt;</w:t>
        <w:br/>
        <w:t>Волів дванадцять пар, всі під стрічками,&lt;br /&gt;</w:t>
        <w:br/>
        <w:t>Їх роги вквітчані, як май, квітками.</w:t>
      </w:r>
    </w:p>
    <w:p>
      <w:r>
        <w:br/>
        <w:t>ІІ</w:t>
      </w:r>
    </w:p>
    <w:p>
      <w:r>
        <w:br/>
        <w:t>"Стій" — крикне Кочубей.&lt;br /&gt;</w:t>
        <w:br/>
        <w:t>"Чого стояти? —&lt;br /&gt;</w:t>
        <w:br/>
        <w:t>Рекли ченці. — Гей, друзі, до Успення!&lt;br /&gt;</w:t>
        <w:br/>
        <w:t>Галери жде Пречиста Божа Мати,&lt;br /&gt;</w:t>
        <w:br/>
        <w:t>Як дару за козацьке визволеннє". —&lt;br /&gt;</w:t>
        <w:br/>
        <w:t>"Ні, се від мене буде дар герою,&lt;br /&gt;</w:t>
        <w:br/>
        <w:t>Що вчив мене, мов сокола, літати&lt;br /&gt;</w:t>
        <w:br/>
        <w:t>Через пороги по Дніпру й по морю&lt;br /&gt;</w:t>
        <w:br/>
        <w:t>І на турецькі ринки набігати". —&lt;br /&gt;</w:t>
        <w:br/>
        <w:t>"О святотатство!.. Вас освободила&lt;br /&gt;</w:t>
        <w:br/>
        <w:t>Пречиста, преблагословенна Діва,</w:t>
      </w:r>
    </w:p>
    <w:p>
      <w:r>
        <w:br/>
        <w:t>ІІ</w:t>
      </w:r>
    </w:p>
    <w:p>
      <w:r>
        <w:br/>
        <w:t>А ви, в духовній вашій тьмі, готові&lt;br /&gt;</w:t>
        <w:br/>
        <w:t>Дари її щедрот і благодати&lt;br /&gt;</w:t>
        <w:br/>
        <w:t>Приносити у принос козакові&lt;br /&gt;</w:t>
        <w:br/>
        <w:t>І смертного над вічну поскладати!" —&lt;br /&gt;</w:t>
        <w:br/>
        <w:t>"Пречиста, непорочна Діва... Правда,&lt;br /&gt;</w:t>
        <w:br/>
        <w:t>Такої чистоти й не знають люде...&lt;br /&gt;</w:t>
        <w:br/>
        <w:t>І се, в її ім'я святе, награда&lt;br /&gt;</w:t>
        <w:br/>
        <w:t>Тому між нами велетневі буде,&lt;br /&gt;</w:t>
        <w:br/>
        <w:t>Що вміє силу демонську крушити&lt;br /&gt;</w:t>
        <w:br/>
        <w:t>І турчина в його крові топити..."</w:t>
      </w:r>
    </w:p>
    <w:p>
      <w:r>
        <w:br/>
        <w:t>IV</w:t>
      </w:r>
    </w:p>
    <w:p>
      <w:r>
        <w:br/>
        <w:t>"Ні, дяка не награда! —&lt;br /&gt;</w:t>
        <w:br/>
        <w:t>Загукали&lt;br /&gt;</w:t>
        <w:br/>
        <w:t>Ченці, терзаючи з досади ряси. —&lt;br /&gt;</w:t>
        <w:br/>
        <w:t>Такого ще кощунства не чували&lt;br /&gt;</w:t>
        <w:br/>
        <w:t>Не тільки козаки, та й свинопаси,&lt;br /&gt;</w:t>
        <w:br/>
        <w:t>Щоб непорочною когось назвати,&lt;br /&gt;</w:t>
        <w:br/>
        <w:t>Якусь мізерну, бренную людину,&lt;br /&gt;</w:t>
        <w:br/>
        <w:t>Що "во гресях родила грішна мати!" 106 —&lt;br /&gt;</w:t>
        <w:br/>
        <w:t>"Шкода теряти дорогу годину:&lt;br /&gt;</w:t>
        <w:br/>
        <w:t>До меду ложки вам у нас не буде! —&lt;br /&gt;</w:t>
        <w:br/>
        <w:t>Відрізав їм Левко. —&lt;br /&gt;</w:t>
        <w:br/>
        <w:t>Гей! Стіймо, добрі люде!"</w:t>
      </w:r>
    </w:p>
    <w:p>
      <w:r>
        <w:br/>
        <w:t>ДУМА ЧЕТВЕРТА</w:t>
      </w:r>
    </w:p>
    <w:p>
      <w:r>
        <w:br/>
        <w:t>Розчинились у гетьмана&lt;br /&gt;</w:t>
        <w:br/>
        <w:t>Рундукові двері&lt;br /&gt;</w:t>
        <w:br/>
        <w:t>Проти тої золотої&lt;br /&gt;</w:t>
        <w:br/>
        <w:t>Пишної галери.&lt;br /&gt;</w:t>
        <w:br/>
        <w:t>На рундук, мов голуб, вийшов&lt;br /&gt;</w:t>
        <w:br/>
        <w:t>Сивий, волохатий.&lt;br /&gt;</w:t>
        <w:br/>
        <w:t>Се не голуб волохатий —&lt;br /&gt;</w:t>
        <w:br/>
        <w:t>Велетень крилатий.&lt;br /&gt;</w:t>
        <w:br/>
        <w:t>Перед ним Левко лицарське&lt;br /&gt;</w:t>
        <w:br/>
        <w:t>Приклонив коліно:&lt;br /&gt;</w:t>
        <w:br/>
        <w:t>Так хороброму юнацьке&lt;br /&gt;</w:t>
        <w:br/>
        <w:t>Серце повеліло.&lt;br /&gt;</w:t>
        <w:br/>
        <w:t>"Батьку! Привітай малого&lt;br /&gt;</w:t>
        <w:br/>
        <w:t>Чуру низового,&lt;br /&gt;</w:t>
        <w:br/>
        <w:t>Що, було, тобі сідлає&lt;br /&gt;</w:t>
        <w:br/>
        <w:t>"Лева" вороного *.&lt;br /&gt;</w:t>
        <w:br/>
        <w:t>Привітай, крилатий орле,&lt;br /&gt;</w:t>
        <w:br/>
        <w:t>Козака-понуру *,&lt;br /&gt;</w:t>
        <w:br/>
        <w:t>Що, було, тобі на морі&lt;br /&gt;</w:t>
        <w:br/>
        <w:t>Грає у бандуру.&lt;br /&gt;</w:t>
        <w:br/>
        <w:t>Під твоїм палким натхненнєм&lt;br /&gt;</w:t>
        <w:br/>
        <w:t>Я співати вчився,&lt;br /&gt;</w:t>
        <w:br/>
        <w:t>За твоїм благословеннєм&lt;br /&gt;</w:t>
        <w:br/>
        <w:t>З бесурменом бився.&lt;br /&gt;</w:t>
        <w:br/>
        <w:t>Речі несказанно дивні&lt;br /&gt;</w:t>
        <w:br/>
        <w:t>Сталися зо мною;&lt;br /&gt;</w:t>
        <w:br/>
        <w:t>Бо під батьківськими крильми&lt;br /&gt;</w:t>
        <w:br/>
        <w:t>Я з'учивсь до бою.&lt;br /&gt;</w:t>
        <w:br/>
        <w:t>І твоя звізда щаслива&lt;br /&gt;</w:t>
        <w:br/>
        <w:t>Козакам світила,&lt;br /&gt;</w:t>
        <w:br/>
        <w:t>Бо не людська. Божа сила&lt;br /&gt;</w:t>
        <w:br/>
        <w:t>Їх човни водила,&lt;br /&gt;</w:t>
        <w:br/>
        <w:t>Духом сили пресвятої&lt;br /&gt;</w:t>
        <w:br/>
        <w:t>Й та душа горіла,&lt;br /&gt;</w:t>
        <w:br/>
        <w:t>Що з турецької неволі&lt;br /&gt;</w:t>
        <w:br/>
        <w:t>Нас ослобонила.&lt;br /&gt;</w:t>
        <w:br/>
        <w:t>Се в о н а тобі галеру&lt;br /&gt;</w:t>
        <w:br/>
        <w:t>З чужини прислала,&lt;br /&gt;</w:t>
        <w:br/>
        <w:t>Щоб рука твоя невіру&lt;br /&gt;</w:t>
        <w:br/>
        <w:t>Тяжко покарала.&lt;br /&gt;</w:t>
        <w:br/>
        <w:t>Ми ж, стратенці бесурменські,&lt;br /&gt;</w:t>
        <w:br/>
        <w:t>Обреклись оброком&lt;br /&gt;</w:t>
        <w:br/>
        <w:t>Нищити краї турецькі&lt;br /&gt;</w:t>
        <w:br/>
        <w:t>Під орловим оком.&lt;br /&gt;</w:t>
        <w:br/>
        <w:t>Тридцять нас братів спряглося&lt;br /&gt;</w:t>
        <w:br/>
        <w:t>Превеликим горем,&lt;br /&gt;</w:t>
        <w:br/>
        <w:t>В побратимстві поклялося&lt;br /&gt;</w:t>
        <w:br/>
        <w:t>Перед Чорним морем. —&lt;br /&gt;</w:t>
        <w:br/>
        <w:t>Потіль плавати й літати&lt;br /&gt;</w:t>
        <w:br/>
        <w:t>По морю й по полю,&lt;br /&gt;</w:t>
        <w:br/>
        <w:t>Покіль нас орел крилатий&lt;br /&gt;</w:t>
        <w:br/>
        <w:t>Водить за собою.&lt;br /&gt;</w:t>
        <w:br/>
        <w:t>По десятку ми до себе&lt;br /&gt;</w:t>
        <w:br/>
        <w:t>Невмирак з'єднали *,&lt;br /&gt;</w:t>
        <w:br/>
        <w:t>Щоб гетьмана опріч тебе&lt;br /&gt;</w:t>
        <w:br/>
        <w:t>На войні не знали.&lt;br /&gt;</w:t>
        <w:br/>
        <w:t>Маєш нас таких три сотні&lt;br /&gt;</w:t>
        <w:br/>
        <w:t>Як одну людину,&lt;br /&gt;</w:t>
        <w:br/>
        <w:t>Що клялись і в преісподню&lt;br /&gt;</w:t>
        <w:br/>
        <w:t>Лізти до загину.&lt;br /&gt;</w:t>
        <w:br/>
        <w:t>Заточи гармату, тату,&lt;br /&gt;</w:t>
        <w:br/>
        <w:t>На скалу крутую:&lt;br /&gt;</w:t>
        <w:br/>
        <w:t>Вергай азіату-кату&lt;br /&gt;</w:t>
        <w:br/>
        <w:t>Нас у пельку злую.&lt;br /&gt;</w:t>
        <w:br/>
        <w:t>Ми перервемо диханнє&lt;br /&gt;</w:t>
        <w:br/>
        <w:t>Демону Осману,&lt;br /&gt;</w:t>
        <w:br/>
        <w:t>Над усяке дивованнє&lt;br /&gt;</w:t>
        <w:br/>
        <w:t>Лютому тирану".&lt;br /&gt;</w:t>
        <w:br/>
        <w:t>І рарогом одинокий&lt;br /&gt;</w:t>
        <w:br/>
        <w:t>Старець стрепенувся,&lt;br /&gt;</w:t>
        <w:br/>
        <w:t>Очі грають, стан високий&lt;br /&gt;</w:t>
        <w:br/>
        <w:t>Стрімко розігнувся.&lt;br /&gt;</w:t>
        <w:br/>
        <w:t>Навкруг нього повіз хату&lt;br /&gt;</w:t>
        <w:br/>
        <w:t>Старшина постала.&lt;br /&gt;</w:t>
        <w:br/>
        <w:t>Корогов над ним хрещату&lt;br /&gt;</w:t>
        <w:br/>
        <w:t>І бунчук держала.&lt;br /&gt;</w:t>
        <w:br/>
        <w:t>Озирнувся, усміхнувся,&lt;br /&gt;</w:t>
        <w:br/>
        <w:t>Мовив: "Добре, сину!&lt;br /&gt;</w:t>
        <w:br/>
        <w:t>Ти до мене пригорнувся&lt;br /&gt;</w:t>
        <w:br/>
        <w:t>У саму годину.&lt;br /&gt;</w:t>
        <w:br/>
        <w:t>Гей, коня! Рушати війську!&lt;br /&gt;</w:t>
        <w:br/>
        <w:t>Порохи й гармати&lt;br /&gt;</w:t>
        <w:br/>
        <w:t>На дорогу Борщагівську&lt;br /&gt;</w:t>
        <w:br/>
        <w:t>Зараз виряджати!"&lt;br /&gt;</w:t>
        <w:br/>
        <w:t>"Не турбуйсь, гетьмане-батьку!&lt;br /&gt;</w:t>
        <w:br/>
        <w:t>Старшина озвалась, —&lt;br /&gt;</w:t>
        <w:br/>
        <w:t>Вже Бородавчина зграя&lt;br /&gt;</w:t>
        <w:br/>
        <w:t>У степи загналась.&lt;br /&gt;</w:t>
        <w:br/>
        <w:t>В Білій Церкві в Остророга&lt;br /&gt;</w:t>
        <w:br/>
        <w:t>Корчму спліндрувала,&lt;br /&gt;</w:t>
        <w:br/>
        <w:t>Вбила рандара старого,&lt;br /&gt;</w:t>
        <w:br/>
        <w:t>Дочок зґвалтувала.&lt;br /&gt;</w:t>
        <w:br/>
        <w:t>Вбила й пса його, й якогось&lt;br /&gt;</w:t>
        <w:br/>
        <w:t>Німця-землеміра&lt;br /&gt;</w:t>
        <w:br/>
        <w:t>І всіх трьох перед порогом&lt;br /&gt;</w:t>
        <w:br/>
        <w:t>Рядом почепила&lt;br /&gt;</w:t>
        <w:br/>
        <w:t>Та ще й надпись положила:&lt;br /&gt;</w:t>
        <w:br/>
        <w:t>"Жид, лях і собака —&lt;br /&gt;</w:t>
        <w:br/>
        <w:t>Все дияволова жила,&lt;br /&gt;</w:t>
        <w:br/>
        <w:t>Віра все однака". —&lt;br /&gt;</w:t>
        <w:br/>
        <w:t>"Кочубею, синку! Горе!&lt;br /&gt;</w:t>
        <w:br/>
        <w:t>О гірка година!&lt;br /&gt;</w:t>
        <w:br/>
        <w:t>Бач, яке гультяйство плодить&lt;br /&gt;</w:t>
        <w:br/>
        <w:t>Мати Україна?&lt;br /&gt;</w:t>
        <w:br/>
        <w:t>Козаки! Ми бачим, як ви&lt;br /&gt;</w:t>
        <w:br/>
        <w:t>Всі попропивались:&lt;br /&gt;</w:t>
        <w:br/>
        <w:t>Ледве де в кого халяви&lt;br /&gt;</w:t>
        <w:br/>
        <w:t>Да штани зостались.&lt;br /&gt;</w:t>
        <w:br/>
        <w:t>Гайда, воле, в Дике Поле 107,&lt;br /&gt;</w:t>
        <w:br/>
        <w:t>Воле звірювата!&lt;br /&gt;</w:t>
        <w:br/>
        <w:t>Покіль знайдем понад морем,&lt;br /&gt;</w:t>
        <w:br/>
        <w:t>По заслузі ката.&lt;br /&gt;</w:t>
        <w:br/>
        <w:t>Вже ваш карб і жида сушить,&lt;br /&gt;</w:t>
        <w:br/>
        <w:t>Стоя на пристінку:&lt;br /&gt;</w:t>
        <w:br/>
        <w:t>Позакладували й душі&lt;br /&gt;</w:t>
        <w:br/>
        <w:t>Чорту за горілку...&lt;br /&gt;</w:t>
        <w:br/>
        <w:t>Геть від мене! Я не хочу&lt;br /&gt;</w:t>
        <w:br/>
        <w:t>Більш гетьманувати...&lt;br /&gt;</w:t>
        <w:br/>
        <w:t>З трьома сотнями охочих&lt;br /&gt;</w:t>
        <w:br/>
        <w:t>Буду воювати.&lt;br /&gt;</w:t>
        <w:br/>
        <w:t>І коли Господь поможе&lt;br /&gt;</w:t>
        <w:br/>
        <w:t>Довше в світі жити,&lt;br /&gt;</w:t>
        <w:br/>
        <w:t>Проти турка буду, може,&lt;br /&gt;</w:t>
        <w:br/>
        <w:t>Ще й царю служити.&lt;br /&gt;</w:t>
        <w:br/>
        <w:t>Буду в нього, мов на чаті,&lt;br /&gt;</w:t>
        <w:br/>
        <w:t>Від ляха стояти,&lt;br /&gt;</w:t>
        <w:br/>
        <w:t>Татарву в степах жахати,&lt;br /&gt;</w:t>
        <w:br/>
        <w:t>Дону пильнувати...&lt;br /&gt;</w:t>
        <w:br/>
        <w:t>Геть від мене!" — Заридали&lt;br /&gt;</w:t>
        <w:br/>
        <w:t>Голі чуприндирі&lt;br /&gt;</w:t>
        <w:br/>
        <w:t>І чубами землю вслали&lt;br /&gt;</w:t>
        <w:br/>
        <w:t>Гирі-макотирі.&lt;br /&gt;</w:t>
        <w:br/>
        <w:t>"Батьку! Не карай нас грізно&lt;br /&gt;</w:t>
        <w:br/>
        <w:t>Під таку годину:&lt;br /&gt;</w:t>
        <w:br/>
        <w:t>Не засмучуй нашу рідну&lt;br /&gt;</w:t>
        <w:br/>
        <w:t>Матір Україну!&lt;br /&gt;</w:t>
        <w:br/>
        <w:t>Ми Бородовку-поганця&lt;br /&gt;</w:t>
        <w:br/>
        <w:t>У степах піймаєм&lt;br /&gt;</w:t>
        <w:br/>
        <w:t>І мечем твоїм, як ланця&lt;br /&gt;</w:t>
        <w:br/>
        <w:t>Хижого, скараєм.&lt;br /&gt;</w:t>
        <w:br/>
        <w:t>Тільки б ти обмислив штаньми&lt;br /&gt;</w:t>
        <w:br/>
        <w:t>Нуждену голоту,&lt;br /&gt;</w:t>
        <w:br/>
        <w:t>Воюватимеш із нами&lt;br /&gt;</w:t>
        <w:br/>
        <w:t>У свою охоту.&lt;br /&gt;</w:t>
        <w:br/>
        <w:t>Чи на вітряному морі,&lt;br /&gt;</w:t>
        <w:br/>
        <w:t>Чи на суходолі&lt;br /&gt;</w:t>
        <w:br/>
        <w:t>Накладати головою&lt;br /&gt;</w:t>
        <w:br/>
        <w:t>Раді в твоїй волі.&lt;br /&gt;</w:t>
        <w:br/>
        <w:t>І картай нас, і карай нас:&lt;br /&gt;</w:t>
        <w:br/>
        <w:t>Ти — наш батько рідний,&lt;br /&gt;</w:t>
        <w:br/>
        <w:t>Ти суддя у нас єдиний,&lt;br /&gt;</w:t>
        <w:br/>
        <w:t>В суді непохибний". —&lt;br /&gt;</w:t>
        <w:br/>
        <w:t>"Так і бути, — промовляє&lt;br /&gt;</w:t>
        <w:br/>
        <w:t>Сагайдашний стиха. —&lt;br /&gt;</w:t>
        <w:br/>
        <w:t>Більш копи не буде з вами&lt;br /&gt;</w:t>
        <w:br/>
        <w:t>У поході лиха.&lt;br /&gt;</w:t>
        <w:br/>
        <w:t>Чури, гов! Порозпрягайте&lt;br /&gt;</w:t>
        <w:br/>
        <w:t>Волики квітчасті:&lt;br /&gt;</w:t>
        <w:br/>
        <w:t>Більш не будете рогатих&lt;br /&gt;</w:t>
        <w:br/>
        <w:t>По долинах пасти.&lt;br /&gt;</w:t>
        <w:br/>
        <w:t>Мій Левко таку не з жарту&lt;br /&gt;</w:t>
        <w:br/>
        <w:t>Жертву нам приносить,&lt;br /&gt;</w:t>
        <w:br/>
        <w:t>Всіх киян — міщан і шляхту —&lt;br /&gt;</w:t>
        <w:br/>
        <w:t>На трапезу просить.&lt;br /&gt;</w:t>
        <w:br/>
        <w:t>Просить їсти хліба-солі&lt;br /&gt;</w:t>
        <w:br/>
        <w:t>З тридцятьма братами,&lt;br /&gt;</w:t>
        <w:br/>
        <w:t>Що спасенний шлюб на морі&lt;br /&gt;</w:t>
        <w:br/>
        <w:t>Побратимський брали.&lt;br /&gt;</w:t>
        <w:br/>
        <w:t>І в тім шлюбі перед морем&lt;br /&gt;</w:t>
        <w:br/>
        <w:t>Руським поклялися,&lt;br /&gt;</w:t>
        <w:br/>
        <w:t>Що на смерть великим горем&lt;br /&gt;</w:t>
        <w:br/>
        <w:t>Бойову спряглися.&lt;br /&gt;</w:t>
        <w:br/>
        <w:t>Будемо ж бенкетувати,&lt;br /&gt;</w:t>
        <w:br/>
        <w:t>В кобзи вигравати,&lt;br /&gt;</w:t>
        <w:br/>
        <w:t>І піснями понад хмари&lt;br /&gt;</w:t>
        <w:br/>
        <w:t>Духа підіймати.&lt;br /&gt;</w:t>
        <w:br/>
        <w:t>Ой, нехай же кобзи грають,&lt;br /&gt;</w:t>
        <w:br/>
        <w:t>Нехай дзвонить слава,&lt;br /&gt;</w:t>
        <w:br/>
        <w:t>Нехай чують нас і знають&lt;br /&gt;</w:t>
        <w:br/>
        <w:t>І Москва, й Варшава!"&lt;br /&gt;</w:t>
        <w:br/>
        <w:t>Уклонивсь Левко з братами&lt;br /&gt;</w:t>
        <w:br/>
        <w:t>За хороше слово&lt;br /&gt;</w:t>
        <w:br/>
        <w:t>І, зітхнувши, до гетьманських&lt;br /&gt;</w:t>
        <w:br/>
        <w:t>Так гостей промовив:&lt;br /&gt;</w:t>
        <w:br/>
        <w:t>"Бенкетуйте, любі гості,&lt;br /&gt;</w:t>
        <w:br/>
        <w:t>Я з братами мушу&lt;br /&gt;</w:t>
        <w:br/>
        <w:t>Пожуритись-помолитись&lt;br /&gt;</w:t>
        <w:br/>
        <w:t>За велику душу.&lt;br /&gt;</w:t>
        <w:br/>
        <w:t>Що з неволі престрашної&lt;br /&gt;</w:t>
        <w:br/>
        <w:t>Нас повизволяла&lt;br /&gt;</w:t>
        <w:br/>
        <w:t>І на турчині помститись&lt;br /&gt;</w:t>
        <w:br/>
        <w:t>Нам завітувала.&lt;br /&gt;</w:t>
        <w:br/>
        <w:t>За сей бенкет вона злюці&lt;br /&gt;</w:t>
        <w:br/>
        <w:t>Жизню заплатила&lt;br /&gt;</w:t>
        <w:br/>
        <w:t>І навіки мене в тузі,&lt;br /&gt;</w:t>
        <w:br/>
        <w:t>У жалю втопила".</w:t>
      </w:r>
    </w:p>
    <w:p>
      <w:r>
        <w:br/>
        <w:t>ПІСНЯ ДВАНАДЦЯТА</w:t>
      </w:r>
    </w:p>
    <w:p>
      <w:r>
        <w:br/>
        <w:t>ДУМА ПЕРВА</w:t>
      </w:r>
    </w:p>
    <w:p>
      <w:r>
        <w:br/>
        <w:t>І</w:t>
      </w:r>
    </w:p>
    <w:p>
      <w:r>
        <w:br/>
        <w:t>Навіки, так, навіки утопила&lt;br /&gt;</w:t>
        <w:br/>
        <w:t>Вона тебе, козаченьку, в жалю, —&lt;br /&gt;</w:t>
        <w:br/>
        <w:t>Не смертю, ні! А тим, що поновила&lt;br /&gt;</w:t>
        <w:br/>
        <w:t>На чужині любов і жизнь свою.&lt;br /&gt;</w:t>
        <w:br/>
        <w:t>За матір'ю всепітую молила&lt;br /&gt;</w:t>
        <w:br/>
        <w:t>Вселити їх у рідному раю,&lt;br /&gt;</w:t>
        <w:br/>
        <w:t>А за царем скрізь по світах літала&lt;br /&gt;</w:t>
        <w:br/>
        <w:t>І мислями квітки ума зривала.</w:t>
      </w:r>
    </w:p>
    <w:p>
      <w:r>
        <w:br/>
        <w:t>ІІ</w:t>
      </w:r>
    </w:p>
    <w:p>
      <w:r>
        <w:br/>
        <w:t>Не знай про се... Сумуй, молись богам,&lt;br /&gt;</w:t>
        <w:br/>
        <w:t>Лежи крижем, розп'явшись, серед церкви&lt;br /&gt;</w:t>
        <w:br/>
        <w:t>І надихай в серця своїм братам&lt;br /&gt;</w:t>
        <w:br/>
        <w:t>Невидані заупокійні жертви.&lt;br /&gt;</w:t>
        <w:br/>
        <w:t>Задай таку роботу козакам,&lt;br /&gt;</w:t>
        <w:br/>
        <w:t>Щоб кидались у домовинах мертві.&lt;br /&gt;</w:t>
        <w:br/>
        <w:t>Молись, лютуй і помстою кипи,&lt;br /&gt;</w:t>
        <w:br/>
        <w:t>Турещину в людській крові топи.</w:t>
      </w:r>
    </w:p>
    <w:p>
      <w:r>
        <w:br/>
        <w:t>III</w:t>
      </w:r>
    </w:p>
    <w:p>
      <w:r>
        <w:br/>
        <w:t>Не знай... Коли ж дознаєшся, козаче,&lt;br /&gt;</w:t>
        <w:br/>
        <w:t>То бурний дух твій полом'єм ригне,&lt;br /&gt;</w:t>
        <w:br/>
        <w:t>Гарматою твоє палке-гаряче&lt;br /&gt;</w:t>
        <w:br/>
        <w:t>Розірветься, всю землю струсоне,&lt;br /&gt;</w:t>
        <w:br/>
        <w:t>І сатана у тартарі заплаче,&lt;br /&gt;</w:t>
        <w:br/>
        <w:t>Як про твою кончину спом'яне:&lt;br /&gt;</w:t>
        <w:br/>
        <w:t>Бо мусить з три десятки років ждати,&lt;br /&gt;</w:t>
        <w:br/>
        <w:t>Щоб виявивсь такий козак завзятий.</w:t>
      </w:r>
    </w:p>
    <w:p>
      <w:r>
        <w:br/>
        <w:t>IV — Х</w:t>
      </w:r>
    </w:p>
    <w:p>
      <w:r>
        <w:br/>
        <w:t>— — — — — — — — — — — — — —</w:t>
      </w:r>
    </w:p>
    <w:p>
      <w:r>
        <w:br/>
        <w:t>ДУМА ДРУГА</w:t>
      </w:r>
    </w:p>
    <w:p>
      <w:r>
        <w:br/>
        <w:t>Над Босфором ніч солодким&lt;br /&gt;</w:t>
        <w:br/>
        <w:t>Ароматом дише;&lt;br /&gt;</w:t>
        <w:br/>
        <w:t>По садах не віє вітром,&lt;br /&gt;</w:t>
        <w:br/>
        <w:t>Листєм не колише.&lt;br /&gt;</w:t>
        <w:br/>
        <w:t>І не дише, й не колише&lt;br /&gt;</w:t>
        <w:br/>
        <w:t>Листочка злегенька,&lt;br /&gt;</w:t>
        <w:br/>
        <w:t>Бо заслухалась темненька&lt;br /&gt;</w:t>
        <w:br/>
        <w:t>Співів соловейка.&lt;br /&gt;</w:t>
        <w:br/>
        <w:t>Зазирає в тихі води&lt;br /&gt;</w:t>
        <w:br/>
        <w:t>Божими очами&lt;br /&gt;</w:t>
        <w:br/>
        <w:t>Небо, сповнене огнями,&lt;br /&gt;</w:t>
        <w:br/>
        <w:t>Дивними дивами.&lt;br /&gt;</w:t>
        <w:br/>
        <w:t>На небесні дивні твори&lt;br /&gt;</w:t>
        <w:br/>
        <w:t>Очі задивились,&lt;br /&gt;</w:t>
        <w:br/>
        <w:t>Думки в глибоченнім [морі]&lt;br /&gt;</w:t>
        <w:br/>
        <w:t>Тихих зір втопились.&lt;br /&gt;</w:t>
        <w:br/>
        <w:t>Пахощі солодкі й співи&lt;br /&gt;</w:t>
        <w:br/>
        <w:t>Серце д' серцю клонять, —&lt;br /&gt;</w:t>
        <w:br/>
        <w:t>Не словами, цілуваннєм&lt;br /&gt;</w:t>
        <w:br/>
        <w:t>Любощі говорять;&lt;br /&gt;</w:t>
        <w:br/>
        <w:t>А дівочі чисті очі,&lt;br /&gt;</w:t>
        <w:br/>
        <w:t>Тихі, одинокі,&lt;br /&gt;</w:t>
        <w:br/>
        <w:t>Задивились серед ночі&lt;br /&gt;</w:t>
        <w:br/>
        <w:t>На дива високі.&lt;br /&gt;</w:t>
        <w:br/>
        <w:t>Обізветься з свого ложа&lt;br /&gt;</w:t>
        <w:br/>
        <w:t>До дочки матуся:&lt;br /&gt;</w:t>
        <w:br/>
        <w:t>"Що ти робиш, серце доню?" —&lt;br /&gt;</w:t>
        <w:br/>
        <w:t>"Богові молюся". —&lt;br /&gt;</w:t>
        <w:br/>
        <w:t>"Як! Без образа й поклона,&lt;br /&gt;</w:t>
        <w:br/>
        <w:t>Без хреста святого?" —&lt;br /&gt;</w:t>
        <w:br/>
        <w:t>"Я з балкона, як з амбона,&lt;br /&gt;</w:t>
        <w:br/>
        <w:t>Бачу, мамо. Бога,&lt;br /&gt;</w:t>
        <w:br/>
        <w:t>І в храму моїм сердечнім&lt;br /&gt;</w:t>
        <w:br/>
        <w:t>Перед ним хилюся&lt;br /&gt;</w:t>
        <w:br/>
        <w:t>Безначальнім, безконечнім", —&lt;br /&gt;</w:t>
        <w:br/>
        <w:t>Прорекла Маруся.&lt;br /&gt;</w:t>
        <w:br/>
        <w:t>"Доню, серце! Ти говориш&lt;br /&gt;</w:t>
        <w:br/>
        <w:t>Мов не християнка:&lt;br /&gt;</w:t>
        <w:br/>
        <w:t>Ти якогось Бога твориш,&lt;br /&gt;</w:t>
        <w:br/>
        <w:t>Наче, — тьфу! — поганка". —&lt;br /&gt;</w:t>
        <w:br/>
        <w:t>"Не творю: передо мною&lt;br /&gt;</w:t>
        <w:br/>
        <w:t>Всемогущий сяє,&lt;br /&gt;</w:t>
        <w:br/>
        <w:t>Серце й розум пресвятою&lt;br /&gt;</w:t>
        <w:br/>
        <w:t>Думкою сповняє.&lt;br /&gt;</w:t>
        <w:br/>
        <w:t>Тільки берег океану&lt;br /&gt;</w:t>
        <w:br/>
        <w:t>Зорявого бачу, —&lt;br /&gt;</w:t>
        <w:br/>
        <w:t>І щаслива, і мов тану,&lt;br /&gt;</w:t>
        <w:br/>
        <w:t>І в восторзі плачу.&lt;br /&gt;</w:t>
        <w:br/>
        <w:t>І молилась би й не вмію..." —&lt;br /&gt;</w:t>
        <w:br/>
        <w:t>"Чудотворний лику! і&lt;br /&gt;</w:t>
        <w:br/>
        <w:t>Одверни від неї мрію&lt;br /&gt;</w:t>
        <w:br/>
        <w:t>Бесурменську дику!" —&lt;br /&gt;</w:t>
        <w:br/>
        <w:t>"О, не вмію!.. Коли б гуслі&lt;br /&gt;</w:t>
        <w:br/>
        <w:t>З моря й гір зробити&lt;br /&gt;</w:t>
        <w:br/>
        <w:t>І на них не струни, думи&lt;br /&gt;</w:t>
        <w:br/>
        <w:t>Серця почепити,&lt;br /&gt;</w:t>
        <w:br/>
        <w:t>І зефіровими 108 крильми&lt;br /&gt;</w:t>
        <w:br/>
        <w:t>В них зарокотати, —&lt;br /&gt;</w:t>
        <w:br/>
        <w:t>Може, й я б тогді зуміла&lt;br /&gt;</w:t>
        <w:br/>
        <w:t>Глас до Бога зняти...&lt;br /&gt;</w:t>
        <w:br/>
        <w:t>Молючись, тепер німую..." —&lt;br /&gt;</w:t>
        <w:br/>
        <w:t>"З нами хресна сила!" —&lt;br /&gt;</w:t>
        <w:br/>
        <w:t>"Тільки тихим серцем чую&lt;br /&gt;</w:t>
        <w:br/>
        <w:t>Херувимські крила,&lt;br /&gt;</w:t>
        <w:br/>
        <w:t>Що на мене ніби з раю&lt;br /&gt;</w:t>
        <w:br/>
        <w:t>Пахощами віють...&lt;br /&gt;</w:t>
        <w:br/>
        <w:t>Вгору руки простираю&lt;br /&gt;</w:t>
        <w:br/>
        <w:t>А уста німіють". —&lt;br /&gt;</w:t>
        <w:br/>
        <w:t>"Бачу, доню! Це все роблять&lt;br /&gt;</w:t>
        <w:br/>
        <w:t>Із царем розмови&lt;br /&gt;</w:t>
        <w:br/>
        <w:t>На тій башті безголовій,&lt;br /&gt;</w:t>
        <w:br/>
        <w:t>Що хіба орлові&lt;br /&gt;</w:t>
        <w:br/>
        <w:t>Із-за хмар туди спускатись&lt;br /&gt;</w:t>
        <w:br/>
        <w:t>Та сові з півночі&lt;br /&gt;</w:t>
        <w:br/>
        <w:t>Звідти хижі витріщати&lt;br /&gt;</w:t>
        <w:br/>
        <w:t>Невсипущі очі.&lt;br /&gt;</w:t>
        <w:br/>
        <w:t>Я казала: "Не дивися,&lt;br /&gt;</w:t>
        <w:br/>
        <w:t>Доню, в мідні труби;&lt;br /&gt;</w:t>
        <w:br/>
        <w:t>Не дивися, доню, бійся&lt;br /&gt;</w:t>
        <w:br/>
        <w:t>Розумові згуби". —&lt;br /&gt;</w:t>
        <w:br/>
        <w:t>"То не зорі, людські душі&lt;br /&gt;</w:t>
        <w:br/>
        <w:t>Попід небом сяють,&lt;br /&gt;</w:t>
        <w:br/>
        <w:t>І котру Господь потушить —&lt;br /&gt;</w:t>
        <w:br/>
        <w:t>На землі згасають.&lt;br /&gt;</w:t>
        <w:br/>
        <w:t>Зорі ті не нам лічити,&lt;br /&gt;</w:t>
        <w:br/>
        <w:t>Як і засвітити,&lt;br /&gt;</w:t>
        <w:br/>
        <w:t>То шкода того й вчитись&lt;br /&gt;</w:t>
        <w:br/>
        <w:t>Господа гнівити.&lt;br /&gt;</w:t>
        <w:br/>
        <w:t>Бо й за те (сама се знаєш)&lt;br /&gt;</w:t>
        <w:br/>
        <w:t>Всеблагий накаже,&lt;br /&gt;</w:t>
        <w:br/>
        <w:t>Як хто пучкою на місяць&lt;br /&gt;</w:t>
        <w:br/>
        <w:t>Чи на зорю вкаже.&lt;br /&gt;</w:t>
        <w:br/>
        <w:t>Се все цар-невіра робить,&lt;br /&gt;</w:t>
        <w:br/>
        <w:t>Він тебе від Бога!&lt;br /&gt;</w:t>
        <w:br/>
        <w:t>Одвертає, від закону&lt;br /&gt;</w:t>
        <w:br/>
        <w:t>Нашого святого". —&lt;br /&gt;</w:t>
        <w:br/>
        <w:t>"Ні, матусю! Він до Бога&lt;br /&gt;</w:t>
        <w:br/>
        <w:t>Душу привертає:&lt;br /&gt;</w:t>
        <w:br/>
        <w:t>Просторою" його чертога&lt;br /&gt;</w:t>
        <w:br/>
        <w:t>Розуму являє.&lt;br /&gt;</w:t>
        <w:br/>
        <w:t>Я сліпа була, не знала,&lt;br /&gt;</w:t>
        <w:br/>
        <w:t>Що за храм великий&lt;br /&gt;</w:t>
        <w:br/>
        <w:t>Без конця і без начала&lt;br /&gt;</w:t>
        <w:br/>
        <w:t>В міріяд владики.&lt;br /&gt;</w:t>
        <w:br/>
        <w:t>І глуха: не чула хору&lt;br /&gt;</w:t>
        <w:br/>
        <w:t>Сфер небесних вічних,&lt;br /&gt;</w:t>
        <w:br/>
        <w:t>Горньої музики твору&lt;br /&gt;</w:t>
        <w:br/>
        <w:t>Мислей передвічних.&lt;br /&gt;</w:t>
        <w:br/>
        <w:t>Бог тепер мені відкрився,&lt;br /&gt;</w:t>
        <w:br/>
        <w:t>Бо розпалась луда&lt;br /&gt;</w:t>
        <w:br/>
        <w:t>На очах, і він явився&lt;br /&gt;</w:t>
        <w:br/>
        <w:t>В невимовних чудах.&lt;br /&gt;</w:t>
        <w:br/>
        <w:t>Бачу, мамо, чом те серце&lt;br /&gt;</w:t>
        <w:br/>
        <w:t>Лютості не знає,&lt;br /&gt;</w:t>
        <w:br/>
        <w:t>Що в нас азіятом зветься, —&lt;br /&gt;</w:t>
        <w:br/>
        <w:t>Любить і прощає.&lt;br /&gt;</w:t>
        <w:br/>
        <w:t>Розумію, мамо, й диво&lt;br /&gt;</w:t>
        <w:br/>
        <w:t>Над дива чудовне,&lt;br /&gt;</w:t>
        <w:br/>
        <w:t>Що в гніву мені явило&lt;br /&gt;</w:t>
        <w:br/>
        <w:t>Всепрощеннє повне.&lt;br /&gt;</w:t>
        <w:br/>
        <w:t>Що, кохаючи, коханнє&lt;br /&gt;</w:t>
        <w:br/>
        <w:t>Давнє зрозуміло&lt;br /&gt;</w:t>
        <w:br/>
        <w:t>І, ревнуючи, прощаннє&lt;br /&gt;</w:t>
        <w:br/>
        <w:t>Козаку простило". —&lt;br /&gt;</w:t>
        <w:br/>
        <w:t>"Доню, доню! Що ти кажеш?&lt;br /&gt;</w:t>
        <w:br/>
        <w:t>Чи твої се речі?" —&lt;br /&gt;</w:t>
        <w:br/>
        <w:t>"О, мої! Се вже не марні&lt;br /&gt;</w:t>
        <w:br/>
        <w:t>Видумки чернечі.&lt;br /&gt;</w:t>
        <w:br/>
        <w:t>Се той світ, що на Сінаї&lt;br /&gt;</w:t>
        <w:br/>
        <w:t>Людям засвітився,&lt;br /&gt;</w:t>
        <w:br/>
        <w:t>В галілейськім тихім краї&lt;br /&gt;</w:t>
        <w:br/>
        <w:t>Рибалкам одкрився,&lt;br /&gt;</w:t>
        <w:br/>
        <w:t>Від пророка до пророка&lt;br /&gt;</w:t>
        <w:br/>
        <w:t>Вічно переходить:&lt;br /&gt;</w:t>
        <w:br/>
        <w:t>Ним одна душа висока&lt;br /&gt;</w:t>
        <w:br/>
        <w:t>Другу душу водить...&lt;br /&gt;</w:t>
        <w:br/>
        <w:t>Ним і я воджуся, мамо, —&lt;br /&gt;</w:t>
        <w:br/>
        <w:t>Духом жизні чистим;&lt;br /&gt;</w:t>
        <w:br/>
        <w:t>Тихий світ од світу править&lt;br /&gt;</w:t>
        <w:br/>
        <w:t>Серцем норовистим.&lt;br /&gt;</w:t>
        <w:br/>
        <w:t>Я під ноги козакові&lt;br /&gt;</w:t>
        <w:br/>
        <w:t>Деспота послала,&lt;br /&gt;</w:t>
        <w:br/>
        <w:t>Ворогу його любові&lt;br /&gt;</w:t>
        <w:br/>
        <w:t>Знак подарувала;&lt;br /&gt;</w:t>
        <w:br/>
        <w:t>В деспоті тепер вбачаю&lt;br /&gt;</w:t>
        <w:br/>
        <w:t>Знов звізду Востока&lt;br /&gt;</w:t>
        <w:br/>
        <w:t>І душею в нім вітаю&lt;br /&gt;</w:t>
        <w:br/>
        <w:t>Нового пророка."&lt;br /&gt;</w:t>
        <w:br/>
        <w:t>Устає з постелі мати,&lt;br /&gt;</w:t>
        <w:br/>
        <w:t>Ніби з домовини,&lt;br /&gt;</w:t>
        <w:br/>
        <w:t>І страшна, мов дух проклятий,&lt;br /&gt;</w:t>
        <w:br/>
        <w:t>Суне до дитини.&lt;br /&gt;</w:t>
        <w:br/>
        <w:t>"Дочко! Се ж мені не сниться,&lt;br /&gt;</w:t>
        <w:br/>
        <w:t>Се я справді чую&lt;br /&gt;</w:t>
        <w:br/>
        <w:t>Від тебе хулу на Бога!&lt;br /&gt;</w:t>
        <w:br/>
        <w:t>О! В годину злую&lt;br /&gt;</w:t>
        <w:br/>
        <w:t>Я гадюку породила,&lt;br /&gt;</w:t>
        <w:br/>
        <w:t>І благословила,&lt;br /&gt;</w:t>
        <w:br/>
        <w:t>І хрещеннєм первородний&lt;br /&gt;</w:t>
        <w:br/>
        <w:t>Гріх із тебе змила!" —&lt;br /&gt;</w:t>
        <w:br/>
        <w:t>"Мамо! Зоре ясна!.." —&lt;br /&gt;</w:t>
        <w:br/>
        <w:t>"Ні, вже&lt;br /&gt;</w:t>
        <w:br/>
        <w:t>Годі нам ясніти!&lt;br /&gt;</w:t>
        <w:br/>
        <w:t>Погасаймо, дочко, гиньмо&lt;br /&gt;</w:t>
        <w:br/>
        <w:t>В темряві кромішній!"&lt;br /&gt;</w:t>
        <w:br/>
        <w:t>Проклинає тебе мати,&lt;br /&gt;</w:t>
        <w:br/>
        <w:t>Лежа в домовині...&lt;br /&gt;</w:t>
        <w:br/>
        <w:t>О, як гірко помирати&lt;br /&gt;</w:t>
        <w:br/>
        <w:t>На чужій чужині!&lt;br /&gt;</w:t>
        <w:br/>
        <w:t>Та не діждеш парубоцький&lt;br /&gt;</w:t>
        <w:br/>
        <w:t>Чесний вік скаляти,&lt;br /&gt;</w:t>
        <w:br/>
        <w:t>Рутвяний вінок дівоцький&lt;br /&gt;</w:t>
        <w:br/>
        <w:t>Турчину віддати!&lt;br /&gt;</w:t>
        <w:br/>
        <w:t>Ні, сього не буде, доню!&lt;br /&gt;</w:t>
        <w:br/>
        <w:t>Непорочна згаснеш:&lt;br /&gt;</w:t>
        <w:br/>
        <w:t>Об каміннє головою&lt;br /&gt;</w:t>
        <w:br/>
        <w:t>Розіб'єшся й заснеш...&lt;br /&gt;</w:t>
        <w:br/>
        <w:t>Падай!.." —&lt;br /&gt;</w:t>
        <w:br/>
        <w:t>І ножака блиснув&lt;br /&gt;</w:t>
        <w:br/>
        <w:t>Проти зір, і очі,&lt;br /&gt;</w:t>
        <w:br/>
        <w:t>Від ножа лютіші, світять&lt;br /&gt;</w:t>
        <w:br/>
        <w:t>В сутемряві ночі.&lt;br /&gt;</w:t>
        <w:br/>
        <w:t>"Се я, доню, на безвір'ї&lt;br /&gt;</w:t>
        <w:br/>
        <w:t>Про случай купила,&lt;br /&gt;</w:t>
        <w:br/>
        <w:t>Коли б розум твій згубила&lt;br /&gt;</w:t>
        <w:br/>
        <w:t>Демонова сила.&lt;br /&gt;</w:t>
        <w:br/>
        <w:t>Чуло серце... Падай, доню!&lt;br /&gt;</w:t>
        <w:br/>
        <w:t>Я тобі казала,&lt;br /&gt;</w:t>
        <w:br/>
        <w:t>Щоб ти демонському кодлу&lt;br /&gt;</w:t>
        <w:br/>
        <w:t>Віри не діймала;&lt;br /&gt;</w:t>
        <w:br/>
        <w:t>Щоб ти злого католицтва,&lt;br /&gt;</w:t>
        <w:br/>
        <w:t>Аріан проклятих,&lt;br /&gt;</w:t>
        <w:br/>
        <w:t>Лютерського єретицтва 109&lt;br /&gt;</w:t>
        <w:br/>
        <w:t>І кальвін завзятих 110&lt;br /&gt;</w:t>
        <w:br/>
        <w:t>Не пускала в ті покої,&lt;br /&gt;</w:t>
        <w:br/>
        <w:t>Де святії лики&lt;br /&gt;</w:t>
        <w:br/>
        <w:t>Світом істини святої&lt;br /&gt;</w:t>
        <w:br/>
        <w:t>Гонять морок дикий".&lt;br /&gt;</w:t>
        <w:br/>
        <w:t>І гадюками-очима&lt;br /&gt;</w:t>
        <w:br/>
        <w:t>Доню скаменила:&lt;br /&gt;</w:t>
        <w:br/>
        <w:t>Матерньої злоби сила —&lt;br /&gt;</w:t>
        <w:br/>
        <w:t>Найлютіша сила.&lt;br /&gt;</w:t>
        <w:br/>
        <w:t>Та не важиться рукою&lt;br /&gt;</w:t>
        <w:br/>
        <w:t>Рідну кров пролити:&lt;br /&gt;</w:t>
        <w:br/>
        <w:t>Об каміннє головою&lt;br /&gt;</w:t>
        <w:br/>
        <w:t>Хоче доню вбити.&lt;br /&gt;</w:t>
        <w:br/>
        <w:t>Та ножака, як зміюка,&lt;br /&gt;</w:t>
        <w:br/>
        <w:t>Серця сам шукає&lt;br /&gt;</w:t>
        <w:br/>
        <w:t>І концем холодним в груди&lt;br /&gt;</w:t>
        <w:br/>
        <w:t>Мов жолом торкає.&lt;br /&gt;</w:t>
        <w:br/>
        <w:t>"Падай! Не христись! Пречиста&lt;br /&gt;</w:t>
        <w:br/>
        <w:t>Чула злющі речі:&lt;br /&gt;</w:t>
        <w:br/>
        <w:t>Віра про ввесь світ єдина —&lt;br /&gt;</w:t>
        <w:br/>
        <w:t>Видумки чернечі..."&lt;br /&gt;</w:t>
        <w:br/>
        <w:t>Ще хвилинка, і страшенне б&lt;br /&gt;</w:t>
        <w:br/>
        <w:t>Діло совершилось,&lt;br /&gt;</w:t>
        <w:br/>
        <w:t>Та дівчат і баб на лемент&lt;br /&gt;</w:t>
        <w:br/>
        <w:t>Із півсотні збіглось.&lt;br /&gt;</w:t>
        <w:br/>
        <w:t>Ухопили, мов сковали&lt;br /&gt;</w:t>
        <w:br/>
        <w:t>Костянії руки;&lt;br /&gt;</w:t>
        <w:br/>
        <w:t>Тільки патли дибки стали,&lt;br /&gt;</w:t>
        <w:br/>
        <w:t>Мов живі гадюки;&lt;br /&gt;</w:t>
        <w:br/>
        <w:t>А Медузи 111 злющі очі&lt;br /&gt;</w:t>
        <w:br/>
        <w:t>В підлоб'ї склепились,&lt;br /&gt;</w:t>
        <w:br/>
        <w:t>В судоргах пекельних щоки&lt;br /&gt;</w:t>
        <w:br/>
        <w:t>І вуста скривились.&lt;br /&gt;</w:t>
        <w:br/>
        <w:t>Обомліла й заніміла,&lt;br /&gt;</w:t>
        <w:br/>
        <w:t>Нерухома стала...&lt;br /&gt;</w:t>
        <w:br/>
        <w:t>Як над мертвою, над нею&lt;br /&gt;</w:t>
        <w:br/>
        <w:t>Сирота ридала.</w:t>
      </w:r>
    </w:p>
    <w:p>
      <w:r>
        <w:br/>
        <w:t>ДУМА ТРЕТЯ</w:t>
      </w:r>
    </w:p>
    <w:p>
      <w:r>
        <w:br/>
        <w:t>Знов тихо-тихенько на пишнім Босфорі...&lt;br /&gt;</w:t>
        <w:br/>
        <w:t>Співають щось дивне в садах солов'ї,&lt;br /&gt;</w:t>
        <w:br/>
        <w:t>Щось дивне говорять, жахтіючи, зорі&lt;br /&gt;</w:t>
        <w:br/>
        <w:t>І сльози сирітські, Марусю, твої.&lt;br /&gt;</w:t>
        <w:br/>
        <w:t>Говорять сирітські про жизнь безконечну:&lt;br /&gt;</w:t>
        <w:br/>
        <w:t>Не вбити живущу ані задушить&lt;br /&gt;</w:t>
        <w:br/>
        <w:t>Вселенського твору частину предвічну,&lt;br /&gt;</w:t>
        <w:br/>
        <w:t>Що сяє й палає, горить і кипить.&lt;br /&gt;</w:t>
        <w:br/>
        <w:t>Говорять про образ царя і пророка,&lt;br /&gt;</w:t>
        <w:br/>
        <w:t>Такого, як славні Давид 112, Соломон,&lt;br /&gt;</w:t>
        <w:br/>
        <w:t>Що в темнім лукавстві сліпого Востока&lt;br /&gt;</w:t>
        <w:br/>
        <w:t>Зробили світилом сердечним Сіон.&lt;br /&gt;</w:t>
        <w:br/>
        <w:t>"Ґирлиґою пас ти з нагаями вівці,&lt;br /&gt;</w:t>
        <w:br/>
        <w:t>Пасеш нині берлом народи й царі:&lt;br /&gt;</w:t>
        <w:br/>
        <w:t>Татаре, й слав'яне, і кельти, і німці,&lt;br /&gt;</w:t>
        <w:br/>
        <w:t>Се все в тебе слуги, піддані твої.&lt;br /&gt;</w:t>
        <w:br/>
        <w:t>В темноті лукаві, в сліпоті криваві,&lt;br /&gt;</w:t>
        <w:br/>
        <w:t>Гризуться завзято, мов пси за маслак&lt;br /&gt;</w:t>
        <w:br/>
        <w:t>Од них народився, в їх віру хрестився&lt;br /&gt;</w:t>
        <w:br/>
        <w:t>Народів бич лютий, сіпака козак"...</w:t>
      </w:r>
    </w:p>
    <w:p>
      <w:r>
        <w:br/>
        <w:t>І порвались думи-суми&lt;br /&gt;</w:t>
        <w:br/>
        <w:t>Про свій край коханий,&lt;br /&gt;</w:t>
        <w:br/>
        <w:t>Де козак людей юртує,&lt;br /&gt;</w:t>
        <w:br/>
        <w:t>Темний, хижий, п'яний.&lt;br /&gt;</w:t>
        <w:br/>
        <w:t>Інші думи, інші співи&lt;br /&gt;</w:t>
        <w:br/>
        <w:t>В серці заспівали, —&lt;br /&gt;</w:t>
        <w:br/>
        <w:t>Ті, що серце їй щасливе&lt;br /&gt;</w:t>
        <w:br/>
        <w:t>Потай чарували.&lt;br /&gt;</w:t>
        <w:br/>
        <w:t>Як вона в царській світлиці,&lt;br /&gt;</w:t>
        <w:br/>
        <w:t>Названій всесвітній,&lt;br /&gt;</w:t>
        <w:br/>
        <w:t>Слухала, як слід цариці,&lt;br /&gt;</w:t>
        <w:br/>
        <w:t>Гімни ті завітні, —&lt;br /&gt;</w:t>
        <w:br/>
        <w:t>Що з Давида славних часів,&lt;br /&gt;</w:t>
        <w:br/>
        <w:t>З часів Соломона&lt;br /&gt;</w:t>
        <w:br/>
        <w:t>Пронеслись по всій вселенній&lt;br /&gt;</w:t>
        <w:br/>
        <w:t>З віщого Сіона...&lt;br /&gt;</w:t>
        <w:br/>
        <w:t>І се в середеньку озвалось,&lt;br /&gt;</w:t>
        <w:br/>
        <w:t>Мов струна тихенька,&lt;br /&gt;</w:t>
        <w:br/>
        <w:t>Що гарніш усіх співала&lt;br /&gt;</w:t>
        <w:br/>
        <w:t>Бранка молоденька:</w:t>
      </w:r>
    </w:p>
    <w:p>
      <w:r>
        <w:br/>
        <w:t>"Чую-чую любий голос:&lt;br /&gt;</w:t>
        <w:br/>
        <w:t>Ой се ж в і н біжить по горах,&lt;br /&gt;</w:t>
        <w:br/>
        <w:t>В і н се скаче по узгір'ях!&lt;br /&gt;</w:t>
        <w:br/>
        <w:t>Милий мій — мов олень в полі,&lt;br /&gt;</w:t>
        <w:br/>
        <w:t>Мов сугак на вольній волі 113..."&lt;br /&gt;</w:t>
        <w:br/>
        <w:t>Справді ж бо хтось під балконом,&lt;br /&gt;</w:t>
        <w:br/>
        <w:t>Під величним тим амбоном,&lt;br /&gt;</w:t>
        <w:br/>
        <w:t>Тупотів, мов олень в полі,&lt;br /&gt;</w:t>
        <w:br/>
        <w:t>Мов сугак на вольній волі.&lt;br /&gt;</w:t>
        <w:br/>
        <w:t>Се був в і н, що в серці в нього&lt;br /&gt;</w:t>
        <w:br/>
        <w:t>Те ж саме тогді співалось,&lt;br /&gt;</w:t>
        <w:br/>
        <w:t>І подав їй голос словом,&lt;br /&gt;</w:t>
        <w:br/>
        <w:t>Що колись їй сподобалось,&lt;br /&gt;</w:t>
        <w:br/>
        <w:t>І в тім слові, в любій мові&lt;br /&gt;</w:t>
        <w:br/>
        <w:t>Невимовне виявлялось:&lt;br /&gt;</w:t>
        <w:br/>
        <w:t>"Що се, що серед пустині&lt;br /&gt;</w:t>
        <w:br/>
        <w:t>Димовим стеблом знялося,&lt;br /&gt;</w:t>
        <w:br/>
        <w:t>Миррою кругом вінуло,&lt;br /&gt;</w:t>
        <w:br/>
        <w:t>Пахощами розлилося?"</w:t>
      </w:r>
    </w:p>
    <w:p>
      <w:r>
        <w:br/>
        <w:t>Пісень до неї пісня обізвалась 114&lt;br /&gt;</w:t>
        <w:br/>
        <w:t>З холодного каміння, де б валялась&lt;br /&gt;</w:t>
        <w:br/>
        <w:t>Вона, цвіт жизні, трупом бездиханним,&lt;br /&gt;</w:t>
        <w:br/>
        <w:t>Коли б своїм царським чолом, вінчанням&lt;br /&gt;</w:t>
        <w:br/>
        <w:t>Наукою, не дбав він повсякденно&lt;br /&gt;</w:t>
        <w:br/>
        <w:t>Про неї... Знав-бо добре, як злиденно&lt;br /&gt;</w:t>
        <w:br/>
        <w:t>В землі кривавій Бога розуміють,&lt;br /&gt;</w:t>
        <w:br/>
        <w:t>Як люде там косніють, туманіють...</w:t>
      </w:r>
    </w:p>
    <w:p>
      <w:r>
        <w:br/>
        <w:t>І</w:t>
      </w:r>
    </w:p>
    <w:p>
      <w:r>
        <w:br/>
        <w:t>І носив у серці мовчки&lt;br /&gt;</w:t>
        <w:br/>
        <w:t>День у день тривогу&lt;br /&gt;</w:t>
        <w:br/>
        <w:t>Та молився духом бодрим&lt;br /&gt;</w:t>
        <w:br/>
        <w:t>Просвіщення Богу,&lt;br /&gt;</w:t>
        <w:br/>
        <w:t>Щоб хранив йому велику&lt;br /&gt;</w:t>
        <w:br/>
        <w:t>Душу на підмогу.</w:t>
      </w:r>
    </w:p>
    <w:p>
      <w:r>
        <w:br/>
        <w:t>II</w:t>
      </w:r>
    </w:p>
    <w:p>
      <w:r>
        <w:br/>
        <w:t>Ендеру-ага, придворний&lt;br /&gt;</w:t>
        <w:br/>
        <w:t>Комендант, зробився&lt;br /&gt;</w:t>
        <w:br/>
        <w:t>За дбайливість трьохбунчужним,&lt;br /&gt;</w:t>
        <w:br/>
        <w:t>Високо підбився&lt;br /&gt;</w:t>
        <w:br/>
        <w:t>Вгору місяцем, мов сонце&lt;br /&gt;</w:t>
        <w:br/>
        <w:t>Золотом облився.</w:t>
      </w:r>
    </w:p>
    <w:p>
      <w:r>
        <w:br/>
        <w:t>III</w:t>
      </w:r>
    </w:p>
    <w:p>
      <w:r>
        <w:br/>
        <w:t>Як почув від нього в тайні&lt;br /&gt;</w:t>
        <w:br/>
        <w:t>Що Хасеки жива,&lt;br /&gt;</w:t>
        <w:br/>
        <w:t>Наробив Осман риданнєм&lt;br /&gt;</w:t>
        <w:br/>
        <w:t>У сералі дива,&lt;br /&gt;</w:t>
        <w:br/>
        <w:t>І була тогді година&lt;br /&gt;</w:t>
        <w:br/>
        <w:t>Про всіх слуг щаслива.</w:t>
      </w:r>
    </w:p>
    <w:p>
      <w:r>
        <w:br/>
        <w:t>IV</w:t>
      </w:r>
    </w:p>
    <w:p>
      <w:r>
        <w:br/>
        <w:t>Як летить до струм'я олень,&lt;br /&gt;</w:t>
        <w:br/>
        <w:t>Як сугак на волю,&lt;br /&gt;</w:t>
        <w:br/>
        <w:t>Полетів Осман, мов крильми,&lt;br /&gt;</w:t>
        <w:br/>
        <w:t>Із своїх покоїв&lt;br /&gt;</w:t>
        <w:br/>
        <w:t>І припав аж до каміння&lt;br /&gt;</w:t>
        <w:br/>
        <w:t>Білою чалмою.</w:t>
      </w:r>
    </w:p>
    <w:p>
      <w:r>
        <w:br/>
        <w:t>Ніколи ще чалма каліфа не схилялась *&lt;br /&gt;</w:t>
        <w:br/>
        <w:t>У ноги женщині, ніколи голова&lt;br /&gt;</w:t>
        <w:br/>
        <w:t>Царя, що всій землі закон його слова,&lt;br /&gt;</w:t>
        <w:br/>
        <w:t>І перед звіздами небес не принижалась.&lt;br /&gt;</w:t>
        <w:br/>
        <w:t>Так, він тебе в свідителі зове,&lt;br /&gt;</w:t>
        <w:br/>
        <w:t>О світе любої звізди Альдебарана 115 !&lt;br /&gt;</w:t>
        <w:br/>
        <w:t>Що тільки милою і дише, і живе&lt;br /&gt;</w:t>
        <w:br/>
        <w:t>Після святих словес небесного Корана.&lt;br /&gt;</w:t>
        <w:br/>
        <w:t>І радощі, й печаль з одної чаші п'є:&lt;br /&gt;</w:t>
        <w:br/>
        <w:t>Сміється серцем він, очима сльози ллє.</w:t>
      </w:r>
    </w:p>
    <w:p>
      <w:r>
        <w:br/>
        <w:t>І мов ангельськая сила&lt;br /&gt;</w:t>
        <w:br/>
        <w:t>Понад ним сяйнула,&lt;br /&gt;</w:t>
        <w:br/>
        <w:t>І чутку природу дивно,&lt;br /&gt;</w:t>
        <w:br/>
        <w:t>Як струну здвигнула.&lt;br /&gt;</w:t>
        <w:br/>
        <w:t>Гляне — чиста райська пери&lt;br /&gt;</w:t>
        <w:br/>
        <w:t>Перед ним сіяє,&lt;br /&gt;</w:t>
        <w:br/>
        <w:t>Мов од лютої химери&lt;br /&gt;</w:t>
        <w:br/>
        <w:t>З неба охраняє.&lt;br /&gt;</w:t>
        <w:br/>
        <w:t>Простягла з небес на землю&lt;br /&gt;</w:t>
        <w:br/>
        <w:t>Чисті руки-крила&lt;br /&gt;</w:t>
        <w:br/>
        <w:t>І мовчала: бо за неї&lt;br /&gt;</w:t>
        <w:br/>
        <w:t>Постать говорила.&lt;br /&gt;</w:t>
        <w:br/>
        <w:t>Німували. Око в око&lt;br /&gt;</w:t>
        <w:br/>
        <w:t>Зорями дивилось;&lt;br /&gt;</w:t>
        <w:br/>
        <w:t>Тихо, тихо і високо&lt;br /&gt;</w:t>
        <w:br/>
        <w:t>В грудях серце билось.&lt;br /&gt;</w:t>
        <w:br/>
        <w:t>І рече Маруся: "Царю!&lt;br /&gt;</w:t>
        <w:br/>
        <w:t>Я одна під небом&lt;br /&gt;</w:t>
        <w:br/>
        <w:t>Між двома противностями —&lt;br /&gt;</w:t>
        <w:br/>
        <w:t>Раєм і еребом.&lt;br /&gt;</w:t>
        <w:br/>
        <w:t>Ти мій рай, едем пресвітлий,&lt;br /&gt;</w:t>
        <w:br/>
        <w:t>Праведная сило!&lt;br /&gt;</w:t>
        <w:br/>
        <w:t>Сяєво твоє спасенне&lt;br /&gt;</w:t>
        <w:br/>
        <w:t>Інший світ затмило.&lt;br /&gt;</w:t>
        <w:br/>
        <w:t>Царю! Я твоя навіки,&lt;br /&gt;</w:t>
        <w:br/>
        <w:t>Нехай знають люде,&lt;br /&gt;</w:t>
        <w:br/>
        <w:t>І твій Бог, творець великий,&lt;br /&gt;</w:t>
        <w:br/>
        <w:t>Моїм Богом буде.&lt;br /&gt;</w:t>
        <w:br/>
        <w:t>І коли б уся вселенна&lt;br /&gt;</w:t>
        <w:br/>
        <w:t>З зорями-світами&lt;br /&gt;</w:t>
        <w:br/>
        <w:t>Опинилась, як підніжок,&lt;br /&gt;</w:t>
        <w:br/>
        <w:t>В мене під ногами, —&lt;br /&gt;</w:t>
        <w:br/>
        <w:t>За твоє одно диханнє&lt;br /&gt;</w:t>
        <w:br/>
        <w:t>Я віддам вселенну,&lt;br /&gt;</w:t>
        <w:br/>
        <w:t>І на вічне бідуваннє&lt;br /&gt;</w:t>
        <w:br/>
        <w:t>Нізийду в геєну.&lt;br /&gt;</w:t>
        <w:br/>
        <w:t>Нарізно не знаю раю,&lt;br /&gt;</w:t>
        <w:br/>
        <w:t>Господа не маю,&lt;br /&gt;</w:t>
        <w:br/>
        <w:t>До колін твоїх рабою&lt;br /&gt;</w:t>
        <w:br/>
        <w:t>Низько припадаю".</w:t>
      </w:r>
    </w:p>
    <w:p>
      <w:r>
        <w:br/>
        <w:t>Не схиливсь Осман до неї;&lt;br /&gt;</w:t>
        <w:br/>
        <w:t>Тихою рукою&lt;br /&gt;</w:t>
        <w:br/>
        <w:t>Дав їй знак, як цар всесвітній&lt;br /&gt;</w:t>
        <w:br/>
        <w:t>З висоти престолу:&lt;br /&gt;</w:t>
        <w:br/>
        <w:t>"Ти, раба, — рече, — й Османа&lt;br /&gt;</w:t>
        <w:br/>
        <w:t>Вище всіх возносиш&lt;br /&gt;</w:t>
        <w:br/>
        <w:t>Земнородних: бо не рабство,&lt;br /&gt;</w:t>
        <w:br/>
        <w:t>Рай йому приносиш.&lt;br /&gt;</w:t>
        <w:br/>
        <w:t>Я вступлю в моє владицтво&lt;br /&gt;</w:t>
        <w:br/>
        <w:t>Мудрим Соломоном:&lt;br /&gt;</w:t>
        <w:br/>
        <w:t>Не дозволю пері жити&lt;br /&gt;</w:t>
        <w:br/>
        <w:t>З матір'ю-драконом.&lt;br /&gt;</w:t>
        <w:br/>
        <w:t>Вже її несуть носилки&lt;br /&gt;</w:t>
        <w:br/>
        <w:t>До попа в гостину:&lt;br /&gt;</w:t>
        <w:br/>
        <w:t>Нехай молитвами лічить&lt;br /&gt;</w:t>
        <w:br/>
        <w:t>Біса, не людину.&lt;br /&gt;</w:t>
        <w:br/>
        <w:t>Охраняти світло жизні&lt;br /&gt;</w:t>
        <w:br/>
        <w:t>Більше ока мушу:&lt;br /&gt;</w:t>
        <w:br/>
        <w:t>Бо ножака погубив би&lt;br /&gt;</w:t>
        <w:br/>
        <w:t>Твою й мою душу".&lt;br /&gt;</w:t>
        <w:br/>
        <w:t>І схилився по сім слові,&lt;br /&gt;</w:t>
        <w:br/>
        <w:t>Мов дуб до берези,&lt;br /&gt;</w:t>
        <w:br/>
        <w:t>І в розмові, і в любові&lt;br /&gt;</w:t>
        <w:br/>
        <w:t>Пламенно тверезий.</w:t>
      </w:r>
    </w:p>
    <w:p>
      <w:r>
        <w:br/>
        <w:t>Не світіте, ясні зорі!&lt;br /&gt;</w:t>
        <w:br/>
        <w:t>Солов'ї, німуйте!&lt;br /&gt;</w:t>
        <w:br/>
        <w:t>Душ блаженно-чисті хори,&lt;br /&gt;</w:t>
        <w:br/>
        <w:t>В небесах ликуйте!</w:t>
      </w:r>
    </w:p>
    <w:p>
      <w:r>
        <w:br/>
        <w:t>ПІСНЯ ТРИНАДЦЯТА</w:t>
      </w:r>
    </w:p>
    <w:p>
      <w:r>
        <w:br/>
        <w:t>ДУМА ПЕРВА</w:t>
      </w:r>
    </w:p>
    <w:p>
      <w:r>
        <w:br/>
        <w:t>І</w:t>
      </w:r>
    </w:p>
    <w:p>
      <w:r>
        <w:br/>
        <w:t>Премудрість в нужденній, убогій долі&lt;br /&gt;</w:t>
        <w:br/>
        <w:t>Проміж людьми рідка: се диво з див;&lt;br /&gt;</w:t>
        <w:br/>
        <w:t>Ще ж рідша боротьба своєї волі&lt;br /&gt;</w:t>
        <w:br/>
        <w:t>Проміж земних, мовляв, богів-царів.&lt;br /&gt;</w:t>
        <w:br/>
        <w:t>Ся боротьба в душі в царя Османа&lt;br /&gt;</w:t>
        <w:br/>
        <w:t>Робила з нього то раба, то пана:&lt;br /&gt;</w:t>
        <w:br/>
        <w:t>На царстві бо т и м був, чим і в орді:&lt;br /&gt;</w:t>
        <w:br/>
        <w:t>Знав і покору, і тяжкі труди.</w:t>
      </w:r>
    </w:p>
    <w:p>
      <w:r>
        <w:br/>
        <w:t>II</w:t>
      </w:r>
    </w:p>
    <w:p>
      <w:r>
        <w:br/>
        <w:t>Потомок Магомета, що питався&lt;br /&gt;</w:t>
        <w:br/>
        <w:t>Ввесь вік фініками та молоком,&lt;br /&gt;</w:t>
        <w:br/>
        <w:t>На троні він розкошам не віддався,&lt;br /&gt;</w:t>
        <w:br/>
        <w:t>Не туманив ума свого вином;&lt;br /&gt;</w:t>
        <w:br/>
        <w:t>Його рука за всяку працю бралась,&lt;br /&gt;</w:t>
        <w:br/>
        <w:t>Душа — в великих задумах кохалась.&lt;br /&gt;</w:t>
        <w:br/>
        <w:t>Не забавлявся царственним жезлом,&lt;br /&gt;</w:t>
        <w:br/>
        <w:t>Алкав наук ненаситним умом.</w:t>
      </w:r>
    </w:p>
    <w:p>
      <w:r>
        <w:br/>
        <w:t>Ill</w:t>
      </w:r>
    </w:p>
    <w:p>
      <w:r>
        <w:br/>
        <w:t>Щасливий, хто, як наш Петро Великий 116,&lt;br /&gt;</w:t>
        <w:br/>
        <w:t>І вмерши, над тим царством царював,&lt;br /&gt;</w:t>
        <w:br/>
        <w:t>Де варварства старого мотлох дикий&lt;br /&gt;</w:t>
        <w:br/>
        <w:t>На нього, мов на ворога, вставав, —&lt;br /&gt;</w:t>
        <w:br/>
        <w:t>Хто, як Велика наша Катерина * 117,&lt;br /&gt;</w:t>
        <w:br/>
        <w:t>Царської мудрості жива картина,&lt;br /&gt;</w:t>
        <w:br/>
        <w:t>Своїм талантом надихає людей&lt;br /&gt;</w:t>
        <w:br/>
        <w:t>Про нужду і біду грядущих дней.</w:t>
      </w:r>
    </w:p>
    <w:p>
      <w:r>
        <w:br/>
        <w:t>IV</w:t>
      </w:r>
    </w:p>
    <w:p>
      <w:r>
        <w:br/>
        <w:t>Не мав Осман создательної сили,&lt;br /&gt;</w:t>
        <w:br/>
        <w:t>Як той, хто в царство дух новий вдихав&lt;br /&gt;</w:t>
        <w:br/>
        <w:t>І древню славу, як мерця з могили,&lt;br /&gt;</w:t>
        <w:br/>
        <w:t>В серцях свого народу воскрешав.&lt;br /&gt;</w:t>
        <w:br/>
        <w:t>Йому юрма потужна не корилась,&lt;br /&gt;</w:t>
        <w:br/>
        <w:t>Дарма, що низько перед ним хилилась.&lt;br /&gt;</w:t>
        <w:br/>
        <w:t>Серед гаремників стояв один,&lt;br /&gt;</w:t>
        <w:br/>
        <w:t>Як дерево живе серед руїн.</w:t>
      </w:r>
    </w:p>
    <w:p>
      <w:r>
        <w:br/>
        <w:t>V</w:t>
      </w:r>
    </w:p>
    <w:p>
      <w:r>
        <w:br/>
        <w:t>Мов гади, вороги в клубок звилися,&lt;br /&gt;</w:t>
        <w:br/>
        <w:t>Позлазившись із темрявих кутків,&lt;br /&gt;</w:t>
        <w:br/>
        <w:t>Тихцем труїти царство завзялися,&lt;br /&gt;</w:t>
        <w:br/>
        <w:t>Мов серце, повне втаєних гріхів...&lt;br /&gt;</w:t>
        <w:br/>
        <w:t>Приліз і до попа мулла серальський,&lt;br /&gt;</w:t>
        <w:br/>
        <w:t>Так званий в світі духовник султансысий, —&lt;br /&gt;</w:t>
        <w:br/>
        <w:t>До сербина, жерця сліпих слов'ян,&lt;br /&gt;</w:t>
        <w:br/>
        <w:t>Під християнським іменем поган.</w:t>
      </w:r>
    </w:p>
    <w:p>
      <w:r>
        <w:br/>
        <w:t>VI</w:t>
      </w:r>
    </w:p>
    <w:p>
      <w:r>
        <w:br/>
        <w:t>Піп жив на одшибі, немов авулом;&lt;br /&gt;</w:t>
        <w:br/>
        <w:t>Мав темний, бо густий, мов гай, садок,&lt;br /&gt;</w:t>
        <w:br/>
        <w:t>Обведений кругом високим муром.&lt;br /&gt;</w:t>
        <w:br/>
        <w:t>Туди пробравсь, у змові з ним, пророк&lt;br /&gt;</w:t>
        <w:br/>
        <w:t>Страшного всім "безбожникам" Аллаха,&lt;br /&gt;</w:t>
        <w:br/>
        <w:t>Небесного й земного падишаха,&lt;br /&gt;</w:t>
        <w:br/>
        <w:t>Що правовірним їх в ярмо віддав,&lt;br /&gt;</w:t>
        <w:br/>
        <w:t>Як Магомет в Медину ще втікав 118.</w:t>
      </w:r>
    </w:p>
    <w:p>
      <w:r>
        <w:br/>
        <w:t>VII</w:t>
      </w:r>
    </w:p>
    <w:p>
      <w:r>
        <w:br/>
        <w:t>Та мусив на той час мулла забути,&lt;br /&gt;</w:t>
        <w:br/>
        <w:t>Як тяжко він "поганців" проклинав:&lt;br /&gt;</w:t>
        <w:br/>
        <w:t>Призначеної тайкома минути&lt;br /&gt;</w:t>
        <w:br/>
        <w:t>Нетерпеливим серцем дожидав&lt;br /&gt;</w:t>
        <w:br/>
        <w:t>І, як побачив попадю стареньку,&lt;br /&gt;</w:t>
        <w:br/>
        <w:t>Невірної Хасеки рідну неньку,&lt;br /&gt;</w:t>
        <w:br/>
        <w:t>В розмові тихій із її попом&lt;br /&gt;</w:t>
        <w:br/>
        <w:t>Оддав їй честь рукою і чолом.</w:t>
      </w:r>
    </w:p>
    <w:p>
      <w:r>
        <w:br/>
        <w:t>VIII</w:t>
      </w:r>
    </w:p>
    <w:p>
      <w:r>
        <w:br/>
        <w:t>Рече: "Паньматко! Ти ножа купила&lt;br /&gt;</w:t>
        <w:br/>
        <w:t>Про безувірку, про свою дочку.&lt;br /&gt;</w:t>
        <w:br/>
        <w:t>Тебе Всевишнього натхнула сила,&lt;br /&gt;</w:t>
        <w:br/>
        <w:t>Безвірство ї х і нам не до смаку:&lt;br /&gt;</w:t>
        <w:br/>
        <w:t>І нашу, й вашу віру в д в о х руйнують,&lt;br /&gt;</w:t>
        <w:br/>
        <w:t>Із нами й вами рівно ворогують,&lt;br /&gt;</w:t>
        <w:br/>
        <w:t>Умом і серцем в один дух злились,&lt;br /&gt;</w:t>
        <w:br/>
        <w:t>Нечистому служити завзялись".</w:t>
      </w:r>
    </w:p>
    <w:p>
      <w:r>
        <w:br/>
        <w:t>IX</w:t>
      </w:r>
    </w:p>
    <w:p>
      <w:r>
        <w:br/>
        <w:t>Стара за білі пакоси вхопилась,&lt;br /&gt;</w:t>
        <w:br/>
        <w:t>Що з-під очіпка вибились, мов сніг,&lt;br /&gt;</w:t>
        <w:br/>
        <w:t>На жмут волосся вирваний дивилась,&lt;br /&gt;</w:t>
        <w:br/>
        <w:t>З плачем у неї лився злющий сміх.&lt;br /&gt;</w:t>
        <w:br/>
        <w:t>"О! Дайте під сі пазурі султана,&lt;br /&gt;</w:t>
        <w:br/>
        <w:t>Кривавого на християн тирана!&lt;br /&gt;</w:t>
        <w:br/>
        <w:t>Я в серце десятьма йому ввоп'юсь"&lt;br /&gt;</w:t>
        <w:br/>
        <w:t>Сама — до тху отрутою візьмусь!"</w:t>
      </w:r>
    </w:p>
    <w:p>
      <w:r>
        <w:br/>
        <w:t>Х</w:t>
      </w:r>
    </w:p>
    <w:p>
      <w:r>
        <w:br/>
        <w:t>Мулла з попом на неї позирали,&lt;br /&gt;</w:t>
        <w:br/>
        <w:t>І серце радощами в них росло,&lt;br /&gt;</w:t>
        <w:br/>
        <w:t>Що з божевільної її печалі&lt;br /&gt;</w:t>
        <w:br/>
        <w:t>Таке страшенне виростало зло.&lt;br /&gt;</w:t>
        <w:br/>
        <w:t>"Ся не злякається, — шептали стиха, —&lt;br /&gt;</w:t>
        <w:br/>
        <w:t>Найгіршого з-між лих нелюдських лиха.&lt;br /&gt;</w:t>
        <w:br/>
        <w:t>Хоч на хресті скаженну розпинай,&lt;br /&gt;</w:t>
        <w:br/>
        <w:t>Хоч на гаку залізному чіпляй". —</w:t>
      </w:r>
    </w:p>
    <w:p>
      <w:r>
        <w:br/>
        <w:t>XI</w:t>
      </w:r>
    </w:p>
    <w:p>
      <w:r>
        <w:br/>
        <w:t>"Ножа купила, — знов той до старої, —&lt;br /&gt;</w:t>
        <w:br/>
        <w:t>Но се знаряддє у твоїй руці&lt;br /&gt;</w:t>
        <w:br/>
        <w:t>Пошкодило всім русинкам з тобою,&lt;br /&gt;</w:t>
        <w:br/>
        <w:t>А волі не дало твоїй дочці". —&lt;br /&gt;</w:t>
        <w:br/>
        <w:t>"їй воля тільки смерть! — рече завзята. —&lt;br /&gt;</w:t>
        <w:br/>
        <w:t>Смерть, тільки смерть спасе її від ката,&lt;br /&gt;</w:t>
        <w:br/>
        <w:t>Що очі золотом їй засліпив,&lt;br /&gt;</w:t>
        <w:br/>
        <w:t>Обіцянками серце підкупив.</w:t>
      </w:r>
    </w:p>
    <w:p>
      <w:r>
        <w:br/>
        <w:t>XII</w:t>
      </w:r>
    </w:p>
    <w:p>
      <w:r>
        <w:br/>
        <w:t>Всезнание обіцяв диявол Єві,&lt;br /&gt;</w:t>
        <w:br/>
        <w:t>Як замутив їй розум у раю 119&lt;br /&gt;</w:t>
        <w:br/>
        <w:t>Звиваючись на тім запретнім древі:&lt;br /&gt;</w:t>
        <w:br/>
        <w:t>Всезнанием сей вловив дочку мою". —&lt;br /&gt;</w:t>
        <w:br/>
        <w:t>"Так, нене, — піп собі промовив стиха, —&lt;br /&gt;</w:t>
        <w:br/>
        <w:t>Всезнаннє — се почин і корінь лиха,&lt;br /&gt;</w:t>
        <w:br/>
        <w:t>Що всю вселенну древле обняло,&lt;br /&gt;</w:t>
        <w:br/>
        <w:t>Гріх, і проклін, і смерть нам принесло". —</w:t>
      </w:r>
    </w:p>
    <w:p>
      <w:r>
        <w:br/>
        <w:t>XIII</w:t>
      </w:r>
    </w:p>
    <w:p>
      <w:r>
        <w:br/>
        <w:t>"Бог дав нам світ, — озвавсь тоді сповідник&lt;br /&gt;</w:t>
        <w:br/>
        <w:t>Султанський, — а диявол дав нам тьму.&lt;br /&gt;</w:t>
        <w:br/>
        <w:t>Оце ж і шепче з пекла проповідник&lt;br /&gt;</w:t>
        <w:br/>
        <w:t>Про Божий світ мізерному уму;&lt;br /&gt;</w:t>
        <w:br/>
        <w:t>А наш мізерний ум, немов та риба,&lt;br /&gt;</w:t>
        <w:br/>
        <w:t>Хапає вудку за кришеник хліба,&lt;br /&gt;</w:t>
        <w:br/>
        <w:t>За ту принаду... Так Сатанаїл 120&lt;br /&gt;</w:t>
        <w:br/>
        <w:t>Вловляє грішні душі в Бога сил!</w:t>
      </w:r>
    </w:p>
    <w:p>
      <w:r>
        <w:br/>
        <w:t>XIV</w:t>
      </w:r>
    </w:p>
    <w:p>
      <w:r>
        <w:br/>
        <w:t>Вловив лукавий і мого Османа.&lt;br /&gt;</w:t>
        <w:br/>
        <w:t>Тепер йому байдуже про всіх мул,&lt;br /&gt;</w:t>
        <w:br/>
        <w:t>Про всіх імамів з Мекки й Туркестана:&lt;br /&gt;</w:t>
        <w:br/>
        <w:t>Нас повернув у мотлох, ув огул.&lt;br /&gt;</w:t>
        <w:br/>
        <w:t>Боговідступні лютри да латинці,&lt;br /&gt;</w:t>
        <w:br/>
        <w:t>Оце його і гості, й побратимці,&lt;br /&gt;</w:t>
        <w:br/>
        <w:t>Що забувають Бога для наук,&lt;br /&gt;</w:t>
        <w:br/>
        <w:t>Сміються й з раю, й з безконечних мук.</w:t>
      </w:r>
    </w:p>
    <w:p>
      <w:r>
        <w:br/>
        <w:t>XV</w:t>
      </w:r>
    </w:p>
    <w:p>
      <w:r>
        <w:br/>
        <w:t>Іде войною проти Лехистана,&lt;br /&gt;</w:t>
        <w:br/>
        <w:t>А в нього, нене, на умі не те:&lt;br /&gt;</w:t>
        <w:br/>
        <w:t>Його морочить думка окаянна —&lt;br /&gt;</w:t>
        <w:br/>
        <w:t>І в нас, і в вас зневажити святе:&lt;br /&gt;</w:t>
        <w:br/>
        <w:t>"З кайданів мушу розум розкувати&lt;br /&gt;</w:t>
        <w:br/>
        <w:t>І кожній вірі право рівне дати.&lt;br /&gt;</w:t>
        <w:br/>
        <w:t>Нема ж бо й Бога, тільки розум єсть:&lt;br /&gt;</w:t>
        <w:br/>
        <w:t>У розумі і слава наша й честь".</w:t>
      </w:r>
    </w:p>
    <w:p>
      <w:r>
        <w:br/>
        <w:t>XVI</w:t>
      </w:r>
    </w:p>
    <w:p>
      <w:r>
        <w:br/>
        <w:t>Рятуймо ж, нене, предківщину любу,&lt;br /&gt;</w:t>
        <w:br/>
        <w:t>Як турчин, сербин, так і сам козак!&lt;br /&gt;</w:t>
        <w:br/>
        <w:t>Одна дорога нам через цю згубу,&lt;br /&gt;</w:t>
        <w:br/>
        <w:t>Один про всіх спасенний, славний шлях!&lt;br /&gt;</w:t>
        <w:br/>
        <w:t>Нехай іде народи воювати,&lt;br /&gt;</w:t>
        <w:br/>
        <w:t>З неволі їх, мовляли, визволяти,&lt;br /&gt;</w:t>
        <w:br/>
        <w:t>А ми зробімо, щоб він там поліг,&lt;br /&gt;</w:t>
        <w:br/>
        <w:t>Щоб зникнув, як із гір весною сніг!"</w:t>
      </w:r>
    </w:p>
    <w:p>
      <w:r>
        <w:br/>
        <w:t>XVII</w:t>
      </w:r>
    </w:p>
    <w:p>
      <w:r>
        <w:br/>
        <w:t>"Зробімо, — миркнула, — та як зробити?"&lt;br /&gt;</w:t>
        <w:br/>
        <w:t>"Ось слухай, нене: ми вже знаєм як.&lt;br /&gt;</w:t>
        <w:br/>
        <w:t>Від Цареграду шлях до вас не битий,&lt;br /&gt;</w:t>
        <w:br/>
        <w:t>Та й не короткий, кажуть люде, шлях.&lt;br /&gt;</w:t>
        <w:br/>
        <w:t>На довгій ниві й на віку буває&lt;br /&gt;</w:t>
        <w:br/>
        <w:t>Всього з людиною. Нехай вповає&lt;br /&gt;</w:t>
        <w:br/>
        <w:t>Наш безувір на долю, що йому&lt;br /&gt;</w:t>
        <w:br/>
        <w:t>Всміхається, прегордому уму.</w:t>
      </w:r>
    </w:p>
    <w:p>
      <w:r>
        <w:br/>
        <w:t>XVIII</w:t>
      </w:r>
    </w:p>
    <w:p>
      <w:r>
        <w:br/>
        <w:t>Ми ж із попом-письменником смиренно,&lt;br /&gt;</w:t>
        <w:br/>
        <w:t>Як повелів закон і вам, і нам,&lt;br /&gt;</w:t>
        <w:br/>
        <w:t>Сю зміркували річ, і повсякденно&lt;br /&gt;</w:t>
        <w:br/>
        <w:t>Мольби возносим к Божим небесам,&lt;br /&gt;</w:t>
        <w:br/>
        <w:t>Щоб світ був світом, тьма зісталась тьмою,&lt;br /&gt;</w:t>
        <w:br/>
        <w:t>І щоб такою клятою войною&lt;br /&gt;</w:t>
        <w:br/>
        <w:t>Безбожник нас під нозі не подав&lt;br /&gt;</w:t>
        <w:br/>
        <w:t>Тому, хто й древле проти світу встав.</w:t>
      </w:r>
    </w:p>
    <w:p>
      <w:r>
        <w:br/>
        <w:t>XIX</w:t>
      </w:r>
    </w:p>
    <w:p>
      <w:r>
        <w:br/>
        <w:t>Мольби мольбами, нене... Ти се знаєш&lt;br /&gt;</w:t>
        <w:br/>
        <w:t>І на собі, що лоба натовкла&lt;br /&gt;</w:t>
        <w:br/>
        <w:t>Поклонами доземними, та й чаєш&lt;br /&gt;</w:t>
        <w:br/>
        <w:t>Від рук л ю д с ь к и х рятунку і добра...&lt;br /&gt;</w:t>
        <w:br/>
        <w:t>Мольби мольбами, а рука рукою.&lt;br /&gt;</w:t>
        <w:br/>
        <w:t>Зорудуєм против обох войною,&lt;br /&gt;</w:t>
        <w:br/>
        <w:t>Против обох обернемо той міч,&lt;br /&gt;</w:t>
        <w:br/>
        <w:t>Що хоче з дня зробити темну ніч..." *</w:t>
      </w:r>
    </w:p>
    <w:p>
      <w:r>
        <w:br/>
        <w:t>ПОСПІВ</w:t>
      </w:r>
    </w:p>
    <w:p>
      <w:r>
        <w:br/>
        <w:t>І</w:t>
      </w:r>
    </w:p>
    <w:p>
      <w:r>
        <w:br/>
        <w:t>Так Муза хуторна, в розлуці з рідним краєм,&lt;br /&gt;</w:t>
        <w:br/>
        <w:t>Із думок, мов з перел, намистечко низала:&lt;br /&gt;</w:t>
        <w:br/>
        <w:t>Тиняючись одна понад чужим Дунаєм,&lt;br /&gt;</w:t>
        <w:br/>
        <w:t>Забутими себе піснями розважала.&lt;br /&gt;</w:t>
        <w:br/>
        <w:t>Втішалася вона своїм сердечним раєм,&lt;br /&gt;</w:t>
        <w:br/>
        <w:t>Коханим споминкам вінки густі звивала,&lt;br /&gt;</w:t>
        <w:br/>
        <w:t>І, звивши запашний, пускала по Дунаю:&lt;br /&gt;</w:t>
        <w:br/>
        <w:t>Пливи, віночку мій, пливи з чужого краю!</w:t>
      </w:r>
    </w:p>
    <w:p>
      <w:r>
        <w:br/>
        <w:t>ІІ</w:t>
      </w:r>
    </w:p>
    <w:p>
      <w:r>
        <w:br/>
        <w:t>Прямуй до руського прославленого моря,&lt;br /&gt;</w:t>
        <w:br/>
        <w:t>Де славні подвиги неславою нам стали,&lt;br /&gt;</w:t>
        <w:br/>
        <w:t>Де завдавали ми тяжкого людям горя,&lt;br /&gt;</w:t>
        <w:br/>
        <w:t>І греків, і болгар, як турків пліндрували.&lt;br /&gt;</w:t>
        <w:br/>
        <w:t>Скажи всім ягодам свого й чужого поля,&lt;br /&gt;</w:t>
        <w:br/>
        <w:t>Що ми передсуди давняшні занедбали,&lt;br /&gt;</w:t>
        <w:br/>
        <w:t>Що дивимось на світ, як нам велить природа&lt;br /&gt;</w:t>
        <w:br/>
        <w:t>І серця правота, і розуму свобода.</w:t>
      </w:r>
    </w:p>
    <w:p>
      <w:r>
        <w:br/>
        <w:t>ІІІ</w:t>
      </w:r>
    </w:p>
    <w:p>
      <w:r>
        <w:br/>
        <w:t>Народи славились великими мужами&lt;br /&gt;</w:t>
        <w:br/>
        <w:t>Войни й політики, науки і іскуства,&lt;br /&gt;</w:t>
        <w:br/>
        <w:t>А ми пишаємось дівчатами й жінками,&lt;br /&gt;</w:t>
        <w:br/>
        <w:t>Вінцями красоти, скарбівницями чувства.&lt;br /&gt;</w:t>
        <w:br/>
        <w:t>Розкішне живучи раями-хуторами,&lt;br /&gt;</w:t>
        <w:br/>
        <w:t>Столичного вони не знають душогубства,&lt;br /&gt;</w:t>
        <w:br/>
        <w:t>Мов зорі, в чистоті круг жизні совершають,&lt;br /&gt;</w:t>
        <w:br/>
        <w:t>Піснями вічними серця нам просвіщають.</w:t>
      </w:r>
    </w:p>
    <w:p>
      <w:r>
        <w:br/>
        <w:t>IV</w:t>
      </w:r>
    </w:p>
    <w:p>
      <w:r>
        <w:br/>
        <w:t>Ні пинда багачів, ні дика злість голоти,&lt;br /&gt;</w:t>
        <w:br/>
        <w:t>Ні баламутного попівства темна сила,&lt;br /&gt;</w:t>
        <w:br/>
        <w:t>Ні без путя війна, наслідниця тісноти,&lt;br /&gt;</w:t>
        <w:br/>
        <w:t>Ні школа духу в них живого не вгасила.&lt;br /&gt;</w:t>
        <w:br/>
        <w:t>Дознавши мук гірких, недолі і турботи,&lt;br /&gt;</w:t>
        <w:br/>
        <w:t>Душа їх в небеса в самій собі зробила;&lt;br /&gt;</w:t>
        <w:br/>
        <w:t>Мов райське божество, на нас вони взирають&lt;br /&gt;</w:t>
        <w:br/>
        <w:t>І серцем матернім всі провини прощають.</w:t>
      </w:r>
    </w:p>
    <w:p>
      <w:r>
        <w:br/>
        <w:t>V</w:t>
      </w:r>
    </w:p>
    <w:p>
      <w:r>
        <w:br/>
        <w:t>Поезія й любов з колиски до могили&lt;br /&gt;</w:t>
        <w:br/>
        <w:t>Серед безпутиці на путь їх наставляли,&lt;br /&gt;</w:t>
        <w:br/>
        <w:t>їх душі привітні від лютості хранили,&lt;br /&gt;</w:t>
        <w:br/>
        <w:t>І нам їх чистими, без плями, завішали.&lt;br /&gt;</w:t>
        <w:br/>
        <w:t>Гуляв-буяв козак, — вони його любили,&lt;br /&gt;</w:t>
        <w:br/>
        <w:t>Мов жертву ідольську, квітками зукрашали,&lt;br /&gt;</w:t>
        <w:br/>
        <w:t>Сльозами від грязі обмивши і від крові,&lt;br /&gt;</w:t>
        <w:br/>
        <w:t>Вікам новим несли благую вість любові.</w:t>
      </w:r>
    </w:p>
    <w:p>
      <w:r>
        <w:br/>
        <w:t>VI</w:t>
      </w:r>
    </w:p>
    <w:p>
      <w:r>
        <w:br/>
        <w:t>І се вже почали помалу вимирати&lt;br /&gt;</w:t>
        <w:br/>
        <w:t>Сліпі проводирі сліпого гайдамацтва:&lt;br /&gt;</w:t>
        <w:br/>
        <w:t>Перестають войну хижацьку прославляти,&lt;br /&gt;</w:t>
        <w:br/>
        <w:t>Хвалитись дикостю і зрадою, козацтва.&lt;br /&gt;</w:t>
        <w:br/>
        <w:t>І гасить, мов пожар, культура дух завзятий,&lt;br /&gt;</w:t>
        <w:br/>
        <w:t>Насліддє темного і злого азіатства;&lt;br /&gt;</w:t>
        <w:br/>
        <w:t>Пророчиці любви нову нам жизнь віщують,&lt;br /&gt;</w:t>
        <w:br/>
        <w:t>До інших подвигів і слави нас готують.</w:t>
      </w:r>
    </w:p>
    <w:p>
      <w:r>
        <w:br/>
        <w:t>VII</w:t>
      </w:r>
    </w:p>
    <w:p>
      <w:r>
        <w:br/>
        <w:t>Настане час колись ясний, благословенний,&lt;br /&gt;</w:t>
        <w:br/>
        <w:t>Що наші зіроньки все небо осіяють&lt;br /&gt;</w:t>
        <w:br/>
        <w:t>І жизні ідеал, свободи дар спасенний,&lt;br /&gt;</w:t>
        <w:br/>
        <w:t>Умом поезії і серцем привітають.&lt;br /&gt;</w:t>
        <w:br/>
        <w:t>І зникне, мов туман, навіки морок темний,&lt;br /&gt;</w:t>
        <w:br/>
        <w:t>Що блазні славою та честю величають,&lt;br /&gt;</w:t>
        <w:br/>
        <w:t>І, приобщаючись релігії науки,&lt;br /&gt;</w:t>
        <w:br/>
        <w:t>До всіх народів ми простягнем братні руки.</w:t>
      </w:r>
    </w:p>
    <w:p>
      <w:r>
        <w:br/>
        <w:t>ПІСНЯ ОДИНАДЦЯТА</w:t>
      </w:r>
    </w:p>
    <w:p>
      <w:r>
        <w:br/>
        <w:t>ДУМА ПЕРВА</w:t>
      </w:r>
    </w:p>
    <w:p>
      <w:r>
        <w:br/>
        <w:t>І</w:t>
      </w:r>
    </w:p>
    <w:p>
      <w:r>
        <w:br/>
        <w:t>Шумить-гуде наш град первопрестольний,&lt;br /&gt;</w:t>
        <w:br/>
        <w:t>Свята руїна Русі і Москви,&lt;br /&gt;</w:t>
        <w:br/>
        <w:t>Принада Польщі, старець богомольний&lt;br /&gt;</w:t>
        <w:br/>
        <w:t>Заможної Волині і Литви,&lt;br /&gt;</w:t>
        <w:br/>
        <w:t>Гіркий п'яниця, гайдамака вольний,&lt;br /&gt;</w:t>
        <w:br/>
        <w:t>Чудовищна мара без голови,&lt;br /&gt;</w:t>
        <w:br/>
        <w:t>Завзяття дикого нечиста сила,&lt;br /&gt;</w:t>
        <w:br/>
        <w:t>Що пишний край руїною зробила.</w:t>
      </w:r>
    </w:p>
    <w:p>
      <w:r>
        <w:br/>
        <w:t>ІІ</w:t>
      </w:r>
    </w:p>
    <w:p>
      <w:r>
        <w:br/>
        <w:t>Шумить-гуде, мов Дніпрові пороги 97...&lt;br /&gt;</w:t>
        <w:br/>
        <w:t>Вигукують чубаті козаки,&lt;br /&gt;</w:t>
        <w:br/>
        <w:t>Буяючи, мов тури круторогі,&lt;br /&gt;</w:t>
        <w:br/>
        <w:t>Варязькі княженецькії бики.&lt;br /&gt;</w:t>
        <w:br/>
        <w:t>Танцюють по майданах босоногі,&lt;br /&gt;</w:t>
        <w:br/>
        <w:t>Закладують останні кажанки.&lt;br /&gt;</w:t>
        <w:br/>
        <w:t>І похваляються пожакувати&lt;br /&gt;</w:t>
        <w:br/>
        <w:t>Крамні комори, і шинки, й палати.</w:t>
      </w:r>
    </w:p>
    <w:p>
      <w:r>
        <w:br/>
        <w:t>ІІІ</w:t>
      </w:r>
    </w:p>
    <w:p>
      <w:r>
        <w:br/>
        <w:t>"Ні, не жакуймо ні міщан заможних,&lt;br /&gt;</w:t>
        <w:br/>
        <w:t>Ні підступних вірмен і жидови,&lt;br /&gt;</w:t>
        <w:br/>
        <w:t>Ні господарства по панах вельможних,&lt;br /&gt;</w:t>
        <w:br/>
        <w:t>Що набираються ума в ляхви.&lt;br /&gt;</w:t>
        <w:br/>
        <w:t>Зоставмо се про гайдамак безбожних,&lt;br /&gt;</w:t>
        <w:br/>
        <w:t>Що плодяться між темної мужви:&lt;br /&gt;</w:t>
        <w:br/>
        <w:t>Нас кличе Конашевич воювати&lt;br /&gt;</w:t>
        <w:br/>
        <w:t>Татар і турків разом пліндрувати".</w:t>
      </w:r>
    </w:p>
    <w:p>
      <w:r>
        <w:br/>
        <w:t>IV</w:t>
      </w:r>
    </w:p>
    <w:p>
      <w:r>
        <w:br/>
        <w:t>Так осавули по шинках гукають,&lt;br /&gt;</w:t>
        <w:br/>
        <w:t>Що Сагайдашний скрізь порозсилав,&lt;br /&gt;</w:t>
        <w:br/>
        <w:t>П'яниць дурне завзяттє зупиняють,&lt;br /&gt;</w:t>
        <w:br/>
        <w:t>Мов гребля навесні широкий став...&lt;br /&gt;</w:t>
        <w:br/>
        <w:t>"Шкода! — п'яниці згорда промовляють. —&lt;br /&gt;</w:t>
        <w:br/>
        <w:t>Він торбу золота ченцям оддав:&lt;br /&gt;</w:t>
        <w:br/>
        <w:t>Нехай же каптурі з ним козакують,&lt;br /&gt;</w:t>
        <w:br/>
        <w:t>А козаки без грошей не воюють.</w:t>
      </w:r>
    </w:p>
    <w:p>
      <w:r>
        <w:br/>
        <w:t>V</w:t>
      </w:r>
    </w:p>
    <w:p>
      <w:r>
        <w:br/>
        <w:t>Тепер Бородовка 98 вже гетьманує:&lt;br /&gt;</w:t>
        <w:br/>
        <w:t>Бо вивіз в Борщагівку 99 сто бочок&lt;br /&gt;</w:t>
        <w:br/>
        <w:t>Горілки доброї і всіх частує,&lt;br /&gt;</w:t>
        <w:br/>
        <w:t>Хто про сей бенкет має корячок.&lt;br /&gt;</w:t>
        <w:br/>
        <w:t>І зброю, кажуть, про таких готує,&lt;br /&gt;</w:t>
        <w:br/>
        <w:t>Що пропились в шинках до сорочок.&lt;br /&gt;</w:t>
        <w:br/>
        <w:t>Його грошима наділив Брольницький,&lt;br /&gt;</w:t>
        <w:br/>
        <w:t>Посел і старший ранця королівський.</w:t>
      </w:r>
    </w:p>
    <w:p>
      <w:r>
        <w:br/>
        <w:t>VI</w:t>
      </w:r>
    </w:p>
    <w:p>
      <w:r>
        <w:br/>
        <w:t>Сей не патякає про гайдамацтво&lt;br /&gt;</w:t>
        <w:br/>
        <w:t>Та про безбожних, п'яних мужиків,&lt;br /&gt;</w:t>
        <w:br/>
        <w:t>А затяга голоту у козацтво,&lt;br /&gt;</w:t>
        <w:br/>
        <w:t>Щоб добре перебрати всіх панків:&lt;br /&gt;</w:t>
        <w:br/>
        <w:t>Бо позаводили, мов та ляхва, пахарство,&lt;br /&gt;</w:t>
        <w:br/>
        <w:t>Понастявляли всюди вітряків,&lt;br /&gt;</w:t>
        <w:br/>
        <w:t>Нас, козаків, руїнниками лають&lt;br /&gt;</w:t>
        <w:br/>
        <w:t>В свої о с а д и й в о л і не приймають".</w:t>
      </w:r>
    </w:p>
    <w:p>
      <w:r>
        <w:br/>
        <w:t>VII</w:t>
      </w:r>
    </w:p>
    <w:p>
      <w:r>
        <w:br/>
        <w:t>Тогді рекли їм осавули: "Необачні!&lt;br /&gt;</w:t>
        <w:br/>
        <w:t>Забули, хто водив вас під Синоп,&lt;br /&gt;</w:t>
        <w:br/>
        <w:t>І чим здававсь вам лицар Сагандашний,&lt;br /&gt;</w:t>
        <w:br/>
        <w:t>Як шарпали ви Кафу й Трапезонт.&lt;br /&gt;</w:t>
        <w:br/>
        <w:t>До нього й значний купивсь і незначний:&lt;br /&gt;</w:t>
        <w:br/>
        <w:t>Великий, пишний, славний хороводі&lt;br /&gt;</w:t>
        <w:br/>
        <w:t>З ним і в Москві ви здобичі набрали:&lt;br /&gt;</w:t>
        <w:br/>
        <w:t>На осяйну його звізду вповали". —</w:t>
      </w:r>
    </w:p>
    <w:p>
      <w:r>
        <w:br/>
        <w:t>VIII</w:t>
      </w:r>
    </w:p>
    <w:p>
      <w:r>
        <w:br/>
        <w:t>"Оце ж на ту звізду вповає й шляхта, —&lt;br /&gt;</w:t>
        <w:br/>
        <w:t>Відказували гучно козаки, —&lt;br /&gt;</w:t>
        <w:br/>
        <w:t>Зробила з нього не суддю, а ката,&lt;br /&gt;</w:t>
        <w:br/>
        <w:t>Щоб ї й ми зоставляли кадуки *.&lt;br /&gt;</w:t>
        <w:br/>
        <w:t>У козака стоїть невкрита хата,&lt;br /&gt;</w:t>
        <w:br/>
        <w:t>А в панства по шляхах нові шинки,&lt;br /&gt;</w:t>
        <w:br/>
        <w:t>І бідолаха тре в них голу спину,&lt;br /&gt;</w:t>
        <w:br/>
        <w:t>Не дбаючи про жінку й про дитину.</w:t>
      </w:r>
    </w:p>
    <w:p>
      <w:r>
        <w:br/>
        <w:t>IX</w:t>
      </w:r>
    </w:p>
    <w:p>
      <w:r>
        <w:br/>
        <w:t>Були зібрались наші на Вільшанці&lt;br /&gt;</w:t>
        <w:br/>
        <w:t>Подякувати гарно всім ляхам,&lt;br /&gt;</w:t>
        <w:br/>
        <w:t>Що й сала в козака чортма в ковганці,&lt;br /&gt;</w:t>
        <w:br/>
        <w:t>А панський скот ганяють по шляхам&lt;br /&gt;</w:t>
        <w:br/>
        <w:t>У Венгри, в Шльонське 100 жидова-поганці&lt;br /&gt;</w:t>
        <w:br/>
        <w:t>І живляться з панами пополам&lt;br /&gt;</w:t>
        <w:br/>
        <w:t>Од німців грішми, винами ситними,&lt;br /&gt;</w:t>
        <w:br/>
        <w:t>Коріннєм і товарами крамними.</w:t>
      </w:r>
    </w:p>
    <w:p>
      <w:r>
        <w:br/>
        <w:t>Х</w:t>
      </w:r>
    </w:p>
    <w:p>
      <w:r>
        <w:br/>
        <w:t>Хотілось, не вдалось. По-лядськи грався&lt;br /&gt;</w:t>
        <w:br/>
        <w:t>З козацтвом ваш вельможний пан гетьман:&lt;br /&gt;</w:t>
        <w:br/>
        <w:t>Він поти прав од панства допевнявся,&lt;br /&gt;</w:t>
        <w:br/>
        <w:t>Поки набив дукатами гаман.&lt;br /&gt;</w:t>
        <w:br/>
        <w:t>Тоді з ляхвою під Москву загнався 101,&lt;br /&gt;</w:t>
        <w:br/>
        <w:t>Мов з яничарами татарський хан,&lt;br /&gt;</w:t>
        <w:br/>
        <w:t>І чим на лупах добре поживився,&lt;br /&gt;</w:t>
        <w:br/>
        <w:t>Тим од гріхів у Лаврі відкупився.</w:t>
      </w:r>
    </w:p>
    <w:p>
      <w:r>
        <w:br/>
        <w:t>XI</w:t>
      </w:r>
    </w:p>
    <w:p>
      <w:r>
        <w:br/>
        <w:t>Тепер святий: нехай же йде до неба.&lt;br /&gt;</w:t>
        <w:br/>
        <w:t>Ми будемо й без нього воювать.&lt;br /&gt;</w:t>
        <w:br/>
        <w:t>Нам грішного, як ми, гетьмана треба,&lt;br /&gt;</w:t>
        <w:br/>
        <w:t>Щоб з ним і в пеклі разом бідувать"... —&lt;br /&gt;</w:t>
        <w:br/>
        <w:t>"І вам Бородовка, той недотепа,&lt;br /&gt;</w:t>
        <w:br/>
        <w:t>Що вміє тільки жида обідрать,&lt;br /&gt;</w:t>
        <w:br/>
        <w:t>Тепер любіший став, ніж Сагайдашний?&lt;br /&gt;</w:t>
        <w:br/>
        <w:t>О роде темний! Роде необачний!"</w:t>
      </w:r>
    </w:p>
    <w:p>
      <w:r>
        <w:br/>
        <w:t>XII</w:t>
      </w:r>
    </w:p>
    <w:p>
      <w:r>
        <w:br/>
        <w:t>Так осавули козакам казали&lt;br /&gt;</w:t>
        <w:br/>
        <w:t>І словом докоряли їм гірким:&lt;br /&gt;</w:t>
        <w:br/>
        <w:t>"Давно б уже ляхи вас осідлали,&lt;br /&gt;</w:t>
        <w:br/>
        <w:t>Коли б не Конаша премудрий син.&lt;br /&gt;</w:t>
        <w:br/>
        <w:t>Не раз його й до короля ви слали,&lt;br /&gt;</w:t>
        <w:br/>
        <w:t>Щоб лагодив те розумом своїм,&lt;br /&gt;</w:t>
        <w:br/>
        <w:t>Чого накоїте було міщанам,&lt;br /&gt;</w:t>
        <w:br/>
        <w:t>Осадчим, дідичам і всяким станам.</w:t>
      </w:r>
    </w:p>
    <w:p>
      <w:r>
        <w:br/>
        <w:t>XIII</w:t>
      </w:r>
    </w:p>
    <w:p>
      <w:r>
        <w:br/>
        <w:t>Гаман червінців... О, брехня мерзенна!&lt;br /&gt;</w:t>
        <w:br/>
        <w:t>Ніхто сього на світі не видав,&lt;br /&gt;</w:t>
        <w:br/>
        <w:t>Щоб Конашевич, ся душа спасенна,&lt;br /&gt;</w:t>
        <w:br/>
        <w:t>З козацтвом здобичі не прогуляв.&lt;br /&gt;</w:t>
        <w:br/>
        <w:t>Тепер же чернь і старшина письменна&lt;br /&gt;</w:t>
        <w:br/>
        <w:t>Вбачає добре, що про вас він дбав,&lt;br /&gt;</w:t>
        <w:br/>
        <w:t>Як патріарсі у всьому піддався,&lt;br /&gt;</w:t>
        <w:br/>
        <w:t>Латинців і унітів не злякався.</w:t>
      </w:r>
    </w:p>
    <w:p>
      <w:r>
        <w:br/>
        <w:t>XIV</w:t>
      </w:r>
    </w:p>
    <w:p>
      <w:r>
        <w:br/>
        <w:t>Стольці церковні й титули владичні&lt;br /&gt;</w:t>
        <w:br/>
        <w:t>Віддав без короля ченцям своїм&lt;br /&gt;</w:t>
        <w:br/>
        <w:t>І благочестіє на віки вічні&lt;br /&gt;</w:t>
        <w:br/>
        <w:t>Від Потіїв да Рутських охранив". —&lt;br /&gt;</w:t>
        <w:br/>
        <w:t>"Байдуже нам про се. Ми г р і ш н і, —&lt;br /&gt;</w:t>
        <w:br/>
        <w:t>Нам нічого робити з ним, с в я т и м", —&lt;br /&gt;</w:t>
        <w:br/>
        <w:t>Козацтво напідпитку гомоніло,&lt;br /&gt;</w:t>
        <w:br/>
        <w:t>Про Конаша вже й слухать не хотіло.</w:t>
      </w:r>
    </w:p>
    <w:p>
      <w:r>
        <w:br/>
        <w:t>XV</w:t>
      </w:r>
    </w:p>
    <w:p>
      <w:r>
        <w:br/>
        <w:t>"Коли такі ви, що душі спасенне&lt;br /&gt;</w:t>
        <w:br/>
        <w:t>І вам, і діткам вашим, і жінкам&lt;br /&gt;</w:t>
        <w:br/>
        <w:t>Байдужня річ у вас і прославленнє&lt;br /&gt;</w:t>
        <w:br/>
        <w:t>Святої віри не потрібне вам,&lt;br /&gt;</w:t>
        <w:br/>
        <w:t>І патріархове благословенне&lt;br /&gt;</w:t>
        <w:br/>
        <w:t>Пригідне на щось тільки гетьманам:&lt;br /&gt;</w:t>
        <w:br/>
        <w:t>Дак вас Петро і ми всі покидаєм&lt;br /&gt;</w:t>
        <w:br/>
        <w:t>І до царя на службу від'їжджаєм.</w:t>
      </w:r>
    </w:p>
    <w:p>
      <w:r>
        <w:br/>
        <w:t>XVI</w:t>
      </w:r>
    </w:p>
    <w:p>
      <w:r>
        <w:br/>
        <w:t>Вже і Косинського добром московським&lt;br /&gt;</w:t>
        <w:br/>
        <w:t>Цар обсилав 102, а в грамотах своїх&lt;br /&gt;</w:t>
        <w:br/>
        <w:t>Титулувавсь Черкаським, Запорозьким&lt;br /&gt;</w:t>
        <w:br/>
        <w:t>І благодітелем церков святих.&lt;br /&gt;</w:t>
        <w:br/>
        <w:t>Да покумались ви з козацтвом польським&lt;br /&gt;</w:t>
        <w:br/>
        <w:t>Задля Димитріїв тих підставних 103.&lt;br /&gt;</w:t>
        <w:br/>
        <w:t>Тепер звелів святий нам патріарха&lt;br /&gt;</w:t>
        <w:br/>
        <w:t>Шукати на Москві собі монарха". —</w:t>
      </w:r>
    </w:p>
    <w:p>
      <w:r>
        <w:br/>
        <w:t>XVII</w:t>
      </w:r>
    </w:p>
    <w:p>
      <w:r>
        <w:br/>
        <w:t>"Шукайте. Ми ж благочестиву віру&lt;br /&gt;</w:t>
        <w:br/>
        <w:t>Зуміємо й без вас оборонять,&lt;br /&gt;</w:t>
        <w:br/>
        <w:t>І не попустим турку-безувіру&lt;br /&gt;</w:t>
        <w:br/>
        <w:t>Монастирі козацькі руйновать,&lt;br /&gt;</w:t>
        <w:br/>
        <w:t>А для науки людям і приміру&lt;br /&gt;</w:t>
        <w:br/>
        <w:t>У Білій Церкві хочем жида драть.&lt;br /&gt;</w:t>
        <w:br/>
        <w:t>Там Остророгів жид, рандар багатий,&lt;br /&gt;</w:t>
        <w:br/>
        <w:t>Почав Святого Спаса зневажати.</w:t>
      </w:r>
    </w:p>
    <w:p>
      <w:r>
        <w:br/>
        <w:t>XVIII</w:t>
      </w:r>
    </w:p>
    <w:p>
      <w:r>
        <w:br/>
        <w:t>Повиколуповав із лоба очі&lt;br /&gt;</w:t>
        <w:br/>
        <w:t>Для глуму безувірного й сміху&lt;br /&gt;</w:t>
        <w:br/>
        <w:t>І до долівки гвіздєм серед ночі&lt;br /&gt;</w:t>
        <w:br/>
        <w:t>Прибив його в оранді у льоху.&lt;br /&gt;</w:t>
        <w:br/>
        <w:t>Та нагодивсь на це підпарубочий&lt;br /&gt;</w:t>
        <w:br/>
        <w:t>І батюшці відкрився на духу,&lt;br /&gt;</w:t>
        <w:br/>
        <w:t>Що в Спаса сам на грудях бачив рану,&lt;br /&gt;</w:t>
        <w:br/>
        <w:t>Пробиті руці й нозі для догану"...</w:t>
      </w:r>
    </w:p>
    <w:p>
      <w:r>
        <w:br/>
        <w:t>ДУМА ДРУГА</w:t>
      </w:r>
    </w:p>
    <w:p>
      <w:r>
        <w:br/>
        <w:t>Тут земля загоготіла,&lt;br /&gt;</w:t>
        <w:br/>
        <w:t>Наче суд настав останній...&lt;br /&gt;</w:t>
        <w:br/>
        <w:t>Чутка дивна пролетіла&lt;br /&gt;</w:t>
        <w:br/>
        <w:t>По руїні православній.&lt;br /&gt;</w:t>
        <w:br/>
        <w:t>Не було такого дива&lt;br /&gt;</w:t>
        <w:br/>
        <w:t>І за пращурів великих:&lt;br /&gt;</w:t>
        <w:br/>
        <w:t>Козакам Пречиста Діва&lt;br /&gt;</w:t>
        <w:br/>
        <w:t>Помогла на турків диких,&lt;br /&gt;</w:t>
        <w:br/>
        <w:t>Що не знають Бога в Тройці&lt;br /&gt;</w:t>
        <w:br/>
        <w:t>З Богоматір'ю й святими&lt;br /&gt;</w:t>
        <w:br/>
        <w:t>І в безвірному пророці&lt;br /&gt;</w:t>
        <w:br/>
        <w:t>Чтять олжу серцями злими.&lt;br /&gt;</w:t>
        <w:br/>
        <w:t>Золоту галеру, повну&lt;br /&gt;</w:t>
        <w:br/>
        <w:t>Оксамиту й златоглаву,&lt;br /&gt;</w:t>
        <w:br/>
        <w:t>Наші привезли додому&lt;br /&gt;</w:t>
        <w:br/>
        <w:t>Богородиці на славу.&lt;br /&gt;</w:t>
        <w:br/>
        <w:t>Безліч їм Пречиста злата&lt;br /&gt;</w:t>
        <w:br/>
        <w:t>В бесурмен лихих накрала,&lt;br /&gt;</w:t>
        <w:br/>
        <w:t>Осліпивши супостата,&lt;br /&gt;</w:t>
        <w:br/>
        <w:t>Талярів налапувала.</w:t>
      </w:r>
    </w:p>
    <w:p>
      <w:r>
        <w:br/>
        <w:t>"Поки сонця, поки світу,&lt;br /&gt;</w:t>
        <w:br/>
        <w:t>Буде людям за що пити —&lt;br /&gt;</w:t>
        <w:br/>
        <w:t>Не вклонятимемось жиду,&lt;br /&gt;</w:t>
        <w:br/>
        <w:t>Дуків будемо лупити!"&lt;br /&gt;</w:t>
        <w:br/>
        <w:t>І безрозумна темнота&lt;br /&gt;</w:t>
        <w:br/>
        <w:t>До Дніпра прожогом рине,&lt;br /&gt;</w:t>
        <w:br/>
        <w:t>Заморочена голота&lt;br /&gt;</w:t>
        <w:br/>
        <w:t>Прославляє диво дивне.&lt;br /&gt;</w:t>
        <w:br/>
        <w:t>І ввесь Київ іздригнувся,&lt;br /&gt;</w:t>
        <w:br/>
        <w:t>Всі міщане й підзамчане;&lt;br /&gt;</w:t>
        <w:br/>
        <w:t>Тільки ти чогось надувся,&lt;br /&gt;</w:t>
        <w:br/>
        <w:t>Конашевичу-гетьмане!&lt;br /&gt;</w:t>
        <w:br/>
        <w:t>Спогадав єси про Байду,&lt;br /&gt;</w:t>
        <w:br/>
        <w:t>Незабутнього вовіки,&lt;br /&gt;</w:t>
        <w:br/>
        <w:t>Про тяжку його досаду&lt;br /&gt;</w:t>
        <w:br/>
        <w:t>І про жаль його великий.&lt;br /&gt;</w:t>
        <w:br/>
        <w:t>Не один він з козаками&lt;br /&gt;</w:t>
        <w:br/>
        <w:t>Показав тобі дорогу&lt;br /&gt;</w:t>
        <w:br/>
        <w:t>Придонецькими шляхами&lt;br /&gt;</w:t>
        <w:br/>
        <w:t>Ід' московському порогу.&lt;br /&gt;</w:t>
        <w:br/>
        <w:t>Спогадав ти й про Остапа 104,&lt;br /&gt;</w:t>
        <w:br/>
        <w:t>Запорозького гетьмана,&lt;br /&gt;</w:t>
        <w:br/>
        <w:t>Як його скарбова лапа&lt;br /&gt;</w:t>
        <w:br/>
        <w:t>У Московську Русь погнала.&lt;br /&gt;</w:t>
        <w:br/>
        <w:t>І самого Наливая,&lt;br /&gt;</w:t>
        <w:br/>
        <w:t>Що царем зовуть п'яниці 105,&lt;br /&gt;</w:t>
        <w:br/>
        <w:t>Спогадав єси, як злая&lt;br /&gt;</w:t>
        <w:br/>
        <w:t>Доля мчала ті гряниці,&lt;br /&gt;</w:t>
        <w:br/>
        <w:t>"Там, — речеш ти, — центре жизні&lt;br /&gt;</w:t>
        <w:br/>
        <w:t>Староруської зробилось,&lt;br /&gt;</w:t>
        <w:br/>
        <w:t>А в моїй дурній отчизні&lt;br /&gt;</w:t>
        <w:br/>
        <w:t>Гайдамацтво загніздилось.&lt;br /&gt;</w:t>
        <w:br/>
        <w:t>І гніздитиметься, поки&lt;br /&gt;</w:t>
        <w:br/>
        <w:t>Пожари та шарпанина,&lt;br /&gt;</w:t>
        <w:br/>
        <w:t>Голод, мір, крові потоки&lt;br /&gt;</w:t>
        <w:br/>
        <w:t>І повсюдная руїна&lt;br /&gt;</w:t>
        <w:br/>
        <w:t>Навчать нас в Москву втікати&lt;br /&gt;</w:t>
        <w:br/>
        <w:t>Від братів своїх коханих,&lt;br /&gt;</w:t>
        <w:br/>
        <w:t>Рідним батьком величати,&lt;br /&gt;</w:t>
        <w:br/>
        <w:t>Кого дерли гірш поганих…"</w:t>
      </w:r>
    </w:p>
    <w:p>
      <w:r>
        <w:br/>
        <w:t>І</w:t>
      </w:r>
    </w:p>
    <w:p>
      <w:r>
        <w:br/>
        <w:t>Сидить один. Вся старшина майнула&lt;br /&gt;</w:t>
        <w:br/>
        <w:t>Назустріч молодому Кочубею.&lt;br /&gt;</w:t>
        <w:br/>
        <w:t>Його проміннєм слава обгорнула&lt;br /&gt;</w:t>
        <w:br/>
        <w:t>І зорявою ризою своєю.&lt;br /&gt;</w:t>
        <w:br/>
        <w:t>"Се цар новий сердець низькопоклонних.&lt;br /&gt;</w:t>
        <w:br/>
        <w:t>Тепер ніщо Петро в них Сагайдашний.&lt;br /&gt;</w:t>
        <w:br/>
        <w:t>Одніс ченцям дві тисячі червоних,&lt;br /&gt;</w:t>
        <w:br/>
        <w:t>Козак, в своїй щедроті необачний.&lt;br /&gt;</w:t>
        <w:br/>
        <w:t>Левко сто тисячей червоних має,&lt;br /&gt;</w:t>
        <w:br/>
        <w:t>І всіх киян до себе привертає.</w:t>
      </w:r>
    </w:p>
    <w:p>
      <w:r>
        <w:br/>
        <w:t>ІІ</w:t>
      </w:r>
    </w:p>
    <w:p>
      <w:r>
        <w:br/>
        <w:t>А міліони, що козацтво здавна&lt;br /&gt;</w:t>
        <w:br/>
        <w:t>За приводом Петра напліндрувало,&lt;br /&gt;</w:t>
        <w:br/>
        <w:t>В Синопі й Трапезонті здобич славна&lt;br /&gt;</w:t>
        <w:br/>
        <w:t>І в Кафі — се пиши тепер пропало!&lt;br /&gt;</w:t>
        <w:br/>
        <w:t>Що Кафа? Забавка нікчемна, марна,&lt;br /&gt;</w:t>
        <w:br/>
        <w:t>Козацтво з жарту руки в Кафі гріло.&lt;br /&gt;</w:t>
        <w:br/>
        <w:t>Велике огнище там про гетьмана,&lt;br /&gt;</w:t>
        <w:br/>
        <w:t>Не про козацькі череси горіло.&lt;br /&gt;</w:t>
        <w:br/>
        <w:t>Тепер Петро не п'є, не бенкетує:&lt;br /&gt;</w:t>
        <w:br/>
        <w:t>Він душу на Господень суд готує.</w:t>
      </w:r>
    </w:p>
    <w:p>
      <w:r>
        <w:br/>
        <w:t>ІІІ</w:t>
      </w:r>
    </w:p>
    <w:p>
      <w:r>
        <w:br/>
        <w:t>Тепер козацтво вже його не любить:&lt;br /&gt;</w:t>
        <w:br/>
        <w:t>Бо не частує зграї горілками.&lt;br /&gt;</w:t>
        <w:br/>
        <w:t>Тепер Бородовка їм в труби трубить,&lt;br /&gt;</w:t>
        <w:br/>
        <w:t>Що "світ увесь тремтить пред козаками" *,&lt;br /&gt;</w:t>
        <w:br/>
        <w:t>І байдуже їм, що для патріарха&lt;br /&gt;</w:t>
        <w:br/>
        <w:t>Зробив я те, чого вони не сміли:&lt;br /&gt;</w:t>
        <w:br/>
        <w:t>Нові постали в Русі ієрархи,&lt;br /&gt;</w:t>
        <w:br/>
        <w:t>І на стольцях апостольських посіли,&lt;br /&gt;</w:t>
        <w:br/>
        <w:t>І Русі Русь простерла братні руки,&lt;br /&gt;</w:t>
        <w:br/>
        <w:t>Щоб не було між ними вже розлуки.</w:t>
      </w:r>
    </w:p>
    <w:p>
      <w:r>
        <w:br/>
        <w:t>IV</w:t>
      </w:r>
    </w:p>
    <w:p>
      <w:r>
        <w:br/>
        <w:t>Мізерне сміттє! Темні гайдамаки!&lt;br /&gt;</w:t>
        <w:br/>
        <w:t>Покіль вас мав чим добре трактувати,&lt;br /&gt;</w:t>
        <w:br/>
        <w:t>Ви лащились до мене, як собаки:&lt;br /&gt;</w:t>
        <w:br/>
        <w:t>Тепер — хвостом до іншого махати!&lt;br /&gt;</w:t>
        <w:br/>
        <w:t>Махайте; я піду Москві служити,&lt;br /&gt;</w:t>
        <w:br/>
        <w:t>Гріхи свої мечем покутувати,&lt;br /&gt;</w:t>
        <w:br/>
        <w:t>Цареві благовірному годити&lt;br /&gt;</w:t>
        <w:br/>
        <w:t>І високо наш руський стяг держати.&lt;br /&gt;</w:t>
        <w:br/>
        <w:t>Знайду й без вас дорогу до Османа:&lt;br /&gt;</w:t>
        <w:br/>
        <w:t>Султан царського знатиме гетьмана!"</w:t>
      </w:r>
    </w:p>
    <w:p>
      <w:r>
        <w:br/>
        <w:t>ДУМА ТРЕТЯ</w:t>
      </w:r>
    </w:p>
    <w:p>
      <w:r>
        <w:br/>
        <w:t>Знов земля загоготіла,&lt;br /&gt;</w:t>
        <w:br/>
        <w:t>Мов Дніпро прогнав пороги,&lt;br /&gt;</w:t>
        <w:br/>
        <w:t>Наче буря налетіла&lt;br /&gt;</w:t>
        <w:br/>
        <w:t>На гетьманський кіш убогий, —&lt;br /&gt;</w:t>
        <w:br/>
        <w:t>На будинок, що був красен&lt;br /&gt;</w:t>
        <w:br/>
        <w:t>Не углами, пирогами,&lt;br /&gt;</w:t>
        <w:br/>
        <w:t>Де козацтво ситих брашен&lt;br /&gt;</w:t>
        <w:br/>
        <w:t>Наїдалось за столами.&lt;br /&gt;</w:t>
        <w:br/>
        <w:t>Наїдалось-напивалось&lt;br /&gt;</w:t>
        <w:br/>
        <w:t>Досхочу, аж до знемоги,&lt;br /&gt;</w:t>
        <w:br/>
        <w:t>І танцями вгоноблялось,&lt;br /&gt;</w:t>
        <w:br/>
        <w:t>І піснями про пороги;&lt;br /&gt;</w:t>
        <w:br/>
        <w:t>І про Кафу, про "пучину&lt;br /&gt;</w:t>
        <w:br/>
        <w:t>Християнських сліз і крові",&lt;br /&gt;</w:t>
        <w:br/>
        <w:t>Що зробили там руїну,&lt;br /&gt;</w:t>
        <w:br/>
        <w:t>Вічну славу козакові;&lt;br /&gt;</w:t>
        <w:br/>
        <w:t>І про те, як море врало&lt;br /&gt;</w:t>
        <w:br/>
        <w:t>Мов ревучими левами&lt;br /&gt;</w:t>
        <w:br/>
        <w:t>І безодні розверзало&lt;br /&gt;</w:t>
        <w:br/>
        <w:t>Під козацькими човнами;&lt;br /&gt;</w:t>
        <w:br/>
        <w:t>І як Юр Святий по хмарах&lt;br /&gt;</w:t>
        <w:br/>
        <w:t>Грав конем над ними білим,&lt;br /&gt;</w:t>
        <w:br/>
        <w:t>Сліпив очі яничарам,&lt;br /&gt;</w:t>
        <w:br/>
        <w:t>Додавав козацтву сили *,&lt;br /&gt;</w:t>
        <w:br/>
        <w:t>Як "оброки" й обітниці&lt;br /&gt;</w:t>
        <w:br/>
        <w:t>Козаки на себе клали&lt;br /&gt;</w:t>
        <w:br/>
        <w:t>І в небесної цариці&lt;br /&gt;</w:t>
        <w:br/>
        <w:t>У Печорськім роботали...</w:t>
      </w:r>
    </w:p>
    <w:p>
      <w:r>
        <w:br/>
        <w:t>І</w:t>
      </w:r>
    </w:p>
    <w:p>
      <w:r>
        <w:br/>
        <w:t>Не буря, гомін, співи голоснії!&lt;br /&gt;</w:t>
        <w:br/>
        <w:t>Кругом коша-будинку розлягались:&lt;br /&gt;</w:t>
        <w:br/>
        <w:t>То Кочубею похвали новії&lt;br /&gt;</w:t>
        <w:br/>
        <w:t>Безкраїм морем гучно хвилювались.&lt;br /&gt;</w:t>
        <w:br/>
        <w:t>Іде тріумфом лицар між лицарством;&lt;br /&gt;</w:t>
        <w:br/>
        <w:t>За ним везуть галеру золотую,&lt;br /&gt;</w:t>
        <w:br/>
        <w:t>Везуть, танцюють. Навкруги з кобзарством&lt;br /&gt;</w:t>
        <w:br/>
        <w:t>Ченці співають гурмом трисвятую.&lt;br /&gt;</w:t>
        <w:br/>
        <w:t>Волів дванадцять пар, всі під стрічками,&lt;br /&gt;</w:t>
        <w:br/>
        <w:t>Їх роги вквітчані, як май, квітками.</w:t>
      </w:r>
    </w:p>
    <w:p>
      <w:r>
        <w:br/>
        <w:t>ІІ</w:t>
      </w:r>
    </w:p>
    <w:p>
      <w:r>
        <w:br/>
        <w:t>"Стій" — крикне Кочубей.&lt;br /&gt;</w:t>
        <w:br/>
        <w:t>"Чого стояти? —&lt;br /&gt;</w:t>
        <w:br/>
        <w:t>Рекли ченці. — Гей, друзі, до Успення!&lt;br /&gt;</w:t>
        <w:br/>
        <w:t>Галери жде Пречиста Божа Мати,&lt;br /&gt;</w:t>
        <w:br/>
        <w:t>Як дару за козацьке визволеннє". —&lt;br /&gt;</w:t>
        <w:br/>
        <w:t>"Ні, се від мене буде дар герою,&lt;br /&gt;</w:t>
        <w:br/>
        <w:t>Що вчив мене, мов сокола, літати&lt;br /&gt;</w:t>
        <w:br/>
        <w:t>Через пороги по Дніпру й по морю&lt;br /&gt;</w:t>
        <w:br/>
        <w:t>І на турецькі ринки набігати". —&lt;br /&gt;</w:t>
        <w:br/>
        <w:t>"О святотатство!.. Вас освободила&lt;br /&gt;</w:t>
        <w:br/>
        <w:t>Пречиста, преблагословенна Діва,</w:t>
      </w:r>
    </w:p>
    <w:p>
      <w:r>
        <w:br/>
        <w:t>ІІ</w:t>
      </w:r>
    </w:p>
    <w:p>
      <w:r>
        <w:br/>
        <w:t>А ви, в духовній вашій тьмі, готові&lt;br /&gt;</w:t>
        <w:br/>
        <w:t>Дари її щедрот і благодати&lt;br /&gt;</w:t>
        <w:br/>
        <w:t>Приносити у принос козакові&lt;br /&gt;</w:t>
        <w:br/>
        <w:t>І смертного над вічну поскладати!" —&lt;br /&gt;</w:t>
        <w:br/>
        <w:t>"Пречиста, непорочна Діва... Правда,&lt;br /&gt;</w:t>
        <w:br/>
        <w:t>Такої чистоти й не знають люде...&lt;br /&gt;</w:t>
        <w:br/>
        <w:t>І се, в її ім'я святе, награда&lt;br /&gt;</w:t>
        <w:br/>
        <w:t>Тому між нами велетневі буде,&lt;br /&gt;</w:t>
        <w:br/>
        <w:t>Що вміє силу демонську крушити&lt;br /&gt;</w:t>
        <w:br/>
        <w:t>І турчина в його крові топити..."</w:t>
      </w:r>
    </w:p>
    <w:p>
      <w:r>
        <w:br/>
        <w:t>IV</w:t>
      </w:r>
    </w:p>
    <w:p>
      <w:r>
        <w:br/>
        <w:t>"Ні, дяка не награда! —&lt;br /&gt;</w:t>
        <w:br/>
        <w:t>Загукали&lt;br /&gt;</w:t>
        <w:br/>
        <w:t>Ченці, терзаючи з досади ряси. —&lt;br /&gt;</w:t>
        <w:br/>
        <w:t>Такого ще кощунства не чували&lt;br /&gt;</w:t>
        <w:br/>
        <w:t>Не тільки козаки, та й свинопаси,&lt;br /&gt;</w:t>
        <w:br/>
        <w:t>Щоб непорочною когось назвати,&lt;br /&gt;</w:t>
        <w:br/>
        <w:t>Якусь мізерну, бренную людину,&lt;br /&gt;</w:t>
        <w:br/>
        <w:t>Що "во гресях родила грішна мати!" 106 —&lt;br /&gt;</w:t>
        <w:br/>
        <w:t>"Шкода теряти дорогу годину:&lt;br /&gt;</w:t>
        <w:br/>
        <w:t>До меду ложки вам у нас не буде! —&lt;br /&gt;</w:t>
        <w:br/>
        <w:t>Відрізав їм Левко. —&lt;br /&gt;</w:t>
        <w:br/>
        <w:t>Гей! Стіймо, добрі люде!"</w:t>
      </w:r>
    </w:p>
    <w:p>
      <w:r>
        <w:br/>
        <w:t>ДУМА ЧЕТВЕРТА</w:t>
      </w:r>
    </w:p>
    <w:p>
      <w:r>
        <w:br/>
        <w:t>Розчинились у гетьмана&lt;br /&gt;</w:t>
        <w:br/>
        <w:t>Рундукові двері&lt;br /&gt;</w:t>
        <w:br/>
        <w:t>Проти тої золотої&lt;br /&gt;</w:t>
        <w:br/>
        <w:t>Пишної галери.&lt;br /&gt;</w:t>
        <w:br/>
        <w:t>На рундук, мов голуб, вийшов&lt;br /&gt;</w:t>
        <w:br/>
        <w:t>Сивий, волохатий.&lt;br /&gt;</w:t>
        <w:br/>
        <w:t>Се не голуб волохатий —&lt;br /&gt;</w:t>
        <w:br/>
        <w:t>Велетень крилатий.&lt;br /&gt;</w:t>
        <w:br/>
        <w:t>Перед ним Левко лицарське&lt;br /&gt;</w:t>
        <w:br/>
        <w:t>Приклонив коліно:&lt;br /&gt;</w:t>
        <w:br/>
        <w:t>Так хороброму юнацьке&lt;br /&gt;</w:t>
        <w:br/>
        <w:t>Серце повеліло.&lt;br /&gt;</w:t>
        <w:br/>
        <w:t>"Батьку! Привітай малого&lt;br /&gt;</w:t>
        <w:br/>
        <w:t>Чуру низового,&lt;br /&gt;</w:t>
        <w:br/>
        <w:t>Що, було, тобі сідлає&lt;br /&gt;</w:t>
        <w:br/>
        <w:t>"Лева" вороного *.&lt;br /&gt;</w:t>
        <w:br/>
        <w:t>Привітай, крилатий орле,&lt;br /&gt;</w:t>
        <w:br/>
        <w:t>Козака-понуру *,&lt;br /&gt;</w:t>
        <w:br/>
        <w:t>Що, було, тобі на морі&lt;br /&gt;</w:t>
        <w:br/>
        <w:t>Грає у бандуру.&lt;br /&gt;</w:t>
        <w:br/>
        <w:t>Під твоїм палким натхненнєм&lt;br /&gt;</w:t>
        <w:br/>
        <w:t>Я співати вчився,&lt;br /&gt;</w:t>
        <w:br/>
        <w:t>За твоїм благословеннєм&lt;br /&gt;</w:t>
        <w:br/>
        <w:t>З бесурменом бився.&lt;br /&gt;</w:t>
        <w:br/>
        <w:t>Речі несказанно дивні&lt;br /&gt;</w:t>
        <w:br/>
        <w:t>Сталися зо мною;&lt;br /&gt;</w:t>
        <w:br/>
        <w:t>Бо під батьківськими крильми&lt;br /&gt;</w:t>
        <w:br/>
        <w:t>Я з'учивсь до бою.&lt;br /&gt;</w:t>
        <w:br/>
        <w:t>І твоя звізда щаслива&lt;br /&gt;</w:t>
        <w:br/>
        <w:t>Козакам світила,&lt;br /&gt;</w:t>
        <w:br/>
        <w:t>Бо не людська. Божа сила&lt;br /&gt;</w:t>
        <w:br/>
        <w:t>Їх човни водила,&lt;br /&gt;</w:t>
        <w:br/>
        <w:t>Духом сили пресвятої&lt;br /&gt;</w:t>
        <w:br/>
        <w:t>Й та душа горіла,&lt;br /&gt;</w:t>
        <w:br/>
        <w:t>Що з турецької неволі&lt;br /&gt;</w:t>
        <w:br/>
        <w:t>Нас ослобонила.&lt;br /&gt;</w:t>
        <w:br/>
        <w:t>Се в о н а тобі галеру&lt;br /&gt;</w:t>
        <w:br/>
        <w:t>З чужини прислала,&lt;br /&gt;</w:t>
        <w:br/>
        <w:t>Щоб рука твоя невіру&lt;br /&gt;</w:t>
        <w:br/>
        <w:t>Тяжко покарала.&lt;br /&gt;</w:t>
        <w:br/>
        <w:t>Ми ж, стратенці бесурменські,&lt;br /&gt;</w:t>
        <w:br/>
        <w:t>Обреклись оброком&lt;br /&gt;</w:t>
        <w:br/>
        <w:t>Нищити краї турецькі&lt;br /&gt;</w:t>
        <w:br/>
        <w:t>Під орловим оком.&lt;br /&gt;</w:t>
        <w:br/>
        <w:t>Тридцять нас братів спряглося&lt;br /&gt;</w:t>
        <w:br/>
        <w:t>Превеликим горем,&lt;br /&gt;</w:t>
        <w:br/>
        <w:t>В побратимстві поклялося&lt;br /&gt;</w:t>
        <w:br/>
        <w:t>Перед Чорним морем. —&lt;br /&gt;</w:t>
        <w:br/>
        <w:t>Потіль плавати й літати&lt;br /&gt;</w:t>
        <w:br/>
        <w:t>По морю й по полю,&lt;br /&gt;</w:t>
        <w:br/>
        <w:t>Покіль нас орел крилатий&lt;br /&gt;</w:t>
        <w:br/>
        <w:t>Водить за собою.&lt;br /&gt;</w:t>
        <w:br/>
        <w:t>По десятку ми до себе&lt;br /&gt;</w:t>
        <w:br/>
        <w:t>Невмирак з'єднали *,&lt;br /&gt;</w:t>
        <w:br/>
        <w:t>Щоб гетьмана опріч тебе&lt;br /&gt;</w:t>
        <w:br/>
        <w:t>На войні не знали.&lt;br /&gt;</w:t>
        <w:br/>
        <w:t>Маєш нас таких три сотні&lt;br /&gt;</w:t>
        <w:br/>
        <w:t>Як одну людину,&lt;br /&gt;</w:t>
        <w:br/>
        <w:t>Що клялись і в преісподню&lt;br /&gt;</w:t>
        <w:br/>
        <w:t>Лізти до загину.&lt;br /&gt;</w:t>
        <w:br/>
        <w:t>Заточи гармату, тату,&lt;br /&gt;</w:t>
        <w:br/>
        <w:t>На скалу крутую:&lt;br /&gt;</w:t>
        <w:br/>
        <w:t>Вергай азіату-кату&lt;br /&gt;</w:t>
        <w:br/>
        <w:t>Нас у пельку злую.&lt;br /&gt;</w:t>
        <w:br/>
        <w:t>Ми перервемо диханнє&lt;br /&gt;</w:t>
        <w:br/>
        <w:t>Демону Осману,&lt;br /&gt;</w:t>
        <w:br/>
        <w:t>Над усяке дивованнє&lt;br /&gt;</w:t>
        <w:br/>
        <w:t>Лютому тирану".&lt;br /&gt;</w:t>
        <w:br/>
        <w:t>І рарогом одинокий&lt;br /&gt;</w:t>
        <w:br/>
        <w:t>Старець стрепенувся,&lt;br /&gt;</w:t>
        <w:br/>
        <w:t>Очі грають, стан високий&lt;br /&gt;</w:t>
        <w:br/>
        <w:t>Стрімко розігнувся.&lt;br /&gt;</w:t>
        <w:br/>
        <w:t>Навкруг нього повіз хату&lt;br /&gt;</w:t>
        <w:br/>
        <w:t>Старшина постала.&lt;br /&gt;</w:t>
        <w:br/>
        <w:t>Корогов над ним хрещату&lt;br /&gt;</w:t>
        <w:br/>
        <w:t>І бунчук держала.&lt;br /&gt;</w:t>
        <w:br/>
        <w:t>Озирнувся, усміхнувся,&lt;br /&gt;</w:t>
        <w:br/>
        <w:t>Мовив: "Добре, сину!&lt;br /&gt;</w:t>
        <w:br/>
        <w:t>Ти до мене пригорнувся&lt;br /&gt;</w:t>
        <w:br/>
        <w:t>У саму годину.&lt;br /&gt;</w:t>
        <w:br/>
        <w:t>Гей, коня! Рушати війську!&lt;br /&gt;</w:t>
        <w:br/>
        <w:t>Порохи й гармати&lt;br /&gt;</w:t>
        <w:br/>
        <w:t>На дорогу Борщагівську&lt;br /&gt;</w:t>
        <w:br/>
        <w:t>Зараз виряджати!"&lt;br /&gt;</w:t>
        <w:br/>
        <w:t>"Не турбуйсь, гетьмане-батьку!&lt;br /&gt;</w:t>
        <w:br/>
        <w:t>Старшина озвалась, —&lt;br /&gt;</w:t>
        <w:br/>
        <w:t>Вже Бородавчина зграя&lt;br /&gt;</w:t>
        <w:br/>
        <w:t>У степи загналась.&lt;br /&gt;</w:t>
        <w:br/>
        <w:t>В Білій Церкві в Остророга&lt;br /&gt;</w:t>
        <w:br/>
        <w:t>Корчму спліндрувала,&lt;br /&gt;</w:t>
        <w:br/>
        <w:t>Вбила рандара старого,&lt;br /&gt;</w:t>
        <w:br/>
        <w:t>Дочок зґвалтувала.&lt;br /&gt;</w:t>
        <w:br/>
        <w:t>Вбила й пса його, й якогось&lt;br /&gt;</w:t>
        <w:br/>
        <w:t>Німця-землеміра&lt;br /&gt;</w:t>
        <w:br/>
        <w:t>І всіх трьох перед порогом&lt;br /&gt;</w:t>
        <w:br/>
        <w:t>Рядом почепила&lt;br /&gt;</w:t>
        <w:br/>
        <w:t>Та ще й надпись положила:&lt;br /&gt;</w:t>
        <w:br/>
        <w:t>"Жид, лях і собака —&lt;br /&gt;</w:t>
        <w:br/>
        <w:t>Все дияволова жила,&lt;br /&gt;</w:t>
        <w:br/>
        <w:t>Віра все однака". —&lt;br /&gt;</w:t>
        <w:br/>
        <w:t>"Кочубею, синку! Горе!&lt;br /&gt;</w:t>
        <w:br/>
        <w:t>О гірка година!&lt;br /&gt;</w:t>
        <w:br/>
        <w:t>Бач, яке гультяйство плодить&lt;br /&gt;</w:t>
        <w:br/>
        <w:t>Мати Україна?&lt;br /&gt;</w:t>
        <w:br/>
        <w:t>Козаки! Ми бачим, як ви&lt;br /&gt;</w:t>
        <w:br/>
        <w:t>Всі попропивались:&lt;br /&gt;</w:t>
        <w:br/>
        <w:t>Ледве де в кого халяви&lt;br /&gt;</w:t>
        <w:br/>
        <w:t>Да штани зостались.&lt;br /&gt;</w:t>
        <w:br/>
        <w:t>Гайда, воле, в Дике Поле 107,&lt;br /&gt;</w:t>
        <w:br/>
        <w:t>Воле звірювата!&lt;br /&gt;</w:t>
        <w:br/>
        <w:t>Покіль знайдем понад морем,&lt;br /&gt;</w:t>
        <w:br/>
        <w:t>По заслузі ката.&lt;br /&gt;</w:t>
        <w:br/>
        <w:t>Вже ваш карб і жида сушить,&lt;br /&gt;</w:t>
        <w:br/>
        <w:t>Стоя на пристінку:&lt;br /&gt;</w:t>
        <w:br/>
        <w:t>Позакладували й душі&lt;br /&gt;</w:t>
        <w:br/>
        <w:t>Чорту за горілку...&lt;br /&gt;</w:t>
        <w:br/>
        <w:t>Геть від мене! Я не хочу&lt;br /&gt;</w:t>
        <w:br/>
        <w:t>Більш гетьманувати...&lt;br /&gt;</w:t>
        <w:br/>
        <w:t>З трьома сотнями охочих&lt;br /&gt;</w:t>
        <w:br/>
        <w:t>Буду воювати.&lt;br /&gt;</w:t>
        <w:br/>
        <w:t>І коли Господь поможе&lt;br /&gt;</w:t>
        <w:br/>
        <w:t>Довше в світі жити,&lt;br /&gt;</w:t>
        <w:br/>
        <w:t>Проти турка буду, може,&lt;br /&gt;</w:t>
        <w:br/>
        <w:t>Ще й царю служити.&lt;br /&gt;</w:t>
        <w:br/>
        <w:t>Буду в нього, мов на чаті,&lt;br /&gt;</w:t>
        <w:br/>
        <w:t>Від ляха стояти,&lt;br /&gt;</w:t>
        <w:br/>
        <w:t>Татарву в степах жахати,&lt;br /&gt;</w:t>
        <w:br/>
        <w:t>Дону пильнувати...&lt;br /&gt;</w:t>
        <w:br/>
        <w:t>Геть від мене!" — Заридали&lt;br /&gt;</w:t>
        <w:br/>
        <w:t>Голі чуприндирі&lt;br /&gt;</w:t>
        <w:br/>
        <w:t>І чубами землю вслали&lt;br /&gt;</w:t>
        <w:br/>
        <w:t>Гирі-макотирі.&lt;br /&gt;</w:t>
        <w:br/>
        <w:t>"Батьку! Не карай нас грізно&lt;br /&gt;</w:t>
        <w:br/>
        <w:t>Під таку годину:&lt;br /&gt;</w:t>
        <w:br/>
        <w:t>Не засмучуй нашу рідну&lt;br /&gt;</w:t>
        <w:br/>
        <w:t>Матір Україну!&lt;br /&gt;</w:t>
        <w:br/>
        <w:t>Ми Бородовку-поганця&lt;br /&gt;</w:t>
        <w:br/>
        <w:t>У степах піймаєм&lt;br /&gt;</w:t>
        <w:br/>
        <w:t>І мечем твоїм, як ланця&lt;br /&gt;</w:t>
        <w:br/>
        <w:t>Хижого, скараєм.&lt;br /&gt;</w:t>
        <w:br/>
        <w:t>Тільки б ти обмислив штаньми&lt;br /&gt;</w:t>
        <w:br/>
        <w:t>Нуждену голоту,&lt;br /&gt;</w:t>
        <w:br/>
        <w:t>Воюватимеш із нами&lt;br /&gt;</w:t>
        <w:br/>
        <w:t>У свою охоту.&lt;br /&gt;</w:t>
        <w:br/>
        <w:t>Чи на вітряному морі,&lt;br /&gt;</w:t>
        <w:br/>
        <w:t>Чи на суходолі&lt;br /&gt;</w:t>
        <w:br/>
        <w:t>Накладати головою&lt;br /&gt;</w:t>
        <w:br/>
        <w:t>Раді в твоїй волі.&lt;br /&gt;</w:t>
        <w:br/>
        <w:t>І картай нас, і карай нас:&lt;br /&gt;</w:t>
        <w:br/>
        <w:t>Ти — наш батько рідний,&lt;br /&gt;</w:t>
        <w:br/>
        <w:t>Ти суддя у нас єдиний,&lt;br /&gt;</w:t>
        <w:br/>
        <w:t>В суді непохибний". —&lt;br /&gt;</w:t>
        <w:br/>
        <w:t>"Так і бути, — промовляє&lt;br /&gt;</w:t>
        <w:br/>
        <w:t>Сагайдашний стиха. —&lt;br /&gt;</w:t>
        <w:br/>
        <w:t>Більш копи не буде з вами&lt;br /&gt;</w:t>
        <w:br/>
        <w:t>У поході лиха.&lt;br /&gt;</w:t>
        <w:br/>
        <w:t>Чури, гов! Порозпрягайте&lt;br /&gt;</w:t>
        <w:br/>
        <w:t>Волики квітчасті:&lt;br /&gt;</w:t>
        <w:br/>
        <w:t>Більш не будете рогатих&lt;br /&gt;</w:t>
        <w:br/>
        <w:t>По долинах пасти.&lt;br /&gt;</w:t>
        <w:br/>
        <w:t>Мій Левко таку не з жарту&lt;br /&gt;</w:t>
        <w:br/>
        <w:t>Жертву нам приносить,&lt;br /&gt;</w:t>
        <w:br/>
        <w:t>Всіх киян — міщан і шляхту —&lt;br /&gt;</w:t>
        <w:br/>
        <w:t>На трапезу просить.&lt;br /&gt;</w:t>
        <w:br/>
        <w:t>Просить їсти хліба-солі&lt;br /&gt;</w:t>
        <w:br/>
        <w:t>З тридцятьма братами,&lt;br /&gt;</w:t>
        <w:br/>
        <w:t>Що спасенний шлюб на морі&lt;br /&gt;</w:t>
        <w:br/>
        <w:t>Побратимський брали.&lt;br /&gt;</w:t>
        <w:br/>
        <w:t>І в тім шлюбі перед морем&lt;br /&gt;</w:t>
        <w:br/>
        <w:t>Руським поклялися,&lt;br /&gt;</w:t>
        <w:br/>
        <w:t>Що на смерть великим горем&lt;br /&gt;</w:t>
        <w:br/>
        <w:t>Бойову спряглися.&lt;br /&gt;</w:t>
        <w:br/>
        <w:t>Будемо ж бенкетувати,&lt;br /&gt;</w:t>
        <w:br/>
        <w:t>В кобзи вигравати,&lt;br /&gt;</w:t>
        <w:br/>
        <w:t>І піснями понад хмари&lt;br /&gt;</w:t>
        <w:br/>
        <w:t>Духа підіймати.&lt;br /&gt;</w:t>
        <w:br/>
        <w:t>Ой, нехай же кобзи грають,&lt;br /&gt;</w:t>
        <w:br/>
        <w:t>Нехай дзвонить слава,&lt;br /&gt;</w:t>
        <w:br/>
        <w:t>Нехай чують нас і знають&lt;br /&gt;</w:t>
        <w:br/>
        <w:t>І Москва, й Варшава!"&lt;br /&gt;</w:t>
        <w:br/>
        <w:t>Уклонивсь Левко з братами&lt;br /&gt;</w:t>
        <w:br/>
        <w:t>За хороше слово&lt;br /&gt;</w:t>
        <w:br/>
        <w:t>І, зітхнувши, до гетьманських&lt;br /&gt;</w:t>
        <w:br/>
        <w:t>Так гостей промовив:&lt;br /&gt;</w:t>
        <w:br/>
        <w:t>"Бенкетуйте, любі гості,&lt;br /&gt;</w:t>
        <w:br/>
        <w:t>Я з братами мушу&lt;br /&gt;</w:t>
        <w:br/>
        <w:t>Пожуритись-помолитись&lt;br /&gt;</w:t>
        <w:br/>
        <w:t>За велику душу.&lt;br /&gt;</w:t>
        <w:br/>
        <w:t>Що з неволі престрашної&lt;br /&gt;</w:t>
        <w:br/>
        <w:t>Нас повизволяла&lt;br /&gt;</w:t>
        <w:br/>
        <w:t>І на турчині помститись&lt;br /&gt;</w:t>
        <w:br/>
        <w:t>Нам завітувала.&lt;br /&gt;</w:t>
        <w:br/>
        <w:t>За сей бенкет вона злюці&lt;br /&gt;</w:t>
        <w:br/>
        <w:t>Жизню заплатила&lt;br /&gt;</w:t>
        <w:br/>
        <w:t>І навіки мене в тузі,&lt;br /&gt;</w:t>
        <w:br/>
        <w:t>У жалю втопила".</w:t>
      </w:r>
    </w:p>
    <w:p>
      <w:r>
        <w:br/>
        <w:t>ПІСНЯ ДВАНАДЦЯТА</w:t>
      </w:r>
    </w:p>
    <w:p>
      <w:r>
        <w:br/>
        <w:t>ДУМА ПЕРВА</w:t>
      </w:r>
    </w:p>
    <w:p>
      <w:r>
        <w:br/>
        <w:t>І</w:t>
      </w:r>
    </w:p>
    <w:p>
      <w:r>
        <w:br/>
        <w:t>Навіки, так, навіки утопила&lt;br /&gt;</w:t>
        <w:br/>
        <w:t>Вона тебе, козаченьку, в жалю, —&lt;br /&gt;</w:t>
        <w:br/>
        <w:t>Не смертю, ні! А тим, що поновила&lt;br /&gt;</w:t>
        <w:br/>
        <w:t>На чужині любов і жизнь свою.&lt;br /&gt;</w:t>
        <w:br/>
        <w:t>За матір'ю всепітую молила&lt;br /&gt;</w:t>
        <w:br/>
        <w:t>Вселити їх у рідному раю,&lt;br /&gt;</w:t>
        <w:br/>
        <w:t>А за царем скрізь по світах літала&lt;br /&gt;</w:t>
        <w:br/>
        <w:t>І мислями квітки ума зривала.</w:t>
      </w:r>
    </w:p>
    <w:p>
      <w:r>
        <w:br/>
        <w:t>ІІ</w:t>
      </w:r>
    </w:p>
    <w:p>
      <w:r>
        <w:br/>
        <w:t>Не знай про се... Сумуй, молись богам,&lt;br /&gt;</w:t>
        <w:br/>
        <w:t>Лежи крижем, розп'явшись, серед церкви&lt;br /&gt;</w:t>
        <w:br/>
        <w:t>І надихай в серця своїм братам&lt;br /&gt;</w:t>
        <w:br/>
        <w:t>Невидані заупокійні жертви.&lt;br /&gt;</w:t>
        <w:br/>
        <w:t>Задай таку роботу козакам,&lt;br /&gt;</w:t>
        <w:br/>
        <w:t>Щоб кидались у домовинах мертві.&lt;br /&gt;</w:t>
        <w:br/>
        <w:t>Молись, лютуй і помстою кипи,&lt;br /&gt;</w:t>
        <w:br/>
        <w:t>Турещину в людській крові топи.</w:t>
      </w:r>
    </w:p>
    <w:p>
      <w:r>
        <w:br/>
        <w:t>III</w:t>
      </w:r>
    </w:p>
    <w:p>
      <w:r>
        <w:br/>
        <w:t>Не знай... Коли ж дознаєшся, козаче,&lt;br /&gt;</w:t>
        <w:br/>
        <w:t>То бурний дух твій полом'єм ригне,&lt;br /&gt;</w:t>
        <w:br/>
        <w:t>Гарматою твоє палке-гаряче&lt;br /&gt;</w:t>
        <w:br/>
        <w:t>Розірветься, всю землю струсоне,&lt;br /&gt;</w:t>
        <w:br/>
        <w:t>І сатана у тартарі заплаче,&lt;br /&gt;</w:t>
        <w:br/>
        <w:t>Як про твою кончину спом'яне:&lt;br /&gt;</w:t>
        <w:br/>
        <w:t>Бо мусить з три десятки років ждати,&lt;br /&gt;</w:t>
        <w:br/>
        <w:t>Щоб виявивсь такий козак завзятий.</w:t>
      </w:r>
    </w:p>
    <w:p>
      <w:r>
        <w:br/>
        <w:t>IV — Х</w:t>
      </w:r>
    </w:p>
    <w:p>
      <w:r>
        <w:br/>
        <w:t>— — — — — — — — — — — — — —</w:t>
      </w:r>
    </w:p>
    <w:p>
      <w:r>
        <w:br/>
        <w:t>ДУМА ДРУГА</w:t>
      </w:r>
    </w:p>
    <w:p>
      <w:r>
        <w:br/>
        <w:t>Над Босфором ніч солодким&lt;br /&gt;</w:t>
        <w:br/>
        <w:t>Ароматом дише;&lt;br /&gt;</w:t>
        <w:br/>
        <w:t>По садах не віє вітром,&lt;br /&gt;</w:t>
        <w:br/>
        <w:t>Листєм не колише.&lt;br /&gt;</w:t>
        <w:br/>
        <w:t>І не дише, й не колише&lt;br /&gt;</w:t>
        <w:br/>
        <w:t>Листочка злегенька,&lt;br /&gt;</w:t>
        <w:br/>
        <w:t>Бо заслухалась темненька&lt;br /&gt;</w:t>
        <w:br/>
        <w:t>Співів соловейка.&lt;br /&gt;</w:t>
        <w:br/>
        <w:t>Зазирає в тихі води&lt;br /&gt;</w:t>
        <w:br/>
        <w:t>Божими очами&lt;br /&gt;</w:t>
        <w:br/>
        <w:t>Небо, сповнене огнями,&lt;br /&gt;</w:t>
        <w:br/>
        <w:t>Дивними дивами.&lt;br /&gt;</w:t>
        <w:br/>
        <w:t>На небесні дивні твори&lt;br /&gt;</w:t>
        <w:br/>
        <w:t>Очі задивились,&lt;br /&gt;</w:t>
        <w:br/>
        <w:t>Думки в глибоченнім [морі]&lt;br /&gt;</w:t>
        <w:br/>
        <w:t>Тихих зір втопились.&lt;br /&gt;</w:t>
        <w:br/>
        <w:t>Пахощі солодкі й співи&lt;br /&gt;</w:t>
        <w:br/>
        <w:t>Серце д' серцю клонять, —&lt;br /&gt;</w:t>
        <w:br/>
        <w:t>Не словами, цілуваннєм&lt;br /&gt;</w:t>
        <w:br/>
        <w:t>Любощі говорять;&lt;br /&gt;</w:t>
        <w:br/>
        <w:t>А дівочі чисті очі,&lt;br /&gt;</w:t>
        <w:br/>
        <w:t>Тихі, одинокі,&lt;br /&gt;</w:t>
        <w:br/>
        <w:t>Задивились серед ночі&lt;br /&gt;</w:t>
        <w:br/>
        <w:t>На дива високі.&lt;br /&gt;</w:t>
        <w:br/>
        <w:t>Обізветься з свого ложа&lt;br /&gt;</w:t>
        <w:br/>
        <w:t>До дочки матуся:&lt;br /&gt;</w:t>
        <w:br/>
        <w:t>"Що ти робиш, серце доню?" —&lt;br /&gt;</w:t>
        <w:br/>
        <w:t>"Богові молюся". —&lt;br /&gt;</w:t>
        <w:br/>
        <w:t>"Як! Без образа й поклона,&lt;br /&gt;</w:t>
        <w:br/>
        <w:t>Без хреста святого?" —&lt;br /&gt;</w:t>
        <w:br/>
        <w:t>"Я з балкона, як з амбона,&lt;br /&gt;</w:t>
        <w:br/>
        <w:t>Бачу, мамо. Бога,&lt;br /&gt;</w:t>
        <w:br/>
        <w:t>І в храму моїм сердечнім&lt;br /&gt;</w:t>
        <w:br/>
        <w:t>Перед ним хилюся&lt;br /&gt;</w:t>
        <w:br/>
        <w:t>Безначальнім, безконечнім", —&lt;br /&gt;</w:t>
        <w:br/>
        <w:t>Прорекла Маруся.&lt;br /&gt;</w:t>
        <w:br/>
        <w:t>"Доню, серце! Ти говориш&lt;br /&gt;</w:t>
        <w:br/>
        <w:t>Мов не християнка:&lt;br /&gt;</w:t>
        <w:br/>
        <w:t>Ти якогось Бога твориш,&lt;br /&gt;</w:t>
        <w:br/>
        <w:t>Наче, — тьфу! — поганка". —&lt;br /&gt;</w:t>
        <w:br/>
        <w:t>"Не творю: передо мною&lt;br /&gt;</w:t>
        <w:br/>
        <w:t>Всемогущий сяє,&lt;br /&gt;</w:t>
        <w:br/>
        <w:t>Серце й розум пресвятою&lt;br /&gt;</w:t>
        <w:br/>
        <w:t>Думкою сповняє.&lt;br /&gt;</w:t>
        <w:br/>
        <w:t>Тільки берег океану&lt;br /&gt;</w:t>
        <w:br/>
        <w:t>Зорявого бачу, —&lt;br /&gt;</w:t>
        <w:br/>
        <w:t>І щаслива, і мов тану,&lt;br /&gt;</w:t>
        <w:br/>
        <w:t>І в восторзі плачу.&lt;br /&gt;</w:t>
        <w:br/>
        <w:t>І молилась би й не вмію..." —&lt;br /&gt;</w:t>
        <w:br/>
        <w:t>"Чудотворний лику! і&lt;br /&gt;</w:t>
        <w:br/>
        <w:t>Одверни від неї мрію&lt;br /&gt;</w:t>
        <w:br/>
        <w:t>Бесурменську дику!" —&lt;br /&gt;</w:t>
        <w:br/>
        <w:t>"О, не вмію!.. Коли б гуслі&lt;br /&gt;</w:t>
        <w:br/>
        <w:t>З моря й гір зробити&lt;br /&gt;</w:t>
        <w:br/>
        <w:t>І на них не струни, думи&lt;br /&gt;</w:t>
        <w:br/>
        <w:t>Серця почепити,&lt;br /&gt;</w:t>
        <w:br/>
        <w:t>І зефіровими 108 крильми&lt;br /&gt;</w:t>
        <w:br/>
        <w:t>В них зарокотати, —&lt;br /&gt;</w:t>
        <w:br/>
        <w:t>Може, й я б тогді зуміла&lt;br /&gt;</w:t>
        <w:br/>
        <w:t>Глас до Бога зняти...&lt;br /&gt;</w:t>
        <w:br/>
        <w:t>Молючись, тепер німую..." —&lt;br /&gt;</w:t>
        <w:br/>
        <w:t>"З нами хресна сила!" —&lt;br /&gt;</w:t>
        <w:br/>
        <w:t>"Тільки тихим серцем чую&lt;br /&gt;</w:t>
        <w:br/>
        <w:t>Херувимські крила,&lt;br /&gt;</w:t>
        <w:br/>
        <w:t>Що на мене ніби з раю&lt;br /&gt;</w:t>
        <w:br/>
        <w:t>Пахощами віють...&lt;br /&gt;</w:t>
        <w:br/>
        <w:t>Вгору руки простираю&lt;br /&gt;</w:t>
        <w:br/>
        <w:t>А уста німіють". —&lt;br /&gt;</w:t>
        <w:br/>
        <w:t>"Бачу, доню! Це все роблять&lt;br /&gt;</w:t>
        <w:br/>
        <w:t>Із царем розмови&lt;br /&gt;</w:t>
        <w:br/>
        <w:t>На тій башті безголовій,&lt;br /&gt;</w:t>
        <w:br/>
        <w:t>Що хіба орлові&lt;br /&gt;</w:t>
        <w:br/>
        <w:t>Із-за хмар туди спускатись&lt;br /&gt;</w:t>
        <w:br/>
        <w:t>Та сові з півночі&lt;br /&gt;</w:t>
        <w:br/>
        <w:t>Звідти хижі витріщати&lt;br /&gt;</w:t>
        <w:br/>
        <w:t>Невсипущі очі.&lt;br /&gt;</w:t>
        <w:br/>
        <w:t>Я казала: "Не дивися,&lt;br /&gt;</w:t>
        <w:br/>
        <w:t>Доню, в мідні труби;&lt;br /&gt;</w:t>
        <w:br/>
        <w:t>Не дивися, доню, бійся&lt;br /&gt;</w:t>
        <w:br/>
        <w:t>Розумові згуби". —&lt;br /&gt;</w:t>
        <w:br/>
        <w:t>"То не зорі, людські душі&lt;br /&gt;</w:t>
        <w:br/>
        <w:t>Попід небом сяють,&lt;br /&gt;</w:t>
        <w:br/>
        <w:t>І котру Господь потушить —&lt;br /&gt;</w:t>
        <w:br/>
        <w:t>На землі згасають.&lt;br /&gt;</w:t>
        <w:br/>
        <w:t>Зорі ті не нам лічити,&lt;br /&gt;</w:t>
        <w:br/>
        <w:t>Як і засвітити,&lt;br /&gt;</w:t>
        <w:br/>
        <w:t>То шкода того й вчитись&lt;br /&gt;</w:t>
        <w:br/>
        <w:t>Господа гнівити.&lt;br /&gt;</w:t>
        <w:br/>
        <w:t>Бо й за те (сама се знаєш)&lt;br /&gt;</w:t>
        <w:br/>
        <w:t>Всеблагий накаже,&lt;br /&gt;</w:t>
        <w:br/>
        <w:t>Як хто пучкою на місяць&lt;br /&gt;</w:t>
        <w:br/>
        <w:t>Чи на зорю вкаже.&lt;br /&gt;</w:t>
        <w:br/>
        <w:t>Се все цар-невіра робить,&lt;br /&gt;</w:t>
        <w:br/>
        <w:t>Він тебе від Бога!&lt;br /&gt;</w:t>
        <w:br/>
        <w:t>Одвертає, від закону&lt;br /&gt;</w:t>
        <w:br/>
        <w:t>Нашого святого". —&lt;br /&gt;</w:t>
        <w:br/>
        <w:t>"Ні, матусю! Він до Бога&lt;br /&gt;</w:t>
        <w:br/>
        <w:t>Душу привертає:&lt;br /&gt;</w:t>
        <w:br/>
        <w:t>Просторою" його чертога&lt;br /&gt;</w:t>
        <w:br/>
        <w:t>Розуму являє.&lt;br /&gt;</w:t>
        <w:br/>
        <w:t>Я сліпа була, не знала,&lt;br /&gt;</w:t>
        <w:br/>
        <w:t>Що за храм великий&lt;br /&gt;</w:t>
        <w:br/>
        <w:t>Без конця і без начала&lt;br /&gt;</w:t>
        <w:br/>
        <w:t>В міріяд владики.&lt;br /&gt;</w:t>
        <w:br/>
        <w:t>І глуха: не чула хору&lt;br /&gt;</w:t>
        <w:br/>
        <w:t>Сфер небесних вічних,&lt;br /&gt;</w:t>
        <w:br/>
        <w:t>Горньої музики твору&lt;br /&gt;</w:t>
        <w:br/>
        <w:t>Мислей передвічних.&lt;br /&gt;</w:t>
        <w:br/>
        <w:t>Бог тепер мені відкрився,&lt;br /&gt;</w:t>
        <w:br/>
        <w:t>Бо розпалась луда&lt;br /&gt;</w:t>
        <w:br/>
        <w:t>На очах, і він явився&lt;br /&gt;</w:t>
        <w:br/>
        <w:t>В невимовних чудах.&lt;br /&gt;</w:t>
        <w:br/>
        <w:t>Бачу, мамо, чом те серце&lt;br /&gt;</w:t>
        <w:br/>
        <w:t>Лютості не знає,&lt;br /&gt;</w:t>
        <w:br/>
        <w:t>Що в нас азіятом зветься, —&lt;br /&gt;</w:t>
        <w:br/>
        <w:t>Любить і прощає.&lt;br /&gt;</w:t>
        <w:br/>
        <w:t>Розумію, мамо, й диво&lt;br /&gt;</w:t>
        <w:br/>
        <w:t>Над дива чудовне,&lt;br /&gt;</w:t>
        <w:br/>
        <w:t>Що в гніву мені явило&lt;br /&gt;</w:t>
        <w:br/>
        <w:t>Всепрощеннє повне.&lt;br /&gt;</w:t>
        <w:br/>
        <w:t>Що, кохаючи, коханнє&lt;br /&gt;</w:t>
        <w:br/>
        <w:t>Давнє зрозуміло&lt;br /&gt;</w:t>
        <w:br/>
        <w:t>І, ревнуючи, прощаннє&lt;br /&gt;</w:t>
        <w:br/>
        <w:t>Козаку простило". —&lt;br /&gt;</w:t>
        <w:br/>
        <w:t>"Доню, доню! Що ти кажеш?&lt;br /&gt;</w:t>
        <w:br/>
        <w:t>Чи твої се речі?" —&lt;br /&gt;</w:t>
        <w:br/>
        <w:t>"О, мої! Се вже не марні&lt;br /&gt;</w:t>
        <w:br/>
        <w:t>Видумки чернечі.&lt;br /&gt;</w:t>
        <w:br/>
        <w:t>Се той світ, що на Сінаї&lt;br /&gt;</w:t>
        <w:br/>
        <w:t>Людям засвітився,&lt;br /&gt;</w:t>
        <w:br/>
        <w:t>В галілейськім тихім краї&lt;br /&gt;</w:t>
        <w:br/>
        <w:t>Рибалкам одкрився,&lt;br /&gt;</w:t>
        <w:br/>
        <w:t>Від пророка до пророка&lt;br /&gt;</w:t>
        <w:br/>
        <w:t>Вічно переходить:&lt;br /&gt;</w:t>
        <w:br/>
        <w:t>Ним одна душа висока&lt;br /&gt;</w:t>
        <w:br/>
        <w:t>Другу душу водить...&lt;br /&gt;</w:t>
        <w:br/>
        <w:t>Ним і я воджуся, мамо, —&lt;br /&gt;</w:t>
        <w:br/>
        <w:t>Духом жизні чистим;&lt;br /&gt;</w:t>
        <w:br/>
        <w:t>Тихий світ од світу править&lt;br /&gt;</w:t>
        <w:br/>
        <w:t>Серцем норовистим.&lt;br /&gt;</w:t>
        <w:br/>
        <w:t>Я під ноги козакові&lt;br /&gt;</w:t>
        <w:br/>
        <w:t>Деспота послала,&lt;br /&gt;</w:t>
        <w:br/>
        <w:t>Ворогу його любові&lt;br /&gt;</w:t>
        <w:br/>
        <w:t>Знак подарувала;&lt;br /&gt;</w:t>
        <w:br/>
        <w:t>В деспоті тепер вбачаю&lt;br /&gt;</w:t>
        <w:br/>
        <w:t>Знов звізду Востока&lt;br /&gt;</w:t>
        <w:br/>
        <w:t>І душею в нім вітаю&lt;br /&gt;</w:t>
        <w:br/>
        <w:t>Нового пророка."&lt;br /&gt;</w:t>
        <w:br/>
        <w:t>Устає з постелі мати,&lt;br /&gt;</w:t>
        <w:br/>
        <w:t>Ніби з домовини,&lt;br /&gt;</w:t>
        <w:br/>
        <w:t>І страшна, мов дух проклятий,&lt;br /&gt;</w:t>
        <w:br/>
        <w:t>Суне до дитини.&lt;br /&gt;</w:t>
        <w:br/>
        <w:t>"Дочко! Се ж мені не сниться,&lt;br /&gt;</w:t>
        <w:br/>
        <w:t>Се я справді чую&lt;br /&gt;</w:t>
        <w:br/>
        <w:t>Від тебе хулу на Бога!&lt;br /&gt;</w:t>
        <w:br/>
        <w:t>О! В годину злую&lt;br /&gt;</w:t>
        <w:br/>
        <w:t>Я гадюку породила,&lt;br /&gt;</w:t>
        <w:br/>
        <w:t>І благословила,&lt;br /&gt;</w:t>
        <w:br/>
        <w:t>І хрещеннєм первородний&lt;br /&gt;</w:t>
        <w:br/>
        <w:t>Гріх із тебе змила!" —&lt;br /&gt;</w:t>
        <w:br/>
        <w:t>"Мамо! Зоре ясна!.." —&lt;br /&gt;</w:t>
        <w:br/>
        <w:t>"Ні, вже&lt;br /&gt;</w:t>
        <w:br/>
        <w:t>Годі нам ясніти!&lt;br /&gt;</w:t>
        <w:br/>
        <w:t>Погасаймо, дочко, гиньмо&lt;br /&gt;</w:t>
        <w:br/>
        <w:t>В темряві кромішній!"&lt;br /&gt;</w:t>
        <w:br/>
        <w:t>Проклинає тебе мати,&lt;br /&gt;</w:t>
        <w:br/>
        <w:t>Лежа в домовині...&lt;br /&gt;</w:t>
        <w:br/>
        <w:t>О, як гірко помирати&lt;br /&gt;</w:t>
        <w:br/>
        <w:t>На чужій чужині!&lt;br /&gt;</w:t>
        <w:br/>
        <w:t>Та не діждеш парубоцький&lt;br /&gt;</w:t>
        <w:br/>
        <w:t>Чесний вік скаляти,&lt;br /&gt;</w:t>
        <w:br/>
        <w:t>Рутвяний вінок дівоцький&lt;br /&gt;</w:t>
        <w:br/>
        <w:t>Турчину віддати!&lt;br /&gt;</w:t>
        <w:br/>
        <w:t>Ні, сього не буде, доню!&lt;br /&gt;</w:t>
        <w:br/>
        <w:t>Непорочна згаснеш:&lt;br /&gt;</w:t>
        <w:br/>
        <w:t>Об каміннє головою&lt;br /&gt;</w:t>
        <w:br/>
        <w:t>Розіб'єшся й заснеш...&lt;br /&gt;</w:t>
        <w:br/>
        <w:t>Падай!.." —&lt;br /&gt;</w:t>
        <w:br/>
        <w:t>І ножака блиснув&lt;br /&gt;</w:t>
        <w:br/>
        <w:t>Проти зір, і очі,&lt;br /&gt;</w:t>
        <w:br/>
        <w:t>Від ножа лютіші, світять&lt;br /&gt;</w:t>
        <w:br/>
        <w:t>В сутемряві ночі.&lt;br /&gt;</w:t>
        <w:br/>
        <w:t>"Се я, доню, на безвір'ї&lt;br /&gt;</w:t>
        <w:br/>
        <w:t>Про случай купила,&lt;br /&gt;</w:t>
        <w:br/>
        <w:t>Коли б розум твій згубила&lt;br /&gt;</w:t>
        <w:br/>
        <w:t>Демонова сила.&lt;br /&gt;</w:t>
        <w:br/>
        <w:t>Чуло серце... Падай, доню!&lt;br /&gt;</w:t>
        <w:br/>
        <w:t>Я тобі казала,&lt;br /&gt;</w:t>
        <w:br/>
        <w:t>Щоб ти демонському кодлу&lt;br /&gt;</w:t>
        <w:br/>
        <w:t>Віри не діймала;&lt;br /&gt;</w:t>
        <w:br/>
        <w:t>Щоб ти злого католицтва,&lt;br /&gt;</w:t>
        <w:br/>
        <w:t>Аріан проклятих,&lt;br /&gt;</w:t>
        <w:br/>
        <w:t>Лютерського єретицтва 109&lt;br /&gt;</w:t>
        <w:br/>
        <w:t>І кальвін завзятих 110&lt;br /&gt;</w:t>
        <w:br/>
        <w:t>Не пускала в ті покої,&lt;br /&gt;</w:t>
        <w:br/>
        <w:t>Де святії лики&lt;br /&gt;</w:t>
        <w:br/>
        <w:t>Світом істини святої&lt;br /&gt;</w:t>
        <w:br/>
        <w:t>Гонять морок дикий".&lt;br /&gt;</w:t>
        <w:br/>
        <w:t>І гадюками-очима&lt;br /&gt;</w:t>
        <w:br/>
        <w:t>Доню скаменила:&lt;br /&gt;</w:t>
        <w:br/>
        <w:t>Матерньої злоби сила —&lt;br /&gt;</w:t>
        <w:br/>
        <w:t>Найлютіша сила.&lt;br /&gt;</w:t>
        <w:br/>
        <w:t>Та не важиться рукою&lt;br /&gt;</w:t>
        <w:br/>
        <w:t>Рідну кров пролити:&lt;br /&gt;</w:t>
        <w:br/>
        <w:t>Об каміннє головою&lt;br /&gt;</w:t>
        <w:br/>
        <w:t>Хоче доню вбити.&lt;br /&gt;</w:t>
        <w:br/>
        <w:t>Та ножака, як зміюка,&lt;br /&gt;</w:t>
        <w:br/>
        <w:t>Серця сам шукає&lt;br /&gt;</w:t>
        <w:br/>
        <w:t>І концем холодним в груди&lt;br /&gt;</w:t>
        <w:br/>
        <w:t>Мов жолом торкає.&lt;br /&gt;</w:t>
        <w:br/>
        <w:t>"Падай! Не христись! Пречиста&lt;br /&gt;</w:t>
        <w:br/>
        <w:t>Чула злющі речі:&lt;br /&gt;</w:t>
        <w:br/>
        <w:t>Віра про ввесь світ єдина —&lt;br /&gt;</w:t>
        <w:br/>
        <w:t>Видумки чернечі..."&lt;br /&gt;</w:t>
        <w:br/>
        <w:t>Ще хвилинка, і страшенне б&lt;br /&gt;</w:t>
        <w:br/>
        <w:t>Діло совершилось,&lt;br /&gt;</w:t>
        <w:br/>
        <w:t>Та дівчат і баб на лемент&lt;br /&gt;</w:t>
        <w:br/>
        <w:t>Із півсотні збіглось.&lt;br /&gt;</w:t>
        <w:br/>
        <w:t>Ухопили, мов сковали&lt;br /&gt;</w:t>
        <w:br/>
        <w:t>Костянії руки;&lt;br /&gt;</w:t>
        <w:br/>
        <w:t>Тільки патли дибки стали,&lt;br /&gt;</w:t>
        <w:br/>
        <w:t>Мов живі гадюки;&lt;br /&gt;</w:t>
        <w:br/>
        <w:t>А Медузи 111 злющі очі&lt;br /&gt;</w:t>
        <w:br/>
        <w:t>В підлоб'ї склепились,&lt;br /&gt;</w:t>
        <w:br/>
        <w:t>В судоргах пекельних щоки&lt;br /&gt;</w:t>
        <w:br/>
        <w:t>І вуста скривились.&lt;br /&gt;</w:t>
        <w:br/>
        <w:t>Обомліла й заніміла,&lt;br /&gt;</w:t>
        <w:br/>
        <w:t>Нерухома стала...&lt;br /&gt;</w:t>
        <w:br/>
        <w:t>Як над мертвою, над нею&lt;br /&gt;</w:t>
        <w:br/>
        <w:t>Сирота ридала.</w:t>
      </w:r>
    </w:p>
    <w:p>
      <w:r>
        <w:br/>
        <w:t>ДУМА ТРЕТЯ</w:t>
      </w:r>
    </w:p>
    <w:p>
      <w:r>
        <w:br/>
        <w:t>Знов тихо-тихенько на пишнім Босфорі...&lt;br /&gt;</w:t>
        <w:br/>
        <w:t>Співають щось дивне в садах солов'ї,&lt;br /&gt;</w:t>
        <w:br/>
        <w:t>Щось дивне говорять, жахтіючи, зорі&lt;br /&gt;</w:t>
        <w:br/>
        <w:t>І сльози сирітські, Марусю, твої.&lt;br /&gt;</w:t>
        <w:br/>
        <w:t>Говорять сирітські про жизнь безконечну:&lt;br /&gt;</w:t>
        <w:br/>
        <w:t>Не вбити живущу ані задушить&lt;br /&gt;</w:t>
        <w:br/>
        <w:t>Вселенського твору частину предвічну,&lt;br /&gt;</w:t>
        <w:br/>
        <w:t>Що сяє й палає, горить і кипить.&lt;br /&gt;</w:t>
        <w:br/>
        <w:t>Говорять про образ царя і пророка,&lt;br /&gt;</w:t>
        <w:br/>
        <w:t>Такого, як славні Давид 112, Соломон,&lt;br /&gt;</w:t>
        <w:br/>
        <w:t>Що в темнім лукавстві сліпого Востока&lt;br /&gt;</w:t>
        <w:br/>
        <w:t>Зробили світилом сердечним Сіон.&lt;br /&gt;</w:t>
        <w:br/>
        <w:t>"Ґирлиґою пас ти з нагаями вівці,&lt;br /&gt;</w:t>
        <w:br/>
        <w:t>Пасеш нині берлом народи й царі:&lt;br /&gt;</w:t>
        <w:br/>
        <w:t>Татаре, й слав'яне, і кельти, і німці,&lt;br /&gt;</w:t>
        <w:br/>
        <w:t>Се все в тебе слуги, піддані твої.&lt;br /&gt;</w:t>
        <w:br/>
        <w:t>В темноті лукаві, в сліпоті криваві,&lt;br /&gt;</w:t>
        <w:br/>
        <w:t>Гризуться завзято, мов пси за маслак&lt;br /&gt;</w:t>
        <w:br/>
        <w:t>Од них народився, в їх віру хрестився&lt;br /&gt;</w:t>
        <w:br/>
        <w:t>Народів бич лютий, сіпака козак"...</w:t>
      </w:r>
    </w:p>
    <w:p>
      <w:r>
        <w:br/>
        <w:t>І порвались думи-суми&lt;br /&gt;</w:t>
        <w:br/>
        <w:t>Про свій край коханий,&lt;br /&gt;</w:t>
        <w:br/>
        <w:t>Де козак людей юртує,&lt;br /&gt;</w:t>
        <w:br/>
        <w:t>Темний, хижий, п'яний.&lt;br /&gt;</w:t>
        <w:br/>
        <w:t>Інші думи, інші співи&lt;br /&gt;</w:t>
        <w:br/>
        <w:t>В серці заспівали, —&lt;br /&gt;</w:t>
        <w:br/>
        <w:t>Ті, що серце їй щасливе&lt;br /&gt;</w:t>
        <w:br/>
        <w:t>Потай чарували.&lt;br /&gt;</w:t>
        <w:br/>
        <w:t>Як вона в царській світлиці,&lt;br /&gt;</w:t>
        <w:br/>
        <w:t>Названій всесвітній,&lt;br /&gt;</w:t>
        <w:br/>
        <w:t>Слухала, як слід цариці,&lt;br /&gt;</w:t>
        <w:br/>
        <w:t>Гімни ті завітні, —&lt;br /&gt;</w:t>
        <w:br/>
        <w:t>Що з Давида славних часів,&lt;br /&gt;</w:t>
        <w:br/>
        <w:t>З часів Соломона&lt;br /&gt;</w:t>
        <w:br/>
        <w:t>Пронеслись по всій вселенній&lt;br /&gt;</w:t>
        <w:br/>
        <w:t>З віщого Сіона...&lt;br /&gt;</w:t>
        <w:br/>
        <w:t>І се в середеньку озвалось,&lt;br /&gt;</w:t>
        <w:br/>
        <w:t>Мов струна тихенька,&lt;br /&gt;</w:t>
        <w:br/>
        <w:t>Що гарніш усіх співала&lt;br /&gt;</w:t>
        <w:br/>
        <w:t>Бранка молоденька:</w:t>
      </w:r>
    </w:p>
    <w:p>
      <w:r>
        <w:br/>
        <w:t>"Чую-чую любий голос:&lt;br /&gt;</w:t>
        <w:br/>
        <w:t>Ой се ж в і н біжить по горах,&lt;br /&gt;</w:t>
        <w:br/>
        <w:t>В і н се скаче по узгір'ях!&lt;br /&gt;</w:t>
        <w:br/>
        <w:t>Милий мій — мов олень в полі,&lt;br /&gt;</w:t>
        <w:br/>
        <w:t>Мов сугак на вольній волі 113..."&lt;br /&gt;</w:t>
        <w:br/>
        <w:t>Справді ж бо хтось під балконом,&lt;br /&gt;</w:t>
        <w:br/>
        <w:t>Під величним тим амбоном,&lt;br /&gt;</w:t>
        <w:br/>
        <w:t>Тупотів, мов олень в полі,&lt;br /&gt;</w:t>
        <w:br/>
        <w:t>Мов сугак на вольній волі.&lt;br /&gt;</w:t>
        <w:br/>
        <w:t>Се був в і н, що в серці в нього&lt;br /&gt;</w:t>
        <w:br/>
        <w:t>Те ж саме тогді співалось,&lt;br /&gt;</w:t>
        <w:br/>
        <w:t>І подав їй голос словом,&lt;br /&gt;</w:t>
        <w:br/>
        <w:t>Що колись їй сподобалось,&lt;br /&gt;</w:t>
        <w:br/>
        <w:t>І в тім слові, в любій мові&lt;br /&gt;</w:t>
        <w:br/>
        <w:t>Невимовне виявлялось:&lt;br /&gt;</w:t>
        <w:br/>
        <w:t>"Що се, що серед пустині&lt;br /&gt;</w:t>
        <w:br/>
        <w:t>Димовим стеблом знялося,&lt;br /&gt;</w:t>
        <w:br/>
        <w:t>Миррою кругом вінуло,&lt;br /&gt;</w:t>
        <w:br/>
        <w:t>Пахощами розлилося?"</w:t>
      </w:r>
    </w:p>
    <w:p>
      <w:r>
        <w:br/>
        <w:t>Пісень до неї пісня обізвалась 114&lt;br /&gt;</w:t>
        <w:br/>
        <w:t>З холодного каміння, де б валялась&lt;br /&gt;</w:t>
        <w:br/>
        <w:t>Вона, цвіт жизні, трупом бездиханним,&lt;br /&gt;</w:t>
        <w:br/>
        <w:t>Коли б своїм царським чолом, вінчанням&lt;br /&gt;</w:t>
        <w:br/>
        <w:t>Наукою, не дбав він повсякденно&lt;br /&gt;</w:t>
        <w:br/>
        <w:t>Про неї... Знав-бо добре, як злиденно&lt;br /&gt;</w:t>
        <w:br/>
        <w:t>В землі кривавій Бога розуміють,&lt;br /&gt;</w:t>
        <w:br/>
        <w:t>Як люде там косніють, туманіють...</w:t>
      </w:r>
    </w:p>
    <w:p>
      <w:r>
        <w:br/>
        <w:t>І</w:t>
      </w:r>
    </w:p>
    <w:p>
      <w:r>
        <w:br/>
        <w:t>І носив у серці мовчки&lt;br /&gt;</w:t>
        <w:br/>
        <w:t>День у день тривогу&lt;br /&gt;</w:t>
        <w:br/>
        <w:t>Та молився духом бодрим&lt;br /&gt;</w:t>
        <w:br/>
        <w:t>Просвіщення Богу,&lt;br /&gt;</w:t>
        <w:br/>
        <w:t>Щоб хранив йому велику&lt;br /&gt;</w:t>
        <w:br/>
        <w:t>Душу на підмогу.</w:t>
      </w:r>
    </w:p>
    <w:p>
      <w:r>
        <w:br/>
        <w:t>II</w:t>
      </w:r>
    </w:p>
    <w:p>
      <w:r>
        <w:br/>
        <w:t>Ендеру-ага, придворний&lt;br /&gt;</w:t>
        <w:br/>
        <w:t>Комендант, зробився&lt;br /&gt;</w:t>
        <w:br/>
        <w:t>За дбайливість трьохбунчужним,&lt;br /&gt;</w:t>
        <w:br/>
        <w:t>Високо підбився&lt;br /&gt;</w:t>
        <w:br/>
        <w:t>Вгору місяцем, мов сонце&lt;br /&gt;</w:t>
        <w:br/>
        <w:t>Золотом облився.</w:t>
      </w:r>
    </w:p>
    <w:p>
      <w:r>
        <w:br/>
        <w:t>III</w:t>
      </w:r>
    </w:p>
    <w:p>
      <w:r>
        <w:br/>
        <w:t>Як почув від нього в тайні&lt;br /&gt;</w:t>
        <w:br/>
        <w:t>Що Хасеки жива,&lt;br /&gt;</w:t>
        <w:br/>
        <w:t>Наробив Осман риданнєм&lt;br /&gt;</w:t>
        <w:br/>
        <w:t>У сералі дива,&lt;br /&gt;</w:t>
        <w:br/>
        <w:t>І була тогді година&lt;br /&gt;</w:t>
        <w:br/>
        <w:t>Про всіх слуг щаслива.</w:t>
      </w:r>
    </w:p>
    <w:p>
      <w:r>
        <w:br/>
        <w:t>IV</w:t>
      </w:r>
    </w:p>
    <w:p>
      <w:r>
        <w:br/>
        <w:t>Як летить до струм'я олень,&lt;br /&gt;</w:t>
        <w:br/>
        <w:t>Як сугак на волю,&lt;br /&gt;</w:t>
        <w:br/>
        <w:t>Полетів Осман, мов крильми,&lt;br /&gt;</w:t>
        <w:br/>
        <w:t>Із своїх покоїв&lt;br /&gt;</w:t>
        <w:br/>
        <w:t>І припав аж до каміння&lt;br /&gt;</w:t>
        <w:br/>
        <w:t>Білою чалмою.</w:t>
      </w:r>
    </w:p>
    <w:p>
      <w:r>
        <w:br/>
        <w:t>Ніколи ще чалма каліфа не схилялась *&lt;br /&gt;</w:t>
        <w:br/>
        <w:t>У ноги женщині, ніколи голова&lt;br /&gt;</w:t>
        <w:br/>
        <w:t>Царя, що всій землі закон його слова,&lt;br /&gt;</w:t>
        <w:br/>
        <w:t>І перед звіздами небес не принижалась.&lt;br /&gt;</w:t>
        <w:br/>
        <w:t>Так, він тебе в свідителі зове,&lt;br /&gt;</w:t>
        <w:br/>
        <w:t>О світе любої звізди Альдебарана 115 !&lt;br /&gt;</w:t>
        <w:br/>
        <w:t>Що тільки милою і дише, і живе&lt;br /&gt;</w:t>
        <w:br/>
        <w:t>Після святих словес небесного Корана.&lt;br /&gt;</w:t>
        <w:br/>
        <w:t>І радощі, й печаль з одної чаші п'є:&lt;br /&gt;</w:t>
        <w:br/>
        <w:t>Сміється серцем він, очима сльози ллє.</w:t>
      </w:r>
    </w:p>
    <w:p>
      <w:r>
        <w:br/>
        <w:t>І мов ангельськая сила&lt;br /&gt;</w:t>
        <w:br/>
        <w:t>Понад ним сяйнула,&lt;br /&gt;</w:t>
        <w:br/>
        <w:t>І чутку природу дивно,&lt;br /&gt;</w:t>
        <w:br/>
        <w:t>Як струну здвигнула.&lt;br /&gt;</w:t>
        <w:br/>
        <w:t>Гляне — чиста райська пери&lt;br /&gt;</w:t>
        <w:br/>
        <w:t>Перед ним сіяє,&lt;br /&gt;</w:t>
        <w:br/>
        <w:t>Мов од лютої химери&lt;br /&gt;</w:t>
        <w:br/>
        <w:t>З неба охраняє.&lt;br /&gt;</w:t>
        <w:br/>
        <w:t>Простягла з небес на землю&lt;br /&gt;</w:t>
        <w:br/>
        <w:t>Чисті руки-крила&lt;br /&gt;</w:t>
        <w:br/>
        <w:t>І мовчала: бо за неї&lt;br /&gt;</w:t>
        <w:br/>
        <w:t>Постать говорила.&lt;br /&gt;</w:t>
        <w:br/>
        <w:t>Німували. Око в око&lt;br /&gt;</w:t>
        <w:br/>
        <w:t>Зорями дивилось;&lt;br /&gt;</w:t>
        <w:br/>
        <w:t>Тихо, тихо і високо&lt;br /&gt;</w:t>
        <w:br/>
        <w:t>В грудях серце билось.&lt;br /&gt;</w:t>
        <w:br/>
        <w:t>І рече Маруся: "Царю!&lt;br /&gt;</w:t>
        <w:br/>
        <w:t>Я одна під небом&lt;br /&gt;</w:t>
        <w:br/>
        <w:t>Між двома противностями —&lt;br /&gt;</w:t>
        <w:br/>
        <w:t>Раєм і еребом.&lt;br /&gt;</w:t>
        <w:br/>
        <w:t>Ти мій рай, едем пресвітлий,&lt;br /&gt;</w:t>
        <w:br/>
        <w:t>Праведная сило!&lt;br /&gt;</w:t>
        <w:br/>
        <w:t>Сяєво твоє спасенне&lt;br /&gt;</w:t>
        <w:br/>
        <w:t>Інший світ затмило.&lt;br /&gt;</w:t>
        <w:br/>
        <w:t>Царю! Я твоя навіки,&lt;br /&gt;</w:t>
        <w:br/>
        <w:t>Нехай знають люде,&lt;br /&gt;</w:t>
        <w:br/>
        <w:t>І твій Бог, творець великий,&lt;br /&gt;</w:t>
        <w:br/>
        <w:t>Моїм Богом буде.&lt;br /&gt;</w:t>
        <w:br/>
        <w:t>І коли б уся вселенна&lt;br /&gt;</w:t>
        <w:br/>
        <w:t>З зорями-світами&lt;br /&gt;</w:t>
        <w:br/>
        <w:t>Опинилась, як підніжок,&lt;br /&gt;</w:t>
        <w:br/>
        <w:t>В мене під ногами, —&lt;br /&gt;</w:t>
        <w:br/>
        <w:t>За твоє одно диханнє&lt;br /&gt;</w:t>
        <w:br/>
        <w:t>Я віддам вселенну,&lt;br /&gt;</w:t>
        <w:br/>
        <w:t>І на вічне бідуваннє&lt;br /&gt;</w:t>
        <w:br/>
        <w:t>Нізийду в геєну.&lt;br /&gt;</w:t>
        <w:br/>
        <w:t>Нарізно не знаю раю,&lt;br /&gt;</w:t>
        <w:br/>
        <w:t>Господа не маю,&lt;br /&gt;</w:t>
        <w:br/>
        <w:t>До колін твоїх рабою&lt;br /&gt;</w:t>
        <w:br/>
        <w:t>Низько припадаю".</w:t>
      </w:r>
    </w:p>
    <w:p>
      <w:r>
        <w:br/>
        <w:t>Не схиливсь Осман до неї;&lt;br /&gt;</w:t>
        <w:br/>
        <w:t>Тихою рукою&lt;br /&gt;</w:t>
        <w:br/>
        <w:t>Дав їй знак, як цар всесвітній&lt;br /&gt;</w:t>
        <w:br/>
        <w:t>З висоти престолу:&lt;br /&gt;</w:t>
        <w:br/>
        <w:t>"Ти, раба, — рече, — й Османа&lt;br /&gt;</w:t>
        <w:br/>
        <w:t>Вище всіх возносиш&lt;br /&gt;</w:t>
        <w:br/>
        <w:t>Земнородних: бо не рабство,&lt;br /&gt;</w:t>
        <w:br/>
        <w:t>Рай йому приносиш.&lt;br /&gt;</w:t>
        <w:br/>
        <w:t>Я вступлю в моє владицтво&lt;br /&gt;</w:t>
        <w:br/>
        <w:t>Мудрим Соломоном:&lt;br /&gt;</w:t>
        <w:br/>
        <w:t>Не дозволю пері жити&lt;br /&gt;</w:t>
        <w:br/>
        <w:t>З матір'ю-драконом.&lt;br /&gt;</w:t>
        <w:br/>
        <w:t>Вже її несуть носилки&lt;br /&gt;</w:t>
        <w:br/>
        <w:t>До попа в гостину:&lt;br /&gt;</w:t>
        <w:br/>
        <w:t>Нехай молитвами лічить&lt;br /&gt;</w:t>
        <w:br/>
        <w:t>Біса, не людину.&lt;br /&gt;</w:t>
        <w:br/>
        <w:t>Охраняти світло жизні&lt;br /&gt;</w:t>
        <w:br/>
        <w:t>Більше ока мушу:&lt;br /&gt;</w:t>
        <w:br/>
        <w:t>Бо ножака погубив би&lt;br /&gt;</w:t>
        <w:br/>
        <w:t>Твою й мою душу".&lt;br /&gt;</w:t>
        <w:br/>
        <w:t>І схилився по сім слові,&lt;br /&gt;</w:t>
        <w:br/>
        <w:t>Мов дуб до берези,&lt;br /&gt;</w:t>
        <w:br/>
        <w:t>І в розмові, і в любові&lt;br /&gt;</w:t>
        <w:br/>
        <w:t>Пламенно тверезий.</w:t>
      </w:r>
    </w:p>
    <w:p>
      <w:r>
        <w:br/>
        <w:t>Не світіте, ясні зорі!&lt;br /&gt;</w:t>
        <w:br/>
        <w:t>Солов'ї, німуйте!&lt;br /&gt;</w:t>
        <w:br/>
        <w:t>Душ блаженно-чисті хори,&lt;br /&gt;</w:t>
        <w:br/>
        <w:t>В небесах ликуйте!</w:t>
      </w:r>
    </w:p>
    <w:p>
      <w:r>
        <w:br/>
        <w:t>ПІСНЯ ТРИНАДЦЯТА</w:t>
      </w:r>
    </w:p>
    <w:p>
      <w:r>
        <w:br/>
        <w:t>ДУМА ПЕРВА</w:t>
      </w:r>
    </w:p>
    <w:p>
      <w:r>
        <w:br/>
        <w:t>І</w:t>
      </w:r>
    </w:p>
    <w:p>
      <w:r>
        <w:br/>
        <w:t>Премудрість в нужденній, убогій долі&lt;br /&gt;</w:t>
        <w:br/>
        <w:t>Проміж людьми рідка: се диво з див;&lt;br /&gt;</w:t>
        <w:br/>
        <w:t>Ще ж рідша боротьба своєї волі&lt;br /&gt;</w:t>
        <w:br/>
        <w:t>Проміж земних, мовляв, богів-царів.&lt;br /&gt;</w:t>
        <w:br/>
        <w:t>Ся боротьба в душі в царя Османа&lt;br /&gt;</w:t>
        <w:br/>
        <w:t>Робила з нього то раба, то пана:&lt;br /&gt;</w:t>
        <w:br/>
        <w:t>На царстві бо т и м був, чим і в орді:&lt;br /&gt;</w:t>
        <w:br/>
        <w:t>Знав і покору, і тяжкі труди.</w:t>
      </w:r>
    </w:p>
    <w:p>
      <w:r>
        <w:br/>
        <w:t>II</w:t>
      </w:r>
    </w:p>
    <w:p>
      <w:r>
        <w:br/>
        <w:t>Потомок Магомета, що питався&lt;br /&gt;</w:t>
        <w:br/>
        <w:t>Ввесь вік фініками та молоком,&lt;br /&gt;</w:t>
        <w:br/>
        <w:t>На троні він розкошам не віддався,&lt;br /&gt;</w:t>
        <w:br/>
        <w:t>Не туманив ума свого вином;&lt;br /&gt;</w:t>
        <w:br/>
        <w:t>Його рука за всяку працю бралась,&lt;br /&gt;</w:t>
        <w:br/>
        <w:t>Душа — в великих задумах кохалась.&lt;br /&gt;</w:t>
        <w:br/>
        <w:t>Не забавлявся царственним жезлом,&lt;br /&gt;</w:t>
        <w:br/>
        <w:t>Алкав наук ненаситним умом.</w:t>
      </w:r>
    </w:p>
    <w:p>
      <w:r>
        <w:br/>
        <w:t>Ill</w:t>
      </w:r>
    </w:p>
    <w:p>
      <w:r>
        <w:br/>
        <w:t>Щасливий, хто, як наш Петро Великий 116,&lt;br /&gt;</w:t>
        <w:br/>
        <w:t>І вмерши, над тим царством царював,&lt;br /&gt;</w:t>
        <w:br/>
        <w:t>Де варварства старого мотлох дикий&lt;br /&gt;</w:t>
        <w:br/>
        <w:t>На нього, мов на ворога, вставав, —&lt;br /&gt;</w:t>
        <w:br/>
        <w:t>Хто, як Велика наша Катерина * 117,&lt;br /&gt;</w:t>
        <w:br/>
        <w:t>Царської мудрості жива картина,&lt;br /&gt;</w:t>
        <w:br/>
        <w:t>Своїм талантом надихає людей&lt;br /&gt;</w:t>
        <w:br/>
        <w:t>Про нужду і біду грядущих дней.</w:t>
      </w:r>
    </w:p>
    <w:p>
      <w:r>
        <w:br/>
        <w:t>IV</w:t>
      </w:r>
    </w:p>
    <w:p>
      <w:r>
        <w:br/>
        <w:t>Не мав Осман создательної сили,&lt;br /&gt;</w:t>
        <w:br/>
        <w:t>Як той, хто в царство дух новий вдихав&lt;br /&gt;</w:t>
        <w:br/>
        <w:t>І древню славу, як мерця з могили,&lt;br /&gt;</w:t>
        <w:br/>
        <w:t>В серцях свого народу воскрешав.&lt;br /&gt;</w:t>
        <w:br/>
        <w:t>Йому юрма потужна не корилась,&lt;br /&gt;</w:t>
        <w:br/>
        <w:t>Дарма, що низько перед ним хилилась.&lt;br /&gt;</w:t>
        <w:br/>
        <w:t>Серед гаремників стояв один,&lt;br /&gt;</w:t>
        <w:br/>
        <w:t>Як дерево живе серед руїн.</w:t>
      </w:r>
    </w:p>
    <w:p>
      <w:r>
        <w:br/>
        <w:t>V</w:t>
      </w:r>
    </w:p>
    <w:p>
      <w:r>
        <w:br/>
        <w:t>Мов гади, вороги в клубок звилися,&lt;br /&gt;</w:t>
        <w:br/>
        <w:t>Позлазившись із темрявих кутків,&lt;br /&gt;</w:t>
        <w:br/>
        <w:t>Тихцем труїти царство завзялися,&lt;br /&gt;</w:t>
        <w:br/>
        <w:t>Мов серце, повне втаєних гріхів...&lt;br /&gt;</w:t>
        <w:br/>
        <w:t>Приліз і до попа мулла серальський,&lt;br /&gt;</w:t>
        <w:br/>
        <w:t>Так званий в світі духовник султансысий, —&lt;br /&gt;</w:t>
        <w:br/>
        <w:t>До сербина, жерця сліпих слов'ян,&lt;br /&gt;</w:t>
        <w:br/>
        <w:t>Під християнським іменем поган.</w:t>
      </w:r>
    </w:p>
    <w:p>
      <w:r>
        <w:br/>
        <w:t>VI</w:t>
      </w:r>
    </w:p>
    <w:p>
      <w:r>
        <w:br/>
        <w:t>Піп жив на одшибі, немов авулом;&lt;br /&gt;</w:t>
        <w:br/>
        <w:t>Мав темний, бо густий, мов гай, садок,&lt;br /&gt;</w:t>
        <w:br/>
        <w:t>Обведений кругом високим муром.&lt;br /&gt;</w:t>
        <w:br/>
        <w:t>Туди пробравсь, у змові з ним, пророк&lt;br /&gt;</w:t>
        <w:br/>
        <w:t>Страшного всім "безбожникам" Аллаха,&lt;br /&gt;</w:t>
        <w:br/>
        <w:t>Небесного й земного падишаха,&lt;br /&gt;</w:t>
        <w:br/>
        <w:t>Що правовірним їх в ярмо віддав,&lt;br /&gt;</w:t>
        <w:br/>
        <w:t>Як Магомет в Медину ще втікав 118.</w:t>
      </w:r>
    </w:p>
    <w:p>
      <w:r>
        <w:br/>
        <w:t>VII</w:t>
      </w:r>
    </w:p>
    <w:p>
      <w:r>
        <w:br/>
        <w:t>Та мусив на той час мулла забути,&lt;br /&gt;</w:t>
        <w:br/>
        <w:t>Як тяжко він "поганців" проклинав:&lt;br /&gt;</w:t>
        <w:br/>
        <w:t>Призначеної тайкома минути&lt;br /&gt;</w:t>
        <w:br/>
        <w:t>Нетерпеливим серцем дожидав&lt;br /&gt;</w:t>
        <w:br/>
        <w:t>І, як побачив попадю стареньку,&lt;br /&gt;</w:t>
        <w:br/>
        <w:t>Невірної Хасеки рідну неньку,&lt;br /&gt;</w:t>
        <w:br/>
        <w:t>В розмові тихій із її попом&lt;br /&gt;</w:t>
        <w:br/>
        <w:t>Оддав їй честь рукою і чолом.</w:t>
      </w:r>
    </w:p>
    <w:p>
      <w:r>
        <w:br/>
        <w:t>VIII</w:t>
      </w:r>
    </w:p>
    <w:p>
      <w:r>
        <w:br/>
        <w:t>Рече: "Паньматко! Ти ножа купила&lt;br /&gt;</w:t>
        <w:br/>
        <w:t>Про безувірку, про свою дочку.&lt;br /&gt;</w:t>
        <w:br/>
        <w:t>Тебе Всевишнього натхнула сила,&lt;br /&gt;</w:t>
        <w:br/>
        <w:t>Безвірство ї х і нам не до смаку:&lt;br /&gt;</w:t>
        <w:br/>
        <w:t>І нашу, й вашу віру в д в о х руйнують,&lt;br /&gt;</w:t>
        <w:br/>
        <w:t>Із нами й вами рівно ворогують,&lt;br /&gt;</w:t>
        <w:br/>
        <w:t>Умом і серцем в один дух злились,&lt;br /&gt;</w:t>
        <w:br/>
        <w:t>Нечистому служити завзялись".</w:t>
      </w:r>
    </w:p>
    <w:p>
      <w:r>
        <w:br/>
        <w:t>IX</w:t>
      </w:r>
    </w:p>
    <w:p>
      <w:r>
        <w:br/>
        <w:t>Стара за білі пакоси вхопилась,&lt;br /&gt;</w:t>
        <w:br/>
        <w:t>Що з-під очіпка вибились, мов сніг,&lt;br /&gt;</w:t>
        <w:br/>
        <w:t>На жмут волосся вирваний дивилась,&lt;br /&gt;</w:t>
        <w:br/>
        <w:t>З плачем у неї лився злющий сміх.&lt;br /&gt;</w:t>
        <w:br/>
        <w:t>"О! Дайте під сі пазурі султана,&lt;br /&gt;</w:t>
        <w:br/>
        <w:t>Кривавого на християн тирана!&lt;br /&gt;</w:t>
        <w:br/>
        <w:t>Я в серце десятьма йому ввоп'юсь"&lt;br /&gt;</w:t>
        <w:br/>
        <w:t>Сама — до тху отрутою візьмусь!"</w:t>
      </w:r>
    </w:p>
    <w:p>
      <w:r>
        <w:br/>
        <w:t>Х</w:t>
      </w:r>
    </w:p>
    <w:p>
      <w:r>
        <w:br/>
        <w:t>Мулла з попом на неї позирали,&lt;br /&gt;</w:t>
        <w:br/>
        <w:t>І серце радощами в них росло,&lt;br /&gt;</w:t>
        <w:br/>
        <w:t>Що з божевільної її печалі&lt;br /&gt;</w:t>
        <w:br/>
        <w:t>Таке страшенне виростало зло.&lt;br /&gt;</w:t>
        <w:br/>
        <w:t>"Ся не злякається, — шептали стиха, —&lt;br /&gt;</w:t>
        <w:br/>
        <w:t>Найгіршого з-між лих нелюдських лиха.&lt;br /&gt;</w:t>
        <w:br/>
        <w:t>Хоч на хресті скаженну розпинай,&lt;br /&gt;</w:t>
        <w:br/>
        <w:t>Хоч на гаку залізному чіпляй". —</w:t>
      </w:r>
    </w:p>
    <w:p>
      <w:r>
        <w:br/>
        <w:t>XI</w:t>
      </w:r>
    </w:p>
    <w:p>
      <w:r>
        <w:br/>
        <w:t>"Ножа купила, — знов той до старої, —&lt;br /&gt;</w:t>
        <w:br/>
        <w:t>Но се знаряддє у твоїй руці&lt;br /&gt;</w:t>
        <w:br/>
        <w:t>Пошкодило всім русинкам з тобою,&lt;br /&gt;</w:t>
        <w:br/>
        <w:t>А волі не дало твоїй дочці". —&lt;br /&gt;</w:t>
        <w:br/>
        <w:t>"їй воля тільки смерть! — рече завзята. —&lt;br /&gt;</w:t>
        <w:br/>
        <w:t>Смерть, тільки смерть спасе її від ката,&lt;br /&gt;</w:t>
        <w:br/>
        <w:t>Що очі золотом їй засліпив,&lt;br /&gt;</w:t>
        <w:br/>
        <w:t>Обіцянками серце підкупив.</w:t>
      </w:r>
    </w:p>
    <w:p>
      <w:r>
        <w:br/>
        <w:t>XII</w:t>
      </w:r>
    </w:p>
    <w:p>
      <w:r>
        <w:br/>
        <w:t>Всезнание обіцяв диявол Єві,&lt;br /&gt;</w:t>
        <w:br/>
        <w:t>Як замутив їй розум у раю 119&lt;br /&gt;</w:t>
        <w:br/>
        <w:t>Звиваючись на тім запретнім древі:&lt;br /&gt;</w:t>
        <w:br/>
        <w:t>Всезнанием сей вловив дочку мою". —&lt;br /&gt;</w:t>
        <w:br/>
        <w:t>"Так, нене, — піп собі промовив стиха, —&lt;br /&gt;</w:t>
        <w:br/>
        <w:t>Всезнаннє — се почин і корінь лиха,&lt;br /&gt;</w:t>
        <w:br/>
        <w:t>Що всю вселенну древле обняло,&lt;br /&gt;</w:t>
        <w:br/>
        <w:t>Гріх, і проклін, і смерть нам принесло". —</w:t>
      </w:r>
    </w:p>
    <w:p>
      <w:r>
        <w:br/>
        <w:t>XIII</w:t>
      </w:r>
    </w:p>
    <w:p>
      <w:r>
        <w:br/>
        <w:t>"Бог дав нам світ, — озвавсь тоді сповідник&lt;br /&gt;</w:t>
        <w:br/>
        <w:t>Султанський, — а диявол дав нам тьму.&lt;br /&gt;</w:t>
        <w:br/>
        <w:t>Оце ж і шепче з пекла проповідник&lt;br /&gt;</w:t>
        <w:br/>
        <w:t>Про Божий світ мізерному уму;&lt;br /&gt;</w:t>
        <w:br/>
        <w:t>А наш мізерний ум, немов та риба,&lt;br /&gt;</w:t>
        <w:br/>
        <w:t>Хапає вудку за кришеник хліба,&lt;br /&gt;</w:t>
        <w:br/>
        <w:t>За ту принаду... Так Сатанаїл 120&lt;br /&gt;</w:t>
        <w:br/>
        <w:t>Вловляє грішні душі в Бога сил!</w:t>
      </w:r>
    </w:p>
    <w:p>
      <w:r>
        <w:br/>
        <w:t>XIV</w:t>
      </w:r>
    </w:p>
    <w:p>
      <w:r>
        <w:br/>
        <w:t>Вловив лукавий і мого Османа.&lt;br /&gt;</w:t>
        <w:br/>
        <w:t>Тепер йому байдуже про всіх мул,&lt;br /&gt;</w:t>
        <w:br/>
        <w:t>Про всіх імамів з Мекки й Туркестана:&lt;br /&gt;</w:t>
        <w:br/>
        <w:t>Нас повернув у мотлох, ув огул.&lt;br /&gt;</w:t>
        <w:br/>
        <w:t>Боговідступні лютри да латинці,&lt;br /&gt;</w:t>
        <w:br/>
        <w:t>Оце його і гості, й побратимці,&lt;br /&gt;</w:t>
        <w:br/>
        <w:t>Що забувають Бога для наук,&lt;br /&gt;</w:t>
        <w:br/>
        <w:t>Сміються й з раю, й з безконечних мук.</w:t>
      </w:r>
    </w:p>
    <w:p>
      <w:r>
        <w:br/>
        <w:t>XV</w:t>
      </w:r>
    </w:p>
    <w:p>
      <w:r>
        <w:br/>
        <w:t>Іде войною проти Лехистана,&lt;br /&gt;</w:t>
        <w:br/>
        <w:t>А в нього, нене, на умі не те:&lt;br /&gt;</w:t>
        <w:br/>
        <w:t>Його морочить думка окаянна —&lt;br /&gt;</w:t>
        <w:br/>
        <w:t>І в нас, і в вас зневажити святе:&lt;br /&gt;</w:t>
        <w:br/>
        <w:t>"З кайданів мушу розум розкувати&lt;br /&gt;</w:t>
        <w:br/>
        <w:t>І кожній вірі право рівне дати.&lt;br /&gt;</w:t>
        <w:br/>
        <w:t>Нема ж бо й Бога, тільки розум єсть:&lt;br /&gt;</w:t>
        <w:br/>
        <w:t>У розумі і слава наша й честь".</w:t>
      </w:r>
    </w:p>
    <w:p>
      <w:r>
        <w:br/>
        <w:t>XVI</w:t>
      </w:r>
    </w:p>
    <w:p>
      <w:r>
        <w:br/>
        <w:t>Рятуймо ж, нене, предківщину любу,&lt;br /&gt;</w:t>
        <w:br/>
        <w:t>Як турчин, сербин, так і сам козак!&lt;br /&gt;</w:t>
        <w:br/>
        <w:t>Одна дорога нам через цю згубу,&lt;br /&gt;</w:t>
        <w:br/>
        <w:t>Один про всіх спасенний, славний шлях!&lt;br /&gt;</w:t>
        <w:br/>
        <w:t>Нехай іде народи воювати,&lt;br /&gt;</w:t>
        <w:br/>
        <w:t>З неволі їх, мовляли, визволяти,&lt;br /&gt;</w:t>
        <w:br/>
        <w:t>А ми зробімо, щоб він там поліг,&lt;br /&gt;</w:t>
        <w:br/>
        <w:t>Щоб зникнув, як із гір весною сніг!"</w:t>
      </w:r>
    </w:p>
    <w:p>
      <w:r>
        <w:br/>
        <w:t>XVII</w:t>
      </w:r>
    </w:p>
    <w:p>
      <w:r>
        <w:br/>
        <w:t>"Зробімо, — миркнула, — та як зробити?"&lt;br /&gt;</w:t>
        <w:br/>
        <w:t>"Ось слухай, нене: ми вже знаєм як.&lt;br /&gt;</w:t>
        <w:br/>
        <w:t>Від Цареграду шлях до вас не битий,&lt;br /&gt;</w:t>
        <w:br/>
        <w:t>Та й не короткий, кажуть люде, шлях.&lt;br /&gt;</w:t>
        <w:br/>
        <w:t>На довгій ниві й на віку буває&lt;br /&gt;</w:t>
        <w:br/>
        <w:t>Всього з людиною. Нехай вповає&lt;br /&gt;</w:t>
        <w:br/>
        <w:t>Наш безувір на долю, що йому&lt;br /&gt;</w:t>
        <w:br/>
        <w:t>Всміхається, прегордому уму.</w:t>
      </w:r>
    </w:p>
    <w:p>
      <w:r>
        <w:br/>
        <w:t>XVIII</w:t>
      </w:r>
    </w:p>
    <w:p>
      <w:r>
        <w:br/>
        <w:t>Ми ж із попом-письменником смиренно,&lt;br /&gt;</w:t>
        <w:br/>
        <w:t>Як повелів закон і вам, і нам,&lt;br /&gt;</w:t>
        <w:br/>
        <w:t>Сю зміркували річ, і повсякденно&lt;br /&gt;</w:t>
        <w:br/>
        <w:t>Мольби возносим к Божим небесам,&lt;br /&gt;</w:t>
        <w:br/>
        <w:t>Щоб світ був світом, тьма зісталась тьмою,&lt;br /&gt;</w:t>
        <w:br/>
        <w:t>І щоб такою клятою войною&lt;br /&gt;</w:t>
        <w:br/>
        <w:t>Безбожник нас під нозі не подав&lt;br /&gt;</w:t>
        <w:br/>
        <w:t>Тому, хто й древле проти світу встав.</w:t>
      </w:r>
    </w:p>
    <w:p>
      <w:r>
        <w:br/>
        <w:t>XIX</w:t>
      </w:r>
    </w:p>
    <w:p>
      <w:r>
        <w:br/>
        <w:t>Мольби мольбами, нене... Ти се знаєш&lt;br /&gt;</w:t>
        <w:br/>
        <w:t>І на собі, що лоба натовкла&lt;br /&gt;</w:t>
        <w:br/>
        <w:t>Поклонами доземними, та й чаєш&lt;br /&gt;</w:t>
        <w:br/>
        <w:t>Від рук л ю д с ь к и х рятунку і добра...&lt;br /&gt;</w:t>
        <w:br/>
        <w:t>Мольби мольбами, а рука рукою.&lt;br /&gt;</w:t>
        <w:br/>
        <w:t>Зорудуєм против обох войною,&lt;br /&gt;</w:t>
        <w:br/>
        <w:t>Против обох обернемо той міч,&lt;br /&gt;</w:t>
        <w:br/>
        <w:t>Що хоче з дня зробити темну ніч..." *</w:t>
      </w:r>
    </w:p>
    <w:p>
      <w:r>
        <w:br/>
        <w:t>ПОСПІВ</w:t>
      </w:r>
    </w:p>
    <w:p>
      <w:r>
        <w:br/>
        <w:t>І</w:t>
      </w:r>
    </w:p>
    <w:p>
      <w:r>
        <w:br/>
        <w:t>Так Муза хуторна, в розлуці з рідним краєм,&lt;br /&gt;</w:t>
        <w:br/>
        <w:t>Із думок, мов з перел, намистечко низала:&lt;br /&gt;</w:t>
        <w:br/>
        <w:t>Тиняючись одна понад чужим Дунаєм,&lt;br /&gt;</w:t>
        <w:br/>
        <w:t>Забутими себе піснями розважала.&lt;br /&gt;</w:t>
        <w:br/>
        <w:t>Втішалася вона своїм сердечним раєм,&lt;br /&gt;</w:t>
        <w:br/>
        <w:t>Коханим споминкам вінки густі звивала,&lt;br /&gt;</w:t>
        <w:br/>
        <w:t>І, звивши запашний, пускала по Дунаю:&lt;br /&gt;</w:t>
        <w:br/>
        <w:t>Пливи, віночку мій, пливи з чужого краю!</w:t>
      </w:r>
    </w:p>
    <w:p>
      <w:r>
        <w:br/>
        <w:t>ІІ</w:t>
      </w:r>
    </w:p>
    <w:p>
      <w:r>
        <w:br/>
        <w:t>Прямуй до руського прославленого моря,&lt;br /&gt;</w:t>
        <w:br/>
        <w:t>Де славні подвиги неславою нам стали,&lt;br /&gt;</w:t>
        <w:br/>
        <w:t>Де завдавали ми тяжкого людям горя,&lt;br /&gt;</w:t>
        <w:br/>
        <w:t>І греків, і болгар, як турків пліндрували.&lt;br /&gt;</w:t>
        <w:br/>
        <w:t>Скажи всім ягодам свого й чужого поля,&lt;br /&gt;</w:t>
        <w:br/>
        <w:t>Що ми передсуди давняшні занедбали,&lt;br /&gt;</w:t>
        <w:br/>
        <w:t>Що дивимось на світ, як нам велить природа&lt;br /&gt;</w:t>
        <w:br/>
        <w:t>І серця правота, і розуму свобода.</w:t>
      </w:r>
    </w:p>
    <w:p>
      <w:r>
        <w:br/>
        <w:t>ІІІ</w:t>
      </w:r>
    </w:p>
    <w:p>
      <w:r>
        <w:br/>
        <w:t>Народи славились великими мужами&lt;br /&gt;</w:t>
        <w:br/>
        <w:t>Войни й політики, науки і іскуства,&lt;br /&gt;</w:t>
        <w:br/>
        <w:t>А ми пишаємось дівчатами й жінками,&lt;br /&gt;</w:t>
        <w:br/>
        <w:t>Вінцями красоти, скарбівницями чувства.&lt;br /&gt;</w:t>
        <w:br/>
        <w:t>Розкішне живучи раями-хуторами,&lt;br /&gt;</w:t>
        <w:br/>
        <w:t>Столичного вони не знають душогубства,&lt;br /&gt;</w:t>
        <w:br/>
        <w:t>Мов зорі, в чистоті круг жизні совершають,&lt;br /&gt;</w:t>
        <w:br/>
        <w:t>Піснями вічними серця нам просвіщають.</w:t>
      </w:r>
    </w:p>
    <w:p>
      <w:r>
        <w:br/>
        <w:t>IV</w:t>
      </w:r>
    </w:p>
    <w:p>
      <w:r>
        <w:br/>
        <w:t>Ні пинда багачів, ні дика злість голоти,&lt;br /&gt;</w:t>
        <w:br/>
        <w:t>Ні баламутного попівства темна сила,&lt;br /&gt;</w:t>
        <w:br/>
        <w:t>Ні без путя війна, наслідниця тісноти,&lt;br /&gt;</w:t>
        <w:br/>
        <w:t>Ні школа духу в них живого не вгасила.&lt;br /&gt;</w:t>
        <w:br/>
        <w:t>Дознавши мук гірких, недолі і турботи,&lt;br /&gt;</w:t>
        <w:br/>
        <w:t>Душа їх в небеса в самій собі зробила;&lt;br /&gt;</w:t>
        <w:br/>
        <w:t>Мов райське божество, на нас вони взирають&lt;br /&gt;</w:t>
        <w:br/>
        <w:t>І серцем матернім всі провини прощають.</w:t>
      </w:r>
    </w:p>
    <w:p>
      <w:r>
        <w:br/>
        <w:t>V</w:t>
      </w:r>
    </w:p>
    <w:p>
      <w:r>
        <w:br/>
        <w:t>Поезія й любов з колиски до могили&lt;br /&gt;</w:t>
        <w:br/>
        <w:t>Серед безпутиці на путь їх наставляли,&lt;br /&gt;</w:t>
        <w:br/>
        <w:t>їх душі привітні від лютості хранили,&lt;br /&gt;</w:t>
        <w:br/>
        <w:t>І нам їх чистими, без плями, завішали.&lt;br /&gt;</w:t>
        <w:br/>
        <w:t>Гуляв-буяв козак, — вони його любили,&lt;br /&gt;</w:t>
        <w:br/>
        <w:t>Мов жертву ідольську, квітками зукрашали,&lt;br /&gt;</w:t>
        <w:br/>
        <w:t>Сльозами від грязі обмивши і від крові,&lt;br /&gt;</w:t>
        <w:br/>
        <w:t>Вікам новим несли благую вість любові.</w:t>
      </w:r>
    </w:p>
    <w:p>
      <w:r>
        <w:br/>
        <w:t>VI</w:t>
      </w:r>
    </w:p>
    <w:p>
      <w:r>
        <w:br/>
        <w:t>І се вже почали помалу вимирати&lt;br /&gt;</w:t>
        <w:br/>
        <w:t>Сліпі проводирі сліпого гайдамацтва:&lt;br /&gt;</w:t>
        <w:br/>
        <w:t>Перестають войну хижацьку прославляти,&lt;br /&gt;</w:t>
        <w:br/>
        <w:t>Хвалитись дикостю і зрадою, козацтва.&lt;br /&gt;</w:t>
        <w:br/>
        <w:t>І гасить, мов пожар, культура дух завзятий,&lt;br /&gt;</w:t>
        <w:br/>
        <w:t>Насліддє темного і злого азіатства;&lt;br /&gt;</w:t>
        <w:br/>
        <w:t>Пророчиці любви нову нам жизнь віщують,&lt;br /&gt;</w:t>
        <w:br/>
        <w:t>До інших подвигів і слави нас готують.</w:t>
      </w:r>
    </w:p>
    <w:p>
      <w:r>
        <w:br/>
        <w:t>VII</w:t>
      </w:r>
    </w:p>
    <w:p>
      <w:r>
        <w:br/>
        <w:t>Настане час колись ясний, благословенний,&lt;br /&gt;</w:t>
        <w:br/>
        <w:t>Що наші зіроньки все небо осіяють&lt;br /&gt;</w:t>
        <w:br/>
        <w:t>І жизні ідеал, свободи дар спасенний,&lt;br /&gt;</w:t>
        <w:br/>
        <w:t>Умом поезії і серцем привітають.&lt;br /&gt;</w:t>
        <w:br/>
        <w:t>І зникне, мов туман, навіки морок темний,&lt;br /&gt;</w:t>
        <w:br/>
        <w:t>Що блазні славою та честю величають,&lt;br /&gt;</w:t>
        <w:br/>
        <w:t>І, приобщаючись релігії науки,&lt;br /&gt;</w:t>
        <w:br/>
        <w:t>До всіх народів ми простягнем братні руки.</w:t>
      </w:r>
    </w:p>
    <w:p>
      <w:r>
        <w:br/>
        <w:t>ПРИМІТКИ</w:t>
      </w:r>
    </w:p>
    <w:p>
      <w:r>
        <w:br/>
        <w:t>1 Державець — феодал у Великому князівстві Литовському, Польщі і підвладних їм українських землях у XV—XVIII ст. Мав право довічно або протягом певного часу користуватись державними земельними маєтностями, однак не міг ці маєтності продати, подарувати, заповідати, закладати під борги.&lt;br /&gt;</w:t>
        <w:br/>
        <w:t>2 Богуслав — тепер місто в Київській області. Відоме з 1195 p. У 1981 p. збудовано пам'ятник Марусі Богуславці.&lt;br /&gt;</w:t>
        <w:br/>
        <w:t>3 Покрова — свято православної церкви, яке відзначається 1 жовтня за ст. ст.; встановлене на пам'ять про подію в Константинополі в середині Х ст. Під час війни з сарацинами 1 жовтня юродивий Андрій і його учень Єпіфаній побачили в повітрі Матір Божу, яка молилася за мир, розпростерши свою покрову (омофор) над християнами. Греки того ж дня перемогли. Тому церковному богослужінню в цей дань було надано особливої величності. На честь Покрови Божої Матері є акафіст (стоячий молебень).&lt;br /&gt;</w:t>
        <w:br/>
        <w:t>4 Волохи —загальна назва середньовічного населення Придунайських князівств і Трансільванії, з якого сформувалися румунська і молдавська нації.&lt;br /&gt;</w:t>
        <w:br/>
        <w:t>5 ...на чорній раді... — Мається на увазі загальнокозацька і загальнонародна рада, в якій брали участь і представники селянства, міщан та інших верств населення, тобто "черні". Одна із найвідоміших "чорних рад" влітку 1663 p. біля Ніжина описана П. Кулішем у романі "Чорна рада. Хроніка 1663 року".&lt;br /&gt;</w:t>
        <w:br/>
        <w:t>6 ...в Печерському... — Тобто в Києво-Печерській лаврі, православному чоловічому монастирі, заснованому у 1051 p. Антонієм Печерським. У XI ст. став центром поширення й утвердження християнства в Київській Русі. В XII ст. дістав назву лаври, яка відіграла значну роль у розвитку освіти, науки і культури. В XVI—XVII ст. була центром антиуніатської боротьби.&lt;br /&gt;</w:t>
        <w:br/>
        <w:t>7 Обозний — одна з найвищих виборних адміністративно-військових посад на Україні в XVII—XVIII ст. Були генеральні і полкові обозні. Керували артилерією, відали організацією війська.&lt;br /&gt;</w:t>
        <w:br/>
        <w:t>8 Гетьман — на Україні в XVI — першій половині XVII ст. воєначальник козацького війська на Запоріжжі, глава реєстрових козаків. З 1648 p. гетьман Б. Хмельницький став правителем України. Після його смерті гетьмана обирала генеральна військова рада із наступним затвердженням царським урядом (а часом і чорна рада). Згодом були гетьмани Правобережної (до 1704 p.) і Лівобережної України (до 1722 і з 1750 до 1764 pp.). З 1708 p. гетьман призначався царем. У Польщі (XV—XVIII ст.) і Литві (XVI— XVIII ст.) — вищий воєначальник.&lt;br /&gt;</w:t>
        <w:br/>
        <w:t>9 Біблія — стародавня пам'ятка писемності, зібрання різних за формою та змістом релігійних і світських книг. Творилася з II ст. до н. е. до II ст. н. е. Складається з Старого (Ветхого) і Нового Заповітів. Якщо християнська релігія визнає усю Біблію за Святе Письмо, то іудаїзм тільки Старий Заповіт.&lt;br /&gt;</w:t>
        <w:br/>
        <w:t>10 І під струни про мурея, Що він бив, співати.— "Гайдамаки, як хочуть, бувало, нагнати холоду гречкосіям-доматорам, дак біжить конем з пістолем та й гукне: "У хату, мурею (турчине), а то запалю!" То чоловік схилиться попід лісою да в хату! (Так мені оповідували старезні люде.)" — примітка П. Куліша у рукописі іншої редакції (ЦНБ, ф. І, од. зб. 28365).&lt;br /&gt;</w:t>
        <w:br/>
        <w:t>11 Споминати, мов Енея... — Йдеться про місію Енея (сина царя Анхіза і богині Афродіти), який після падіння Трої перебрався до Лаціуму (Італія), де його нащадки заснували Рим.&lt;br /&gt;</w:t>
        <w:br/>
        <w:t>12 Ереб—у античній міфології одне із начал всесвіту: вічний морок, породження Хаосу; Ереб — батько Ефіра і Гемери, яких народила богиня ночі Нікс; підземне царство мороку, через яке душі померлих проходять в Аїд.&lt;br /&gt;</w:t>
        <w:br/>
        <w:t>13 На Цоцорі безголов'є... — Йдеться про битву під селом Цецорою поблизу Ясс у 1620 р. під час Хотинської війни 1620—1621 pp. В цій битві польські війська С. Жолкевського зазнали розгрому.&lt;br /&gt;</w:t>
        <w:br/>
        <w:t>14 Жовковський (Жолкевський) Станіслав (1547—1620) — польський державний і військовий діяч. З 1588 p. коронний польний гетьман, з 1613 p. — великий коронний гетьман, з 1617 p.— канцлер. Командував польським військом під час повстання С. Наливайка у 1594—1596 pp. Загинув у битві під Цецорою.&lt;br /&gt;</w:t>
        <w:br/>
        <w:t>15 Як пани нам на Вільшанці Леєстри писали... — Йдеться про Вільшанську угоду 1617 р., укладену між П. Сагайдачним і С. Жолкевським в урочищі Суха Вільшанка на Київщині. Угода передбачала скорочення козацького реєстру, повернення нереєстрових козаків у підданство шляхти і підпорядкування Запорозької Січі Польщі. Нереєстрове козацтво не визнало цієї угоди, і вона так і не була втілена в життя.&lt;br /&gt;</w:t>
        <w:br/>
        <w:t>16-17 Порта — вживана в європейській літературі і дипломатичних документах назва уряду Османської імперії, а часом і самої імперії.&lt;br /&gt;</w:t>
        <w:br/>
        <w:t>18 ...Роксолана друга... — Йдеться про дружину турецького султана Османа II (1605—1622) Милікію, яку П. Куліш вважав Марусею Богуславкою. Більш-менш вірогідних історичних даних про Марусю Богуславку нема. Роксоланою називалась Настя Лісовська (1505—1561) — українка з Рогатина (тепер Івано-Франківської області), дружина турецького султана Сулеймана II. У 1520 р. потрапила у татарський полон і була продана у султанський гарем. Відігравала значну роль у політиці Османської імперії. З її ім'ям пов'язано спорудження ряду архітектурних пам'яток у Стамбулі і його околицях. У тексті однієї із попередніх редакцій поеми Куліш зробив такий коментар: "Хто не знає чи забув про Роксолану, попівну-бранку з Червоноруського Рогатина, що зробилась можновладною імператрицею в султана Солимана І, нехай читає про неї в ХХХ-й главі моєї "Истории воссоединения Руси".&lt;br /&gt;</w:t>
        <w:br/>
        <w:t>19 Мов за змія-людожера Дочок оддавали... — Можливо, Куліш має на увазі відомий мотив боротьби Кирила Кожум'яки (а також і Георгія-зброєносця) із змієм, в якій Кожум'яка переміг і визволив доньку князя. Легенду про Кирила Кожум'яку Куліш опублікував у "Записках о Южной Руси" (Спб., 1857.— Т. 2.— С. 27—ЗО), зазначивши при цьому, що ця легенда походить із далекої старовини.&lt;br /&gt;</w:t>
        <w:br/>
        <w:t>20 Кучман, шлях Татарський... — Тобто Кучманський шлях. Одне із відгалужень Чорного шляху (починався в Перекопі, перетинав пониззя Дніпра, проходив між верхів'ями Інгульця, Тясмнну і Росі в напрямі Умані, Тернополя), яким татари ходили у свої походи в XVI—XVIII ст. на Поділля і Західну Україну. Поблизу Тернополя з'єднувався із Чорним шляхом.&lt;br /&gt;</w:t>
        <w:br/>
        <w:t>21 Колись давно ми з Струсями —братами... — Очевидно, йдеться про братів Щасного і Юрика Струсів, героїв "Пісні про смерть братів Струсів" (1506). Як зазначає І. Франко, ця пісня не дійшла до нас, і тому він наводить, зокрема, таке свідчення про братів: "Того самого часу (1506) два Струсі, молоді брати і хоробрі войовники, погибли в битві з волохами. Про них іще й досі співають жалібні пісні, що в русинів звуться думами..." Далі І. Франко пише, що у битві "Щасний відразу був убитий, але Юрик (...] бився з волохами доти, доки його кінь постріляний не впав під ним" (Франка І. Зібр. творів: У 50 т.— К., 1984.— Т. 42.— С. 456, 458).&lt;br /&gt;</w:t>
        <w:br/>
        <w:t>22 Волощина — Волоська земля: назва Молдавського князівства в староукраїнських пам'ятках, народнопоетичній творчості та мовній практиці українців у минулому.&lt;br /&gt;</w:t>
        <w:br/>
        <w:t>23 Серп'яга (Іван Підкова; ?—1578) — один із керівників спільної боротьби українців і молдаван проти турків. У 1577—1578 pp. був молдавським господарем. За наказом Стефана Баторія страчений у Львові.&lt;br /&gt;</w:t>
        <w:br/>
        <w:t>24 Вишневецькі — український дворянський рід. Найвідоміші з них:1) Дмитро Іванович (?—1563), який у 1554—1555 pp. на острові Мала Хортиця збудував замок, перебував на службі в Росії. У боротьбі за молдавський престол зазнав невдачі і був страчений у Стамбулі. П. Куліш та інші історики саме його вважали Байдою; 2) Ярема (Єремія; 1612—1651) — відзначився у війні 1648—1654 pp. на боці Польщі.&lt;br /&gt;</w:t>
        <w:br/>
        <w:t>25 Люцифер — назва вранішньої зірки (Венери). В християнській традиції одно із позначень сатани. Воно йде від ветхозавітного пророцтва про загибель Вавілона (див.: Книга пророка Ісаії.— 14, 12—15).&lt;br /&gt;</w:t>
        <w:br/>
        <w:t>26 Лиса гора — історична місцевість на Печорську в Києві, на південний захід від Видубичів. Назва пов'язана із старовинними легендами про шабаші відьом і перевертнів на цій горі.&lt;br /&gt;</w:t>
        <w:br/>
        <w:t>27 ...Кантемир, мовляли, Міч Кривавий... — У праці "Отпадение Малороссии от Польши" (М., 1888.— Т. 1.— С. 156—157) Куліш пише про нього як ватажка буджацьких татар. Уже після означених автором у поемі історичних подій Кантемир в 1624 р. був розбитий козацькими загонами С. Хмелецького.&lt;br /&gt;</w:t>
        <w:br/>
        <w:t>28 ...Юрові святому... — Георгію Побідоносцю. В християнських і мусульманських переказах це воїн-мученик, з іменем якого пов'язаний мотив драконоборства. Зображується, як правило, на коні. Вступив у битву із змієм-людоїдом і, перемігши його, визволив дівчину.&lt;br /&gt;</w:t>
        <w:br/>
        <w:t>29 Царград — давньоруська назва міста Константинополя.&lt;br /&gt;</w:t>
        <w:br/>
        <w:t>30 ... до страшного суду... — у християнстві кінець світу, суд Ісуса Христа, який вдруге прийде на землю, над усіма людьми, які коли-небудь жили на світі. Для цього всі люди воскреснуть і дістануть за вироком Христа або вічне блаженство в раю, або вічну кару в пеклі.&lt;br /&gt;</w:t>
        <w:br/>
        <w:t>31 Русалим (Єрусалим) — місто на півдні Західної Азії, розташоване на р. Кедроні поблизу Мертвого моря. Місце паломництва християн, іудеїв та мусульман. Поблизу Єрусалима на горі Голгофі був розп'ятий Ісус Христос і згодом похований у гробі в скелі.&lt;br /&gt;</w:t>
        <w:br/>
        <w:t>32 Великдень — одне із головних свят у християнстві, пов'язане із смертю та воскресінням Ісуса Христа.&lt;br /&gt;</w:t>
        <w:br/>
        <w:t>33 Святий Коран — основна книга мусульманської релігії. Складається з релігійних міфів, у яких Мухаммед висловлював своє нове осмислення навколишнього світу і людського буття. В основному склався в середині VII ст. Має 114 сур (частин), поділених на 90 мекканських і 24 мединських.&lt;br /&gt;</w:t>
        <w:br/>
        <w:t>34 Самарянин — житель Самарії, спершу біблійного міста, а згодом області в Палестині&lt;br /&gt;</w:t>
        <w:br/>
        <w:t>35 Осман.— Йдеться про Османа II (1605—1622), турецького султана з 1618 р. За його правління турецькі війська зазнали поразки у Хотинській війні 1620—1621 pp. Уклав у 1621 р. Хотинський мир. Згодом був убитий яничарами.&lt;br /&gt;</w:t>
        <w:br/>
        <w:t>36 Добруджа — історична область між нижньою течією Дунаю й узбережжям Чорного моря. Південна Добруджа тепер перебуває у складі Болгарії, Північна — Румунії.&lt;br /&gt;</w:t>
        <w:br/>
        <w:t>37 Аполлон — у давньогрецькій міфології син Зевса і Лето, брат Артеміди. Був богом музики, проводирем муз. Згодом набув дару насилати хвороби й виліковувати їх, провіщати майбутнє.&lt;br /&gt;</w:t>
        <w:br/>
        <w:t>38 ...на Посуллі... — Місцевість навколо ріки Сули, лівої притоки Дніпра (тепер у Сумській і Полтавській областях).&lt;br /&gt;</w:t>
        <w:br/>
        <w:t>39 …діди Бояни... — Боян — славетний давньоруський співець-гусляр другої половини XI — початку XII ст. Згадується у "Слові о полку Ігоревім". Тут Боян вживається у загальному значенні: співець, гусляр, кобзар.&lt;br /&gt;</w:t>
        <w:br/>
        <w:t>40 Гординщина. — Очевидно, йдеться про ординщину: період монголо-татарського іга — традиційну назву системи експлуатації руських земель, встановлену після нашестя орд Батия в середині XIII ст. Остаточно скасовано у 1480 р.&lt;br /&gt;</w:t>
        <w:br/>
        <w:t>41 ...із Тигра до Євфрата... — Ріки в Південно-Східній Азії в Туреччині, Сірії та Іраку. Долина рік — давній центр цивілізації.&lt;br /&gt;</w:t>
        <w:br/>
        <w:t>42 Кілія — місто на лівому березі Кілійського гирла Дунаю (тепер Одеської області). Відоме з XIV ст. У другій половині XVI — на початку XVII ст. козаки здійснили ряд походів на Кілію. Найбільш значними з них керували С. Наливайко і Г. Лобода в 1594—1595 pp. Кіліімське поле згадується в багатьох народних думах (див., наприклад, "Думу про козака Голоту").&lt;br /&gt;</w:t>
        <w:br/>
        <w:t>43 Буша — місто-фортеця Брацлавського полку (тепер — село Ямпільського району на Вінниччині). В 1617 р. коронний гетьман С. Жолкевський зобов'язувався не допускати козацьких походів у Туреччину, але не зміг цього виконати.&lt;br /&gt;</w:t>
        <w:br/>
        <w:t>44 ...з давнезних Аравійських давен... — Тобто з часів далеких, дохристиянських, старозавітних.&lt;br /&gt;</w:t>
        <w:br/>
        <w:t>45 ...за Сян дорога Золотою звалась.— Сян (Сан) — ріка в Польщі на її кордоні з Україною, права притока Вісли. П. Куліш виводить цю назву через сутозолоті жупани, в які одягалися ординці, йдучи на Україну та в Польщу.&lt;br /&gt;</w:t>
        <w:br/>
        <w:t>46 Гусятин — тепер місто в Тернопільській області на р. Збруч. Відомий з 1559 р.&lt;br /&gt;</w:t>
        <w:br/>
        <w:t>47 Він Маріїного Сина Мав за путеводню... — Відомо, що мусульманство складалося під значним впливом християнства та іудаїзму, а сам Мухаммед часто вживав вирази із християнського вчення. В той же час така подібність пояснюється і спільністю джерел культурних традицій арабів і євреїв.&lt;br /&gt;</w:t>
        <w:br/>
        <w:t>48 І як Бог сестру Адаму... — Йдеться про Єву, дружину Адама, першу жінку і праматір роду людського: "І вчинив Господь Бог, що на Адама спав міцний сон і заснув він. І Він узяв одне із ребер його, і тілом закрив його місце. І перетворив Господь Бог те ребро, що взяв із Адама, на жінку, і привів її до Адама" (Буття, 2, 21—22).&lt;br /&gt;</w:t>
        <w:br/>
        <w:t>49 ...світло, що з гори Сінаю... засвітилось, І вістю кроткою, благою з раю Між галілейських рибаків явилось... — Тобто голос і сила впливу Божого слова. На горі Сіпай Бог з'явився Мойсею і євреям, яких він вивів з Єгипту, у вигляді вогню і проголосив десять своїх заповідей та комплекс морально-етичних основ подальшого життя народу. Гора Сінай "димувала через те, що Господь зійшов на неї в огні" (Вихід, 19, 18). Далі йдеться про проповідування Ісуса Христа у Галілеї, зокрема його чудо на Генісарейському озері (див.: Євангеліє від св. Луки, 5, 1—11).&lt;br /&gt;</w:t>
        <w:br/>
        <w:t>50 ...у ковчезі Ноєвім святому... — У Ветхому Заповіті Ной — нащадок Адама в дев'ятому поколінні, правнук Єноха, син Ламеха. Персонаж повіствування про всесвітній потоп, влаштований Богом як помста людям за їх гріхи. Своїм праведним життям Ной заслужив прощення, і Бог наказав йому збудувати ковчег, узяти туди свою дружину і синів з невістками, а також "птаства за родом його, із худоби за родом її, із усіх плазунів землі за родом їх, — по двоє з усього увійдуть до тебе, щоб їх зберегти живими" (Буття, 7, 20). Його сини Сим, Хам і Яфет стали родоначальниками людських рас.&lt;br /&gt;</w:t>
        <w:br/>
        <w:t>51 Висів ваш Байда, Митрик Вишневецький... — Згідно із українською народною піснею "В Цареграді на риночку" ("Пісня про Байду"), Байда був підвішений на залізні гаки у Стамбулі. Куліш ототожнює Байду із князем Дмитром Вишневецьким (див. драму П. Куліша "Байда, князь Вишневенький").&lt;br /&gt;</w:t>
        <w:br/>
        <w:t>52 Хасеки-Хуррем. — Так називали Роксолану, дружину султана Сулеймана II. Див. примітку П. Куліша у тексті нашого видання.&lt;br /&gt;</w:t>
        <w:br/>
        <w:t>53 ...город Софії, колись святої... — Йдеться про Константинополь, захоплений у 1453 р. турками і перейменований ними у Стамбул. У 532—537 pp. за вказівкою імператора Юстиніана І (бл. 482—565) був споруджений храм Софії. Вважався святинею християнської церкви до 1453 р. Згодом турки перетворили храм Софії на мечеть, а у XVI—XVIII ст. добудували чотири мінарети.&lt;br /&gt;</w:t>
        <w:br/>
        <w:t>54 Аріанство — течія в християнстві, засновником якої був александрійський священик Арій (кінець III ст.— 336). Аріани заперечували, зокрема, єдиносутність Бога-отця і Бога-сина (тобто Ісуса Христа). Вселенські собори 325 і 381 pp. засудили аріанство як єресь. У дещо зміненому вигляді аріанство (як соцініанство) було відоме у Польщі, а також на Україні і Білоруси в XVI—XVII ст.&lt;br /&gt;</w:t>
        <w:br/>
        <w:t>55 Несторіанство — християнська єретична секта, заснована константинопольським патріархом Несторієм у першій половині V ст.&lt;br /&gt;</w:t>
        <w:br/>
        <w:t>56 Цербер — у старогрецькій міфології триголовий злий пес з хвостом і гривою з гадюк, який охороняв вхід у підземне царство.&lt;br /&gt;</w:t>
        <w:br/>
        <w:t>57 Нагаї.— Тобто Білгородська орда, чи Буджацька орда, чи Орда Малих нагаїв, чи Добруджська орда — одна із ногайських орд (феодально-державне утворення кочовиків (ногайців) на території від Північного Прикаспію і Приаралля до Тури і Ками і від Волги до Іртиша). Виділилася із Золотої орди і остаточно сформувалася у середині XV ст. У другій половиш XVI ст. розпалася на Велику Ногайську, Алтннську і Малу Ногайську орду. Була у залежності від Кримського ханства і Туреччини. Кочувала між гирлами Дністра і Дунаю. Проти неї у XV—XVІІІ ст. вели боротьбу козаки. В 1770 p. перейшла під протекторат Росії. Незабаром була ліквідована.&lt;br /&gt;</w:t>
        <w:br/>
        <w:t>58 ...у Кафі Головешки тліють... — Кафа — середньовічна назва міста Феодосії. У XVI—XVII ст. була головним невільницьким ринком в Криму. Тут йдеться про штурм міста козаками в 1616 p., який супроводжувався великим розбоєм і руйнуванням. Тоді було визволено багато невільників.&lt;br /&gt;</w:t>
        <w:br/>
        <w:t>59 А в Синопі й Трапезонті Попели біліють.— Синоп і Трапезонт (Трапезунд, Трабзон) — міста в Туреччині. Козаки у 1614 p. здійснювали походи на ці міста. Як стверджують історики, до Трапезунда не доходив ніхто з того часу, як турки оволоділи Малою Азією. Згодом козаки здобули Синоп, спалили арсенал і всі кораблі в гавані. Темі штурму міста Трапезунда присвячена "комедіо-опера" К. Гейнча "Поворот запорожців з Трапезунда" (1842).&lt;br /&gt;</w:t>
        <w:br/>
        <w:t>60 Сагайдачний Петро Кононович (?—1622) — гетьман українських реєстрових козаків. Здійснив ряд успішних походів до Криму і Туреччини, очолював козацьке військо у Хотинській війні 1620—1621 pp., де був смертельно поранений. Дбав про розвиток української культури, з усім кошем вступив до Київського братства.&lt;br /&gt;</w:t>
        <w:br/>
        <w:t>61 Скутар —передмістя Стамбула, розташоване на малоазійському березі Босфору.&lt;br /&gt;</w:t>
        <w:br/>
        <w:t>62 Золотий Ріг — бухта біля виходу з Босфорської протоки у Мармурове море.&lt;br /&gt;</w:t>
        <w:br/>
        <w:t>63 Геспер — у давньогрецькій міфології божество вечірньої зірки — найпрекраснішої із зірок. Геспер греки називали планету Венеру як вечірню зірку.&lt;br /&gt;</w:t>
        <w:br/>
        <w:t>64 …мов той преславний Аль-Рашид... — Халіф Гарун аль-Рашид правив у 786—809 pp., один із персонажів "Тисяча і однієї ночі". Відомий своєю любов'ю до розкошів, науки, поезії і музики.&lt;br /&gt;</w:t>
        <w:br/>
        <w:t>65 Гроб замученого Бога... — Тобто гріб розіп'ятого на горі Голгофі поблизу Єрусалима Ісуса Христа. Тепер місце паломництва християн. З кінця XI ст. до другої половини ХІІІ ст. відомо вісім хрестових походів у Єрусалим під гаслом визволення гробу Ісуса Христа від мусульман.&lt;br /&gt;</w:t>
        <w:br/>
        <w:t>66 Солиман. — Тобто Сулейман І Кануні (Сулейман Пишний; 1495— 1566) — турецький султан з 1520 до 1566 р. За його володарювання Османська імперія досягла найвищої могутності і найбільших розмірів.&lt;br /&gt;</w:t>
        <w:br/>
        <w:t>67 Ти з Письма Святого знаєш. Що сини Адама Прийдуть од восток і запад В рай до Авраама... — Авраам як "отець вірних" усиновляє по смерті кожного, хто увірував в істинного Бога, пригортаючи до свого лона. Див., наприклад, притчу про багатого й Лазаря (Євангеліє від св. Луки, 16, 19—31).&lt;br /&gt;</w:t>
        <w:br/>
        <w:t>68 Як ми Болгарію в крові топили... — Очевидно, йдеться про похід козаків у Болгарію в 1606 р., коли вони, зокрема, взяли Варну.&lt;br /&gt;</w:t>
        <w:br/>
        <w:t>69 Оборницький. — Під цим прізвищем в історії України відомий польський ксьондз, очевидець подій 20-х років XVII ст. на Україні. Під враженням маси озброєного "хлопства" гетьмана Бородавки і бурхливої атмосфери козацької ради, він писав: "Треба боятись, якби не дійшло до повстання, до селянської війни. Дуже вже вони розійшлися тут, побачивши себе в такім зборі й силі. [...] Боронь, Боже, тутешніх католиків |панів] [...] їм нікуди буде тікати... Все живе піднялося в козацтво" (Історія Української РСР: У 8 т.— К., 1979.— Т. 1.— Кн. 2.— С. 247).&lt;br /&gt;</w:t>
        <w:br/>
        <w:t>70 ...Потія вигнали киями... — Іпатій Потій (1541—1613)— уніатський митрополит (1600—1613), один із засновників греко-католицької (уніатської) церкви на Україні, активний учасник Брестського собору 1596 р. У 1595 р. разом із луцьким єпископом К. Терлецьким при підтримці ряду інших історичних осіб почав переговори з польським королем Сигізмундом III і папою про унію православної церкви з католицькою. Автор ряду полемічних творів, спрямованих проти православної церкви і протестантства. Заснував греко-каталицьку колегію у Вільні й греко-католицьку школу в Бресті В даному випадку йдеться про призначення королем у 1599 р. Потія архімандритом Києво-Печерської лаври, куди він не був допущений міщанами й козаками.&lt;br /&gt;</w:t>
        <w:br/>
        <w:t>71 Рутський Веніамін (Йосип) (1574—1637) — київський уніатський митрополит з 1613 до 1637 pp. У 1628 p. провів реформу василіян, установивши центральну управу чину.&lt;br /&gt;</w:t>
        <w:br/>
        <w:t>72 Успеннє. — Тобто Успення Божої Матері. Після вознесения на небо Ісуса Христа його мати постійно перебувала у пості і молитві з надією побачити сина. День її смерті був призначений самим Богом. Її тіло поховали поблизу Єрусалима в Гефсиманії. На третій день, коли апостол Хома підійшов до гробу, тіла її вже там не було. Церква вірить, що Матір Божу взято на небо. Саме свято Успення відоме з часів раннього християнства. Святкується 15 серпня за ст. ст. Йому передує двотижневий успенський піст.&lt;br /&gt;</w:t>
        <w:br/>
        <w:t>73 Кунцевич Йосафат (Іван) (1580 — 1623) — релігійний діяч, активний захисник і прихильник унії. Ставши в 1618 р. архієпископом полоцьким, домігся підпорядкування своїй владі всіх православних церков і монастирів. У листопаді 1623 р. православні жителі Вітебська напали на його будинок і убили Кунцевича, а труп кинули в Двіну. Похований в Полоцьку. Папа Пій ІХ у 1867 р. зарахував Кунцевича до святих, проголосивши його патроном для Русі і Польщі.&lt;br /&gt;</w:t>
        <w:br/>
        <w:t>74 Батий (Бату, Саїн-хан; 1208—1255) — монгольський хан і полководець, онук Чінгізхана. В 1236—1243 pp. здійснив похід до Східної та Центральної Європи. В 1239 p. зруйнував Переяслав і Чернігів, 1240 p.— Київ. З 1243 р. хан Золотої Орди.&lt;br /&gt;</w:t>
        <w:br/>
        <w:t>75 Плетенецький Єлисей Михайлович (1554 — 1624) — український церковний культурний і громадський діяч. З 1599 p. архімандрит Києво-Печерської лаври, повернув лаврі земельні володіння, відібрані польською владою. Відкрив Києво-Печерську друкарню (1615) і надрукував 11 видань. Брав участь у церковному соборі 1596 p. у Бресті, де виступав проти унїї.&lt;br /&gt;</w:t>
        <w:br/>
        <w:t>76 Тур Никифор (?—1599) — архімандрит Києво-Печерської лаври з 1593 p. Один із активних противників Брестської унії в 1596 p.&lt;br /&gt;</w:t>
        <w:br/>
        <w:t>77 Печерська лавра славою покрилась... — У XVI—XVII ст. Києво-Печерська лавра була одним із центрів науки і культури на Україні. Протистояла унії. В 1615 p. було відкрито друкарню, а 1631 p.— школу. У цих закладах працювали П. Беринда, А. Кальнофойський (автор праці "Тератургима" з додатком плану Києва і Лаври) та ін.&lt;br /&gt;</w:t>
        <w:br/>
        <w:t>78 ...плід Агари навісної... — У Ветхому Заповіті єгиптянка, рабиня Сари і наложниця Авраама. Бездітна Сара відповідно до тодішніх звичаїв пропонує, щоб її чоловік "увійшов" до Агари з тим, щоб усиновити майбутню дитину. Після суперечок з Сарою Агара втікає. Згодом у неї народжується войовничий син Ізмаїл.&lt;br /&gt;</w:t>
        <w:br/>
        <w:t>79 Менгли-Гірей (Менгли-Герай; ?—1515) — кримський хан (1468—1515) — з династй Гіреїв. За його правління Кримське ханство вело війни з Великою ордою, Польщею, Литвою, брало участь у війні Туреччини проти Молдавії. Під кінець життя Менгли-Гірея його сини здійснили кілька походів на Росію. В 1482 р. орда напала на Україну, захопила і зруйнувала Київ.&lt;br /&gt;</w:t>
        <w:br/>
        <w:t>80 ...вопль юроди Досифея... — Мається на увазі самаритянський претендент на сан месії, який виступив по смерті Христа. Широко застосовував місячну символіку: ЗО його вибраних учнів представляли дні місяця, а Олена — фінікійська блудниця, за аналогією свого імені з іменем Селени, — сам місяць. Згодом маг Симон (Симон-волох) відібрав у Досифея і сан, і Олену.&lt;br /&gt;</w:t>
        <w:br/>
        <w:t>81 Схизматицька віра — схизма: розкол у християнській церкві (тепер вживається термін "розділення церков") у 1054 р. на римсько-католицьку і православну. На Україні в XVI—XV1I1 ст. католики називали православних схизматами (схизматиками).&lt;br /&gt;</w:t>
        <w:br/>
        <w:t>82 Як смоква та Іонина в пустині. — Іона — ветхозавітний пророк. Після виконання повторного наказу Бога Яхве іде в столицю Ассірїї Ніневію провістити її знищення (через 40 років). Жителі Ніневії розкаюються у своїх злочинах, і Бог їх прощає. Через те що його пророцтво не збулося, Іона просить у Бога смерті і йде в пустиню. Однак той змушує швидко вирости над головою пророка дерево, тінь якого радує Іона. Водночас Бог посилає черв'яка, який підточує дерево, і воно гине.&lt;br /&gt;</w:t>
        <w:br/>
        <w:t>83 Мов Лазаря із гробу викликало... — Лазар — житель Віфанії (біля Єрусалима), брат Марії і Марфи, які колись пригостили Христа. Його воскресив Христос на четвертий день після поховання (див.: Євангеліє від св. Івана, 11).&lt;br /&gt;</w:t>
        <w:br/>
        <w:t>84 Острозький Костянтин Іванович (бл. 1460—1530) — брацлавський і вінницький староста, великий гетьман литовський. Вславився як полководець. Воював проти татар і Росії. Похований, як зазначає П. Куліш, в Успенській церкві Києво-Печерської лаври.&lt;br /&gt;</w:t>
        <w:br/>
        <w:t>85 Острог — місто в Рівненській області на р. Вілії, відоме з 1100 р., значний національно-культурний центр.&lt;br /&gt;</w:t>
        <w:br/>
        <w:t>86 Дубно—місто в Рівненській області на р. Ікві, відоме з 1100 р.&lt;br /&gt;</w:t>
        <w:br/>
        <w:t>87 Заслав — місто на Волині на р. Горині. Колись називався Ізяславлем, відоме з 1127 р.&lt;br /&gt;</w:t>
        <w:br/>
        <w:t>88 Содом—у Ветхому Заповіті— одне із двох міст (інше Гоморра), жителі яких були дуже розпусні і за це їх Бог знищив вогнем із неба. Біблія зазначає, що Содом і Гоморра знаходились у долині Сілим, де тепер Солоне море (Буття, 10, 19; 14, 2—24).&lt;br /&gt;</w:t>
        <w:br/>
        <w:t>89 Торквемада Томас (бл. 1420 — 1498) — домініканський монах, керівник іспанської інквізиції. Відзначався винятковою жорстокістю. Головним у діяльності Торквемади було об'єднання Іспанії, для чого він реорганізував і розширив діяльність єзуїтів. У 1492 р. домігся вигнання з Іспанії євреїв і маврів.&lt;br /&gt;</w:t>
        <w:br/>
        <w:t>90 Лойола Ігнатій (бл. 1491—1556) — іспанський теолог, засновник у 1534 р. ордену єзуїтів — католицького чернечого ордену "Товариства Ісуса" для боротьби проти Реформації і за зміцнення папської влади. Його девіз: "Мета виправдовує засоби".&lt;br /&gt;</w:t>
        <w:br/>
        <w:t>91 Псальмист. — Йдеться про царя Давида, якого вважають автором "Псалтиря" або "Книги псалмів" (Старші Заповіт). У той же час ряд псалмів явно пізнішого походження.&lt;br /&gt;</w:t>
        <w:br/>
        <w:t>92 ...по Десні й Супою... — Десна — річка на Україні і в Росії, ліва притока Дніпра. Супій — річка у Київській і Черкаській областях, ліва притока Дніпра.&lt;br /&gt;</w:t>
        <w:br/>
        <w:t>93 Лико Семен (Симеон) — похований в Успенській церкві Києво-Печерської лаври. Єпітафія йому датована 1621 р., надрукована А. Кальнофойським у його книжці "Feratourgema" (1638), с. 43—44.&lt;br /&gt;</w:t>
        <w:br/>
        <w:t>94 ...у Великій церкві спати вклався... — Йдеться про Успенський собор, найвідомішу будівлю Києво-Печерської лаври, її головний храм. Збудований у 1073—1078 pp., реставрований у 1723—1729 pp. Був місцем поховання визначних людей. Знищений в 1941 р.&lt;br /&gt;</w:t>
        <w:br/>
        <w:t>95 ...Зевесів грім...— У давньогрецькій міфології Зевс звався також Громовержцем.&lt;br /&gt;</w:t>
        <w:br/>
        <w:t>96 ...втопили у глибокім Пеклі, як Іуду! — Після відомої зради Ісуса Христа Іуда Іскаріот, один із апостолів, повісився. Він був проклятий Богом, як і кожен, хто повісився на дереві&lt;br /&gt;</w:t>
        <w:br/>
        <w:t>97 Дніпрові пороги — виходи гранітів, гнейсів та інших порід українського кристалічного щита між містами Дніпропетровськом і Запоріжжям. Свого часу було дев'ять порогів: Кодацький, Сурський, Лоханський, Дзвонецький, Ненаситець (Ревучий), Вовницький, Будило, Лишній і Вільний. У Дніпровських плавнях нижче порогів на початку XVI ст. виникла Запорозька Січ.&lt;br /&gt;</w:t>
        <w:br/>
        <w:t>98 Бородавка (Бородовка, Неродич) Яків (?—1621)—гетьман запорізького козацтва, обраний наприкінці 1619 р. виписними і нереєстровими козаками. В 1620 р. Бородавку було позбавлено гетьманства, а гетьманом став П. Сагайдачний. В 1621 р. командував сорокатисячннм козацьким військом під час Хотинської війни. Закутого в кайдани Бородавку невдовзі було страчено під Хотином. У літописах зазначено, що це була кара за напади на панські маєтки.&lt;br /&gt;</w:t>
        <w:br/>
        <w:t>99 Борщагівка — тепер село Погребищенського району Вінницької області, розташоване на притоці р. Росі р. Оріховатці.&lt;br /&gt;</w:t>
        <w:br/>
        <w:t>100 Шльонськ — Сілезія. Історична слов'янська область у верхній та середній течії р. Одри (Одер). З 1526 р. переважну частину Сілезії захопила Австрія, після 1740—1748 pp.— Пруссія. Тепер частина Сілезії належить Польщі, частина Чехо-Словаччині.&lt;br /&gt;</w:t>
        <w:br/>
        <w:t>101 ...з ляхвою під Москву загнався... — Йдеться про похід запорозьких козаків під проводом П. Сагайдачного і польської армії королевича Владислава в Росію (1618 р.).&lt;br /&gt;</w:t>
        <w:br/>
        <w:t>102 ...Косинського добром московським Цар обсилав...— Куліш має на увазі стосунки ватажка повсталих козаків К. Косинського (? — 1593) із російським царем Федором Івановичем у 1593 р.&lt;br /&gt;</w:t>
        <w:br/>
        <w:t>103 Задля Димитріїв тих підставних. — Під іменем Дмитрія Івановича (1582—1591), сина царя Івана IV Васильовича, який загадково загинув в Угличі, діяли самозванці Лжедмитрій І (? — 1606) і Лжедмитрій II (? — 1610). Лжедмитрій І протягом 1605—1606 pp. був російським царем. Убитий під час повстання в Москві. Лжедмитрій II видавав себе за російського царя, який нібито врятувався під час повстання 1606 р. В 1608 р. окупував с. Тушино, звідки робив спроби захопити Москву. Наприкінці 1609 в. втік до Калуги, де невдовзі був убитий.&lt;br /&gt;</w:t>
        <w:br/>
        <w:t>104 Спогадав ти й про Остапа... — Очевидно, йдеться про київського і черкаського старосту Остапа (Євстахія) Дашкевича (? — 1535). Разом з кримськими татарами організував два походи на землі Російської держави. Історична традиція хибно вважала його першим козацьким гетьманом.&lt;br /&gt;</w:t>
        <w:br/>
        <w:t>105 І самого Наливая, Що царем зовуть п'яниці... — Як пише І. Франко, "при кінці XVI ст. [...] в уяві польської шляхти явився претендент на українську корону в особі хороброго вояка та козацького ватажка Семена Наливайка. До його смерті [...] розійшла серед польської шляхти легенда, де він за життя велів звати себе "царем Наливаєм" і що його перед смертю посаджено на розпаленого залізного коня, а на голову вложено розпалену залізну корону (по іншій версії після такої коронації спалено в мідянім биці)" (Франко І. Зібр. творів: У 50 т.— К., 1984.— Т. 42.— С. 176). Там же Франко говорить про наявність уже в Наливайка ідеї самостійної Української держави. В той же час Франко справедливо висловлює сумнів щодо справжності таких пісень про Наливайка, пов'язуючи це із явно літературним походженням ряду пісень у зібранні Срезневського. Як зазначає упорядник тому творів І. Франка М. Яценко, про С. Наливайка все ж були складені народні пісні і посилається на "Запорожскую старину" І. Срезневського (Див.: Там же.— С. 520).&lt;br /&gt;</w:t>
        <w:br/>
        <w:t>106 ..."во гресях родила грішна мати!" — Вислів із п'ятдесятого псалма (Книга псалмів), християнської щоденної молитви.&lt;br /&gt;</w:t>
        <w:br/>
        <w:t>107 Дике Поле — історична територія між Доном, верхньою Окою та лівими притоками Десни і Дніпра. Назва виникла у XVI ст., коли селяни почали переселятися в пониззя Дніпра і на Дон, де оголошували себе вільними козаками, впроваджували власне самоуправління, будували укріплені лінії.&lt;br /&gt;</w:t>
        <w:br/>
        <w:t>108 Зефір — у давньогрецькій міфології син Астрея й Еос, брат Борея й Нота, бог західного вітру.&lt;br /&gt;</w:t>
        <w:br/>
        <w:t>109 Лютерського єретицтва... — Мартін Лютер (1483—1546) — діяч Реформації в Німеччині, основоположник лютеранства Виступив проти торгівлі індульгенціями. Основним догматом лютеранства є положення про спасіння душі через особисту віру (без посередництва духовенства). Лютерани об'єднуються в національні євангелістські церкви, які входять до складу Всесвітньої лютеранської федерації (з 1947 р.).&lt;br /&gt;</w:t>
        <w:br/>
        <w:t>110 І кальвін завзятих... — Маються на увазі учні і послідовники Жана Кальвіна (1509—1564),—діяча Реформації, засновника кальвінізму. Кальвін відзначався фанатичною нетерпимістю до противників свого вчення. Його діяльність сприяла поширенню протестантизму. В основі кальвінізму лежить догмат про "абсолютне напередвизначення" Богом людської долі ще до створення світу. Існує в трьох формах: реформатство, пресвітеріанство, конгрегаціоналізм. Поширений головним чином в англомовних країнах.&lt;br /&gt;</w:t>
        <w:br/>
        <w:t>111 Медуза — у давньогрецькій міфології найжахливіша з трьох горгон (крилатих жінок-страховищ), погляд яких усе живе обертав у камінь. Серед них лише Медуза була смертною: Персей відрубав їй голову і віддав Афіні. З крові (чи тулуба) Медузи народився крилатий кінь Пегас.&lt;br /&gt;</w:t>
        <w:br/>
        <w:t>112 Давид — цар Ізраїльсько-Іудейської держави в Х ст. до н. е. Наділений рисами епічного героя. Виходець із міста Віфлеєма, молодший син Ієсея (із коліна Іуди), пастух. У бою переміг великана-філістимляна із Гата (Гефа) Голіафа. Батько Соломона.&lt;br /&gt;</w:t>
        <w:br/>
        <w:t>113 Мов сугак на вольній волі... — Тут і через строфу цитата із відповідно другого і третього днів "древнего брачного торжества" із твору П. Куліша "Хуторянка, або Співана хвала молодої перед весільними гостьми".&lt;br /&gt;</w:t>
        <w:br/>
        <w:t>114 Пісень до неї пісня обізвалась... — Куліш має на увазі "Пісню пісень" ("Пісню над піснями") — одну із книг Старого Заповіту.&lt;br /&gt;</w:t>
        <w:br/>
        <w:t>115 Альдебаран — зірка першої величини в сузір'ї Бика, має ясно-червоне світло. Араби називали Альдебаран Абенезра, греки — Лампадіас чи Гіпохирос. Вважають, що ця зірка тотожна із духом Таштер в індусів, від якого залежить весняне рівнодення.&lt;br /&gt;</w:t>
        <w:br/>
        <w:t>116 Петро Великий (1672—1725)—російський цар з 1682 р., імператор з 1721 р. Почав царювання як молодший цар разом з Іваном V Олексійовичем і співправителькою Софією Олексіївною. Поступово зосередив усю владу. Ряд енергійних заходів політики Петра І сприяв утвердженню абсолютизму в Росії. Приділяв увагу розвитку науки і культури.&lt;br /&gt;</w:t>
        <w:br/>
        <w:t>117 ...Велика наша Катерина... — Тобто Катерина II Олексіївна (1729—1796) — російська імператриця з 1762 р. За час її правління були оформлені станові привілеї дворянства, посилилось гноблення селян. Приєднала до Росії ряд земель. Ліквідувала гетьманство (1764), зруйнувала Запорозьку Січ (1775). 1783 р. на Лівобережжі і Слобожанщині юридичне оформила кріпосне право. Куліш загалом позитивно оцінював її правління. До наведеного Кулішем у тексті автографа свого коментаря у першодруці в ЛНВ (1901.— Кн. 3.— С. 258) Франко подав своє розуміння політики Катерини II: "З тим "великим світом" Куліш багато носився ще й у "Хуторній поезії", забуваючи, що слова "великий світ" зовсім не оригінальний український ковцепт, а давня московська титулятура царів, і що вжиті вони в українській (хто знає ще, чи народній, чи більше книжній) пісні не в значінню похвали, а в зв'язку з докором за те, що Катерина послухала графа Рум'янцова і занапастила козацькі вольности. Таке-то було все з Кулішем: загалом він відмовляв кобзарським пісням і думам усякої історичної стійности, але там, де в тих творах знаходив щось таке, що бодай здалека, вирване зі зв'язку, підпирало його хоробливо-пристрасні погляди, давав тим словам вагу і вартість більшу від яких хочете документальних свідоцтв. Таке було, прим [іром], з тим куплетом народної пісні, де буцімто українські жінки проклинають Хмельницького: "Бодай Хмеля Хмельницького перва куля не минула!" Се прокляття Куліш на всі лади повторяв і в своїх українських і в російських памфлетах, не дбаючи зовсім про те, що пісня говорить про "Хмеля-Хмельниченка", отже, по всій правдоподібностя про Юрася, а не про Богдана. Характерний приклад неоправданої заїлості Куліша против Хмельницького вказаний мною в праці "Хмельнищина 1648—1649 років у сучасних віршах", стор. 42—43".&lt;br /&gt;</w:t>
        <w:br/>
        <w:t>118 Як Магомет в Медину ще втікав. — Медина — друге священне місто (після Мекки) у мусульман. Мухаммед, не визнаний жителями Мекки, знайшов підтримку в Медині, де і похований. Переселення Мухаммеда до Медини набуло в мусульманській традиції типових рис втечі пророка, як і в Біблії.&lt;br /&gt;</w:t>
        <w:br/>
        <w:t>119 Всезнание обіцяв диявол Єві, Як замутив їй розум у раю...— Живучи у раю, Єва і Адам могли все їсти, крім плодів з дерева із середини саду. Змій, спокусивши Єву, змусив їх обох з'їсти цей плід, обіцяючи, що "ваші очі розкриються, і станете ви, немов Боги, знаючи добро й зло" (Буття, 3, 5).&lt;br /&gt;</w:t>
        <w:br/>
        <w:t>120 Сатанаїл—середньовічні богомоли (єресь на християнському грунті, типологічна манихейству) говорили про Сатанаїла (Сатана плюс el, "Бог") як сина Бога і брата Ісуса Христа.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Маруся Богуславка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