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Марії</w:t>
      </w:r>
    </w:p>
    <w:p>
      <w:r>
        <w:br/>
        <w:t xml:space="preserve"> Якби помножити любов усіх людей,&lt;br /&gt;</w:t>
        <w:br/>
        <w:t>ту, що була, що є й що потім буде,&lt;br /&gt;</w:t>
        <w:br/>
        <w:t>то буде ніч. Моя ж любов —— як день,&lt;br /&gt;</w:t>
        <w:br/>
        <w:t>не знають ще чуття такого люди.</w:t>
      </w:r>
    </w:p>
    <w:p>
      <w:r>
        <w:br/>
        <w:t>Якби зібрати з неба всі зірки&lt;br /&gt;</w:t>
        <w:br/>
        <w:t>і всі сонця з усіх небес на світі,--&lt;br /&gt;</w:t>
        <w:br/>
        <w:t>моя любов горітиме яркіш&lt;br /&gt;</w:t>
        <w:br/>
        <w:t>за всі сонця, на тисячі століттів.</w:t>
      </w:r>
    </w:p>
    <w:p>
      <w:r>
        <w:br/>
        <w:t>Якби зірвать квітки з усіх планет,&lt;br /&gt;</w:t>
        <w:br/>
        <w:t>що вітер їх під зорями колише,--&lt;br /&gt;</w:t>
        <w:br/>
        <w:t>моя любов пахтітиме міцніше&lt;br /&gt;</w:t>
        <w:br/>
        <w:t>над квіти всі, крізь років вічний лет.</w:t>
      </w:r>
    </w:p>
    <w:p>
      <w:r>
        <w:br/>
        <w:t>Якби зібрать красунь усіх віків,&lt;br /&gt;</w:t>
        <w:br/>
        <w:t>повз мене хай ідуть вони без краю,--&lt;br /&gt;</w:t>
        <w:br/>
        <w:t>Марії я на них не проміняю,&lt;br /&gt;</w:t>
        <w:br/>
        <w:t>ні одній з них не вклониться мій спів.</w:t>
      </w:r>
    </w:p>
    <w:p>
      <w:r>
        <w:br/>
        <w:t>Хай очі їх зіллються в зір один,&lt;br /&gt;</w:t>
        <w:br/>
        <w:t>і в серце зір цей буде хай світити,--&lt;br /&gt;</w:t>
        <w:br/>
        <w:t>зачарувать мене не зможе він —&lt;br /&gt;</w:t>
        <w:br/>
        <w:t>твоїх очей йому не замінити.</w:t>
      </w:r>
    </w:p>
    <w:p>
      <w:r>
        <w:br/>
        <w:t>З яких зірок злетіла ти сюди,&lt;br /&gt;</w:t>
        <w:br/>
        <w:t>така ясна, що спів про тебе лине?&lt;br /&gt;</w:t>
        <w:br/>
        <w:t>Світи ж мені, світи мені завжди,&lt;br /&gt;</w:t>
        <w:br/>
        <w:t>над зорі всі, зоря моя єдина!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