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Маринчина лялька</w:t>
      </w:r>
    </w:p>
    <w:p>
      <w:r>
        <w:br/>
        <w:t xml:space="preserve"> У Маринки лялька є:</w:t>
      </w:r>
    </w:p>
    <w:p>
      <w:r>
        <w:br/>
        <w:t>Чорне негренятко.</w:t>
      </w:r>
    </w:p>
    <w:p>
      <w:r>
        <w:br/>
        <w:t>Разом з ним вона встає</w:t>
      </w:r>
    </w:p>
    <w:p>
      <w:r>
        <w:br/>
        <w:t>І лягає спатки.</w:t>
      </w:r>
    </w:p>
    <w:p>
      <w:r>
        <w:br/>
        <w:t>Вранці каже: — Добрий день!</w:t>
      </w:r>
    </w:p>
    <w:p>
      <w:r>
        <w:br/>
        <w:t>Одягне, умиє</w:t>
      </w:r>
    </w:p>
    <w:p>
      <w:r>
        <w:br/>
        <w:t>І співа йому пісень,</w:t>
      </w:r>
    </w:p>
    <w:p>
      <w:r>
        <w:br/>
        <w:t>А воно — не вміє!</w:t>
      </w:r>
    </w:p>
    <w:p>
      <w:r>
        <w:br/>
        <w:t>Потім їсти принесе,</w:t>
      </w:r>
    </w:p>
    <w:p>
      <w:r>
        <w:br/>
        <w:t>З ложечки годує.</w:t>
      </w:r>
    </w:p>
    <w:p>
      <w:r>
        <w:br/>
        <w:t>Негренятко їсть усе</w:t>
      </w:r>
    </w:p>
    <w:p>
      <w:r>
        <w:br/>
        <w:t>І не вередує.</w:t>
      </w:r>
    </w:p>
    <w:p>
      <w:r>
        <w:br/>
        <w:t>А тоді бере рушник,</w:t>
      </w:r>
    </w:p>
    <w:p>
      <w:r>
        <w:br/>
        <w:t>Витре йому носик.</w:t>
      </w:r>
    </w:p>
    <w:p>
      <w:r>
        <w:br/>
        <w:t>Завжди чистим бути звик</w:t>
      </w:r>
    </w:p>
    <w:p>
      <w:r>
        <w:br/>
        <w:t>Чорний негритосик.</w:t>
      </w:r>
    </w:p>
    <w:p>
      <w:r>
        <w:br/>
        <w:t>Поки дівчинка мала</w:t>
      </w:r>
    </w:p>
    <w:p>
      <w:r>
        <w:br/>
        <w:t>Застеляє ліжко,</w:t>
      </w:r>
    </w:p>
    <w:p>
      <w:r>
        <w:br/>
        <w:t>Негритосик край стола</w:t>
      </w:r>
    </w:p>
    <w:p>
      <w:r>
        <w:br/>
        <w:t>Сам читає книжку.</w:t>
      </w:r>
    </w:p>
    <w:p>
      <w:r>
        <w:br/>
        <w:t>А коли вона іде</w:t>
      </w:r>
    </w:p>
    <w:p>
      <w:r>
        <w:br/>
        <w:t>У садок дитячий,</w:t>
      </w:r>
    </w:p>
    <w:p>
      <w:r>
        <w:br/>
        <w:t>Він сидить, на неї жде</w:t>
      </w:r>
    </w:p>
    <w:p>
      <w:r>
        <w:br/>
        <w:t>І, напевно, плаче!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Маринчина лялька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