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Марійка</w:t>
      </w:r>
    </w:p>
    <w:p>
      <w:r>
        <w:br/>
        <w:t xml:space="preserve"> &lt;p&gt;МАРІЙКА</w:t>
      </w:r>
    </w:p>
    <w:p>
      <w:r>
        <w:br/>
        <w:t>Сівбу скінчили. Зоставалась робота на городі. Цілими днями копались у землі зігнуті жіночі постаті, довгим рядком ідучи одна за одною.</w:t>
      </w:r>
    </w:p>
    <w:p>
      <w:r>
        <w:br/>
        <w:t>Степан був на пасіці. Подивився, як ідуть бджоли на роботу, які рої вийшли з зими кволими. По весні часом буває гіркий узяток, отже, треба годувати бджолу, щоб не приставала, літаючи по дорозі. І Степан увесь день ходив по пасіці, прислухався до вуликів, стукав, а потім перевертав вулики й роздивлявся, чи не напала хвороба, чи не завелася міль. Весняне повітря, як свіжим соком, налилось золотом теплих променів, і бджоли весело гули коло вуликів. їхня клопотлива метушня викликала в Степана бадьорий, юний настрій. Лице йому було лагідне, і легкі зморшки весело сміялись коло очей. Робота йшла непомітно й до ладу, і Степан, перевертаючи та стукаючи вулики, тягнув якусь без кінця довгу чумацьку пісню. Слів він не знав і увесь час переспівував одні й ті ж самі мотиви, й вони в нього виходили теплими та жалібними.</w:t>
      </w:r>
    </w:p>
    <w:p>
      <w:r>
        <w:br/>
        <w:t>Дідові доручили плести лісу. Робота нетрудна, поспішати нікуди, і дід може її робити.</w:t>
      </w:r>
    </w:p>
    <w:p>
      <w:r>
        <w:br/>
        <w:t>А Марійка пасла худобу.</w:t>
      </w:r>
    </w:p>
    <w:p>
      <w:r>
        <w:br/>
        <w:t>Виганяла її в неглибокий, крутий ярок. Він лежав коло панських лісів. Паші путньої там ніколи не було. Дика конюшина вкривала низькі трави білими й червоними голівками. По підгір'ї порозкидались густі, розрослі кущі білого глоду, диких троянд, і стрункі, молоді берези тулились невеликими гуртками.</w:t>
      </w:r>
    </w:p>
    <w:p>
      <w:r>
        <w:br/>
        <w:t>А далі йшли навколо густою темно-зеленою стіною ліси. Попід кущами ховались, випинаючи лише голівки, високі сині дзвіночки, тонкі стовбури рожевих смолянок і білої кашки. Густі, холодні тіні широкими смугами слались від гори, й тільки за річкою на луці рожевіли перші промені сонця.</w:t>
      </w:r>
    </w:p>
    <w:p>
      <w:r>
        <w:br/>
        <w:t>В ярку панувала глибока тиша ранку, і було чути, як товар із шумом смаковито згризу вав молоду траву, голосно передихаючи від напруження. Навіть Підласий, неслухняний бик, що любив жартувати з Марійкою, ховаючись у кущі, цілком закохався в своїй роботі, і його веселі очі пильно шукали кращої трави. На сивім росянім тлі чітко лягали сліди, побиті скотом.</w:t>
      </w:r>
    </w:p>
    <w:p>
      <w:r>
        <w:br/>
        <w:t>Марійка нудилась. Вона кілька разів проходила вздовж #рка, звідти сходила на гору, байдуже зриваючи високі голів-^ квіток і кусаючи їх. На сході широкими смугами жовто-ро-#севі хмари. Незабаром висунувся невеликий кусень вимитого, блискучо-чистого золота, і перші вузенькі промені про-стяглися назустріч росам.</w:t>
      </w:r>
    </w:p>
    <w:p>
      <w:r>
        <w:br/>
        <w:t>Марійка поверталась знову в ярок. Вогкий холод і напружена лісова тиша ще більш гнітили її. Несвідомо підбирався острах. Вона злегка тремтіла, полохливо прислухалась до кожного нового звуку, але раптом рішуче скидала з себе кволість недокінченого сну, підіймала високо голову й починала співати, усім станом коливаючись і бадьоро розмахуючи руками:</w:t>
      </w:r>
    </w:p>
    <w:p>
      <w:r>
        <w:br/>
        <w:t>Лугом іду,</w:t>
      </w:r>
    </w:p>
    <w:p>
      <w:r>
        <w:br/>
        <w:t>Коня веду.</w:t>
      </w:r>
    </w:p>
    <w:p>
      <w:r>
        <w:br/>
        <w:t>Розвивайся, луже!</w:t>
      </w:r>
    </w:p>
    <w:p>
      <w:r>
        <w:br/>
        <w:t>Сватай ме-н-е, козаче-еньку,—</w:t>
      </w:r>
    </w:p>
    <w:p>
      <w:r>
        <w:br/>
        <w:t>Люблю тебе ду-у-уже!</w:t>
      </w:r>
    </w:p>
    <w:p>
      <w:r>
        <w:br/>
        <w:t>Останній звук, підхоплений густим повітрям, далеко тікав у лісову гущавину. Марійка ловила бадьорий відгук і в унісон йому кінчала:</w:t>
      </w:r>
    </w:p>
    <w:p>
      <w:r>
        <w:br/>
        <w:t>— А-у-у!</w:t>
      </w:r>
    </w:p>
    <w:p>
      <w:r>
        <w:br/>
        <w:t>— У-у! — десь відгукувався лукавий дідько з кущів, передражнюючи Марійку.</w:t>
      </w:r>
    </w:p>
    <w:p>
      <w:r>
        <w:br/>
        <w:t>Потроху підіймалось сонце, й перші промені широкими хвостами розстилались у лісі, золотили кущі та ярок, і великі краплини роси горіли рожевими перлинами. А назустріч променям лились тужливі співи одуда.</w:t>
      </w:r>
    </w:p>
    <w:p>
      <w:r>
        <w:br/>
        <w:t>— Бу-ду тут! Бу-ду тут! — наче заспокоював одуд когось упертого.— Вдалині покірно скаржилась комусь зозуля, стиха пищали в густих кущах шпаки і жовтобрюхи. їх підхоплював срібно-росяним співом соловейко. Він набирав у себе рожеві промені і буйно розсипав їх дрібним пилом; а вони пливли соковито-голосним відгуком, зникаючи в затишних ярках.</w:t>
      </w:r>
    </w:p>
    <w:p>
      <w:r>
        <w:br/>
        <w:t>Інколи з кущів виходили дикий цап і коза, дрібною ходою поспішали до річки, нащуливши вуха, і, припавши до води, жадібно пили її. В прозорій річці, пронизаній сонцем, були помітні на чистім піску тонкі, граціозні ноги, поламані струменями. Час від часу вони підіймали голови, передихаючи, сторожко обдивлялись навкруги, і чулі ніздрі жваво рухались, втягаючи повітря. І потім знову починали спокійно пити воду. Товар підіймав голови й пильно вдивлявся в нових гостей. А Марійка, загледівши кіз, бігла назустріч їм і радіс^ но-здивовано кричала:</w:t>
      </w:r>
    </w:p>
    <w:p>
      <w:r>
        <w:br/>
        <w:t>— Кози! Диви! 1-і, дурні ж які!</w:t>
      </w:r>
    </w:p>
    <w:p>
      <w:r>
        <w:br/>
        <w:t>Сірі, тоненькі постаті, граціозно коливаючись, стрибали в кущі й по вузенькій стежці в ліс. Марійка з дівочої цікавості бігла за ними.</w:t>
      </w:r>
    </w:p>
    <w:p>
      <w:r>
        <w:br/>
        <w:t>Високі голівки росяних квіток та гілля кущів били її по ногах, лоскотали холодною росою. Вона вибігла на невелику полянку... спинилась, важко передихаючи.</w:t>
      </w:r>
    </w:p>
    <w:p>
      <w:r>
        <w:br/>
        <w:t>Кіз не було помітно. Марійка одивлялась широкими, зляканими очима.</w:t>
      </w:r>
    </w:p>
    <w:p>
      <w:r>
        <w:br/>
        <w:t>Навкруги полянки стояли високі, рівні стовбури дерев, бігли вузенькі, зарослі доріжки, спускались у гущавину невідомі ярки. Звідти підіймавсь якийсь птах, пробивався крізь густе листя, зоставляючи голосний шелест, незвичайно таємничий у глибокій, занімілій тиші лісу. Де-не-де крізь густу, зелену сітку верхів'я пробивались краплини блакитного неба, стрибали мереживом, як штучні зайчики, сонячні плями. А над усім панувала глибока сутінь, вогкі пахощі гнилого листу й таємнича тиша, що пригнічувала, наганяла острах, чулий до кожного ледве помітного шелесту. Тоді жадібно хотілось ясного неба та широкого, просторого обрію.</w:t>
      </w:r>
    </w:p>
    <w:p>
      <w:r>
        <w:br/>
        <w:t>Близько коло ніг у сухім листі щось шаруділо. Марійка, нервово напружена, повернулась і вся застигла прислухаючись. Шелест ближчав. Марійка запримітила темну, покручену постать гадюки, що маленькою, високо піднятою голівкою з холодним спокоєм роздивлялась навколо. Марійку охопив неймовірний жах. Вона раптом, не помічаючи стежки, кинулась тікати. Кущі міцно сплітались, затримуючи її. Але Марійка розламувала їх сердито й бігла далі, зоставляючи за собою голосний шелест. Збігала вниз подряпана, розчервоні-ла, важко передихаючи й почуваючи, як голосно стукає серце й пашить усе обличчя.</w:t>
      </w:r>
    </w:p>
    <w:p>
      <w:r>
        <w:br/>
        <w:t>Сонце було вже високо, і в густих тінях дерев стояв привабний холодок. Марійка сіла спочити. З глибини кущів плили пахощі квіток і трав, в проході міцні й п'яні, вливались у саму душу і звідти, з самих глибин її, викликали солодко-лоскотливу хвилю, і та хвиля росла й росла, заливала гарячою кров'ю усю її істоту, п'янила голову. Приємна втома опановувала усе тіло, Марійка заплющувала очі і лягала на траву, поволі оддаючись дрімоті.</w:t>
      </w:r>
    </w:p>
    <w:p>
      <w:r>
        <w:br/>
        <w:t>Уві сні вона бачить: над нею стоїть Микола. Від нього пахне землею й потом. Він близько нахиляється, лоскоче вусами її шию, обдає гарячим подихом і щось шепоче1. Ні, це</w:t>
      </w:r>
    </w:p>
    <w:p>
      <w:r>
        <w:br/>
        <w:t>"е Микола, це просто мара. Стиха зашелестіли кущі, а їй здається, що то Микола шепоче.</w:t>
      </w:r>
    </w:p>
    <w:p>
      <w:r>
        <w:br/>
        <w:t>Б ярку стає душно. Товар напасся й ховається в кущах від спеки. Підласий підіймає високо хвоста, кілька разів стрибає, ресело махаючи головою, і зникає в гущавині. Марійка біжить за худобою, довго ганяється в кущах і, збивши всіх до гурту, ясене додому.</w:t>
      </w:r>
    </w:p>
    <w:p>
      <w:r>
        <w:br/>
        <w:t>На стежку лягають густі тіні, де-не-де помережені сонячними плямами. Вогким холодком тягне з багнюки, пахне бугилою. Стиха шелестить листя над головою, і здається, що хтось шепоче в самі вуха. А думки лізуть і лізуть. Шарудять, як комашня, п'янять мізок, плутаються тенетами.</w:t>
      </w:r>
    </w:p>
    <w:p>
      <w:r>
        <w:br/>
        <w:t>Вона пригадує: все це сталось несподівано. Прийшли в свято хлопці в ярок, чи просто забились у лісі, чи, може, навмисне. Розсілися в ярку, загули якусь пісню, а далі почали дражнити.</w:t>
      </w:r>
    </w:p>
    <w:p>
      <w:r>
        <w:br/>
        <w:t>— Ах-хи, чорноброва! — хтось гукнув.</w:t>
      </w:r>
    </w:p>
    <w:p>
      <w:r>
        <w:br/>
        <w:t>— А чи твоя це діброва, дівко козакова? — несміливо запитав другий, худорлявий парубійко.</w:t>
      </w:r>
    </w:p>
    <w:p>
      <w:r>
        <w:br/>
        <w:t>— Ні, не моя, а громадська! — рішуче запевняє перший і насмішкувато моргає Марійці.</w:t>
      </w:r>
    </w:p>
    <w:p>
      <w:r>
        <w:br/>
        <w:t>— Хе-хе-хе!—диким реготом розлягається в ярку.</w:t>
      </w:r>
    </w:p>
    <w:p>
      <w:r>
        <w:br/>
        <w:t>З кущів вийшов ще один парубок, високий, з довгими руками, якими увесь час розмахував. Він щось стиха почав говорити з хлопцями, а далі підійшов до Марійки:</w:t>
      </w:r>
    </w:p>
    <w:p>
      <w:r>
        <w:br/>
        <w:t>— Здорова, дівчино!</w:t>
      </w:r>
    </w:p>
    <w:p>
      <w:r>
        <w:br/>
        <w:t>Марійка холодно відповіла, зацікавлено оглянувши його сердитими очима.</w:t>
      </w:r>
    </w:p>
    <w:p>
      <w:r>
        <w:br/>
        <w:t>Вони кілька хвилин ніяковіли, скоса поглядаючи одне на одного.</w:t>
      </w:r>
    </w:p>
    <w:p>
      <w:r>
        <w:br/>
        <w:t>Але далі балачка потроху зав'язувалась. Високий парубок говорив тихо, спокійно, удаючи з себе старого, і в його голосі відчувалась теплінь, яка чомусь приваблювала Марійку. Він говорив то тихим, злегка грубим голосом, то раптом починав нервово сміятись, показуючи два рядки білих, великих зубів. А в м'яких, синіх очах стоять краплини сліз. Лице червоне, засмагле, цікаво-лагідне.</w:t>
      </w:r>
    </w:p>
    <w:p>
      <w:r>
        <w:br/>
        <w:t>— А добре тут! Паші сила, зелено, тихо. Розкошуй, та й годі! А от, як я!.. Живу в Тиківці — один грунт, та й тільки... А на літо до пана. Робиш, як катюга, а прийдеш додому — нічого їсти.— Говорить і сміється.</w:t>
      </w:r>
    </w:p>
    <w:p>
      <w:r>
        <w:br/>
        <w:t>Хлопці, що сиділи увесь час в стороні, встали, кличуть Миколу.</w:t>
      </w:r>
    </w:p>
    <w:p>
      <w:r>
        <w:br/>
        <w:t>— Я зараз, зараз! — гукає Микола й червоніє. Мнеться, хоче щось сказати.</w:t>
      </w:r>
    </w:p>
    <w:p>
      <w:r>
        <w:br/>
        <w:t>— А чом ти не прийдеш на вулицю в Тиківку?</w:t>
      </w:r>
    </w:p>
    <w:p>
      <w:r>
        <w:br/>
        <w:t>— Еге, а чого я там не бачила?</w:t>
      </w:r>
    </w:p>
    <w:p>
      <w:r>
        <w:br/>
        <w:t>— А хіба товаришок немає?</w:t>
      </w:r>
    </w:p>
    <w:p>
      <w:r>
        <w:br/>
        <w:t>— Авжеж.</w:t>
      </w:r>
    </w:p>
    <w:p>
      <w:r>
        <w:br/>
        <w:t>— А ти б прийшла коли-небудь, у неділю абощо.</w:t>
      </w:r>
    </w:p>
    <w:p>
      <w:r>
        <w:br/>
        <w:t>— Аякже ж! Дуже мені треба...</w:t>
      </w:r>
    </w:p>
    <w:p>
      <w:r>
        <w:br/>
        <w:t>— Ну, то я тоді до тебе. Пустиш чи ні? — несміливо питає.</w:t>
      </w:r>
    </w:p>
    <w:p>
      <w:r>
        <w:br/>
        <w:t>— Тоді побачимо! — відповідає Марійка і, граючи очима, сміється весело.</w:t>
      </w:r>
    </w:p>
    <w:p>
      <w:r>
        <w:br/>
        <w:t>— Ну, то прощай! Побачимось. Тільки щоб не підвела...— Микола ніяково простягає руку й дивиться щирим, ласкавим поглядом.</w:t>
      </w:r>
    </w:p>
    <w:p>
      <w:r>
        <w:br/>
        <w:t>Одійшли хлопці, повернули на стежку і зникли за кущами. Марійка дивиться услід і почуває, як напливають і напливають нові думки, підіймають таємно-теплі хвилі, і Микола серед них здається таким рідним, близьким.</w:t>
      </w:r>
    </w:p>
    <w:p>
      <w:r>
        <w:br/>
        <w:t>За кілька день увечері прийшов Микола.</w:t>
      </w:r>
    </w:p>
    <w:p>
      <w:r>
        <w:br/>
        <w:t>— Марійко, ти тут?</w:t>
      </w:r>
    </w:p>
    <w:p>
      <w:r>
        <w:br/>
        <w:t>— Хто там?</w:t>
      </w:r>
    </w:p>
    <w:p>
      <w:r>
        <w:br/>
        <w:t>— Це я! — відповідає він густим, таємним голосом.</w:t>
      </w:r>
    </w:p>
    <w:p>
      <w:r>
        <w:br/>
        <w:t>— Ой, як злякав!</w:t>
      </w:r>
    </w:p>
    <w:p>
      <w:r>
        <w:br/>
        <w:t>Марійка виходить з хліва трохи здивована, але зустрічає лагідно, усміхаючись.</w:t>
      </w:r>
    </w:p>
    <w:p>
      <w:r>
        <w:br/>
        <w:t>— Ти! Ну чого ти прийшов? — з легким докором говорить Марійка.</w:t>
      </w:r>
    </w:p>
    <w:p>
      <w:r>
        <w:br/>
        <w:t>Але Микола тільки ніяково сміється.</w:t>
      </w:r>
    </w:p>
    <w:p>
      <w:r>
        <w:br/>
        <w:t>На світанку Микола одходить додому з в'ялим обличчям і посоловілими очима. Марійка встає, вмивається, бере сніданок і жене скот на пашу. А враження ночі стоять перед очима і в прикрій тузі вона думає про це.</w:t>
      </w:r>
    </w:p>
    <w:p>
      <w:r>
        <w:br/>
        <w:t>"Ну чого він ходить? Ну чого я пускаю його до себе?"</w:t>
      </w:r>
    </w:p>
    <w:p>
      <w:r>
        <w:br/>
        <w:t>Вона добре знала, що батько її, старий, гонорливий хуторянин, ніколи не згодиться її віддати за бідного парубка. Думала про це з тяжкою тривогою і кілька разів рішуче намірялась не вийти до Миколи. Але, коли надходив вечір, вона неспокійно ходила по двору, заглядала в суточки і ввесь час напружено чекала Миколи.</w:t>
      </w:r>
    </w:p>
    <w:p>
      <w:r>
        <w:br/>
        <w:t>Одного разу Микола був сумний і дуже мало балакав. На червонім засмаленім обличчі м'які сині очі здавались ще більшими, й Марійка почувала в них якусь заклопотаність. А через кілька день вона почула, що Миколу забирають у москалі. Микола не встиг навіть розказати як слід, тільки забіг на хвилинку. Балакав коротко, заспокоюючи, але злякані очі бігали стурбовано.</w:t>
      </w:r>
    </w:p>
    <w:p>
      <w:r>
        <w:br/>
        <w:t>Проводжали москалів у неділю після церкви. Марійка встала рано, на світанку, коли тонким, рожевим золотом жевріла смуга сходу, ув'язувала шовковою хусткою набрівника. Смугле, засмалене обличчя її ставало тонким і ніжним, і з-під довгих вій теплим сяйвом дивились очі. А потім ішла до саду на пасіку і зривала лелій, тремтячих паничів, барвисто-гарячих гвоздиків, вплітала в них барвінок і поважно несла до хати, струшуючи росу.</w:t>
      </w:r>
    </w:p>
    <w:p>
      <w:r>
        <w:br/>
        <w:t>Сонце сходило по-святочному, не поспішаючи, обливало яскраво-червоним золотом вузенькі, рідкі хмари і потім, випручуючись звідти, слало проміння на верхів'я дерев і лисі шпилі.</w:t>
      </w:r>
    </w:p>
    <w:p>
      <w:r>
        <w:br/>
        <w:t>В Тиківці дзвонили. Звідти повільно пливли протяжні звуки: бем!.. бем!.. Вони вбиралися у роси й барвисті квіти, пронизувались теплим промінням і в густім повітрі ранку розлітались тужливо-благаючим закликом: бем!.. бем!.. бем!.. Ніби сама земля, закохана в сонце й трави, несе срібний стогін у блакить неба.</w:t>
      </w:r>
    </w:p>
    <w:p>
      <w:r>
        <w:br/>
        <w:t>З Марійкою йшла до церкви і Софія. Ішли вузенькою стежкою по луках. Трава була росяна, й вони обидві здіймали черевики і йшли босі. Високі голівки квіток били по ногах, обсипаючи теплу, буйну росу. Марійка йшла повагом, вдивляючись у землю і розмахуючи рукою. Темна одіж м'якими складками облягала струнку постать, і дві стрічки злегка лопотіли в повітрі.</w:t>
      </w:r>
    </w:p>
    <w:p>
      <w:r>
        <w:br/>
        <w:t>"Бем!.. бем!.."—стогнав дзвін. Марійці було весело. їй хотілось думати про дитячі літа, такі ж чисті, як дзвони, як небо, і позбутись усього звичайного, буденного.</w:t>
      </w:r>
    </w:p>
    <w:p>
      <w:r>
        <w:br/>
        <w:t>Софія йшла трохи тяжкою, але спокійною, урівноваженою ходою. її здорове, красиве, але просте й суворе обличчя уперто й повільно вирішало якісь свої прості, звичайні турботи.</w:t>
      </w:r>
    </w:p>
    <w:p>
      <w:r>
        <w:br/>
        <w:t>Стежка йшла через глибокий ярок. У верхів'ї було провалля. Весняні води щороку обвалювали великі шматки землі, але далі вниз провалля заросло густим молодим гаєм, через який вузенькою стрічкою вився струмок. Дно у нього було з дрібними камінцями, і він увесь час охоче, лагідно поспі-шався розказати всім про свої дрібні щоденні турботи.</w:t>
      </w:r>
    </w:p>
    <w:p>
      <w:r>
        <w:br/>
        <w:t>Софія й Марійка схилились, щоб помити ноги, і по їхніх ногах тоненькими смужками побігла холодна, золотаво-прозора на сонці вода. Струмок, наче зохочений,' почав ще голосніше гомоніти, і цей радісно-балакучий говір вабив до задуми.</w:t>
      </w:r>
    </w:p>
    <w:p>
      <w:r>
        <w:br/>
        <w:t>Софія й Марійка сіли трохи спочити. Марійка схвильовано роздивлялась навколо, а Софія сиділа спокійно і задумливо вела розмову, наче міркуючи сама з собою.</w:t>
      </w:r>
    </w:p>
    <w:p>
      <w:r>
        <w:br/>
        <w:t>— Ловко тут як. А на душі ніби хто батогом постьобає.</w:t>
      </w:r>
    </w:p>
    <w:p>
      <w:r>
        <w:br/>
        <w:t>— А що тобі?</w:t>
      </w:r>
    </w:p>
    <w:p>
      <w:r>
        <w:br/>
        <w:t>— Як що мені?</w:t>
      </w:r>
    </w:p>
    <w:p>
      <w:r>
        <w:br/>
        <w:t>— Ну, що я маю робити? Куди дінусь?</w:t>
      </w:r>
    </w:p>
    <w:p>
      <w:r>
        <w:br/>
        <w:t>— А тут у нас! Хіба ж тебе хто прожене, чи що? — заспокоювала Марійка.</w:t>
      </w:r>
    </w:p>
    <w:p>
      <w:r>
        <w:br/>
        <w:t>— Тут, то тут! Та хіба ж я хазяйкою буду? Хіба в мене лад свій буде?.. Яке вже там хазяйнування... Наймичка, та й тільки...</w:t>
      </w:r>
    </w:p>
    <w:p>
      <w:r>
        <w:br/>
        <w:t>Але Марійка, не в слухаючись далі в розмову, зіскакувала з місця, обережно клала на траву квітки й бігла в кущі.</w:t>
      </w:r>
    </w:p>
    <w:p>
      <w:r>
        <w:br/>
        <w:t>— Софійко! Підожди трохи! Я зараз! — кричала вона, добігаючи до кущів. Кущі шамотіли, а серед них, нагинаючись, Марійка хутко зривала квітки.</w:t>
      </w:r>
    </w:p>
    <w:p>
      <w:r>
        <w:br/>
        <w:t>— Які хороші! Дивись, Софіє, які! А роси, роси скільки... Злякано затремтів густий кущ диких троянд, а далі знов</w:t>
      </w:r>
    </w:p>
    <w:p>
      <w:r>
        <w:br/>
        <w:t>почалось шамотіння.</w:t>
      </w:r>
    </w:p>
    <w:p>
      <w:r>
        <w:br/>
        <w:t>За кілька хвилин Марійка вийшла з великим пучком лісових квіток.</w:t>
      </w:r>
    </w:p>
    <w:p>
      <w:r>
        <w:br/>
        <w:t>"Бем!.. бем!.." — меланхолійно неслось по луках.</w:t>
      </w:r>
    </w:p>
    <w:p>
      <w:r>
        <w:br/>
        <w:t>— Софіє! Дивись, які гарні!</w:t>
      </w:r>
    </w:p>
    <w:p>
      <w:r>
        <w:br/>
        <w:t>— А ловкі! — задумливо відповідала Софія.</w:t>
      </w:r>
    </w:p>
    <w:p>
      <w:r>
        <w:br/>
        <w:t>Далі стежка йшла болотяними луками. Серед густих трав яскраво пишались високі, роз рослі голівки жовтих квіток. Пахло лепехою й бугилою, в застиглих калюжах розстилались білі лілеї, кілька кущів лозняка буйно лягало молодим поростом. За кущами стежка йшла під гору. Звідти було видно церкву й сірі дахи тиківських осель.</w:t>
      </w:r>
    </w:p>
    <w:p>
      <w:r>
        <w:br/>
        <w:t>Церква стояла на старому кладовищі. Крізь темну зелень дерев пробивались її білі плями. В кущах стояли густі, холодні тіні. На старому гіллястому кленові, весело стрибаючи, цвірінькали горобці, перебиваючи нудні, одноманітно-довгі співи, що вилітали з церкви.</w:t>
      </w:r>
    </w:p>
    <w:p>
      <w:r>
        <w:br/>
        <w:t>Марійка й Софія обмивали на мокрій траві ноги, надівали черевики, спускали спідниці і йшли в церкву.</w:t>
      </w:r>
    </w:p>
    <w:p>
      <w:r>
        <w:br/>
        <w:t>В бабинці було вже повно людей. Марійка пробиралась крізь них. Перед нею неохоче розступались, з серйозним, ворожим виглядом повертали голови й потім поважно починали хреститись. В середині церкви стояли зігнуті сірі постаті чоловіків, що стомлено переступали з ноги на ногу і сонними очима роздивлялись навколо.</w:t>
      </w:r>
    </w:p>
    <w:p>
      <w:r>
        <w:br/>
        <w:t>м[аріика стояла в темному просторому куточку. Перед її ' ^ма була намальована на весь чоловічий зріст постать ^вятого в темно-червоній одежі, й очі його дивились на неї даскаво, заспокоюючи. Звідти було видно майже усю церкву.</w:t>
      </w:r>
    </w:p>
    <w:p>
      <w:r>
        <w:br/>
        <w:t>0 темні, запорошені вікна пробивались широкі промені сонця, . р них купались густі, кучеряві хмари кадильного диму. (Тромені лягали вузенькими клинцями на темну божницю, сірі спини чоловіків, а одна широка смуга падала на престол,</w:t>
      </w:r>
    </w:p>
    <w:p>
      <w:r>
        <w:br/>
        <w:t>1 освічені нею лісові квіти, оповиті легким серпанком диму, здавались незвичайно ніжними.</w:t>
      </w:r>
    </w:p>
    <w:p>
      <w:r>
        <w:br/>
        <w:t>Високий, чистий голос панотця розповідав спокійно, співуче невідомі, але чулі слова Євангелія, і ті слова підіймались разом з димом вгору, пробиваючись у вітрогони запорошених вікон. А в чітку тишу вливались веселі цвірінькання горобців. Єктенію читав широкоплечий, з темними косами диякон, і його густий хриплий бас купався в ясно-сивому повітрі, з молитовною тугою звертаючись до темної, грізної божиці. А йому відповідала з хорів півча тихим, урочисто-радісним співом, з якого яскраво виділявся високий жіночий голос. Кінчала півча, і тоді з криласа вилітав розполоханий рій безладних грубих голосів.</w:t>
      </w:r>
    </w:p>
    <w:p>
      <w:r>
        <w:br/>
        <w:t>Вони наче зірвались з припону, бігли, переганяючи один одного, а потім, стомившись, гули сонно, меланхолійно. їх перекрикували густий, хриплий голос дяка і цапиний тенор Петра Хтося, підстаркуватого парубка.</w:t>
      </w:r>
    </w:p>
    <w:p>
      <w:r>
        <w:br/>
        <w:t>В селі його знали як шкідливу, злодійкувату людину. Він любив украсти в баби в погребі глечик кисляка, стягти необережно розвішане полотно або вал. І коли його питали: "Петре, чи ти не бачив, хто це вкрав глечик сметани?", він, знизуючи плечима, хитро відповідав: "Ні, не бачив, коли хочете! Хтось, мабуть, украв!" Так і прозвали його Хтосем. . Але в неділю він вичісувався, одягав нову чумарку, несміливо пробирався на крилас і співав з насолодою, закриваючи очі й викидаючи якісь свої заплутані колінця.</w:t>
      </w:r>
    </w:p>
    <w:p>
      <w:r>
        <w:br/>
        <w:t>Після лісової тиші і щоденних одноманітних вражень м'які, урочисті співи, що в них так яскраво відчувалася ніжно-журлива теплінь жіночих голосів, глибоко хвилювали Марійку й будили смутні поривання. Тоді Марійка почувала, як щось брдючою радістю заливає усю її істоту. Вона починала молитись щиро, гаряче і в холодні, невідомі слова вливала всю заховану ніжно-таємну жіночу щирість.</w:t>
      </w:r>
    </w:p>
    <w:p>
      <w:r>
        <w:br/>
        <w:t>Поверталась Марійка з церкви схвильована, з тихим, задумливим настроєм, і здавалось, що в її душі тихо дзвонять лісові квіти, струшуючи росу. А Марійка збирала ту росу й несла її обережно, щоб не розлити. Тонке, смугляве лице вкривалось легким смутком, і м'які, спокійні очі дивили с в себе, ховаючи якусь глибоку думку. Йшла повільно, злегк махаючи лівою рукою, і тверді каблуки чітко од бивали ходч За церквою и догнала Софія, й вони обидві, мовчки, н сказавши ні слова, пішли на село. В кінці села повільн сунулась чимала юрба. Позаду їхало кілька возів, було чут заклопотані розмови, вибігали з хат заплакані москалі. Воні кидали кілька коротких слів, глухих і щирих, в останній ра прощаючись з хатою, потім утирали сльози і йшли до гурт; уже спокійними. їх обступали тісним колом хлопці, дівчата По боках бігла зацікавлена дітвора, вибігала наперед і загля дала в обличчя великими, зляканими очима. За селом юрб; злилась з новим гуртом. Хлопці співали. їхні грубі голосі росли і росли, намагаючись залити ту тяжку нервову напру женість, яка усе більше й більше підіймалась. І коли вош стихали, окремі пронизливі голоси жінок, що припали д&lt; москалів, тужили диким криком, наганяючи тяжкий, гнітючий біль.</w:t>
      </w:r>
    </w:p>
    <w:p>
      <w:r>
        <w:br/>
        <w:t>Микола йшов окремо зі своєю матір'ю. І поруч з ним струнким і високим, низенька товста постать його матері ніби розполохана, була слабкою, жалісною. Вона мов бігла, котилась, перевертаючись з ноги на ногу. Марійка дивилась на неї, і їй здавалось, що старенька розгубила десь по низьких вівсах курчат і зараз заклопотано зганяє їх до гурту.</w:t>
      </w:r>
    </w:p>
    <w:p>
      <w:r>
        <w:br/>
        <w:t>На повороті дороги юрба спинилась. Почали прощатись. Ще голосніше росли співи, але їх душили дикі крики жінок. З юрби виходили гуртки. Вони довго щось гомоніли, і їхні голоси були незвичайно теплі й щирі. А сльози текли великими потоками чи від горя, чи від схвильованої чулості.</w:t>
      </w:r>
    </w:p>
    <w:p>
      <w:r>
        <w:br/>
        <w:t>Марійка стояла поруч з Софією. В голові шуміло, застилало її густим туманом. А знизу росло щось тяжке, гнітюче, й болісно нудило коло серця.</w:t>
      </w:r>
    </w:p>
    <w:p>
      <w:r>
        <w:br/>
        <w:t>Марійка тупо вдивляється й раптом почуває яскраво, як до неї доходить нова хвиля, пронизує її живою силою усе більше й більше, спаює її з усіми раніше такими чужими, а тепер близькими, рідними людьми. Злякані очі широко впиваються в юрбу, тремтять напружені нерви, чулі до кожного звуку.</w:t>
      </w:r>
    </w:p>
    <w:p>
      <w:r>
        <w:br/>
        <w:t>Вона помічає: одірвався Микола од матері, проліз крізь юрбу і незабаром опинився коло Марійки. Нахилився і щось шепоче:</w:t>
      </w:r>
    </w:p>
    <w:p>
      <w:r>
        <w:br/>
        <w:t>— Тільки... Не забувай мене! Чуєш, Марійко? Хтозна... Може, ще...</w:t>
      </w:r>
    </w:p>
    <w:p>
      <w:r>
        <w:br/>
        <w:t>Марійка чує слова й не розуміє. Сльози заливають очі.</w:t>
      </w:r>
    </w:p>
    <w:p>
      <w:r>
        <w:br/>
        <w:t>Микола ніби стрибає, й сльози в нього стрибають. Вона силкується щось сказати. Микола нахилився, чи хотів послу-&lt;аТи, чи поцілувати в хустку на голові.</w:t>
      </w:r>
    </w:p>
    <w:p>
      <w:r>
        <w:br/>
        <w:t>Прощай, прощай! — вона посилає навздогін. Далі, цупко у хватившись за Софійку, вона вдивлялась широко розкритими, напруженими очима.</w:t>
      </w:r>
    </w:p>
    <w:p>
      <w:r>
        <w:br/>
        <w:t>Нахилився Микола до старої. Щось шепоче, потім обіймає. Але старенька раптом підіймає голову й починає плескати руками, щось співаючи. Певне, радіє, що зібрала курчат, раптом Микола одірвався, і старенька кумедно побігла, мов покотилась, за ним. Хтось утримує її. Вертається Микола. Щось знову шепоче й потім тікає, наче за ним усі женуться. І тоді щось штовхнуло Марійку. Вона миттю виривається й біжить догнати Миколу.</w:t>
      </w:r>
    </w:p>
    <w:p>
      <w:r>
        <w:br/>
        <w:t>— Марійко! Марійко! Годі тобі! Людей соромся! Ну, ну... Буде!., буде!.. Ходім додому!..</w:t>
      </w:r>
    </w:p>
    <w:p>
      <w:r>
        <w:br/>
        <w:t>її стримує Софія й сама плаче... Згадала про Якова, мабуть... А тоді, як проводжали, так плакала...</w:t>
      </w:r>
    </w:p>
    <w:p>
      <w:r>
        <w:br/>
        <w:t>Марійка із злякано-тужливим поглядом дивиться. Хлопці усе меншають і меншають, кумедно рухаються, коливаються, кумедно махають руками... Один дядько підстьобує, чи коней, чи хлопців.</w:t>
      </w:r>
    </w:p>
    <w:p>
      <w:r>
        <w:br/>
        <w:t>Близько коло Марійки людей усе рідшає й рідшає. Вони розходяться гуртками. Ідуть в одну довгу низку, тихо, пригнічено, покірно.</w:t>
      </w:r>
    </w:p>
    <w:p>
      <w:r>
        <w:br/>
        <w:t>Марійка схилилась на Софію й пішла повільною ходою.</w:t>
      </w:r>
    </w:p>
    <w:p>
      <w:r>
        <w:br/>
        <w:t>А коли прийшла додому, то забилась у хлів на сіно і вже не плакала, лежала мовчки. Вона то закривала очі і вдивлялась у червоний морок з дрібними метеликами-зірками, то розкривала їх і тупо-широко дивилась в одну пляму, не помічаючи її.</w:t>
      </w:r>
    </w:p>
    <w:p>
      <w:r>
        <w:br/>
        <w:t>Десь, забившись у лісі, гула оса, і її настирливе гудіння ще більше дратувало Марійку. Вона почувала себе самітньою й була певна, що ніхто не зрозуміє її, нікому буде поскаржитись. І думала вона про це з якоюсь болісною втіхою.</w:t>
      </w:r>
    </w:p>
    <w:p>
      <w:r>
        <w:br/>
        <w:t>До хати надійшла Марійка тільки ввечері.</w:t>
      </w:r>
    </w:p>
    <w:p>
      <w:r>
        <w:br/>
        <w:t>101X11 1916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