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Марієнбадська елегія</w:t>
      </w:r>
    </w:p>
    <w:p>
      <w:r>
        <w:br/>
        <w:t xml:space="preserve"> Коли людину біль онімував,&lt;br /&gt;</w:t>
        <w:br/>
        <w:t>дав бог мені сказати. як я мучусь.</w:t>
      </w:r>
    </w:p>
    <w:p>
      <w:r>
        <w:br/>
        <w:t>І що мені ця зустріч може дати,&lt;br /&gt;</w:t>
        <w:br/>
        <w:t>ця нерозпукла квітка поранкова?&lt;br /&gt;</w:t>
        <w:br/>
        <w:t>Тепер ти вільний в пекло й рай ступати,&lt;br /&gt;</w:t>
        <w:br/>
        <w:t>та в'яже дух вагання загадкове!&lt;br /&gt;</w:t>
        <w:br/>
        <w:t>Геть сумніви! До райських брам, увись&lt;br /&gt;</w:t>
        <w:br/>
        <w:t>твої шляхи за нею возмоглись.</w:t>
      </w:r>
    </w:p>
    <w:p>
      <w:r>
        <w:br/>
        <w:t>І чи ж тобі спізнати раювання,&lt;br /&gt;</w:t>
        <w:br/>
        <w:t>хоч і зажив на ті розкоші вічні,&lt;br /&gt;</w:t>
        <w:br/>
        <w:t>як ні надій, ні прагнень, ні бажання,&lt;br /&gt;</w:t>
        <w:br/>
        <w:t>а тільки рухи стежити величні,&lt;br /&gt;</w:t>
        <w:br/>
        <w:t>пасти очима найдорожчі кроки –&lt;br /&gt;</w:t>
        <w:br/>
        <w:t>і враз усохнуть сліз гіркі потоки.</w:t>
      </w:r>
    </w:p>
    <w:p>
      <w:r>
        <w:br/>
        <w:t>Здається, день вернула прудкокрила&lt;br /&gt;</w:t>
        <w:br/>
        <w:t>та вечорова радісна хвилина,&lt;br /&gt;</w:t>
        <w:br/>
        <w:t>як ти мене цілунком одарила.&lt;br /&gt;</w:t>
        <w:br/>
        <w:t>Був знак мені, що й завтра сонце зрине,&lt;br /&gt;</w:t>
        <w:br/>
        <w:t>ішли години ніжною ходою&lt;br /&gt;</w:t>
        <w:br/>
        <w:t>такі подібні, як сестра з сестрою.</w:t>
      </w:r>
    </w:p>
    <w:p>
      <w:r>
        <w:br/>
        <w:t>ЦІлунком тим пекельним обірвало&lt;br /&gt;</w:t>
        <w:br/>
        <w:t>чудовний ретязь спільної любові&lt;br /&gt;</w:t>
        <w:br/>
        <w:t>Ні на поріг нога вже не ступала,&lt;br /&gt;</w:t>
        <w:br/>
        <w:t>як херувима крила шарлатові&lt;br /&gt;</w:t>
        <w:br/>
        <w:t>надійно прихистили браму й мури.&lt;br /&gt;</w:t>
        <w:br/>
        <w:t>Снує по стежці погляд мій похмурий.</w:t>
      </w:r>
    </w:p>
    <w:p>
      <w:r>
        <w:br/>
        <w:t>Стулилось серце, нібио ніколи&lt;br /&gt;</w:t>
        <w:br/>
        <w:t>не розпукалось. І в часи щасливі&lt;br /&gt;</w:t>
        <w:br/>
        <w:t>не бачило, як знакували кола&lt;br /&gt;</w:t>
        <w:br/>
        <w:t>в погіднім небі зорі мерехтливі.&lt;br /&gt;</w:t>
        <w:br/>
        <w:t>Ці докори, жалі, турботи, втрати&lt;br /&gt;</w:t>
        <w:br/>
        <w:t>затисли серце у цупкі лещата.</w:t>
      </w:r>
    </w:p>
    <w:p>
      <w:r>
        <w:br/>
        <w:t>Ачи ж не годі? Натрудились руки:&lt;br /&gt;</w:t>
        <w:br/>
        <w:t>шумлять сади – там, де стриміли скелі.&lt;br /&gt;</w:t>
        <w:br/>
        <w:t>Хіба врожай не визрів? Сині луки&lt;br /&gt;</w:t>
        <w:br/>
        <w:t>лямують річку, займища, оселі.&lt;br /&gt;</w:t>
        <w:br/>
        <w:t>І чи не надимають безмір світу&lt;br /&gt;</w:t>
        <w:br/>
        <w:t>твоїх фантазій виплекані діти?</w:t>
      </w:r>
    </w:p>
    <w:p>
      <w:r>
        <w:br/>
        <w:t>Мов зітканий із райдужних мережив,&lt;br /&gt;</w:t>
        <w:br/>
        <w:t>ширяє серафим над сонмом хмар,&lt;br /&gt;</w:t>
        <w:br/>
        <w:t>небесної прозірності одежі&lt;br /&gt;</w:t>
        <w:br/>
        <w:t>гнучкого стану повивають чар,&lt;br /&gt;</w:t>
        <w:br/>
        <w:t>і стежиш ти, як кружеляти стане&lt;br /&gt;</w:t>
        <w:br/>
        <w:t>з усіх видінь найбільш кохане.</w:t>
      </w:r>
    </w:p>
    <w:p>
      <w:r>
        <w:br/>
        <w:t>Задосить миті, щоб тривку подобу&lt;br /&gt;</w:t>
        <w:br/>
        <w:t>впіймати в мерехтливому видінні.&lt;br /&gt;</w:t>
        <w:br/>
        <w:t>Старе, вернись, аби одну оздобу&lt;br /&gt;</w:t>
        <w:br/>
        <w:t>я відрізнити міг у миготінні&lt;br /&gt;</w:t>
        <w:br/>
        <w:t>забутих лиць. Нехай рука напише&lt;br /&gt;</w:t>
        <w:br/>
        <w:t>лиш те одне, що серцю наймиліше.</w:t>
      </w:r>
    </w:p>
    <w:p>
      <w:r>
        <w:br/>
        <w:t>Пригадую – вона спішить до брами&lt;br /&gt;</w:t>
        <w:br/>
        <w:t>в час зустрічі, як птах, тріпоче щастя.&lt;br /&gt;</w:t>
        <w:br/>
        <w:t>Востаннє доторкнулася устами&lt;br /&gt;</w:t>
        <w:br/>
        <w:t>до губ моїх – чи ж то забути вдасться?&lt;br /&gt;</w:t>
        <w:br/>
        <w:t>Ті найсолодші спогади шалені&lt;br /&gt;</w:t>
        <w:br/>
        <w:t>горять в душі, мов письмена вогненні.</w:t>
      </w:r>
    </w:p>
    <w:p>
      <w:r>
        <w:br/>
        <w:t>І серце, наче мур зубчастий, нею&lt;br /&gt;</w:t>
        <w:br/>
        <w:t>бережене, її й оберігало.&lt;br /&gt;</w:t>
        <w:br/>
        <w:t>Заради неї тішилось своєю&lt;br /&gt;</w:t>
        <w:br/>
        <w:t>постійністю, котру і їй являло&lt;br /&gt;</w:t>
        <w:br/>
        <w:t>і, звільнене в'язницею кохання,&lt;br /&gt;</w:t>
        <w:br/>
        <w:t>жило для дяки, для офірування.</w:t>
      </w:r>
    </w:p>
    <w:p>
      <w:r>
        <w:br/>
        <w:t>Зникає дар любити, чезне спрага&lt;br /&gt;</w:t>
        <w:br/>
        <w:t>взаємного кохання, виникає&lt;br /&gt;</w:t>
        <w:br/>
        <w:t>жадання добрих замірів, відвага&lt;br /&gt;</w:t>
        <w:br/>
        <w:t>благих чинінь, котра усе здолає.&lt;br /&gt;</w:t>
        <w:br/>
        <w:t>Любов, котра закоханих підносить,&lt;br /&gt;</w:t>
        <w:br/>
        <w:t>мені натхнення достарчає досить.</w:t>
      </w:r>
    </w:p>
    <w:p>
      <w:r>
        <w:br/>
        <w:t>І все вона! Обліг і душу й тіло&lt;br /&gt;</w:t>
        <w:br/>
        <w:t>важкий тягар непрошеної туги,&lt;br /&gt;</w:t>
        <w:br/>
        <w:t>жасне видіння душу оступило,&lt;br /&gt;</w:t>
        <w:br/>
        <w:t>а пустка серця сушить, як недуга,&lt;br /&gt;</w:t>
        <w:br/>
        <w:t>і ледь надія жевріє у бозі –&lt;br /&gt;</w:t>
        <w:br/>
        <w:t>її ще вгледжу я на тім порозі.</w:t>
      </w:r>
    </w:p>
    <w:p>
      <w:r>
        <w:br/>
        <w:t>Нам мир господній щастя провістує,&lt;br /&gt;</w:t>
        <w:br/>
        <w:t>але не розум – знане це достоту,&lt;br /&gt;</w:t>
        <w:br/>
        <w:t>його щасливий од кохання чує,&lt;br /&gt;</w:t>
        <w:br/>
        <w:t>як поблизу кохана є істота.&lt;br /&gt;</w:t>
        <w:br/>
        <w:t>Стихає серце. Як запраг тепер ти&lt;br /&gt;</w:t>
        <w:br/>
        <w:t>заради неї жити або вмерти.</w:t>
      </w:r>
    </w:p>
    <w:p>
      <w:r>
        <w:br/>
        <w:t>Цнота щедротних наших душ воліла&lt;br /&gt;</w:t>
        <w:br/>
        <w:t>пречистої сягнути високості,&lt;br /&gt;</w:t>
        <w:br/>
        <w:t>щоб вічно безіменне появило&lt;br /&gt;</w:t>
        <w:br/>
        <w:t>чарівні назви й таємниці прості.&lt;br /&gt;</w:t>
        <w:br/>
        <w:t>Як вабила нас благість! Емпіреї&lt;br /&gt;</w:t>
        <w:br/>
        <w:t>мені одслонювались біля неї.</w:t>
      </w:r>
    </w:p>
    <w:p>
      <w:r>
        <w:br/>
        <w:t>І повесняним подихом зігріта,&lt;br /&gt;</w:t>
        <w:br/>
        <w:t>у літеплі очей її розтала&lt;br /&gt;</w:t>
        <w:br/>
        <w:t>душа оклякла, що, снігами крита,&lt;br /&gt;</w:t>
        <w:br/>
        <w:t>у крижаному склепі довго спала.&lt;br /&gt;</w:t>
        <w:br/>
        <w:t>Хода кохана розігнала чари&lt;br /&gt;</w:t>
        <w:br/>
        <w:t>корисливості зі свавіллям в парі.</w:t>
      </w:r>
    </w:p>
    <w:p>
      <w:r>
        <w:br/>
        <w:t>І видалось, немов вона сказала:&lt;br /&gt;</w:t>
        <w:br/>
        <w:t>Наш вік – то дар. Не легковаж дарами,&lt;br /&gt;</w:t>
        <w:br/>
        <w:t>бо і минуле впевнює замало,&lt;br /&gt;</w:t>
        <w:br/>
        <w:t>а те, що буде, – за стома замками.&lt;br /&gt;</w:t>
        <w:br/>
        <w:t>Хай я надвечір чую страх і скрушу –&lt;br /&gt;</w:t>
        <w:br/>
        <w:t>ще взнає сонце, чим я тішу душу.&lt;br /&gt;</w:t>
        <w:br/>
        <w:t>Отож, чини, як я, і миті в вічі&lt;br /&gt;</w:t>
        <w:br/>
        <w:t>дивися завжди радо й без вагання.&lt;br /&gt;</w:t>
        <w:br/>
        <w:t>Приймай її з подякою у віщі&lt;br /&gt;</w:t>
        <w:br/>
        <w:t>хвилини щастя і часи кохання.&lt;br /&gt;</w:t>
        <w:br/>
        <w:t>Нехай твоя дитинність світ огорне,&lt;br /&gt;</w:t>
        <w:br/>
        <w:t>бо ти – то все і все непереборне.</w:t>
      </w:r>
    </w:p>
    <w:p>
      <w:r>
        <w:br/>
        <w:t>О так, подумав я. Тобі в дорогу&lt;br /&gt;</w:t>
        <w:br/>
        <w:t>подарував Господь зичливість миті.&lt;br /&gt;</w:t>
        <w:br/>
        <w:t>І коло тебе кожен має змогу&lt;br /&gt;</w:t>
        <w:br/>
        <w:t>почутися найщасливішим в світі.&lt;br /&gt;</w:t>
        <w:br/>
        <w:t>І знак мені – цю дружбу полишити.&lt;br /&gt;</w:t>
        <w:br/>
        <w:t>Хай скаже мудрість, як без неї жити.</w:t>
      </w:r>
    </w:p>
    <w:p>
      <w:r>
        <w:br/>
        <w:t>Я так тепер далеко! Чим же мушу&lt;br /&gt;</w:t>
        <w:br/>
        <w:t>заповнити свій час? Хіба я знаю?&lt;br /&gt;</w:t>
        <w:br/>
        <w:t>Ачи в робітні дотрудити душу?&lt;br /&gt;</w:t>
        <w:br/>
        <w:t>І це мені затяжко. Не бажаю.&lt;br /&gt;</w:t>
        <w:br/>
        <w:t>Так непоборна туга водить мною,&lt;br /&gt;</w:t>
        <w:br/>
        <w:t>що тільки умиваюся сльозою.</w:t>
      </w:r>
    </w:p>
    <w:p>
      <w:r>
        <w:br/>
        <w:t>Тож риньте, сльози! Стриму вам немає,&lt;br /&gt;</w:t>
        <w:br/>
        <w:t>як і вогню не загасити в серці.&lt;br /&gt;</w:t>
        <w:br/>
        <w:t>Хтось усевладний душу всю стрясає,&lt;br /&gt;</w:t>
        <w:br/>
        <w:t>життя і смерть зійшлись в затятім герці.&lt;br /&gt;</w:t>
        <w:br/>
        <w:t>О, трути дайте – витишити болі,&lt;br /&gt;</w:t>
        <w:br/>
        <w:t>бо бракне духові одваги й волі.</w:t>
      </w:r>
    </w:p>
    <w:p>
      <w:r>
        <w:br/>
        <w:t>Як він без неї животіти стане?&lt;br /&gt;</w:t>
        <w:br/>
        <w:t>В його уяві образ той мигоче,&lt;br /&gt;</w:t>
        <w:br/>
        <w:t>то дляється, то чезне, то неждане&lt;br /&gt;</w:t>
        <w:br/>
        <w:t>із цяточки вогню запалахкоче.&lt;br /&gt;</w:t>
        <w:br/>
        <w:t>Але нема найменшої відради –&lt;br /&gt;</w:t>
        <w:br/>
        <w:t>приплив – відплив, піднесення – і спади.</w:t>
      </w:r>
    </w:p>
    <w:p>
      <w:r>
        <w:br/>
        <w:t>Полиште мене тут, о друзі вірні.&lt;br /&gt;</w:t>
        <w:br/>
        <w:t>Я буду сам брести драговиною.&lt;br /&gt;</w:t>
        <w:br/>
        <w:t>Ви ж – далі йдіть. Для вас цей край безмірний,&lt;br /&gt;</w:t>
        <w:br/>
        <w:t>ця незглибима вись над головою.&lt;br /&gt;</w:t>
        <w:br/>
        <w:t>Досліджуйте, збирайте по дрібниці&lt;br /&gt;</w:t>
        <w:br/>
        <w:t>світ, що сховав правдиві таємниці.</w:t>
      </w:r>
    </w:p>
    <w:p>
      <w:r>
        <w:br/>
        <w:t>Усесвіт у мені, я в ньому зник без сліду,&lt;br /&gt;</w:t>
        <w:br/>
        <w:t>аджеж я був улюбленець богів,&lt;br /&gt;</w:t>
        <w:br/>
        <w:t>котрі на мене насилали біди,&lt;br /&gt;</w:t>
        <w:br/>
        <w:t>я ж радощами й горем багатів.&lt;br /&gt;</w:t>
        <w:br/>
        <w:t>Тепер боги мені склепили губи,&lt;br /&gt;</w:t>
        <w:br/>
        <w:t>підносять вгору й віддають порубі.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Марієнбадська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