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Маріє</w:t>
      </w:r>
    </w:p>
    <w:p>
      <w:r>
        <w:br/>
        <w:t xml:space="preserve"> МАРІЄ,</w:t>
      </w:r>
    </w:p>
    <w:p>
      <w:r>
        <w:br/>
        <w:t>за мертвими виють пси.&lt;br /&gt;</w:t>
        <w:br/>
        <w:t>Так виють, ніби за тими,&lt;br /&gt;</w:t>
        <w:br/>
        <w:t>що вмерли у всі часи,&lt;br /&gt;</w:t>
        <w:br/>
        <w:t>й між ними — ми.</w:t>
      </w:r>
    </w:p>
    <w:p>
      <w:r>
        <w:br/>
        <w:t>Не за ними.</w:t>
      </w:r>
    </w:p>
    <w:p>
      <w:r>
        <w:br/>
        <w:t>На сивому тлі трави&lt;br /&gt;</w:t>
        <w:br/>
        <w:t>тонко, мов конокради,&lt;br /&gt;</w:t>
        <w:br/>
        <w:t>проціджують ніч волхви&lt;br /&gt;</w:t>
        <w:br/>
        <w:t>імені твого ради.</w:t>
      </w:r>
    </w:p>
    <w:p>
      <w:r>
        <w:br/>
        <w:t>Тут виють до ранку пси&lt;br /&gt;</w:t>
        <w:br/>
        <w:t>за мертвими й за живими&lt;br /&gt;</w:t>
        <w:br/>
        <w:t>на грані,</w:t>
      </w:r>
    </w:p>
    <w:p>
      <w:r>
        <w:br/>
        <w:t>бо голоси</w:t>
      </w:r>
    </w:p>
    <w:p>
      <w:r>
        <w:br/>
        <w:t>їхні</w:t>
      </w:r>
    </w:p>
    <w:p>
      <w:r>
        <w:br/>
        <w:t>кажуть очима.</w:t>
      </w:r>
    </w:p>
    <w:p>
      <w:r>
        <w:br/>
        <w:t>Заплющуй очі…</w:t>
      </w:r>
    </w:p>
    <w:p>
      <w:r>
        <w:br/>
        <w:t>зірви</w:t>
      </w:r>
    </w:p>
    <w:p>
      <w:r>
        <w:br/>
        <w:t>губами пелюстку зради&lt;br /&gt;</w:t>
        <w:br/>
        <w:t>па псиному тлі трави&lt;br /&gt;</w:t>
        <w:br/>
        <w:t>спасенної ночі ради.</w:t>
      </w:r>
    </w:p>
    <w:p>
      <w:r>
        <w:br/>
        <w:t>Ми тут.</w:t>
      </w:r>
    </w:p>
    <w:p>
      <w:r>
        <w:br/>
        <w:t>Ми вдвох на коні,</w:t>
      </w:r>
    </w:p>
    <w:p>
      <w:r>
        <w:br/>
        <w:t>що палить трави в галопі!&lt;br /&gt;</w:t>
        <w:br/>
        <w:t>За нами виють чи ні?!&lt;br /&gt;</w:t>
        <w:br/>
        <w:t>Тут кров б'є об кров!</w:t>
      </w:r>
    </w:p>
    <w:p>
      <w:r>
        <w:br/>
        <w:t>Це опір.</w:t>
      </w:r>
    </w:p>
    <w:p>
      <w:r>
        <w:br/>
        <w:t>Хтось мав любити</w:t>
      </w:r>
    </w:p>
    <w:p>
      <w:r>
        <w:br/>
        <w:t>тут.</w:t>
      </w:r>
    </w:p>
    <w:p>
      <w:r>
        <w:br/>
        <w:t>Ми ждали такої ночі.&lt;br /&gt;</w:t>
        <w:br/>
        <w:t>Душа моя горне бруд —&lt;br /&gt;</w:t>
        <w:br/>
        <w:t>роби з ного, що хочеш,</w:t>
      </w:r>
    </w:p>
    <w:p>
      <w:r>
        <w:br/>
        <w:t>бо виють до ранку пси&lt;br /&gt;</w:t>
        <w:br/>
        <w:t>за мертвими й за живими&lt;br /&gt;</w:t>
        <w:br/>
        <w:t>на грані,</w:t>
      </w:r>
    </w:p>
    <w:p>
      <w:r>
        <w:br/>
        <w:t>бо голоси</w:t>
      </w:r>
    </w:p>
    <w:p>
      <w:r>
        <w:br/>
        <w:t>їхні</w:t>
      </w:r>
    </w:p>
    <w:p>
      <w:r>
        <w:br/>
        <w:t>кажуть очима…</w:t>
      </w:r>
    </w:p>
    <w:p>
      <w:r>
        <w:br/>
        <w:t>Ми ще ворушимось!</w:t>
      </w:r>
    </w:p>
    <w:p>
      <w:r>
        <w:br/>
        <w:t>Ми</w:t>
      </w:r>
    </w:p>
    <w:p>
      <w:r>
        <w:br/>
        <w:t>виєм з болю до рана,&lt;br /&gt;</w:t>
        <w:br/>
        <w:t>з любові виємо,</w:t>
      </w:r>
    </w:p>
    <w:p>
      <w:r>
        <w:br/>
        <w:t>з тьми,</w:t>
      </w:r>
    </w:p>
    <w:p>
      <w:r>
        <w:br/>
        <w:t>тут,</w:t>
      </w:r>
    </w:p>
    <w:p>
      <w:r>
        <w:br/>
        <w:t>як там, де застане…</w:t>
      </w:r>
    </w:p>
    <w:p>
      <w:r>
        <w:br/>
        <w:t>На сивому тлі трави&lt;br /&gt;</w:t>
        <w:br/>
        <w:t>тонко, мов конокради,&lt;br /&gt;</w:t>
        <w:br/>
        <w:t>проціджують ніч волхви&lt;br /&gt;</w:t>
        <w:br/>
        <w:t>імені твого ради.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