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ко, моя квітк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ко, моя кві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