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Мандрівник із країни Китанії</w:t>
      </w:r>
    </w:p>
    <w:p>
      <w:r>
        <w:br/>
        <w:t xml:space="preserve"> &lt;p&gt;За морями та океанами лежить найвіддаленіша земля — Антарктида. Безлюдна, скута вічною кригою, холодна і непривітна вона. У воді довкола Антарктиди живуть найбільші у світі морські тварини — кити. Ніде немає їх стільки, як тут. Тому по праву цей далекий загадковий край можна назвати країною Китанією.</w:t>
      </w:r>
    </w:p>
    <w:p>
      <w:r>
        <w:br/>
        <w:t>Окрім цих морських велетнів, у країні Китанії живе сила-силенна дивовижних птахів.</w:t>
      </w:r>
    </w:p>
    <w:p>
      <w:r>
        <w:br/>
        <w:t>Дивовижних — бо мають крила, а не літають. Несуть яйця і не в гнізда кладуть їх, але й не кидають і на мить їх без нагляду — зігрівають під собою, аж доки не вилупляться з яєць пташенята. Птах здається незграбним. А пірне у воду — всі рибини кидаються урозтіч. Бо так швидко почне він у воді махати крильми, наче плавцями, що піймає здобич і на глибині.</w:t>
      </w:r>
    </w:p>
    <w:p>
      <w:r>
        <w:br/>
        <w:t>Пінгвіни — так звуть цих птахів.</w:t>
      </w:r>
    </w:p>
    <w:p>
      <w:r>
        <w:br/>
        <w:t>Смачну рибу вони часом шукають далеко-далеко від Антарктиди.</w:t>
      </w:r>
    </w:p>
    <w:p>
      <w:r>
        <w:br/>
        <w:t>Одного з таких мандрівників нам довелося зустріти аж поблизу південних берегів Африки. Я побачив птаха вперше і подумав, що це сидить на воді велика свійська качка. А за мить, хоч як вдивлялися ми у воду, вже ніде не бачили його. Коли зирк — аж пінгвін на палубі сусіднього траулера. Ми саме навантажували морожену рибу.</w:t>
      </w:r>
    </w:p>
    <w:p>
      <w:r>
        <w:br/>
        <w:t>Пінгвін виструнчився, ніби солдат. Крила, як руки, складені вздовж тіла. Спина в нього чорна, аж лиснить, живіт білий. І що дивно: на пінгвіна ніхто аніскілечки не зважає. Значить, уже звикли до нього, і він там як свій...</w:t>
      </w:r>
    </w:p>
    <w:p>
      <w:r>
        <w:br/>
        <w:t>— Давно ви дружите з пінгвіном? — питаємо в рибалки.</w:t>
      </w:r>
    </w:p>
    <w:p>
      <w:r>
        <w:br/>
        <w:t>— Уже з тиждень не відстає від нашого судна. Де ми, там і він.</w:t>
      </w:r>
    </w:p>
    <w:p>
      <w:r>
        <w:br/>
        <w:t>— А як же він вилазить на палубу?</w:t>
      </w:r>
    </w:p>
    <w:p>
      <w:r>
        <w:br/>
        <w:t>— По сліпу,— відказав рибалка.</w:t>
      </w:r>
    </w:p>
    <w:p>
      <w:r>
        <w:br/>
        <w:t>Сліп — це так називають виріз у хвостовій частині траулера. Сліпом витягують сіті з уловом.</w:t>
      </w:r>
    </w:p>
    <w:p>
      <w:r>
        <w:br/>
        <w:t>Моряк підійшов до пінгвіна, погладив йому шию. Птахові це сподобалось. Він вдячно поглянув на моряка. Той підніс йому до дзьоба рибину.</w:t>
      </w:r>
    </w:p>
    <w:p>
      <w:r>
        <w:br/>
        <w:t>— На, їж!</w:t>
      </w:r>
    </w:p>
    <w:p>
      <w:r>
        <w:br/>
        <w:t>Пінгвін винувато крутнув головою, ніби промовляв: "Не можу ж я поїдати всю рибу, якою мене частують. Живіт лусне".</w:t>
      </w:r>
    </w:p>
    <w:p>
      <w:r>
        <w:br/>
        <w:t>— Ми вже скоро закінчуємо промисли,— сказав рибалка,— потім додому, в Одесу. Візьмемо й пінгвіна з собою. Може, в наших краях йому сподобається...</w:t>
      </w:r>
    </w:p>
    <w:p>
      <w:r>
        <w:br/>
        <w:t>Минуло відтоді більше місяця. Якось випадково я стрів у Одесі того самого моряка.</w:t>
      </w:r>
    </w:p>
    <w:p>
      <w:r>
        <w:br/>
        <w:t>— Ну, де ж ви поділи пінгвіна? — питаю.</w:t>
      </w:r>
    </w:p>
    <w:p>
      <w:r>
        <w:br/>
        <w:t>Моряк каже:</w:t>
      </w:r>
    </w:p>
    <w:p>
      <w:r>
        <w:br/>
        <w:t>— Плив із нами ще кілька днів. А як підходили до екватора, то однієї ночі його не стало.</w:t>
      </w:r>
    </w:p>
    <w:p>
      <w:r>
        <w:br/>
        <w:t>Напевно, пінгвінові в його пір'яному кожусі дуже докучала спека. Скотився сліпом у воду та й подався до рідної країни Китанії.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Мандрівник із країни Китанії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