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ндрівний замок Хаул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ндрівний замок Хау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