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Мандрівна квітка (збірка)</w:t>
      </w:r>
    </w:p>
    <w:p>
      <w:r>
        <w:br/>
        <w:t xml:space="preserve"> &lt;p&gt;ВИНОГРАД У САДУ</w:t>
      </w:r>
    </w:p>
    <w:p>
      <w:r>
        <w:br/>
        <w:t>Коли Катрусині батько і мати приїхали працювати в село, їм дали невеликий дім біля Дніпра. Будиночок гарний, цегляний, але ж біля нього нічого не було — гола земля.</w:t>
      </w:r>
    </w:p>
    <w:p>
      <w:r>
        <w:br/>
        <w:t>— Це не біда,— заспокоїв голова колгоспу.— Виростите собі садочок, то буде і у вас, як у всіх людей.</w:t>
      </w:r>
    </w:p>
    <w:p>
      <w:r>
        <w:br/>
        <w:t>Вони так і зробили. Весною посадили діляночку малини, діляночку аґрусу, діляночку порічок. А восени — п'ять яблуньок, п'ять грушок, п'ять сливок, п'ять абрикосок і п'ять вишеньок. Ще залишалося трохи місця в низині, то Катруся і каже:</w:t>
      </w:r>
    </w:p>
    <w:p>
      <w:r>
        <w:br/>
        <w:t>— А тут давайте посадимо виноград. Я його дуже люблю.</w:t>
      </w:r>
    </w:p>
    <w:p>
      <w:r>
        <w:br/>
        <w:t>— Ой, що ти, доню! — заперечила Катрусина мама.—-Виноград такий ніжний та примхливий, а там його у повінь Дніпро може водою залити. І лоза наша пропаде. Тільки потрудимося задарма.</w:t>
      </w:r>
    </w:p>
    <w:p>
      <w:r>
        <w:br/>
        <w:t>— А все ж таки цікаво,— мовив Катрусин тато.— Хоч подивимося, як отой виноград росте.</w:t>
      </w:r>
    </w:p>
    <w:p>
      <w:r>
        <w:br/>
        <w:t>І посадили вони для проби кілька виноградних лозин.</w:t>
      </w:r>
    </w:p>
    <w:p>
      <w:r>
        <w:br/>
        <w:t>Цісля зими знову настала весна. Пробудився, розгулявся старий Дніпро і як почав гнати воду, як почав! Одного ранку Катруся вийшла на поріг, глянула — аж довкола, скільки очі бачать, сама вода. І в низині, і в саду, і в дворі, мало до будинку не дійшла. .</w:t>
      </w:r>
    </w:p>
    <w:p>
      <w:r>
        <w:br/>
        <w:t>Подивилася мама.на все це й каже:</w:t>
      </w:r>
    </w:p>
    <w:p>
      <w:r>
        <w:br/>
        <w:t>— Пропав наш сад. У дерев корінчики ще слабенькі. А малина, аґрус і порічки теж не витримають такої води...</w:t>
      </w:r>
    </w:p>
    <w:p>
      <w:r>
        <w:br/>
        <w:t>— Ну, що ж,— озвався Катрусин тато,— нічого не вдієш. Якщо вимокне, то вдруге насадимо. Не щороку ж Дніпро отак розливається. А коли зміцніють деревця, тоді їм повінь не страшна.</w:t>
      </w:r>
    </w:p>
    <w:p>
      <w:r>
        <w:br/>
        <w:t>Прийшов Дніпро до саду серед квітня, а відступив аж у травні. І де розливався, там земля грузька, і все таке чорне, немов вигоріло.</w:t>
      </w:r>
    </w:p>
    <w:p>
      <w:r>
        <w:br/>
        <w:t>Ходять усі втрьох — Катруся, мама і тато —-по саду, розглядають, що накоїв Дніпро.</w:t>
      </w:r>
    </w:p>
    <w:p>
      <w:r>
        <w:br/>
        <w:t>— Ця вишенька вже ні на що не здатна,— каже Катрусин тато.</w:t>
      </w:r>
    </w:p>
    <w:p>
      <w:r>
        <w:br/>
        <w:t>— А в цієї яблуньки, бачите, кора тріснула,— скрушно мовила мама.</w:t>
      </w:r>
    </w:p>
    <w:p>
      <w:r>
        <w:br/>
        <w:t>Потім зайшли в малинник — чорно! Поглянули на ділянку, де аґрус ріс, і там все загинуло. Порічкова ділянка теж така.</w:t>
      </w:r>
    </w:p>
    <w:p>
      <w:r>
        <w:br/>
        <w:t>— От лихо! — зітхнув тато.</w:t>
      </w:r>
    </w:p>
    <w:p>
      <w:r>
        <w:br/>
        <w:t>Катруся ж не зітхала, бо ніколи було. Треба мерщій усе оглянути.,</w:t>
      </w:r>
    </w:p>
    <w:p>
      <w:r>
        <w:br/>
        <w:t>— А як же там наш виноград? — раптом згадав тато.</w:t>
      </w:r>
    </w:p>
    <w:p>
      <w:r>
        <w:br/>
        <w:t>— Мабуть, від сердешного й сліду не залишилося,— відповіла мама.</w:t>
      </w:r>
    </w:p>
    <w:p>
      <w:r>
        <w:br/>
        <w:t>Катруся саме спинилася в низині, там, де виноград восени садили. І бачить: пагонець зелений-презелений та такий сильний, соковитий. Вона як закричить:</w:t>
      </w:r>
    </w:p>
    <w:p>
      <w:r>
        <w:br/>
        <w:t>— Мамо, таточку, а що це таке? Ось ідіть подивіться!</w:t>
      </w:r>
    </w:p>
    <w:p>
      <w:r>
        <w:br/>
        <w:t>Батько й мати туди. Все навколо чорне, тільки один пагінчик зеленим листям до сонця поривається.</w:t>
      </w:r>
    </w:p>
    <w:p>
      <w:r>
        <w:br/>
        <w:t>— Ой! — сплеснула в долоні мама.— Та це виноград!</w:t>
      </w:r>
    </w:p>
    <w:p>
      <w:r>
        <w:br/>
        <w:t>— Еге ж, таки виноград,— ствердив тато.— Виявляється, він води зовсім не боїться. Оце добре! Бо скільки землі пропадає і в нас, і в сусідів. Ніхто тут, в низині, не садить, всі бояться, що Дніпро заллє. А виходить, що тут для винограду найкраще місце!</w:t>
      </w:r>
    </w:p>
    <w:p>
      <w:r>
        <w:br/>
        <w:t>Насадили вони винограду. І такий він за літо виріс розкішний, такий гарний, що сусіди приходили, дивилиСя й дивувалися.</w:t>
      </w:r>
    </w:p>
    <w:p>
      <w:r>
        <w:br/>
        <w:t>А той, перший, кущик був найкращий. Катруся навіть подружила з ним. Навчилася його розуміти. От коли надворі дощ,— листя у винограду веселеньке, він усім задоволений. А коли спека, листя прив'яле, то вже Катруся знає: він пити хоче, треба йому води принести. Бере вона своє маленьке відерце. Іде до діжки, що стоїть біля будинку під ринвою. Набирає в нього по самі вінця води і виливає під коріння. Інколи відерець з десяток принесе. Як уже виноград нап'ється досхочу, листочки його розпрямляються, підводяться. Такий радий, такий веселий стає! Війне вітерець, листочки зашелестять, і Катрусі вчувається, ніби вони шепочуть їй:</w:t>
      </w:r>
    </w:p>
    <w:p>
      <w:r>
        <w:br/>
        <w:t>— От нам зараз добре! От нам гарно! Спасибі тобі, дівчинко, спасибі тобі, Катрусю!</w:t>
      </w:r>
    </w:p>
    <w:p>
      <w:r>
        <w:br/>
        <w:t>А який листочок ще й по голівці погладить її.</w:t>
      </w:r>
    </w:p>
    <w:p>
      <w:r>
        <w:br/>
        <w:t>МАНДРІВНА КВІТКА</w:t>
      </w:r>
    </w:p>
    <w:p>
      <w:r>
        <w:br/>
        <w:t>Увечері Катруся гуляла в саду. Над стежкою розцвіла червона квіточка,</w:t>
      </w:r>
    </w:p>
    <w:p>
      <w:r>
        <w:br/>
        <w:t>— Добривечір! Як поживаєш? — вигукнула дівчинка і сплеснула в долоні.— Яка ж ти гарна! Неначе вмита. Дай я трохи біля тебе посиджу.</w:t>
      </w:r>
    </w:p>
    <w:p>
      <w:r>
        <w:br/>
        <w:t>Маківочка не вміла розмовляти. А Катрусі здалося, що вона сказала:</w:t>
      </w:r>
    </w:p>
    <w:p>
      <w:r>
        <w:br/>
        <w:t>— Присядь. Коли хочеш, я на тебе одну пелюсточку скину.</w:t>
      </w:r>
    </w:p>
    <w:p>
      <w:r>
        <w:br/>
        <w:t>Війнув вітерець, і на дівчинку впала червона пелюсточка.</w:t>
      </w:r>
    </w:p>
    <w:p>
      <w:r>
        <w:br/>
        <w:t>Катруся поклала її на долоню і погукала сусідського хлопчика Василька, з яким дружила:</w:t>
      </w:r>
    </w:p>
    <w:p>
      <w:r>
        <w:br/>
        <w:t>— Васильку, а йди-но сюди, глянь, яка пелюсточка красива.</w:t>
      </w:r>
    </w:p>
    <w:p>
      <w:r>
        <w:br/>
        <w:t>Василько підійшов, подивився й сказав:</w:t>
      </w:r>
    </w:p>
    <w:p>
      <w:r>
        <w:br/>
        <w:t>— Таки справді гарнесенька...</w:t>
      </w:r>
    </w:p>
    <w:p>
      <w:r>
        <w:br/>
        <w:t>Потім Катруся повечеряла і лягла спати. Вранці вийшла надвір, зайшла в сад і скрикнула від здивування:</w:t>
      </w:r>
    </w:p>
    <w:p>
      <w:r>
        <w:br/>
        <w:t>— Ой, матусю! Глянь, куди за ніч квіточка перейшла. Увечері була он там, а теперь ось де...</w:t>
      </w:r>
    </w:p>
    <w:p>
      <w:r>
        <w:br/>
        <w:t>Мама Катрусина поглянула і каже:</w:t>
      </w:r>
    </w:p>
    <w:p>
      <w:r>
        <w:br/>
        <w:t>— Квіточки, доню, тільки в казці ходять. То вчорашня маківочка облетіла вночі, а вранці інша зацвіла. А тобі здалося, що вона сюди перейшла. Зрозуміла?</w:t>
      </w:r>
    </w:p>
    <w:p>
      <w:r>
        <w:br/>
        <w:t>— Ні, я не хочу так,—відповіла Катруся.— Хочу, щоб квіточки ходили. Я ходжу — хай і вони ходять!</w:t>
      </w:r>
    </w:p>
    <w:p>
      <w:r>
        <w:br/>
        <w:t>ЩО ПРИСНИЛОСЬ КАТРУСІ</w:t>
      </w:r>
    </w:p>
    <w:p>
      <w:r>
        <w:br/>
        <w:t>Якось Катруся каже Василькові:</w:t>
      </w:r>
    </w:p>
    <w:p>
      <w:r>
        <w:br/>
        <w:t>— Васильку! Чуєш, Васильку! Давай гратися в піжмурки.</w:t>
      </w:r>
    </w:p>
    <w:p>
      <w:r>
        <w:br/>
        <w:t>— Добре. Давай,— погодився він.</w:t>
      </w:r>
    </w:p>
    <w:p>
      <w:r>
        <w:br/>
        <w:t>Почали вони гру. Тільки Катруся заховається, Василько зразу її відшукає. А як Василько — то Катруся бігає, бігає, а знайти не може. Стало Катрусі дуже кривдно. Сіла вона в саду й гірко заплакала. Доти плакала, що аж спати захотіла.</w:t>
      </w:r>
    </w:p>
    <w:p>
      <w:r>
        <w:br/>
        <w:t>Раптом чує — хтось обзивається до неї:</w:t>
      </w:r>
    </w:p>
    <w:p>
      <w:r>
        <w:br/>
        <w:t>— Чого ти, дівчинко, плачеш?</w:t>
      </w:r>
    </w:p>
    <w:p>
      <w:r>
        <w:br/>
        <w:t>— Як же мені не плакати, коли тільки-но я заховаюся, то Василько зразу мене й знайде. А як</w:t>
      </w:r>
    </w:p>
    <w:p>
      <w:r>
        <w:br/>
        <w:t>Коли де чує — до квітки щось летить. І так гуде, як ото літак, а саме волохате, страшне. Підлетіло, сіло край пелюсточки, потім полізло у квітку. Катруся злякалася, як замахає руками, як закричить:</w:t>
      </w:r>
    </w:p>
    <w:p>
      <w:r>
        <w:br/>
        <w:t>— Ой, боюся, боюся!..</w:t>
      </w:r>
    </w:p>
    <w:p>
      <w:r>
        <w:br/>
        <w:t>Спинилося воно, побачило її та й каже:</w:t>
      </w:r>
    </w:p>
    <w:p>
      <w:r>
        <w:br/>
        <w:t>— Чого ти, дівчинко, кричиш? Ти не кричи, не бійся мене. Я — бджола.</w:t>
      </w:r>
    </w:p>
    <w:p>
      <w:r>
        <w:br/>
        <w:t>Придивилася Катруся — і справді бджола перед нею. Хоч і волохатенька, зате чепурненька, золотиста, славна. Тоді Катруся й питає:</w:t>
      </w:r>
    </w:p>
    <w:p>
      <w:r>
        <w:br/>
        <w:t>— А ти не вкусиш мене?</w:t>
      </w:r>
    </w:p>
    <w:p>
      <w:r>
        <w:br/>
        <w:t>— Ні, що ти! — відповідає бджола.— Тільки посунься трохи й сиди смирненько.</w:t>
      </w:r>
    </w:p>
    <w:p>
      <w:r>
        <w:br/>
        <w:t>Катруся відсунулася набік, бджола пролізла повз неї, випустила свій носочок і почала смоктати квітковий сік — нектар. Носочок у бджоли прозорий, і Катруся бачить, як по ньому підіймається чистий-пречистий, мов сльоза, і, мабуть, солодкий, як мед, нектар. Катруся засовалася, облизала губи та як запхикає:</w:t>
      </w:r>
    </w:p>
    <w:p>
      <w:r>
        <w:br/>
        <w:t>— Пхи, пхи, пхи...</w:t>
      </w:r>
    </w:p>
    <w:p>
      <w:r>
        <w:br/>
        <w:t>— Чого ти? — питає бджола.</w:t>
      </w:r>
    </w:p>
    <w:p>
      <w:r>
        <w:br/>
        <w:t>— Еге, чого! Того, що мені теж хочеться солодкого,— каже Катруся;</w:t>
      </w:r>
    </w:p>
    <w:p>
      <w:r>
        <w:br/>
        <w:t>— То летімо до мене додому. Там є чим тобі поласувати. Меду в нас — скільки душа твоя забажає! — мовила бджола.</w:t>
      </w:r>
    </w:p>
    <w:p>
      <w:r>
        <w:br/>
        <w:t>Усміхнулась Катруся. Але враз насупилася і сказала:</w:t>
      </w:r>
    </w:p>
    <w:p>
      <w:r>
        <w:br/>
        <w:t>— Як же я полечу, коли в мене крилець немає?</w:t>
      </w:r>
    </w:p>
    <w:p>
      <w:r>
        <w:br/>
        <w:t>— А ти на мене сідай — вдвох полетимо.</w:t>
      </w:r>
    </w:p>
    <w:p>
      <w:r>
        <w:br/>
        <w:t>— А це не страшно? — запитала дівчинка.</w:t>
      </w:r>
    </w:p>
    <w:p>
      <w:r>
        <w:br/>
        <w:t>— Ні. Сідай, не бійся,— заспокоїла бджола.</w:t>
      </w:r>
    </w:p>
    <w:p>
      <w:r>
        <w:br/>
        <w:t>Катруся сіла на неї, міцно вхопившись руками за шию. Бджола замахала крильцями, загула й полетіла.</w:t>
      </w:r>
    </w:p>
    <w:p>
      <w:r>
        <w:br/>
        <w:t>І прилетіли вони до бджолиного дому. Будиночок у неї дерев'яний з продовгуватими дверима, зі скляним невеличким віконечком. Сам він червоний-червоний, а дашок зелений. Тільки-но долетіли до цього будиночка, так і запахло медом.</w:t>
      </w:r>
    </w:p>
    <w:p>
      <w:r>
        <w:br/>
        <w:t>— А чого тут так пахне? — поцікавилась Катруся.</w:t>
      </w:r>
    </w:p>
    <w:p>
      <w:r>
        <w:br/>
        <w:t>— Бо тут ми з нектару мед робимо,— пояснила бджола,— Ходімо подивишся.</w:t>
      </w:r>
    </w:p>
    <w:p>
      <w:r>
        <w:br/>
        <w:t>Як зайшла Катруся всередину будиночка, то аж зойкнула, бо в ньому стільки тих бджіл, стільки того меду було! Стоїть вона, дивиться, а слинка у неї так і тече.</w:t>
      </w:r>
    </w:p>
    <w:p>
      <w:r>
        <w:br/>
        <w:t>— Ну, так хочеш меду покуштувати? — питає бджола.</w:t>
      </w:r>
    </w:p>
    <w:p>
      <w:r>
        <w:br/>
        <w:t>— Еге, хочу,— відповідає дівчинка і каже це тихенько й несміливо.</w:t>
      </w:r>
    </w:p>
    <w:p>
      <w:r>
        <w:br/>
        <w:t>— То добре. Сідай отут,— показала бджола на вощаний стілець біля невеликого, теж із воску, столика.</w:t>
      </w:r>
    </w:p>
    <w:p>
      <w:r>
        <w:br/>
        <w:t>Катруся присіла, бджола принесла їй цілу миску меду та велику ложку. І миска, і ложка також були вощані.</w:t>
      </w:r>
    </w:p>
    <w:p>
      <w:r>
        <w:br/>
        <w:t>— Ну, бери їж,— каже бджола.</w:t>
      </w:r>
    </w:p>
    <w:p>
      <w:r>
        <w:br/>
        <w:t>Взяла Катруся ложку, набрала в неї меду, їсть. А мед такий солодкий, такий смачний, що вона не помітила, як і шматочок ложки відкусила.</w:t>
      </w:r>
    </w:p>
    <w:p>
      <w:r>
        <w:br/>
        <w:t>От коли наїлася, от коли наласувалася Катруся меду! До несхочу!..</w:t>
      </w:r>
    </w:p>
    <w:p>
      <w:r>
        <w:br/>
        <w:t>І раптом згадала Василька.</w:t>
      </w:r>
    </w:p>
    <w:p>
      <w:r>
        <w:br/>
        <w:t>— Ой лишенько! Та це ж він, бідолашний, бігає скрізь та шукає мене, а я й забула про нього.</w:t>
      </w:r>
    </w:p>
    <w:p>
      <w:r>
        <w:br/>
        <w:t>Шкода стало дівчинці Василька. Підхопилася, виглянула у скляне віконечко та як загукає з усієї сили:</w:t>
      </w:r>
    </w:p>
    <w:p>
      <w:r>
        <w:br/>
        <w:t>— Васильку! Васильку! Я осьдечки!</w:t>
      </w:r>
    </w:p>
    <w:p>
      <w:r>
        <w:br/>
        <w:t>І... прокинулася. Бо, бачте, все це: і про квітку, і про бджолу, і про мед — їй приснилося.</w:t>
      </w:r>
    </w:p>
    <w:p>
      <w:r>
        <w:br/>
        <w:t>Коли Катруся все розповіла, Василькові теж закортіло такого сну.</w:t>
      </w:r>
    </w:p>
    <w:p>
      <w:r>
        <w:br/>
        <w:t>Та йому таке не насниться, бо його не люблять квіти. Він їх шаблею рубає. А Катруся береже, доглядає квіти.</w:t>
      </w:r>
    </w:p>
    <w:p>
      <w:r>
        <w:br/>
        <w:t>Якщо Василько та й усі хлопці будуть робити так, як вона, Катруся, то, може, і їм присниться такий сон. Звичайно, присниться!</w:t>
      </w:r>
    </w:p>
    <w:p>
      <w:r>
        <w:br/>
        <w:t>БІЙ ЗА ГНІЗДО</w:t>
      </w:r>
    </w:p>
    <w:p>
      <w:r>
        <w:br/>
        <w:t>Побудував Катрусин тато на своєму дворищі невеликий сарай. А в тому сараї під дахом змостили собі горобці гніздо. Гороб'яче гніздо всеньке літо не порожніє. Тільки-но одна сім'я збереться вилетіти, як друга вже сидить поблизу, чекає, коли те гніздо звільниться. І часом їм так не терпиться, що аж підганяти починають:</w:t>
      </w:r>
    </w:p>
    <w:p>
      <w:r>
        <w:br/>
        <w:t>— Та чого ви так довго? Ану, не баріться! Мерщій вилітайте!</w:t>
      </w:r>
    </w:p>
    <w:p>
      <w:r>
        <w:br/>
        <w:t>Так було й цього разу. Усівся неподалік від гнізда чужий горобець, якому хотілося швидше видворити з нього гороб'ят, і заходився цвірінчати.</w:t>
      </w:r>
    </w:p>
    <w:p>
      <w:r>
        <w:br/>
        <w:t>— Ось ти, здоровий уже хлопчисько, а все боїшся розправити крильця і вилетіти з гнізда,— накинувся він на крайнє горобеня.— Ти не бійся! Розправляй їх і тоді — раз униз головою! Думаєш, упадеш на землю? Ніколи не впадеш!</w:t>
      </w:r>
    </w:p>
    <w:p>
      <w:r>
        <w:br/>
        <w:t>А матері-горобчисі за цього "здорового уже хлопчиська" страшно, щоб якось не зірвався він та не впав, бо ще й розбитися може. Та найстрашніше їй сусідського рябого кота. Той кіт пильно стежить за тим, коли почнуть вилітати гороб'ята з гнізда, і неодмінно тоді десь поблизу в кущах сховається. Тільки пташеня сяде на землю або на якийсь кущик низенький, він його — хап!— і нема. Тому бідна горобчиха так уже видивляється, так роззирається довкола, та ще й горобцеві своєму наказує:</w:t>
      </w:r>
    </w:p>
    <w:p>
      <w:r>
        <w:br/>
        <w:t>— Ану, мерщій ще раз оглянь оту грядочку, чи не сховався де рябий котяра!</w:t>
      </w:r>
    </w:p>
    <w:p>
      <w:r>
        <w:br/>
        <w:t>— Та що там дивитися?! Нічого там дивитися! Ніякого кота там немає! — сердито зацвірінькав чужий горобець.</w:t>
      </w:r>
    </w:p>
    <w:p>
      <w:r>
        <w:br/>
        <w:t>Але горобець-батько не послухав його, спурхнув з даху, полетів низенько над картоплею і мало не зомлів від жаху. Під одним кущем сидів-таки здоровенний кіт: тінь від картопляного куща ряба і він рябий, то й заховався там.</w:t>
      </w:r>
    </w:p>
    <w:p>
      <w:r>
        <w:br/>
        <w:t>Кинувся горобець-батько з того місця назад, на покрівлю.</w:t>
      </w:r>
    </w:p>
    <w:p>
      <w:r>
        <w:br/>
        <w:t>— Біда! Біда!—закричав що є сили.— Кіт у картоплі сховався! Он бачите, бачите?!</w:t>
      </w:r>
    </w:p>
    <w:p>
      <w:r>
        <w:br/>
        <w:t>Витягла шийку горобчиха-мати. І справді: за кущем причаївся кіт. Ех, вона тоді як підлетить до того чужого горобця, як ухопить його за чуба, крилами духопелить, кричить:</w:t>
      </w:r>
    </w:p>
    <w:p>
      <w:r>
        <w:br/>
        <w:t>— Так це тобі так не терпиться, що ти моїх діток хотів котові повіддавати? Так на ж тобі за це! Знай, знай, знай! — і знову за чубок його смиче,&amp;#8232;І знову крилами його лупцює.</w:t>
      </w:r>
    </w:p>
    <w:p>
      <w:r>
        <w:br/>
        <w:t>Катруся з татом стояли у дворі, бачили все це і тішилися, що в них такі обачні, такі розумні горобці.</w:t>
      </w:r>
    </w:p>
    <w:p>
      <w:r>
        <w:br/>
        <w:t>Тоді тато сказав Катрусі:</w:t>
      </w:r>
    </w:p>
    <w:p>
      <w:r>
        <w:br/>
        <w:t>— Поклич, доню, Василька, нехай забере свого кота.</w:t>
      </w:r>
    </w:p>
    <w:p>
      <w:r>
        <w:br/>
        <w:t>Катруся покликала сусідського хлопчика, він підкрався до картопляного куща, зловив рябого, відніс додому і замкнув у хижці. Нехай тепер спокійно вилітають з гнізда молоденькі горобчики.</w:t>
      </w:r>
    </w:p>
    <w:p>
      <w:r>
        <w:br/>
        <w:t>А чужий битий горобець аж на дальню яблуню втік. Сидів там на гілці і покректував:</w:t>
      </w:r>
    </w:p>
    <w:p>
      <w:r>
        <w:br/>
        <w:t>— Ох, і побила ж, клята горобчиха!.. Ох, і на скубла ж!..</w:t>
      </w:r>
    </w:p>
    <w:p>
      <w:r>
        <w:br/>
        <w:t>"Так тобі й треба, нечемо! — подумала Катруся.— Щоб не був такий настирливий і недобрий..."</w:t>
      </w:r>
    </w:p>
    <w:p>
      <w:r>
        <w:br/>
        <w:t>ЗОЛОТА РЕНЕТА</w:t>
      </w:r>
    </w:p>
    <w:p>
      <w:r>
        <w:br/>
        <w:t>Яблуня Золота Ренета прокинулась дуже рано. Щось непокоїло її, щось неначе лоскотало, дряпало маленькими лапками, перелазило з місця на місце!</w:t>
      </w:r>
    </w:p>
    <w:p>
      <w:r>
        <w:br/>
        <w:t>— Ой, це, мабуть, гусінь! — скрикнула яблуня.— Знову прогризе дірочки в яблуках, і мої такі чудові, такі червонолиці яблука почнуть опадати та опадати... Лихо ж яке! Біда! Що ж його робити?</w:t>
      </w:r>
    </w:p>
    <w:p>
      <w:r>
        <w:br/>
        <w:t>Вранці випала роса. На листках зависло багато росинок. Усі вони були наче маленькі дзеркальця: глянеш — і видно все, як у справжньому дзеркалі. Тож яблуня зазирнула в ті росинки і вгледіла на своїх гілочках і на яблуках багато-багато біленьких, ледь помітних, черв'ячків. Вони жваво ворушилися і лізли туди, де висіло найбільше яблуко.</w:t>
      </w:r>
    </w:p>
    <w:p>
      <w:r>
        <w:br/>
        <w:t>— Ну, що робити, що робити? —розгубилася яблуня.— Загинуть, попропадають мої діточки-яблучка, стануть червивими. Їх і їсти ніхто не схоче, всяк одвернеться, скаже: пхе, погані які!..</w:t>
      </w:r>
    </w:p>
    <w:p>
      <w:r>
        <w:br/>
        <w:t>Аж раптом чує: над нею вітерець прошумів, щось ніби пурхнуло. Поглянула — і бачить: горобець на верхній гілочці сидить.</w:t>
      </w:r>
    </w:p>
    <w:p>
      <w:r>
        <w:br/>
        <w:t>— Що сталося, Золота Ренеточко? — питає.— Тебе хтось образив, покривдив?</w:t>
      </w:r>
    </w:p>
    <w:p>
      <w:r>
        <w:br/>
        <w:t>— Покривдили, ще й як покривдили...— гірко мовила яблуня.— Ти тільки глянь, що на моїх гілках робиться! Бачиш, скільки там черв'яків? І кожен лізе до яблука, щоб дірочку в ньому прогризти і сховатися аж у зерняткові.</w:t>
      </w:r>
    </w:p>
    <w:p>
      <w:r>
        <w:br/>
        <w:t>Горобець з подиву аж крильцями розвів:</w:t>
      </w:r>
    </w:p>
    <w:p>
      <w:r>
        <w:br/>
        <w:t>— Матусю, рідна! Та це ж ті черв'яки, що їх найбільше люблять мої гороб'ята. От буде для них чудесна несподіванка!</w:t>
      </w:r>
    </w:p>
    <w:p>
      <w:r>
        <w:br/>
        <w:t>Він спурхнув з яблуні, залопотів крильцями, загукав:</w:t>
      </w:r>
    </w:p>
    <w:p>
      <w:r>
        <w:br/>
        <w:t>— Жінко моя! Горобчихо! А мерщій-но сюди! Прилетіла горобчиха, і як побачила тих черв'яків, пурхнула в одне, друге, третє подвір'я.</w:t>
      </w:r>
    </w:p>
    <w:p>
      <w:r>
        <w:br/>
        <w:t>— Ой, сестроньки мої, горобочки, ой, кумасеньки мої рідненькі! — зарепетувала на весь голос— Кидайте все та поспішайте до нас у садок, на Золоту Ренетку. Там таке робиться, що в кожної слинка покотиться!..</w:t>
      </w:r>
    </w:p>
    <w:p>
      <w:r>
        <w:br/>
        <w:t>Назліталося на Золоту Ренету горобців. Скільки їх було — десять, двадцять, тридцять чи, може, й більше. Як закричать, як зацвірінчать! Одна горобчиха гукає:</w:t>
      </w:r>
    </w:p>
    <w:p>
      <w:r>
        <w:br/>
        <w:t>— Ти, кумасю, оцього черв'яка хапай, бач, який він товстенький та ситий!</w:t>
      </w:r>
    </w:p>
    <w:p>
      <w:r>
        <w:br/>
        <w:t>Друга галасує:</w:t>
      </w:r>
    </w:p>
    <w:p>
      <w:r>
        <w:br/>
        <w:t>— Ой, лелечко, ой, матусечко моя! Скільки живу, а такої ласої їжі ще не куштувала! Ой, смачно! Ой, гарно! Краще за пшоно, і за соняшникове насіння, і за кузьок!</w:t>
      </w:r>
    </w:p>
    <w:p>
      <w:r>
        <w:br/>
        <w:t>А інша горобчиха навчає її:</w:t>
      </w:r>
    </w:p>
    <w:p>
      <w:r>
        <w:br/>
        <w:t>— Та ти сама не смакуй цієї поживи! Ці черв'ячки не для дорослих горобців, а для наших діток — горобеняток. У них ще і дзьобики маленькі, і кишечки тоненькі, їм треба найніжнішої страви. Ось роби так, як я! Бачиш, бачиш, бачиш?!</w:t>
      </w:r>
    </w:p>
    <w:p>
      <w:r>
        <w:br/>
        <w:t>Мудра горобчиха ухопила в дзьоб аж чотири черв'яки і полетіла до себе в гніздо. А там повно горобенят. Дзьобики розкривають, репетують:</w:t>
      </w:r>
    </w:p>
    <w:p>
      <w:r>
        <w:br/>
        <w:t>— Тепер мені!.. Тепер мені!.. Тепер мені!.. Цім-цім-цві-рінь!..</w:t>
      </w:r>
    </w:p>
    <w:p>
      <w:r>
        <w:br/>
        <w:t>Півдня стрибали горобці на гілочках Золотої Ренети. І визбирали на ній усіх до одного черв'яків.</w:t>
      </w:r>
    </w:p>
    <w:p>
      <w:r>
        <w:br/>
        <w:t>ГОРОБЧИК ІВАСИК</w:t>
      </w:r>
    </w:p>
    <w:p>
      <w:r>
        <w:br/>
        <w:t>Горобця-батька звали Грицем, а його жінку, горобчиху,— Настусею. Маленьких горобчиків, їхніх діток, було четверо: двоє хлопців — Івасик та Пимін, і дві дівчинки — Олеся й Оксана. Це Катруся дала їм такі імена.</w:t>
      </w:r>
    </w:p>
    <w:p>
      <w:r>
        <w:br/>
        <w:t>Горобчики-хлопці були битливі, весь час висувалися на край гнізда, щоб більше перехопити черв'ячків, які їм приносили батько Гриць і мати Настуся. Тоді горобчики-дівчатка жалісно пискотіли і скаржилися батькам:</w:t>
      </w:r>
    </w:p>
    <w:p>
      <w:r>
        <w:br/>
        <w:t>— Як нам і на світі жити, коли Івасик та Пимін одпихають нас у куточок?!</w:t>
      </w:r>
    </w:p>
    <w:p>
      <w:r>
        <w:br/>
        <w:t>Горобчиха Настуся сердилася і казала хлопцям:</w:t>
      </w:r>
    </w:p>
    <w:p>
      <w:r>
        <w:br/>
        <w:t>— Ну, хлопці, як же вам не соромно? Ану, відступіться назад! Випустіть наперед сестричок.— Потім давала Олесі й Оксані черв'ячків і примовляла:— Їжте, мої маленькі, їжте, мої хороші!</w:t>
      </w:r>
    </w:p>
    <w:p>
      <w:r>
        <w:br/>
        <w:t>Отак і жили. Але настав день, коли горобець Гриць сів перед гніздом, голосно цвірінькнув, щоб прочистити горло, і каже:</w:t>
      </w:r>
    </w:p>
    <w:p>
      <w:r>
        <w:br/>
        <w:t>— Ну ось, діти, ви вже дорослі. Сьогодні ми всі залишимо гніздо та й помандруємо спочатку в картоплище, а як трохи у силу ввійдете, пурхнемо аж у поле. Отам їжі! І зернят усяких, і кузьок — досхочу!</w:t>
      </w:r>
    </w:p>
    <w:p>
      <w:r>
        <w:br/>
        <w:t>Далі, оглянувши малят, він запитав:</w:t>
      </w:r>
    </w:p>
    <w:p>
      <w:r>
        <w:br/>
        <w:t>— Хто з вас сміливіший? Хто першим вилізе осюди, на край гніздечка, і спробує вилетіти? Не бійтеся, це зовсім не страшно. Треба тільки замахати крильцями. Ну?</w:t>
      </w:r>
    </w:p>
    <w:p>
      <w:r>
        <w:br/>
        <w:t>Пташенята заворушилися. Оксана одним оком визирнула з гнізда і відсахнулась.</w:t>
      </w:r>
    </w:p>
    <w:p>
      <w:r>
        <w:br/>
        <w:t>— Ой, страшно як! Я нізащо не покину гніздечка!</w:t>
      </w:r>
    </w:p>
    <w:p>
      <w:r>
        <w:br/>
        <w:t>Сестричка Олеся теж запискотіла:</w:t>
      </w:r>
    </w:p>
    <w:p>
      <w:r>
        <w:br/>
        <w:t>— Як гляну вниз, аж у голові наморочиться!&amp;#8232;Пимін, озирнувшись на Івасика, пробурмотів:</w:t>
      </w:r>
    </w:p>
    <w:p>
      <w:r>
        <w:br/>
        <w:t>— Чого ти підштовхуєш? Сам стрибай, коли хочеш! Побачу, який ти хоробрий...</w:t>
      </w:r>
    </w:p>
    <w:p>
      <w:r>
        <w:br/>
        <w:t>А Івасик не штовхався, просто пробирався наперед. Як визирнув з гнізда, так і завмер: внизу під гніздом зеленіла картопля, далі — яблуня, яку всі називають Золота Ренета, за нею — слива-ме-дівка, запашна і, мабуть, солодка, як мед. Ох, і гарно ж там.</w:t>
      </w:r>
    </w:p>
    <w:p>
      <w:r>
        <w:br/>
        <w:t>Віддихався Івасик, визирнув ще раз і побачив над собою небо. Було воно безмежне, блакитне, по ньому пливли білі хмари. А ще вгорі було сонце, таке яскраве, що й поглянути на нього не можна. Який простір! Яка краса!</w:t>
      </w:r>
    </w:p>
    <w:p>
      <w:r>
        <w:br/>
        <w:t>Щось заспівало у Івасика в грудях. Він махнув крильцями і сказав:</w:t>
      </w:r>
    </w:p>
    <w:p>
      <w:r>
        <w:br/>
        <w:t>— Полечу спочатку на Золоту Ренету, погойдаюся на тоненькій гілочці, а вже потім піднімуся до самісінького неба, сяду на край білої Хмари і зацвірінькаю: "Цім-цім-цвірінь! Як гарно жити на світі!.."</w:t>
      </w:r>
    </w:p>
    <w:p>
      <w:r>
        <w:br/>
        <w:t>Але Івасик літати ще як слід не вмів. Він не долетів до яблуні, а спустився вниз на кущ картоплі. Та однак йому було гарно. Картопля саме цвіла, біла квіточка залоскотала Івасикові дзьобика й сказала:</w:t>
      </w:r>
    </w:p>
    <w:p>
      <w:r>
        <w:br/>
        <w:t>— Який ти маленький і легенький-легенький! Давай я тебе погойдаю.</w:t>
      </w:r>
    </w:p>
    <w:p>
      <w:r>
        <w:br/>
        <w:t>І загойдалася: вгору — вниз, вгору — вниз. З нею й Івасик гойдався та виспівував:</w:t>
      </w:r>
    </w:p>
    <w:p>
      <w:r>
        <w:br/>
        <w:t>— Цім-цім-цвірінь! Як гарно жити на світі!</w:t>
      </w:r>
    </w:p>
    <w:p>
      <w:r>
        <w:br/>
        <w:t>Слідом за ним повилітали з гнізда й інші гороб'ята. Батько Гриць і мати Настуся зібрали їх докупи і всі гуртом помандрували у світ. Як бачили в небі шуліку чи яструба, ховалися у картоплі, а коли там було чисто — бралися літати й кричали одне одному:</w:t>
      </w:r>
    </w:p>
    <w:p>
      <w:r>
        <w:br/>
        <w:t>— Ану, хто далі полетить! Хто вище!&amp;#8232;І всім було дуже весело.</w:t>
      </w:r>
    </w:p>
    <w:p>
      <w:r>
        <w:br/>
        <w:t>ХТО ВИШНІ ПОЇВ</w:t>
      </w:r>
    </w:p>
    <w:p>
      <w:r>
        <w:br/>
        <w:t>Катрусина мама скаржилася татові:</w:t>
      </w:r>
    </w:p>
    <w:p>
      <w:r>
        <w:br/>
        <w:t>— Он глянь на ту вишню. Знову горобці ягоди пооб'їдали, тільки кісточки висять.</w:t>
      </w:r>
    </w:p>
    <w:p>
      <w:r>
        <w:br/>
        <w:t>Тато здивовано розвів руками і відповів:</w:t>
      </w:r>
    </w:p>
    <w:p>
      <w:r>
        <w:br/>
        <w:t>— Та коли ж вони, кляті, їдять ті ягоди? Я скільки ходжу в сад, а не помітив, щоб горобці шкоду робили на вишні! Чудасія якась!</w:t>
      </w:r>
    </w:p>
    <w:p>
      <w:r>
        <w:br/>
        <w:t>І Катруся теж ніколи не бачила, щоб птахи ягоди їли. Ось гойдатися на вишневих гілочках вони</w:t>
      </w:r>
    </w:p>
    <w:p>
      <w:r>
        <w:br/>
        <w:t>люблять. Гілочка тоненька, гнучка, то горобець як учепиться в неї лапками, як почне розколихуватися, так Катруся аж ногами затупцює від заздрості :</w:t>
      </w:r>
    </w:p>
    <w:p>
      <w:r>
        <w:br/>
        <w:t>— Чому я не горобчик, так би гойдалася і гойдалася...</w:t>
      </w:r>
    </w:p>
    <w:p>
      <w:r>
        <w:br/>
        <w:t>Якось тата не було вдома, а мама пішла на грядки розпушувати землю навколо кущів картоплі. Катруся подумала-подумала й вирішила: "Ось піду в сад, сяду під вишнею і подивлюсь, хто ягідки їсть".</w:t>
      </w:r>
    </w:p>
    <w:p>
      <w:r>
        <w:br/>
        <w:t>Та на землі сидіти їй було нецікаво. Вже коли в сад прийшла, то краще забратися на вишню і там причаїтися й постежити.</w:t>
      </w:r>
    </w:p>
    <w:p>
      <w:r>
        <w:br/>
        <w:t>Залізла дівчинка на вишню. Вмостилася на гілці та й дивиться на ягоди. Ягоди великі, соковиті І дуже смачні. У Катрусі аж слинка покотилася. Слинку вона проковтнула і чекає, що ж далі буде.,</w:t>
      </w:r>
    </w:p>
    <w:p>
      <w:r>
        <w:br/>
        <w:t>Прилетів горобець, перескочив з гілочки на гілочку, дзьобнув на листочку якусь кузьку і полетів. На ягоди й не глянув.</w:t>
      </w:r>
    </w:p>
    <w:p>
      <w:r>
        <w:br/>
        <w:t>"Цей, видно, не голодний,— думає Катруся.— Ось як голодний прилетить і буде ягоди дзьобати, то я йому тоді вже всю правду скажу. Скажу: негарно він робить, що вишеньки їсть..."</w:t>
      </w:r>
    </w:p>
    <w:p>
      <w:r>
        <w:br/>
        <w:t>І тільки це подумала, як чує щось — дзінь! Глянула — аж то оса. Продзижчала над головою у дівчинки й сіла на ягоду. Вчепилася в неї, проколола тоненьку вишневу шкірку і почала смоктати густий солодкий сік. Не встигла добре й напитися, як дзінь! — друга оса прилетіла. І друга оса припала до вишеньки. Потім десь узялася третя. Обсіли з усіх боків ту ягоду. Далі таке почалося! Одна нап'ється, полетить, а на її місце інша поспішає...</w:t>
      </w:r>
    </w:p>
    <w:p>
      <w:r>
        <w:br/>
        <w:t>Катруся ще на таке диво дивилася б, так ноги затерпли. Хоч як там гарно було, але на гілці важко сидіти, дуже мулько. Злізла вона на землю, заходилася терти ноги. А потім гукнула мамі:</w:t>
      </w:r>
    </w:p>
    <w:p>
      <w:r>
        <w:br/>
        <w:t>— А я знаю, мамо, хто вишневі ягідки спиває! Ось іди сюди, подивися, що там виробляють оси!</w:t>
      </w:r>
    </w:p>
    <w:p>
      <w:r>
        <w:br/>
        <w:t>Підійшла Катрусина мама, поглянула і руками сплеснула:</w:t>
      </w:r>
    </w:p>
    <w:p>
      <w:r>
        <w:br/>
        <w:t>— Ну ви ж подумайте! Оси таку шкоду роблять, а ми грішимо на горобців. Ой, треба мерщій ягідки рвати, бо жодної не залишиться на дереві! На тобі, Катрусю, козубочок, лізь та збирай. Увечері вареників наваримо. Добре?</w:t>
      </w:r>
    </w:p>
    <w:p>
      <w:r>
        <w:br/>
        <w:t>Повен козубочок нарвала Катруся вишневих ягід. А ввечері сиділа і вже вареники їла, аж сік у неї по губах стікав!</w:t>
      </w:r>
    </w:p>
    <w:p>
      <w:r>
        <w:br/>
        <w:t>ЛЬОНОК</w:t>
      </w:r>
    </w:p>
    <w:p>
      <w:r>
        <w:br/>
        <w:t>Росла в саду дуже красива яблунька. Весною вона вкривалась рожевим цвітом, а влітку на її гілках наливалися червонобокі яблука.</w:t>
      </w:r>
    </w:p>
    <w:p>
      <w:r>
        <w:br/>
        <w:t>Але цієї весни яблунька ні листя, ні квітів не випустила. Стояла якась сумна, невесела, аж похилилася, бідолашна.</w:t>
      </w:r>
    </w:p>
    <w:p>
      <w:r>
        <w:br/>
        <w:t>— Ось я її поправлю,— сказала Катруся.— Нехай вона не хилиться, а стоїть рівненько-рівненько.</w:t>
      </w:r>
    </w:p>
    <w:p>
      <w:r>
        <w:br/>
        <w:t>Дівчинка підійшла до яблуньки і почала вирівнювати. Але деревце замість того, щоб стати прямо, зовсім вилізло із землі.</w:t>
      </w:r>
    </w:p>
    <w:p>
      <w:r>
        <w:br/>
        <w:t>Катруся від несподіванки аж скрикнула. Тато і мама теж злякалися, бо такого в них ще не траплялося.</w:t>
      </w:r>
    </w:p>
    <w:p>
      <w:r>
        <w:br/>
        <w:t>Оглянули вони деревце і побачили, що всі корені</w:t>
      </w:r>
    </w:p>
    <w:p>
      <w:r>
        <w:br/>
        <w:t>в нього погризені, сліди на них, як ото від мишачих зубів.</w:t>
      </w:r>
    </w:p>
    <w:p>
      <w:r>
        <w:br/>
        <w:t>Але, як потім з'ясували, шкоди наробили не миші, а водяний щур, звірина така, схожа на.пацюка. Тоді вони втрьох почали шукати нору того щура. Де тільки її не шукали, та так і не знайшли. Вирішили, що шкідник жив під яблунею лише взимку, а коли потепліло, подався туди, де більше їжі і легше її дістати.</w:t>
      </w:r>
    </w:p>
    <w:p>
      <w:r>
        <w:br/>
        <w:t>Пожурилися за яблунькою, але що вдієш, жалем біді не зарадиш — це ж ясно. Довелося миритися з утратою.</w:t>
      </w:r>
    </w:p>
    <w:p>
      <w:r>
        <w:br/>
        <w:t>Невдовзі після того Катруся з татом ішли Садком і раптом побачили, як маленький кошлатий звірок шмигнув біля сарайчика і за одну мить зник під колодками, що лежали вздовж стіни.</w:t>
      </w:r>
    </w:p>
    <w:p>
      <w:r>
        <w:br/>
        <w:t>— Це ж, мабуть, отой щур сховався,— зашепотіла збуджено Катруся.— Татусю, давай спіймаємо його!</w:t>
      </w:r>
    </w:p>
    <w:p>
      <w:r>
        <w:br/>
        <w:t>— Ет, іще морочитися. Треба його вбити, бо занапастить нам ще не одне дерево,— відповів тато.</w:t>
      </w:r>
    </w:p>
    <w:p>
      <w:r>
        <w:br/>
        <w:t>Він узяв під кущем винограду палицю і навшпиньки підійшов до колодок. Заглянув туди і бачить: сидить звірок, голову сховав, а спину свою кошлату немов умисне під удар виставив.</w:t>
      </w:r>
    </w:p>
    <w:p>
      <w:r>
        <w:br/>
        <w:t>"Ну, не будемо ловити гав,— подумав тато, підняв догори палицю й наказав собі: — Раз, два, три — бий!"</w:t>
      </w:r>
    </w:p>
    <w:p>
      <w:r>
        <w:br/>
        <w:t>Замахнувся, а рука чомусь не опускається, ніби щось її стримує і підказує: не поспішай, краще роздивися, що воно таке, бо, може, то й не Щур!</w:t>
      </w:r>
    </w:p>
    <w:p>
      <w:r>
        <w:br/>
        <w:t>Колодок під стіною було три. Скинув тато верхню — звірок поворухнувся, але не втік, тільки щільніше припав до землі. Тоді Катрусин тато почав відсувати другу колодку. І лиш відсунув трохи — звірок повернув голову і так глянув на нього, що тато аж одхилився — такий несподіваний був той погляд. Очі у звірка, виявилось, зовсім голубі, великі і чисті-чисті.</w:t>
      </w:r>
    </w:p>
    <w:p>
      <w:r>
        <w:br/>
        <w:t>Катруся теж побачила його очі, скам'яніла на мить, потім як закричить:</w:t>
      </w:r>
    </w:p>
    <w:p>
      <w:r>
        <w:br/>
        <w:t>— Та це ж кошеня!</w:t>
      </w:r>
    </w:p>
    <w:p>
      <w:r>
        <w:br/>
        <w:t>І вона не помилилася. То справді було кошеня. Волохате, гарне — сибірської породи.</w:t>
      </w:r>
    </w:p>
    <w:p>
      <w:r>
        <w:br/>
        <w:t>Дощ, який ішов перед тим, намочив його, розкошлав, ото ж воно й здалося їм водяним щуром.</w:t>
      </w:r>
    </w:p>
    <w:p>
      <w:r>
        <w:br/>
        <w:t>Зрозуміло, що кошеня вони забрали собі й назвали його Льонком — за чисті голубі очі.</w:t>
      </w:r>
    </w:p>
    <w:p>
      <w:r>
        <w:br/>
        <w:t>Але ж який бешкетник виріс за літо, осінь і зиму з того кошеняти, що й не сказати! Найулюбленішою грою Льонка були польоти. От залізе на шафу, або на буфет, чи на книжкову полицю, вигнеться враз дугою, напружиться — і вже летить, щоб опуститися на телевізорі або на радіоприймачеві. А одного разу він стрибнув і сів просто у скляну вазу, поставлену на столі для квітів. Ваза ковзнула до столу разом з котом, доїхала до краю і приземлилася на підлозі. Гучний дзенькіт битого скла сповістив про те, що незабаром буде над котом розправа.</w:t>
      </w:r>
    </w:p>
    <w:p>
      <w:r>
        <w:br/>
        <w:t>На сімейній раді вирішили: як тільки потепліє, спровадити кудись Льонка, бо хіба можна тримати у хаті такого бешкетника?</w:t>
      </w:r>
    </w:p>
    <w:p>
      <w:r>
        <w:br/>
        <w:t>Коли повесніло, Катруся вийшла у сад та одразу прибігла в хату, хлипаючи й розмазуючи по щоках сльози.</w:t>
      </w:r>
    </w:p>
    <w:p>
      <w:r>
        <w:br/>
        <w:t>— Ну чого ти, чого? — кинулася до неї мама.</w:t>
      </w:r>
    </w:p>
    <w:p>
      <w:r>
        <w:br/>
        <w:t>— Підіть, погляньте, як гидкий щур познущався над грушею! Тільки на одному корінцеві тримається...</w:t>
      </w:r>
    </w:p>
    <w:p>
      <w:r>
        <w:br/>
        <w:t>Груш є багато сортів. Ця ж їхня була особлива. Груші достигають пізньої осені і можуть зберігатися протягом усієї зими. А ще вони такі духмяні і смачні, що з'їсти їх — велика насолода для людини, а надто коли ця людина з білим бантом на голові, як наша Катруся. І ось груша загинула, підгриз її проклятущий щур... Ну скажіть, що з ним, отим щуром, робити?!</w:t>
      </w:r>
    </w:p>
    <w:p>
      <w:r>
        <w:br/>
        <w:t>Сад одним боком виходив на покопирсаний ямами пустир, який улітку заростав полином і будяками. Ці хащі одразу ж, як тільки настала весна, привернули увагу Льонка. Якось вранці він, обережно переставляючи лапи, щоб ані шелеснуло, вирушив у бур'яни і зник там на дні глибокої ями. Яму ту ще у війну вирвала авіабомба, через що її й назвали вирвою.</w:t>
      </w:r>
    </w:p>
    <w:p>
      <w:r>
        <w:br/>
        <w:t>Катруся з татком саме тоді поралися в саду і все бачили.</w:t>
      </w:r>
    </w:p>
    <w:p>
      <w:r>
        <w:br/>
        <w:t>Спочатку у вирві було тихо, але незабаром сухі торішні стебла чорнобилю Шелеснули, і почувся розпачливий писк. Тато з Катрусею поглянули в той бік. І що ж вони побачили? Видирається з вирви Льонок і несе в зубах здоровенного кошлатого щура, може, отого самого, що торік підгриз яблуню, а тепер — грушу... І який же Льонок, коли б ви бачили, був пружний, красивий, сильний! Тато з Катрусею замилувалися ним.</w:t>
      </w:r>
    </w:p>
    <w:p>
      <w:r>
        <w:br/>
        <w:t>Після того татко, мама і сама Катруся передумали спроваджувати кудись Льонка, бо знали, що тепер їхній сад уже буде під надійною охороною. Та й Льонок згодом дуже змінився, більше не бешкетував у хаті й облишив свою гру у польоти.</w:t>
      </w:r>
    </w:p>
    <w:p>
      <w:r>
        <w:br/>
        <w:t>ДОБРЕ, ЯК ГОЛОМУ В КРОПИВІ</w:t>
      </w:r>
    </w:p>
    <w:p>
      <w:r>
        <w:br/>
        <w:t>У Василька, Катрусиного сусіда, є в саду груші. Але свої йому видаються не такі смачні, як у бабусі Маври. Однак бабуся пильно стереже свій садок. Тільки побачить біля нього хлопців, так одразу й кричить:</w:t>
      </w:r>
    </w:p>
    <w:p>
      <w:r>
        <w:br/>
        <w:t>— Залізете до мене в садочок — штани скину! Тоді знатимете!</w:t>
      </w:r>
    </w:p>
    <w:p>
      <w:r>
        <w:br/>
        <w:t>Василько боявся бабусі Маври, близько до її садка не підходив. Лише, коли вона не чула, дражнився:</w:t>
      </w:r>
    </w:p>
    <w:p>
      <w:r>
        <w:br/>
        <w:t>— Лаврін Маврин орав ралом... Лаврін Маврин орав ралом...</w:t>
      </w:r>
    </w:p>
    <w:p>
      <w:r>
        <w:br/>
        <w:t>Та одного разу, як він побачив, що бабуся Мавра на городі моркву поле, тихесенько перескочив через огорожу й видрався на грушу. А груші ж тут великі, соковиті і, як мед, солодкі. Вкусиш таку грушу, то аж губи злипаються. Тож Василько так захопився, що й не почув, коли бабуся в сад зайшла. Побачила вона Василька, та як крикне:</w:t>
      </w:r>
    </w:p>
    <w:p>
      <w:r>
        <w:br/>
        <w:t>— Що ти там робиш, га? — і бігцем до нього.</w:t>
      </w:r>
    </w:p>
    <w:p>
      <w:r>
        <w:br/>
        <w:t>Василько, мов ошпарений, кинувся вниз. Але на своє лихо трусами за сучок зачепився. Смикнувся сюди, туди, та сучок міцно держить, не відпускає.</w:t>
      </w:r>
    </w:p>
    <w:p>
      <w:r>
        <w:br/>
        <w:t>А бабуся Мавра ось-ось до груші добіжить. Ну що його робити бідоласі?</w:t>
      </w:r>
    </w:p>
    <w:p>
      <w:r>
        <w:br/>
        <w:t>Однак при такій скруті ніколи довго роздумувати. Ухопився Василько руками за гілки, з трусів вискочив, на землю стрибнув — і чимдуж із саду!</w:t>
      </w:r>
    </w:p>
    <w:p>
      <w:r>
        <w:br/>
        <w:t>Та куди побіжиш? Тут — бабуся Мавра, там — дідусь Купріян лящиків підсолених на шворку нанизує, з третього боку восьмикласниця К лава коси проти сонця вичісує...</w:t>
      </w:r>
    </w:p>
    <w:p>
      <w:r>
        <w:br/>
        <w:t>Зосталося Василькові тільки бігти в четвертий бік, де бур'яни, хоч у бур'янах ящірки— бррр... а може, й вужі! Та що вдієш? Вскочив він у бур'яни, а там росла не лише лобода, а ще й пекуча кропива. Як ужалила вона Василька, то він одразу пригадав, як люди, кепкуючи, часом кажуть: "Добре йому, як тому голому в кропиві..."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Мандрівна квітка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