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Мандарин і метелик</w:t>
      </w:r>
    </w:p>
    <w:p>
      <w:r>
        <w:br/>
        <w:t xml:space="preserve"> &lt;p&gt;Жив собі в китайському місті Х'ян-Хо чиновник-мандарин, і такий він був злий та неприємний, що всі його ненавиділи. Він гарчав і накидався на кожного стрічного, а щоб він сміявся чи радів — не траплялося такого за жодних обставин. Особливо не любив він малих хлопців та дівчат — бо хлопці з нього дражнилися, і він ще більше лютував, а дівчата з нього сміялися, і це вражало його гордість.</w:t>
      </w:r>
    </w:p>
    <w:p>
      <w:r>
        <w:br/>
        <w:t>Коли він став такий усім огидний, що ніхто й говорити з ним не хотів, про це довідався імператор і наказав йому емігрувати в Америку. Мандаринові це підходило. Та, перш ніж виїжджати з Китаю, він украв Велику книгу чарів, що належала мудрому чарівникові Хаот-саю. А тоді взяв свої невеликі заощадження та й сів на корабель до Америки.</w:t>
      </w:r>
    </w:p>
    <w:p>
      <w:r>
        <w:br/>
        <w:t>Оселився він в одному місті на Середньому Заході і, звісно, відкрив там пральню, оскільки це, здається, покликання кожного китайця — хоч чорнороба-кулі, хоч чиновника-мандарина.</w:t>
      </w:r>
    </w:p>
    <w:p>
      <w:r>
        <w:br/>
        <w:t>Він не захотів заводити знайомства з іншими китайцями в місті, котрі при зустрічі бачили червоного ґудзика на його шапці, розуміли, що він справжній мандарин і низько перед ним кланялись. Він прибив червоно-білу вивіску, й люди несли до нього прання, а він взамін видавав паперові квитанції з китайськими ієрогліфами на них, бо інших букв не знав.</w:t>
      </w:r>
    </w:p>
    <w:p>
      <w:r>
        <w:br/>
        <w:t>Якось цей огидник прасував випрані речі у підвалі своєї пральні на Головній вулиці номер 263 1А, подивився вгору й побачив багато дитячих облич, притиснутих до шибки. Більшість китайців дружать з дітьми, а цей їх ненавидів, тому взяв і прогнав. Та дуже скоро вони всі повернулись до його пральні й знову поставали коло вікна, насміхаючись з нього.</w:t>
      </w:r>
    </w:p>
    <w:p>
      <w:r>
        <w:br/>
        <w:t>Гидкий мандарин бурмотів жахливі слова маньчжурською мовою і супроводжував їх лютими жестами, але це нічого не дало. Діти лишалися біля вікна, скільки їм хотілося, і прийшли туди на другий день одразу після школи, і так само на третій день, і на четвертий. Вони бачили, що їхня присутність коло вікна дратує китайця, і це їм подобалося.</w:t>
      </w:r>
    </w:p>
    <w:p>
      <w:r>
        <w:br/>
        <w:t>Потім була неділя й діти не з'явилися, але мандарин, як язичник, працював. І тут у відчинені двері залетів великий метелик і запур-хав по приміщенні.</w:t>
      </w:r>
    </w:p>
    <w:p>
      <w:r>
        <w:br/>
        <w:t>Мандарин зачинив двері й гасав за метеликом, поки не вловив, після чого двома шпильками прямо крізь красиві крильця приколов його до стіни. Метеликові це не боліло, бо в крильцях у нього немає чуття, проте зробило його бранцем.</w:t>
      </w:r>
    </w:p>
    <w:p>
      <w:r>
        <w:br/>
        <w:t>Метелик був великий, його крильця, прикрашені чудовими барвистими візерунками, нагадували вітражі в соборі.</w:t>
      </w:r>
    </w:p>
    <w:p>
      <w:r>
        <w:br/>
        <w:t>Мандарин розкрив дерев'яну скриню і вийняв Велику книгу чарів, яку вкрав у Хаот-сая. Повільно гортаючи сторінки, він дійшов до розділу "Як розуміти мову метеликів". Уважно його прочитав, намішав чарівного зілля в бляшаному кухлі і з перекошеним лицем його випив. Одразу ж потому заговорив до метелика його мовою, кажучи:</w:t>
      </w:r>
    </w:p>
    <w:p>
      <w:r>
        <w:br/>
        <w:t>— Чого ти сюди залетів?</w:t>
      </w:r>
    </w:p>
    <w:p>
      <w:r>
        <w:br/>
        <w:t>— Почув запах бджолиного воску, — відповів метелик, — і подумав, що знайду тут мед.</w:t>
      </w:r>
    </w:p>
    <w:p>
      <w:r>
        <w:br/>
        <w:t>— А тепер ти мій бранець, — сказав мандарин. — Захочу і вб'ю тебе, або покину на стіні вмирати з голоду.</w:t>
      </w:r>
    </w:p>
    <w:p>
      <w:r>
        <w:br/>
        <w:t>— Я так і думав, — зітхнув метелик. — Та все одно у нас життя коротке, не має значення, раніше чи пізніше прийде смерть.</w:t>
      </w:r>
    </w:p>
    <w:p>
      <w:r>
        <w:br/>
        <w:t>— Але ж ти любиш життя? — спитав мандарин.</w:t>
      </w:r>
    </w:p>
    <w:p>
      <w:r>
        <w:br/>
        <w:t>— Так. Життя приємне, і світ прекрасний. Я смерті не шукаю.</w:t>
      </w:r>
    </w:p>
    <w:p>
      <w:r>
        <w:br/>
        <w:t>— Тоді, — сказав мандарин, — я подарую тобі життя — довге й приємне життя, — якщо поклянешся якийсь час мені коритися й виконувати мої накази.</w:t>
      </w:r>
    </w:p>
    <w:p>
      <w:r>
        <w:br/>
        <w:t>— Як метелик може служити людині? — здивувалася комаха.</w:t>
      </w:r>
    </w:p>
    <w:p>
      <w:r>
        <w:br/>
        <w:t>— Зазвичай не може, — була відповідь, — але я маю книгу чарів, яка вчить мене всілякого дивного. То ти клянешся?</w:t>
      </w:r>
    </w:p>
    <w:p>
      <w:r>
        <w:br/>
        <w:t>— О, так, я клянуся, — відповів метелик, — бо навіть як твій раб, я втішатимуся життям, а якщо ти мене вб'єш, то це буде кінець усьому!</w:t>
      </w:r>
    </w:p>
    <w:p>
      <w:r>
        <w:br/>
        <w:t>— Це правда, — сказав мандарин, — метелики не мають душі й через те не можуть жити ще раз.</w:t>
      </w:r>
    </w:p>
    <w:p>
      <w:r>
        <w:br/>
        <w:t>— Але я живу вже третє життя, — відказав метелик з певною гордістю. — Я був гусеницею й лялечкою перед тим, як стати метеликом. А ти завжди був тільки китайцем, хоч я й визнаю, що твоє життя триваліше за моє.</w:t>
      </w:r>
    </w:p>
    <w:p>
      <w:r>
        <w:br/>
        <w:t>— Я продовжу твоє життя на багато днів, якщо ти мені коритимешся, — проголосив китаєць. — Чарами це буде легко зробити.</w:t>
      </w:r>
    </w:p>
    <w:p>
      <w:r>
        <w:br/>
        <w:t>— Авжеж я тобі коритимуся, — недбало сказав метелик.</w:t>
      </w:r>
    </w:p>
    <w:p>
      <w:r>
        <w:br/>
        <w:t>— Тоді слухай! Ти знаєш дітей? Хлопців і дівчат?</w:t>
      </w:r>
    </w:p>
    <w:p>
      <w:r>
        <w:br/>
        <w:t>— Знаю. Вони за мною ганяються, хочуть уловити, так, як ти вловив, — відповів метелик.</w:t>
      </w:r>
    </w:p>
    <w:p>
      <w:r>
        <w:br/>
        <w:t>— А з мене вони дражняться, насміхаються крізь вікно, — з гіркотою пожалівся мандарин. — Виходить, вони і твої вороги, і мої! Але з твоєю допомогою і з поміччю чарівної книги ми помстимося за їхні образи.</w:t>
      </w:r>
    </w:p>
    <w:p>
      <w:r>
        <w:br/>
        <w:t>— Та нащо мені метатися? — здивувався метелик. — Вони ж діти, і це природно, що їм хочеться вловити таке прекрасне створіння, як я.</w:t>
      </w:r>
    </w:p>
    <w:p>
      <w:r>
        <w:br/>
        <w:t>— А мені треба помститися! І ти повинен мені коритися! — відрізав мандарин. — Я неодмінно поквитаюся з ними.</w:t>
      </w:r>
    </w:p>
    <w:p>
      <w:r>
        <w:br/>
        <w:t>Він наліпив на стіну поряд з метеликовою головою краплинку патоки й сказав:</w:t>
      </w:r>
    </w:p>
    <w:p>
      <w:r>
        <w:br/>
        <w:t>— їж, поки я читаю книгу й готую чарівне зілля.</w:t>
      </w:r>
    </w:p>
    <w:p>
      <w:r>
        <w:br/>
        <w:t>Метелик ласував патокою, а мандарин студіював книгу, після чого почав у бляшаному кухлі змішувати чарівні складники.</w:t>
      </w:r>
    </w:p>
    <w:p>
      <w:r>
        <w:br/>
        <w:t>Коли зілля було готове, він зняв метелика зі стіни й промовив:</w:t>
      </w:r>
    </w:p>
    <w:p>
      <w:r>
        <w:br/>
        <w:t>— Наказую тобі вмочити дві передні лапки в чарівну суміш, а потім летіти, поки не зустрінеш дитини. Підлети близько — байдуже, буде це хлопчик чи дівчинка, — і торкнися лапками її лоба. Той, кого ти торкнешся, як пише книга, одразу перетвориться на свиню й залишиться свинею навіки. Потім повернися сюди й умочи лапки ще раз. Отак усі діти, мої вороги, стануть нікчемною свинотою, а ніхто й не подумає звинуватити мене в чаклунстві.</w:t>
      </w:r>
    </w:p>
    <w:p>
      <w:r>
        <w:br/>
        <w:t>— Ну що ж. Якщо це твій наказ, то я корюся, — сказав метелик, умочив передні лапки, найкоротші з шести, у вміст бляшаного кухля, вилетів у двері й полетів над будинками, аж на край міста. Там сів на клумбу з квітами і скоро забув про завдання перетворювати дітей на свиней.</w:t>
      </w:r>
    </w:p>
    <w:p>
      <w:r>
        <w:br/>
        <w:t>Він пурхав з квітки на квітку й незабаром стер з лапок чарівну суміш. Коли сонце почало сідати, метелик нарешті згадав про свого володаря, мандарина, та вже не міг зробити шкоди дитині, якби й хотів.</w:t>
      </w:r>
    </w:p>
    <w:p>
      <w:r>
        <w:br/>
        <w:t>Та він і не збирався хотіти.</w:t>
      </w:r>
    </w:p>
    <w:p>
      <w:r>
        <w:br/>
        <w:t>— Той жахливий старий китаєць, — думав він, — ненавидить дітей і прагне їх понищити. А я дітей люблю і ніякої шкоди їм не робитиму. Звісно, я мушу повернутися до хазяїна, бо він чарівник, він мене знайде і вб'є. Але я легко можу його обманити.</w:t>
      </w:r>
    </w:p>
    <w:p>
      <w:r>
        <w:br/>
        <w:t>Коли метелик залетів у двері пральні, мандарин нетерпляче спитав:</w:t>
      </w:r>
    </w:p>
    <w:p>
      <w:r>
        <w:br/>
        <w:t>— Ну, ти знайшов дитину?</w:t>
      </w:r>
    </w:p>
    <w:p>
      <w:r>
        <w:br/>
        <w:t>— Знайшов, — спокійно відповів метелик. — Це була гарненька золотокоса дівчинка — а тепер вона рохкає свинкою!</w:t>
      </w:r>
    </w:p>
    <w:p>
      <w:r>
        <w:br/>
        <w:t>— Добре! Добре! Добре! — мандарин з радості аж затанцював. — Повечеряй патокою, а завтра перетвориш на поросят ще двоє дітей.</w:t>
      </w:r>
    </w:p>
    <w:p>
      <w:r>
        <w:br/>
        <w:t>Метелик не відповів, просто мовчки з'їв патоку. Він не мав душі, а отже, не мав і совісті, а не маючи совісті, міг брехати мандаринові з великою охотою і навіть з певним задоволенням...</w:t>
      </w:r>
    </w:p>
    <w:p>
      <w:r>
        <w:br/>
        <w:t>Уранці на мандаринів наказ метелик умочив передні лапки в зілля й вилетів шукати дітей.</w:t>
      </w:r>
    </w:p>
    <w:p>
      <w:r>
        <w:br/>
        <w:t>Коли долетів до околиці, то помітив у оборі свиню, знизився, подивився на неї й подумав: "Якщо я можу перетворити дитину на порося, торкнувшись її лапками з чарівним зіллям, то на що, цікаво, я можу перетворити свиню?"</w:t>
      </w:r>
    </w:p>
    <w:p>
      <w:r>
        <w:br/>
        <w:t>Зацікавившись цим питанням чаклунства, метелик злетів ще нижче й торкнувся передніми лапками свинячого рила. Тварина одразу ж зникла, а замість неї виник нечесаний замур-заний хлопець. Він вистрибнув з обори і з голосними криками побіг по дорозі.</w:t>
      </w:r>
    </w:p>
    <w:p>
      <w:r>
        <w:br/>
        <w:t>"Кумедно, — сказав метелик сам до себе. — Мандарин би дуже на мене розсердився, якби знав, бо я ж визволив ще одну істоту з тих, що йому докучають".</w:t>
      </w:r>
    </w:p>
    <w:p>
      <w:r>
        <w:br/>
        <w:t>Він полетів поряд з хлопцем, а той тим часом зупинився, щоб кинути грудкою в кота. Але кіт устиг утекти на дерево і товсті гілки захистили його від грудок. Потім хлопець побачив недавно засаджений город і витоптав його, порозкидавши всі бульби і все насіння. Город пропав. Далі він виламав прута і вдарив ним телятко, що мирно собі паслося на луці. Бідолашне теля жалібно замукало й утекло, а хлопець реготав і біг за ним, шмагаючи по спинці ще й ще.</w:t>
      </w:r>
    </w:p>
    <w:p>
      <w:r>
        <w:br/>
        <w:t>"Якщо всі діти такі жорстокі й зіпсовані, як цей, — подумав метелик, — то не дивно, що мандарин їх ненавидить".</w:t>
      </w:r>
    </w:p>
    <w:p>
      <w:r>
        <w:br/>
        <w:t>Коли теля втекло, хлопець повернувся на дорогу й перестрів двох малих дівчаток, що йшли до школи. Одна тримала в руці червоне яблуко, і хлопець його вихопив і почав їсти. Дівчинка заплакала, але її товаришка, сміливіша й дужча, крикнула:</w:t>
      </w:r>
    </w:p>
    <w:p>
      <w:r>
        <w:br/>
        <w:t>— Як тобі не соромно, бридкий хлопче!</w:t>
      </w:r>
    </w:p>
    <w:p>
      <w:r>
        <w:br/>
        <w:t>Хлопець одразу ж ляснув її по гарному личку і вона теж заридала.</w:t>
      </w:r>
    </w:p>
    <w:p>
      <w:r>
        <w:br/>
        <w:t>Хоч метелик не мав ні душі, ні совісті, зате мав чуйне серце і вирішив довше не терпіти розбишаку.</w:t>
      </w:r>
    </w:p>
    <w:p>
      <w:r>
        <w:br/>
        <w:t>"Якщо я дозволю йому жити, — міркував він, —— то ніколи собі цього не прощу, бо потвора тільки те й робитиме, що чинитиме зло з ранку до ночі".</w:t>
      </w:r>
    </w:p>
    <w:p>
      <w:r>
        <w:br/>
        <w:t>І він підлетів розбишаці прямо до лиця й торкнувся його лоба липкими передніми лапками.</w:t>
      </w:r>
    </w:p>
    <w:p>
      <w:r>
        <w:br/>
        <w:t>В одну мить хлопець зник, а по дорозі в напрямку обори потрюхикав, рохкаючи, підсвинок.</w:t>
      </w:r>
    </w:p>
    <w:p>
      <w:r>
        <w:br/>
        <w:t>Метелик зітхнув з полегшенням.</w:t>
      </w:r>
    </w:p>
    <w:p>
      <w:r>
        <w:br/>
        <w:t>—— Тепер я й справді використав мандаринові чари на дитину, —— прошепотів він, ліниво перебираючи крильцями на легкому вітерці, —-та оскільки дитина з самого початку була поросям, я не маю за що собі докоряти. Дівчатка були приємні й чемні, я б їм не зробив нічого поганого навіть, щоб урятувати своє життя. Але якби всі хлопці виявились такі, як та перетворена свиня, то я б не вагаючись виконав мандаринів наказ.</w:t>
      </w:r>
    </w:p>
    <w:p>
      <w:r>
        <w:br/>
        <w:t>І він сів на трояндовий кущ, де в затишку спочивав аж до вечора. Коли сонце заходило, полетів до хазяїна.</w:t>
      </w:r>
    </w:p>
    <w:p>
      <w:r>
        <w:br/>
        <w:t>—— Ти перетворив двох дітей на свиней? —-спитав той одразу.</w:t>
      </w:r>
    </w:p>
    <w:p>
      <w:r>
        <w:br/>
        <w:t>— Перетворив, —— відповів метелик. Одне було гарне чорнооке маля, а друге —— веснянкуватий рудий і босий хлопчак.</w:t>
      </w:r>
    </w:p>
    <w:p>
      <w:r>
        <w:br/>
        <w:t>—— Добре! Добре! Добре! —— заверещав мандарин, шаліючи з радості. — Це вони мордували мене найбільше! Перетворюй усіх зустрічних хлопців на свиней!</w:t>
      </w:r>
    </w:p>
    <w:p>
      <w:r>
        <w:br/>
        <w:t>— Неодмінно, — тихо відповів метелик і повечеряв патокою.</w:t>
      </w:r>
    </w:p>
    <w:p>
      <w:r>
        <w:br/>
        <w:t>Кілька днів минуло для метелика так само. Поки сяяло сонце, він безцільно літав по клумбах, а на ніч повертався до мандарина з неправдивими розповідями про перетворення дітей на свиней. Часом говорив про одну дитину, часом про двох, зрідка —— про трьох, та мандарин завжди зустрічав метеликове повідомлення шаленою радістю й давав йому на вечерю патоки.</w:t>
      </w:r>
    </w:p>
    <w:p>
      <w:r>
        <w:br/>
        <w:t>Але одного вечора метелик подумав, що треба трохи змінити розповідь, щоб мандарин не почав щось підозрювати. Отож, коли хазяїн спитав, яку дитину він перетворив на свиню, метелик збрехав:</w:t>
      </w:r>
    </w:p>
    <w:p>
      <w:r>
        <w:br/>
        <w:t>— Це був китайський хлопчик і, коли я до нього торкнувся, він став чорною свинею.</w:t>
      </w:r>
    </w:p>
    <w:p>
      <w:r>
        <w:br/>
        <w:t>Це розізлило мандарина, котрий і так був у дуже поганому настрої. Він сердито схопив метелика пальцями, ледь не зламавши йому красиве крильце — мандарин забув, що колись з нього дражнилися китайські хлопці, він пам'ятав тільки про американських.</w:t>
      </w:r>
    </w:p>
    <w:p>
      <w:r>
        <w:br/>
        <w:t>Метелика дуже обурило мандаринове ставлення. Він відмовився їсти патоку, цілий вечір похмуро сидів на стіні й ненавидів мандарина не менше, ніж той ненавидів дітей.</w:t>
      </w:r>
    </w:p>
    <w:p>
      <w:r>
        <w:br/>
        <w:t>Як настав ранок, метелика все ще трусило з обурення. Та мандарин закричав:</w:t>
      </w:r>
    </w:p>
    <w:p>
      <w:r>
        <w:br/>
        <w:t>— Поспіши, нікчемний раб! Сьогодні ти маєш перетворити на свиней четверо дітей, щоб виправитися за вчорашнє!</w:t>
      </w:r>
    </w:p>
    <w:p>
      <w:r>
        <w:br/>
        <w:t>Метелик не відповів. Його чорні оченята недобре блискали і, щойно вмочивши лапки в суміш, він кинувся мандаринові в лице й торкнувся його огидного плоского лоба.</w:t>
      </w:r>
    </w:p>
    <w:p>
      <w:r>
        <w:br/>
        <w:t>Невдовзі потому в пральню зайшов забрати свої речі якийсь добродій. Мандарина на місці не було, але по пральні бігала гидотна худа свиня й верещала, мов недорізана.</w:t>
      </w:r>
    </w:p>
    <w:p>
      <w:r>
        <w:br/>
        <w:t>А метелик полетів до струмка і змив з лапок усі сліди чарівного зілля. Як настала ніч, він уже мирно спав на кущі троянд.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Мандарин і 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