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Манайлова виставка</w:t>
      </w:r>
    </w:p>
    <w:p>
      <w:r>
        <w:br/>
        <w:t xml:space="preserve"> Варіація на тему&lt;br /&gt;</w:t>
        <w:br/>
        <w:t>"Скорбота" (1940)</w:t>
      </w:r>
    </w:p>
    <w:p>
      <w:r>
        <w:br/>
        <w:t>Був собі тато, була собі мама,&lt;br /&gt;</w:t>
        <w:br/>
        <w:t>було собі я.&lt;br /&gt;</w:t>
        <w:br/>
        <w:t>Тато сиділи собі на ослоні.&lt;br /&gt;</w:t>
        <w:br/>
        <w:t>Тато робили мені вітряка,&lt;br /&gt;</w:t>
        <w:br/>
        <w:t>А мама кашу мені варила,&lt;br /&gt;</w:t>
        <w:br/>
        <w:t>А киця Мурка гралась собі з хвостом.&lt;br /&gt;</w:t>
        <w:br/>
        <w:t>А прийшли дядьки, кричали на тата,&lt;br /&gt;</w:t>
        <w:br/>
        <w:t>І мама мене зачинила у хаті,&lt;br /&gt;</w:t>
        <w:br/>
        <w:t>І киця кричала на мене без мами.&lt;br /&gt;</w:t>
        <w:br/>
        <w:t>Кричала киця на мене,&lt;br /&gt;</w:t>
        <w:br/>
        <w:t>Кричала мама надворі,&lt;br /&gt;</w:t>
        <w:br/>
        <w:t>І я кричало, бо всі кричали,&lt;br /&gt;</w:t>
        <w:br/>
        <w:t>І з печі так пахла гречана каша.&lt;br /&gt;</w:t>
        <w:br/>
        <w:t>Захотілося татові спати,&lt;br /&gt;</w:t>
        <w:br/>
        <w:t>Склали руки йому на грудях&lt;br /&gt;</w:t>
        <w:br/>
        <w:t>І поклали тата на лаві.&lt;br /&gt;</w:t>
        <w:br/>
        <w:t>А я собі кричало: "Дайте каші!&lt;br /&gt;</w:t>
        <w:br/>
        <w:t>Ну, мамцю, дайте каші, мила мамцю!"&lt;br /&gt;</w:t>
        <w:br/>
        <w:t>Мама плаче коло печі,&lt;br /&gt;</w:t>
        <w:br/>
        <w:t>а я плачу коло мами.&lt;br /&gt;</w:t>
        <w:br/>
        <w:t>Отож піду до тата,&lt;br /&gt;</w:t>
        <w:br/>
        <w:t>нажалуюсь на маму:&lt;br /&gt;</w:t>
        <w:br/>
        <w:t>Я хочу собі каші, а мама не дає.&lt;br /&gt;</w:t>
        <w:br/>
        <w:t>Свічка на столі. Руки на грудях.&lt;br /&gt;</w:t>
        <w:br/>
        <w:t>Був собі тато. Тепер тільки мама та 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Манайлова виставка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