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Мамині квіти</w:t>
      </w:r>
    </w:p>
    <w:p>
      <w:r>
        <w:br/>
        <w:t xml:space="preserve"> &lt;p&gt;Навесні мама садила квіти.</w:t>
      </w:r>
    </w:p>
    <w:p>
      <w:r>
        <w:br/>
        <w:t>Прогортала сапкою землю і кидала насіння. Таке дрібненьке, як мачинки.</w:t>
      </w:r>
    </w:p>
    <w:p>
      <w:r>
        <w:br/>
        <w:t>Просила, щоб і я допомагав, але мені нецікаво. Це ж дівчача робота.</w:t>
      </w:r>
    </w:p>
    <w:p>
      <w:r>
        <w:br/>
        <w:t>— Ти знаєш, як буде гарно, коли виростуть квіти,— переконувала мене мама.</w:t>
      </w:r>
    </w:p>
    <w:p>
      <w:r>
        <w:br/>
        <w:t>Начеб я ото перечу. І що мені до тих квітів? Ростуть — хай собі ростуть. Я їм не заважаю, і вони мені не заважають. І полин росте, і спориш, будяки ростуть. А їх ніхто навіть і не садив. Могли б і квіти самі вирости.</w:t>
      </w:r>
    </w:p>
    <w:p>
      <w:r>
        <w:br/>
        <w:t>— Ти навіть не уявляєш, яка краса буде, коли квіти зацвітуть,— знову каже мама.— Чи уявляєш?</w:t>
      </w:r>
    </w:p>
    <w:p>
      <w:r>
        <w:br/>
        <w:t>— Уявляю,— відказую зовсім байдуже і кидаю грудками на курей.</w:t>
      </w:r>
    </w:p>
    <w:p>
      <w:r>
        <w:br/>
        <w:t>Скільки розмов про ті квіти. Начебто й справді щось дуже важливе мама робить.</w:t>
      </w:r>
    </w:p>
    <w:p>
      <w:r>
        <w:br/>
        <w:t>І от квіти вже повиростали. Ціла клумба під хатою.</w:t>
      </w:r>
    </w:p>
    <w:p>
      <w:r>
        <w:br/>
        <w:t>Голови позадирали догори і заглядають у небо.</w:t>
      </w:r>
    </w:p>
    <w:p>
      <w:r>
        <w:br/>
        <w:t>Різні там є — не знаю, як вони називаються. Я тим ніколи не цікавився. Хай дівчата цікавляться. То їхня справа.</w:t>
      </w:r>
    </w:p>
    <w:p>
      <w:r>
        <w:br/>
        <w:t>А потім у нас було свято.</w:t>
      </w:r>
    </w:p>
    <w:p>
      <w:r>
        <w:br/>
        <w:t>День Перемоги.</w:t>
      </w:r>
    </w:p>
    <w:p>
      <w:r>
        <w:br/>
        <w:t>Люди йшли до пам'ятника загиблим солдатам.</w:t>
      </w:r>
    </w:p>
    <w:p>
      <w:r>
        <w:br/>
        <w:t>Ми з мамою зібралися теж.</w:t>
      </w:r>
    </w:p>
    <w:p>
      <w:r>
        <w:br/>
        <w:t>— Треба ж квітів узяти,— сказала мама.</w:t>
      </w:r>
    </w:p>
    <w:p>
      <w:r>
        <w:br/>
        <w:t>— Навіщо? — здивувався я.</w:t>
      </w:r>
    </w:p>
    <w:p>
      <w:r>
        <w:br/>
        <w:t>— До пам'ятника покласти і подарувати ветеранам.</w:t>
      </w:r>
    </w:p>
    <w:p>
      <w:r>
        <w:br/>
        <w:t>— Квіти подарувати? — не розумів я.</w:t>
      </w:r>
    </w:p>
    <w:p>
      <w:r>
        <w:br/>
        <w:t>— Так. На свято дарують квіти. Без квітів свята не буває.</w:t>
      </w:r>
    </w:p>
    <w:p>
      <w:r>
        <w:br/>
        <w:t>Ми нарізали квітів і пішли.</w:t>
      </w:r>
    </w:p>
    <w:p>
      <w:r>
        <w:br/>
        <w:t>Біля пам'ятника звучала музика і було багато людей.</w:t>
      </w:r>
    </w:p>
    <w:p>
      <w:r>
        <w:br/>
        <w:t>Я й не знав, що стільки людей живе в нашому селі.</w:t>
      </w:r>
    </w:p>
    <w:p>
      <w:r>
        <w:br/>
        <w:t>Тьоті і дяді з орденами на грудях розповідали про війну.</w:t>
      </w:r>
    </w:p>
    <w:p>
      <w:r>
        <w:br/>
        <w:t>І всі їх уважно слухали.</w:t>
      </w:r>
    </w:p>
    <w:p>
      <w:r>
        <w:br/>
        <w:t>Я теж слухав і весь час дивився на тьотю, яка була у війну розвідницею. Її поранило в нашому селі. Вона розказала, що приїхала до нас із далекого міста, щоб побачити, яким стало сьогодні це село.</w:t>
      </w:r>
    </w:p>
    <w:p>
      <w:r>
        <w:br/>
        <w:t>Потім діти дарували ветеранам букети.</w:t>
      </w:r>
    </w:p>
    <w:p>
      <w:r>
        <w:br/>
        <w:t>— Подаруй он тій тітоньці,— простягла мені мама квіти.</w:t>
      </w:r>
    </w:p>
    <w:p>
      <w:r>
        <w:br/>
        <w:t>Я підійшов до неї і віддав букет.</w:t>
      </w:r>
    </w:p>
    <w:p>
      <w:r>
        <w:br/>
        <w:t>— Ой, які ж гарні! — сказала вона.— Це ти, мабуть, сам садив?..</w:t>
      </w:r>
    </w:p>
    <w:p>
      <w:r>
        <w:br/>
        <w:t>— Ні, це мама.</w:t>
      </w:r>
    </w:p>
    <w:p>
      <w:r>
        <w:br/>
        <w:t>— А ти ж їй допомагав, правда?</w:t>
      </w:r>
    </w:p>
    <w:p>
      <w:r>
        <w:br/>
        <w:t>— Ні,— відповів я і похнюпився.</w:t>
      </w:r>
    </w:p>
    <w:p>
      <w:r>
        <w:br/>
        <w:t>Тьотя помовчала, щось подумала, а потім сказала:</w:t>
      </w:r>
    </w:p>
    <w:p>
      <w:r>
        <w:br/>
        <w:t>— Нічого, ти їй допоможеш наступного разу садити квіти. Мамі завжди треба допомагати. Згоден?</w:t>
      </w:r>
    </w:p>
    <w:p>
      <w:r>
        <w:br/>
        <w:t>— Згоден,— промовив я і пішов назад.</w:t>
      </w:r>
    </w:p>
    <w:p>
      <w:r>
        <w:br/>
        <w:t>Удома я мамі сказав:</w:t>
      </w:r>
    </w:p>
    <w:p>
      <w:r>
        <w:br/>
        <w:t>— Давай будемо садити квіти.</w:t>
      </w:r>
    </w:p>
    <w:p>
      <w:r>
        <w:br/>
        <w:t>— Квіти? — здивувалася вона.— їх же ранньої весни садять. Доведеться чекати тої ранньої весни. А до неї ще так довго.</w:t>
      </w:r>
    </w:p>
    <w:p>
      <w:r>
        <w:br/>
        <w:t>Ще ціле літо, осінь, потім зима...</w:t>
      </w:r>
    </w:p>
    <w:p>
      <w:r>
        <w:br/>
        <w:t>А якщо я раптом забуду до того часу про квіти? Що тоді?..</w:t>
      </w:r>
    </w:p>
    <w:p>
      <w:r>
        <w:br/>
        <w:t>— Мамо, нагадаєш мені, коли треба буде садити квіти? Добре?</w:t>
      </w:r>
    </w:p>
    <w:p>
      <w:r>
        <w:br/>
        <w:t>— Добре,— каже вона й усміхається.</w:t>
      </w:r>
    </w:p>
    <w:p>
      <w:r>
        <w:br/>
        <w:t>Цікаво, чого вона усміхається?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Мамині 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