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Малюнки на камені. Перші листки осінні...</w:t>
      </w:r>
    </w:p>
    <w:p>
      <w:r>
        <w:br/>
        <w:t xml:space="preserve"> Малюнки на камені. Перші листки осінні:&lt;br /&gt;</w:t>
        <w:br/>
        <w:t>Прогулянка містом, якого давно немає.&lt;br /&gt;</w:t>
        <w:br/>
        <w:t>Нас двоє у світі. Скрипуче соло трамвая.&lt;br /&gt;</w:t>
        <w:br/>
        <w:t>І очі примружені, карі і світло-сині.</w:t>
      </w:r>
    </w:p>
    <w:p>
      <w:r>
        <w:br/>
        <w:t>Малюнки на камені. Ящірки срібна спинка.&lt;br /&gt;</w:t>
        <w:br/>
        <w:t>Люблю тебе ніжно і якось позачасово.&lt;br /&gt;</w:t>
        <w:br/>
        <w:t>Вітри розсипають волосся. Все зафіксовано&lt;br /&gt;</w:t>
        <w:br/>
        <w:t>На фото: твій профіль, листя летить неспинно.</w:t>
      </w:r>
    </w:p>
    <w:p>
      <w:r>
        <w:br/>
        <w:t>Малюнки на камені. Сонце в долоні тепле.&lt;br /&gt;</w:t>
        <w:br/>
        <w:t>Це згублене місто застелено пелюстками.&lt;br /&gt;</w:t>
        <w:br/>
        <w:t>Нас двоє на світі. І пальці мої стискають&lt;br /&gt;</w:t>
        <w:br/>
        <w:t>Пружні і холодні міцні жоржинові стебла.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Малюнки на камені. Перші листки осінні...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