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Малий посланець</w:t>
      </w:r>
    </w:p>
    <w:p>
      <w:r>
        <w:br/>
        <w:t xml:space="preserve"> &lt;p&gt;СЕСТРИ ТАЙО</w:t>
      </w:r>
    </w:p>
    <w:p>
      <w:r>
        <w:br/>
        <w:t>У хлопчика Тайо була маленька сестричка. Хлопцеві вона дуже подобалася. Таке маленьке дівчатко-крихітка. Тайо мав і старшу сестру. То велика сестра, їй аж чотирнадцять років. Звалась вона Анка. Тайо ж було лише вісім років.</w:t>
      </w:r>
    </w:p>
    <w:p>
      <w:r>
        <w:br/>
        <w:t>Тайо та Анка — чукчі. Вони жили у великому наметі, який називають ярангою.</w:t>
      </w:r>
    </w:p>
    <w:p>
      <w:r>
        <w:br/>
        <w:t>Мати лежала хвора. Батько вчора вийшов на полювання і досі не повертався. Він міг затриматись на два-три дні.</w:t>
      </w:r>
    </w:p>
    <w:p>
      <w:r>
        <w:br/>
        <w:t>Діти лишались самі.</w:t>
      </w:r>
    </w:p>
    <w:p>
      <w:r>
        <w:br/>
        <w:t>Ранком Анка дала братові смаженої тюленячої печінки. Тайо поїв і спитав сестру:</w:t>
      </w:r>
    </w:p>
    <w:p>
      <w:r>
        <w:br/>
        <w:t>— Ти до школи сьогодні підеш?</w:t>
      </w:r>
    </w:p>
    <w:p>
      <w:r>
        <w:br/>
        <w:t>— Ні,— відповіла Анка,— не піду, бо мати хвора. Треба доглядати її та нашу маленьку сестричку.</w:t>
      </w:r>
    </w:p>
    <w:p>
      <w:r>
        <w:br/>
        <w:t>Від їхньої яранги до школи — чотири кілометри. Хоч це й далеко, але Тайо часто проводив сестру, коли вона йшла в школу.</w:t>
      </w:r>
    </w:p>
    <w:p>
      <w:r>
        <w:br/>
        <w:t>Сьогодні Тайо помагав сестрі гріти воду, готувати їжу та бавив маленьку сестричку.</w:t>
      </w:r>
    </w:p>
    <w:p>
      <w:r>
        <w:br/>
        <w:t>НЕПРОХАНІ ГОСТІ</w:t>
      </w:r>
    </w:p>
    <w:p>
      <w:r>
        <w:br/>
        <w:t>Вечоріло. Хворій матері гіршало. Очі в неї почервоніли, голова й руки стали дуже гарячі. Хвора ледве чутно шепотіла. Та ось і зовсім перестала відповідати на запитання Анки.</w:t>
      </w:r>
    </w:p>
    <w:p>
      <w:r>
        <w:br/>
        <w:t>— Ой,— стискаючи собі пальці, сказала дівчинка,— мати знепритомніла. Вона умре.</w:t>
      </w:r>
    </w:p>
    <w:p>
      <w:r>
        <w:br/>
        <w:t>Очі Анки набрякли сльозами. Прозора слізка скотилась по щоці. Але дівчинка швиденько витерла сльози Вона не хотіла показати Тайо, що плаче. Боялась злякати його.</w:t>
      </w:r>
    </w:p>
    <w:p>
      <w:r>
        <w:br/>
        <w:t>На цей час до яранги зайшло троє людей. Двоє з них — сусід Багай та сусідка Ерпин. Третій — низенький дідок. Його Тайо не знав, зате того старого пізнала Анка. То був головний шаман на їхньому березі. Той шаман брехав чукчам, ніби він все може робити і все знає. Він запевняв, що коли йому заплатять, то він вилікує всякого хворого. Стверджував, ніби знає такі слова, які допомагають щасливому полюванню. Це був безсовісний брехун, що любив добре попоїсти і не любив працювати.</w:t>
      </w:r>
    </w:p>
    <w:p>
      <w:r>
        <w:br/>
        <w:t>— Ми довідались, що ваша мати хвора,— звернулась до дітей Ерпин.</w:t>
      </w:r>
    </w:p>
    <w:p>
      <w:r>
        <w:br/>
        <w:t>— І я покликав найстаршого шамана. Він вилікує її,— так сказав Багай.</w:t>
      </w:r>
    </w:p>
    <w:p>
      <w:r>
        <w:br/>
        <w:t>— Не треба шамана! — крикнула Анка.— Він не вміє лікувати. Я побіжу до школи. Там є лікар... Покличу його.</w:t>
      </w:r>
    </w:p>
    <w:p>
      <w:r>
        <w:br/>
        <w:t>НАПАД</w:t>
      </w:r>
    </w:p>
    <w:p>
      <w:r>
        <w:br/>
        <w:t>— Не можна кликати лікаря! — захвилювався шаман. Він знав, що лікар прожене його геть звідсіля.</w:t>
      </w:r>
    </w:p>
    <w:p>
      <w:r>
        <w:br/>
        <w:t>— Не можна кликати лікаря! — запищала Ерпин.</w:t>
      </w:r>
    </w:p>
    <w:p>
      <w:r>
        <w:br/>
        <w:t>— Не можна кликати лікаря! — загудів Багай.</w:t>
      </w:r>
    </w:p>
    <w:p>
      <w:r>
        <w:br/>
        <w:t>Вони обоє над усе вірили в шамана.</w:t>
      </w:r>
    </w:p>
    <w:p>
      <w:r>
        <w:br/>
        <w:t>— А я вам кажу, що зараз покличу лікаря,— сказала Анка і хотіла вийти з яранги.</w:t>
      </w:r>
    </w:p>
    <w:p>
      <w:r>
        <w:br/>
        <w:t>— Не пускайте її! — закричав шаман.</w:t>
      </w:r>
    </w:p>
    <w:p>
      <w:r>
        <w:br/>
        <w:t>Багай і Ерпин кинулись до Анки і схопили її за руки. їм на допомогу підскочив шаман. Дівчинка рвалась із рук, але її подужали троє дорослих людей.</w:t>
      </w:r>
    </w:p>
    <w:p>
      <w:r>
        <w:br/>
        <w:t>Негідники зв'язали дівчинці руки й ноги та поклали її в куток яранги.</w:t>
      </w:r>
    </w:p>
    <w:p>
      <w:r>
        <w:br/>
        <w:t>Тайо, боячись, щоб не зв'язали і його, заховався в кутку під шкурами нерп.</w:t>
      </w:r>
    </w:p>
    <w:p>
      <w:r>
        <w:br/>
        <w:t>Зв'язавши Анку, шаман пішов до хворої. Він оглядав її недовго, але шепотів багато незрозумілих слів. А що Баглай та Ерпин тих слів не розуміли, то вони почували до шамана велику пошану.</w:t>
      </w:r>
    </w:p>
    <w:p>
      <w:r>
        <w:br/>
        <w:t>ЩО ВИГАДАВ ШАМАН</w:t>
      </w:r>
    </w:p>
    <w:p>
      <w:r>
        <w:br/>
        <w:t>Коли шаман оглянув хвору, він сказав:</w:t>
      </w:r>
    </w:p>
    <w:p>
      <w:r>
        <w:br/>
        <w:t>— Коли опівночі їй не стане краще, то треба буде винести немовля на мороз. І нехай Лежить на морозі до ранку. Тоді хвороба перейде в немовля, і хворій стане легше. Коли немовля не замерзне, то хвора вичуняє. Інакше вмре.</w:t>
      </w:r>
    </w:p>
    <w:p>
      <w:r>
        <w:br/>
        <w:t>Як почули Анка і Тайо шаманові слова — защеміло серце в них. Захвилювались. Вони дуже любили маленьку сестричку.</w:t>
      </w:r>
    </w:p>
    <w:p>
      <w:r>
        <w:br/>
        <w:t>Після того Багай з шаманом пішли з яранги. Вони пішли до Багая і мали повернутися лише опівночі. Біля хворої лишилась Ерпин.</w:t>
      </w:r>
    </w:p>
    <w:p>
      <w:r>
        <w:br/>
        <w:t>Тайо осмілився, виліз з-під шкур і підійшов до Анки.</w:t>
      </w:r>
    </w:p>
    <w:p>
      <w:r>
        <w:br/>
        <w:t>— Сестро, що робити? — тихенько спитав хлопчик.</w:t>
      </w:r>
    </w:p>
    <w:p>
      <w:r>
        <w:br/>
        <w:t>— Дай мені паперу й олівець,— прошепотіла дівчинка.</w:t>
      </w:r>
    </w:p>
    <w:p>
      <w:r>
        <w:br/>
        <w:t>Ерпин поралася біля хворої, що лежала за завіскою з тюленячих шкур. Вона не бачила, як Тайо приніс Анці папір і олівець. Але руки дівчинки були зв'язані. Вона взяла олівець у рот. Тайо підніс їй папір. Анка перевернулась на живіт і, тримаючи зубами олівець, почала писати. Світла каганця було замало. Насилу написала такі слова: "Нещастя шаман вбиває сестру лікаря Анка". В цей час за завіскою заворушилася Ерпин. Вона йшла до них. Анка випустила з рота олівець і лягла на папір. Тайо притулився до стіни.</w:t>
      </w:r>
    </w:p>
    <w:p>
      <w:r>
        <w:br/>
        <w:t>ТАЙО ЗАЛИШАЄ ЯРАНГУ</w:t>
      </w:r>
    </w:p>
    <w:p>
      <w:r>
        <w:br/>
        <w:t>До них підійшла Ерпин.</w:t>
      </w:r>
    </w:p>
    <w:p>
      <w:r>
        <w:br/>
        <w:t>— Тайо,— гукнула стара на хлопця,— де ти пропадаєш? Візьми немовля і посидь з ним. Тим часом я доглядатиму вашу матір.</w:t>
      </w:r>
    </w:p>
    <w:p>
      <w:r>
        <w:br/>
        <w:t>Тайо пройшов до матері. Вона лежала нерухомо. Лише чути було її важке дихання. Хлопчик взяв немовля і пішов у той куток, де лежала зв'язана сестра.</w:t>
      </w:r>
    </w:p>
    <w:p>
      <w:r>
        <w:br/>
        <w:t>Ерпин повернулась назад до хворої.</w:t>
      </w:r>
    </w:p>
    <w:p>
      <w:r>
        <w:br/>
        <w:t>— Тайо,— прошепотіла Анка,— візьми цей папірець і біжи до школи. Там даси його вчителеві. Скажи, щоб негайно прийшов лікар. Візьми з собою наших собак, і ти не боятимешся бігти.</w:t>
      </w:r>
    </w:p>
    <w:p>
      <w:r>
        <w:br/>
        <w:t>Страшно стало Тайо. Такому малому вночі бігти так далеко! Але згадав, що шаман смертю загрожує маленькій сестричці. Мама теж може померти. Стиснув зуби, подумав і сказав:</w:t>
      </w:r>
    </w:p>
    <w:p>
      <w:r>
        <w:br/>
        <w:t>— Давай, я побіжу, хоч мені й страшно.</w:t>
      </w:r>
    </w:p>
    <w:p>
      <w:r>
        <w:br/>
        <w:t>Обережно поклав біля Анки немовля, затиснув папір в руці і нечутно вийшов з яранги.</w:t>
      </w:r>
    </w:p>
    <w:p>
      <w:r>
        <w:br/>
        <w:t>НІЧНА ПОДОРОЖ</w:t>
      </w:r>
    </w:p>
    <w:p>
      <w:r>
        <w:br/>
        <w:t>Надворі вже огортала ніч. Високо в небі роїлися золоті зорі. В темряві зникали вкриті снігом простори пустинної тундри. Обличчя й руки холодив мороз.</w:t>
      </w:r>
    </w:p>
    <w:p>
      <w:r>
        <w:br/>
        <w:t>Запорпавшись у сніг, лежали собаки. Часом якийсь спросоння вищав. Тайо поволі, не здіймаючи галасу, попідіймав своїх чотириногих підручних.</w:t>
      </w:r>
    </w:p>
    <w:p>
      <w:r>
        <w:br/>
        <w:t>Минуло небагато часу, і хлопчик з собаками зник у темряві. Яранга залишилась далеко. Хрумтів сніг. Оточивши Тайо колом, бігли пси. Як вірні охоронці, вони готові були кинутись йому на допомогу.</w:t>
      </w:r>
    </w:p>
    <w:p>
      <w:r>
        <w:br/>
        <w:t>В темряві лише зорі світили хлопчикові. Під ногами білів сніг. Та він певен — дорогу до школи знайде. Поспішаючи, швидко ступав хутряними чобітками по твердій сніговій корі.</w:t>
      </w:r>
    </w:p>
    <w:p>
      <w:r>
        <w:br/>
        <w:t>Довго йшов Тайо. Часом глибоко провалювався в сніг. У темряві не бачив жодної будівлі. Часом мигтіла турботна думка: "Чи так, як треба, я йду?"</w:t>
      </w:r>
    </w:p>
    <w:p>
      <w:r>
        <w:br/>
        <w:t>Та ось на заході заясніло небо. Над обрієм підіймався великий кругловидий місяць. Од місячного сяйва заіскрились вогники на сніговому покривалі.</w:t>
      </w:r>
    </w:p>
    <w:p>
      <w:r>
        <w:br/>
        <w:t>Ліворуч здіймалися гори, праворуч виднілося вкрите кригою море. А просто перед Тайо з снігу чорніли будинки школи та лікарні. Ще кілька хвилин — і Тайо стукав до вчителя у вікно.</w:t>
      </w:r>
    </w:p>
    <w:p>
      <w:r>
        <w:br/>
        <w:t>Прочитавши записку Анки, вчитель схвилювався. Скоренько покликав він лікаря. Разом запрягли своїх собак у нарти. Взяли з собою малого посланця і поїхали. Наближалася північ, і вони поспішали. Собаки Тайо супроводили їх, помчавши прожогом по тундрі.</w:t>
      </w:r>
    </w:p>
    <w:p>
      <w:r>
        <w:br/>
        <w:t>НІХТО НЕ ПРИХОДИВ</w:t>
      </w:r>
    </w:p>
    <w:p>
      <w:r>
        <w:br/>
        <w:t>Пізно ввечері до яранги повернулись шаман і Багай.</w:t>
      </w:r>
    </w:p>
    <w:p>
      <w:r>
        <w:br/>
        <w:t>— Скоро північ,— сказав шаман.</w:t>
      </w:r>
    </w:p>
    <w:p>
      <w:r>
        <w:br/>
        <w:t>Ерпин гукала Тайо:</w:t>
      </w:r>
    </w:p>
    <w:p>
      <w:r>
        <w:br/>
        <w:t>— А дай сюди немовля!</w:t>
      </w:r>
    </w:p>
    <w:p>
      <w:r>
        <w:br/>
        <w:t>Старій ніхто не відповів. Почали шукати Тайо. Його ніде не знайшли. Анка і немовля лежала нерухомо. Дівчинка сказала, що Тайо вже давно вийшов з яранги. Вирішили, що, мабуть, хлопчик десь сховався і заснув. Також він міг піти і до когось із сусідів.</w:t>
      </w:r>
    </w:p>
    <w:p>
      <w:r>
        <w:br/>
        <w:t>Шаман підійшов до хворої і поклав руку їй на голову.</w:t>
      </w:r>
    </w:p>
    <w:p>
      <w:r>
        <w:br/>
        <w:t>Здавалося, страшний вогонь розпікав її. Хвора лежала без пам'яті. Шаман пошепотів над нею, а потім повернувся до Ерпин.</w:t>
      </w:r>
    </w:p>
    <w:p>
      <w:r>
        <w:br/>
        <w:t>— Давай дитину, понесу на мороз.</w:t>
      </w:r>
    </w:p>
    <w:p>
      <w:r>
        <w:br/>
        <w:t>Почула це Анка і голосно зойкнула.</w:t>
      </w:r>
    </w:p>
    <w:p>
      <w:r>
        <w:br/>
        <w:t>— Не чіпайте! Не чіпайте! Лихо вам буде! Прийдуть лікар і вчитель — покарають вас!</w:t>
      </w:r>
    </w:p>
    <w:p>
      <w:r>
        <w:br/>
        <w:t>Здригнувся шаман, зачувши ці вигуки. Але не злякався. Не вірив він Анці. Анка кричала й качалась по підлозі, та злочинцям до неї байдуже. Шаман схопив немовля, загорнув у поганеньку шкуру нерпи і поніс на мороз.</w:t>
      </w:r>
    </w:p>
    <w:p>
      <w:r>
        <w:br/>
        <w:t>Через кілька хвилин він повернувся.</w:t>
      </w:r>
    </w:p>
    <w:p>
      <w:r>
        <w:br/>
        <w:t>Почалися жахливі хвилини для Анки. Вона сподівалась — ось-ось з'являться вчитель і лікар. А їх не було. Дитина мерзла надворі. А ті, кого чекала Анка, не приходили. Схвильована дівчина голосно заплакала. Та шаман жодної уваги на той плач не звертав. Він із своїми помічниками тим часом ласував моржевим м'ясом — копальхеном.</w:t>
      </w:r>
    </w:p>
    <w:p>
      <w:r>
        <w:br/>
        <w:t>ТАЙО ПОВЕРТАЄТЬСЯ ДОДОМУ</w:t>
      </w:r>
    </w:p>
    <w:p>
      <w:r>
        <w:br/>
        <w:t>Повз шкіряне запинало, що заміняло двері, в ярангу вдерся холодний вітер. Разом із вітром в хату зайшли люди. Це були лікар, вчитель і Тайо.</w:t>
      </w:r>
    </w:p>
    <w:p>
      <w:r>
        <w:br/>
        <w:t>Як ошпарені, зірвалися злочинці з своїх місць.</w:t>
      </w:r>
    </w:p>
    <w:p>
      <w:r>
        <w:br/>
        <w:t>— Це що? — звернувся до них учитель, показуючи на Анку.— Розв'яжіть її!</w:t>
      </w:r>
    </w:p>
    <w:p>
      <w:r>
        <w:br/>
        <w:t>Лікар уже нахилився до хворої. Тремтячими руками шаман розв'язав Анку.</w:t>
      </w:r>
    </w:p>
    <w:p>
      <w:r>
        <w:br/>
        <w:t>— Спитайте його, де дитина,— кричала дівчинка.</w:t>
      </w:r>
    </w:p>
    <w:p>
      <w:r>
        <w:br/>
        <w:t>Учитель грізно глянув на шамана, і вони вийшли надвір. Через дві хвилини вчитель повернувся назад у ярангу з немовлям на руках.</w:t>
      </w:r>
    </w:p>
    <w:p>
      <w:r>
        <w:br/>
        <w:t>Маленька дівчинка дуже змерзла, але була жива.</w:t>
      </w:r>
    </w:p>
    <w:p>
      <w:r>
        <w:br/>
        <w:t>— Геть звідсіля! — крикнув лікар злочинцям.— Завтра ми з вами порахуємось.</w:t>
      </w:r>
    </w:p>
    <w:p>
      <w:r>
        <w:br/>
        <w:t>Наступного дня з полювання з великою здобиччю повернувся батько. Довідавшись про вчинок Тайо, він дуже радів, що в нього син такий герой.</w:t>
      </w:r>
    </w:p>
    <w:p>
      <w:r>
        <w:br/>
        <w:t>За кілька днів мати Тайо почала одужувати. Маленька сестричка теж одужувала.</w:t>
      </w:r>
    </w:p>
    <w:p>
      <w:r>
        <w:br/>
        <w:t>Шамана судив суд. Його вислано з тієї місцевості, де він дурив і нівечив людей.</w:t>
      </w:r>
    </w:p>
    <w:p>
      <w:r>
        <w:br/>
        <w:t>Коли мама цілком одужала, Анка пішла до школи. З нею пішов і Тайо. Вчитель залюбки вчив славного хлопчика.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Малий посланець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